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AAFIYAH AND ALL SIMILAR THERAPIES ARE 'SILSILAHS' OF SHAITAAN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283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following is a collection of information shared in part from a series of correspondence between us (The Majlis) and a Sister who had previously been involved in various energy healing therapies including aafiya healing.</w:t>
      </w:r>
    </w:p>
    <w:p>
      <w:pPr>
        <w:spacing w:before="0" w:after="120" w:line="300" w:lineRule="exact"/>
        <w:jc w:val="both"/>
      </w:pPr>
      <w:r>
        <w:rPr>
          <w:rFonts w:ascii="Georgia" w:hAnsi="Georgia" w:cs="Georgia" w:eastAsia="Georgia"/>
          <w:b w:val="0"/>
          <w:i w:val="0"/>
          <w:sz w:val="22"/>
        </w:rPr>
        <w:t>Alhamdulillah! Allah Ta'ala saved her from this cult. She contacted us in an effort to correct her own Aqeedah and to understand these matters.</w:t>
      </w:r>
    </w:p>
    <w:p>
      <w:pPr>
        <w:spacing w:before="0" w:after="120" w:line="300" w:lineRule="exact"/>
        <w:jc w:val="both"/>
      </w:pPr>
      <w:r>
        <w:rPr>
          <w:rFonts w:ascii="Georgia" w:hAnsi="Georgia" w:cs="Georgia" w:eastAsia="Georgia"/>
          <w:b w:val="0"/>
          <w:i w:val="0"/>
          <w:sz w:val="22"/>
        </w:rPr>
        <w:t>In light of the growing scourge of New Age Therapies and healing practitioners who are misleading the public by falsely advertising their craft as Shariah compliant and completely halaal, we deem it Waajib to share the sister's experience and the information contained in her correspondence in an attempt to educate the public thereby saving their Imaan from shaitaani ravages.</w:t>
      </w:r>
    </w:p>
    <w:p>
      <w:pPr>
        <w:spacing w:before="0" w:after="120" w:line="300" w:lineRule="exact"/>
        <w:jc w:val="both"/>
      </w:pPr>
      <w:r>
        <w:rPr>
          <w:rFonts w:ascii="Georgia" w:hAnsi="Georgia" w:cs="Georgia" w:eastAsia="Georgia"/>
          <w:b w:val="0"/>
          <w:i w:val="0"/>
          <w:sz w:val="22"/>
        </w:rPr>
        <w:t>A Sister who was an initiate of the Aafiyah aabracadabra shaitaaniyat, but who was saved from the clutches of Iblees, has the following comments and questions:</w:t>
      </w:r>
    </w:p>
    <w:p>
      <w:pPr>
        <w:spacing w:before="0" w:after="120" w:line="300" w:lineRule="exact"/>
        <w:jc w:val="both"/>
      </w:pPr>
      <w:r>
        <w:rPr>
          <w:rFonts w:ascii="Georgia" w:hAnsi="Georgia" w:cs="Georgia" w:eastAsia="Georgia"/>
          <w:b w:val="0"/>
          <w:i w:val="0"/>
          <w:sz w:val="22"/>
        </w:rPr>
        <w:t>Hypnosis - Satanopsis "I did a reflective post on those who practice energy healing. In the post I asked how they could appease their conscience and feed their families with the money they earn? Zuhair boldly claims that his aafiya healing is 100% Islamic and that hypnosis is perfectly allowed in Islam."</w:t>
      </w:r>
    </w:p>
    <w:p>
      <w:pPr>
        <w:spacing w:before="120" w:after="40" w:line="300" w:lineRule="exact"/>
        <w:jc w:val="both"/>
      </w:pPr>
      <w:r>
        <w:rPr>
          <w:rFonts w:ascii="Georgia" w:hAnsi="Georgia" w:cs="Georgia" w:eastAsia="Georgia"/>
          <w:b/>
          <w:i/>
          <w:sz w:val="22"/>
        </w:rPr>
        <w:t>Our Comment: The character is devoid of Ilm of the Deen. His claim has no Shar'i validity. What is his Shar'i basis for such a preposterously baatil, stupid claim? Hypnosis is a doorway for satanism. Shaitaan employs such metaphysical methods to dupe and entrap morons and unsuspecting simpletons into his snare of kufr and shirk. The fellow should present his Shar'i dalaail for his palpably baatil claim. Mufti Moosa Saley is not a Shar'i daleel. This mufti blurts out whatever drivel his nafs disgorges into his brains. Hypnosis is haraam. – The Majlis</w:t>
      </w:r>
    </w:p>
    <w:p>
      <w:pPr>
        <w:spacing w:before="0" w:after="120" w:line="300" w:lineRule="exact"/>
        <w:jc w:val="both"/>
      </w:pPr>
      <w:r>
        <w:rPr>
          <w:rFonts w:ascii="Georgia" w:hAnsi="Georgia" w:cs="Georgia" w:eastAsia="Georgia"/>
          <w:b w:val="0"/>
          <w:i w:val="0"/>
          <w:sz w:val="22"/>
        </w:rPr>
        <w:t>The Jamiat's fatwa "Mufti Moosa Saley from Jamiat passed a fatwa. (His wife did aafiya healing) He says in his fatwa:</w:t>
      </w:r>
    </w:p>
    <w:p>
      <w:pPr>
        <w:spacing w:before="120" w:after="120" w:line="300" w:lineRule="exact"/>
        <w:ind w:left="720" w:right="720"/>
        <w:jc w:val="center"/>
      </w:pPr>
      <w:r>
        <w:rPr>
          <w:rFonts w:ascii="Georgia" w:hAnsi="Georgia" w:cs="Georgia" w:eastAsia="Georgia"/>
          <w:b w:val="0"/>
          <w:i/>
          <w:sz w:val="22"/>
        </w:rPr>
        <w:t>"We have looked in to the practice of Aafiyah Healing and met with Brother Zuhair Girach, its founder, along with other Ulama. Brother Zuhair was open to the Ulama about Aafiyah Healing and assured us that he will remove any un-Islamic aspect from it if the same exists and will respect the guidance of the Ulama. Thus far, we have not come across anything un-Islamic or impermissible in this therapy." (End of his fatwa)</w:t>
      </w:r>
    </w:p>
    <w:p>
      <w:pPr>
        <w:spacing w:before="120" w:after="40" w:line="300" w:lineRule="exact"/>
        <w:jc w:val="both"/>
      </w:pPr>
      <w:r>
        <w:rPr>
          <w:rFonts w:ascii="Georgia" w:hAnsi="Georgia" w:cs="Georgia" w:eastAsia="Georgia"/>
          <w:b/>
          <w:i/>
          <w:sz w:val="22"/>
        </w:rPr>
        <w:t>Our Comment: The mufti has erred. Aafiyah and all other aabracadabra therapies are linked with shaitaaniyat. Aafiya healing is an aabracadabra stunt inspired by Iblees. Who are the "other Ulama" who are co-founders of this Satanist method of supposed healing? He should provide their names. On what basis did they find, confirm and establish this branch of satanism?</w:t>
      </w:r>
    </w:p>
    <w:p>
      <w:pPr>
        <w:spacing w:before="120" w:after="40" w:line="300" w:lineRule="exact"/>
        <w:jc w:val="both"/>
      </w:pPr>
      <w:r>
        <w:rPr>
          <w:rFonts w:ascii="Georgia" w:hAnsi="Georgia" w:cs="Georgia" w:eastAsia="Georgia"/>
          <w:b/>
          <w:i/>
          <w:sz w:val="22"/>
        </w:rPr>
        <w:t>The mufti has proclaimed this therapy lawful relying on the Aafiya character's 'assurance'. It is necessary for a cognitive application of the brain to understand the far reaching Satanist consequences of aabracadabra therapies. – The Majlis</w:t>
      </w:r>
    </w:p>
    <w:p>
      <w:pPr>
        <w:spacing w:before="0" w:after="120" w:line="300" w:lineRule="exact"/>
        <w:jc w:val="both"/>
      </w:pPr>
      <w:r>
        <w:rPr>
          <w:rFonts w:ascii="Georgia" w:hAnsi="Georgia" w:cs="Georgia" w:eastAsia="Georgia"/>
          <w:b w:val="0"/>
          <w:i w:val="0"/>
          <w:sz w:val="22"/>
        </w:rPr>
        <w:t>"I am not an Islamic scholar, however I must say that this fatwa raises more questions than it answers. I am all too familiar with Ulema who pass fatwas without researching the matter from all angles. (Issuing fatwas without thorough research is a universal disease among the Ulama of this era. – The Majlis).</w:t>
      </w:r>
    </w:p>
    <w:p>
      <w:pPr>
        <w:spacing w:before="0" w:after="120" w:line="300" w:lineRule="exact"/>
        <w:jc w:val="both"/>
      </w:pPr>
      <w:r>
        <w:rPr>
          <w:rFonts w:ascii="Georgia" w:hAnsi="Georgia" w:cs="Georgia" w:eastAsia="Georgia"/>
          <w:b w:val="0"/>
          <w:i w:val="0"/>
          <w:sz w:val="22"/>
        </w:rPr>
        <w:t>Q. Has Mufti Saley studied energy healing in its original form BEFORE it was "Islamicized" and presented by Zuhair? (Shaitaan has 'islamicized' it – The Majlis). If not, how would he recognize the elements of it on aafiya? A simple Google search will reveal what filth is being camouflaged using Allah's Names.</w:t>
      </w:r>
    </w:p>
    <w:p>
      <w:pPr>
        <w:spacing w:before="120" w:after="40" w:line="300" w:lineRule="exact"/>
        <w:jc w:val="both"/>
      </w:pPr>
      <w:r>
        <w:rPr>
          <w:rFonts w:ascii="Georgia" w:hAnsi="Georgia" w:cs="Georgia" w:eastAsia="Georgia"/>
          <w:b/>
          <w:i/>
          <w:sz w:val="22"/>
        </w:rPr>
        <w:t>Our Comment: On the assumption that he has studied this aafiyah branch of Satanism, his comments reveal that he lacks proper understanding of this branch of satanism. The agent of Iblees of this branch of shaitaaniyat says that he "will remove any un-Islamic aspect from it if it exists". What constrains him to suspect that his aafiyah therapy may be containing 'un-Islamic aspects'? Prior to entrapment in this satanic therapy, did he not ascertain from the Ulama the status of such therapies?</w:t>
      </w:r>
    </w:p>
    <w:p>
      <w:pPr>
        <w:spacing w:before="120" w:after="40" w:line="300" w:lineRule="exact"/>
        <w:jc w:val="both"/>
      </w:pPr>
      <w:r>
        <w:rPr>
          <w:rFonts w:ascii="Georgia" w:hAnsi="Georgia" w:cs="Georgia" w:eastAsia="Georgia"/>
          <w:b/>
          <w:i/>
          <w:sz w:val="22"/>
        </w:rPr>
        <w:t>Who are or were the ustaadhs of the aafiyah fellow? From whence did he acquire this therapy? The ustaadh-in-chief of all such kinds of aabracadaabra therapies is shaitaan. –The Majlis Hypnotherapy - Satanotherapy "In order for NLP and Hypnotherapy to work one has to believe in the concept of collective consciousness, that people tap into to get information.</w:t>
      </w:r>
    </w:p>
    <w:p>
      <w:pPr>
        <w:spacing w:before="0" w:after="120" w:line="300" w:lineRule="exact"/>
        <w:jc w:val="both"/>
      </w:pPr>
      <w:r>
        <w:rPr>
          <w:rFonts w:ascii="Georgia" w:hAnsi="Georgia" w:cs="Georgia" w:eastAsia="Georgia"/>
          <w:b w:val="0"/>
          <w:i w:val="0"/>
          <w:sz w:val="22"/>
        </w:rPr>
        <w:t>The origin of this philosophy is Greek, and Ibn Sinna introduced it to Muslims. It is the same philosophy that promotes Law of Attraction. This comes from the belief that man is divine and that by attaining enlightenment he reclaims his divinity. It's the same concept of the Trinity."</w:t>
      </w:r>
    </w:p>
    <w:p>
      <w:pPr>
        <w:spacing w:before="120" w:after="40" w:line="300" w:lineRule="exact"/>
        <w:jc w:val="both"/>
      </w:pPr>
      <w:r>
        <w:rPr>
          <w:rFonts w:ascii="Georgia" w:hAnsi="Georgia" w:cs="Georgia" w:eastAsia="Georgia"/>
          <w:b/>
          <w:i/>
          <w:sz w:val="22"/>
        </w:rPr>
        <w:t>Our Comment: Greek philosophy is kufr and shirk. Ibn Sina was a deviate who gave preference to Greek philosophy over Islam. His beliefs were as noxious as the beliefs of the mushrik/atheist Greek philosophers. In Greek philosophy which Ibn Sina subscribed to, Allah Azza Wa Jal is stripped of all His Sifaat and is rendered impotent. The belief of man's divinity is the same as the Christian concept of trinity. The only difference is that while Christians believe in a triumvirate of gods, from the ludicrously shirki concept of the philosophers stems the belief in multitudes of deities. Billions of humans are able to become divine and gods by way of spiritual enlightenment according to the Satanist philosophers. The hypnotherapy theory is blasphemous kufr. – (The Majlis)</w:t>
      </w:r>
    </w:p>
    <w:p>
      <w:pPr>
        <w:spacing w:before="0" w:after="120" w:line="300" w:lineRule="exact"/>
        <w:jc w:val="both"/>
      </w:pPr>
      <w:r>
        <w:rPr>
          <w:rFonts w:ascii="Georgia" w:hAnsi="Georgia" w:cs="Georgia" w:eastAsia="Georgia"/>
          <w:b w:val="0"/>
          <w:i w:val="0"/>
          <w:sz w:val="22"/>
        </w:rPr>
        <w:t>Q. "Besides the Islamic concern. Forensic psychology has questioned these methods as false memories are highly likely. One study found 40% of people who underwent hypnosis had false memories. Showing that man doesn't fully understand the mind and memory. This works on the model that memory is linear, more and more research shows that it is NOT."</w:t>
      </w:r>
    </w:p>
    <w:p>
      <w:pPr>
        <w:spacing w:before="0" w:after="120" w:line="300" w:lineRule="exact"/>
        <w:jc w:val="both"/>
      </w:pPr>
      <w:r>
        <w:rPr>
          <w:rFonts w:ascii="Georgia" w:hAnsi="Georgia" w:cs="Georgia" w:eastAsia="Georgia"/>
          <w:b w:val="0"/>
          <w:i w:val="0"/>
          <w:sz w:val="22"/>
        </w:rPr>
        <w:t>Imagining the emotion, what colour it is, what shape, this is NLP and works from the level of "universal consciousness"</w:t>
      </w:r>
    </w:p>
    <w:p>
      <w:pPr>
        <w:spacing w:before="120" w:after="40" w:line="300" w:lineRule="exact"/>
        <w:jc w:val="both"/>
      </w:pPr>
      <w:r>
        <w:rPr>
          <w:rFonts w:ascii="Georgia" w:hAnsi="Georgia" w:cs="Georgia" w:eastAsia="Georgia"/>
          <w:b/>
          <w:i/>
          <w:sz w:val="22"/>
        </w:rPr>
        <w:t>Our Comment: Stupid and satanic consciousness. Shaitaan finds inroads to man's brains and into his heart by means of hypnosis and similar satanic techniques. He succeeds in introducing hallucinations and fiction. The victim is induced to hallucinate even seeing the Malaaikah and Allah Ta'ala. All these methods of satanic dalliances impair the brains and the heart.</w:t>
      </w:r>
    </w:p>
    <w:p>
      <w:pPr>
        <w:spacing w:before="120" w:after="40" w:line="300" w:lineRule="exact"/>
        <w:jc w:val="both"/>
      </w:pPr>
      <w:r>
        <w:rPr>
          <w:rFonts w:ascii="Georgia" w:hAnsi="Georgia" w:cs="Georgia" w:eastAsia="Georgia"/>
          <w:b/>
          <w:i/>
          <w:sz w:val="22"/>
        </w:rPr>
        <w:t>How can a man who is trapped in the spell of Iblees comprehend the falsity which shaitaan brews in his brains and heart? Leave alone 'fully' understanding, he wholly lacks understanding, hence the resort to a Satanist therapy.</w:t>
      </w:r>
    </w:p>
    <w:p>
      <w:pPr>
        <w:spacing w:before="0" w:after="120" w:line="300" w:lineRule="exact"/>
        <w:jc w:val="both"/>
      </w:pPr>
      <w:r>
        <w:rPr>
          <w:rFonts w:ascii="Georgia" w:hAnsi="Georgia" w:cs="Georgia" w:eastAsia="Georgia"/>
          <w:b w:val="0"/>
          <w:i w:val="0"/>
          <w:sz w:val="22"/>
        </w:rPr>
        <w:t>Q. Zuhair Girach claims he has been given "ijaza" by his ustadh to teach. Who is his ustadh, which silsilah does he belong to? He has a group to whom he gives spiritual tasks and calls himself a spiritual teacher, yet promotes New Age authors and beliefs. He teaches meditation which he calls Muraqaba. Knowing the different sects and the fitna of the likes of the Gulen movement I find it strange that ulema have never asked regarding his 'sheikh' nor has he ever mentioned the name of one.</w:t>
      </w:r>
    </w:p>
    <w:p>
      <w:pPr>
        <w:spacing w:before="120" w:after="40" w:line="300" w:lineRule="exact"/>
        <w:jc w:val="both"/>
      </w:pPr>
      <w:r>
        <w:rPr>
          <w:rFonts w:ascii="Georgia" w:hAnsi="Georgia" w:cs="Georgia" w:eastAsia="Georgia"/>
          <w:b/>
          <w:i/>
          <w:sz w:val="22"/>
        </w:rPr>
        <w:t>Our Comment: The 'sheikh' is Iblees. The meditation of this branch of satanism is thoroughly satanic. It is deception to dub it 'muraqabah'. This term is associated with the kinds of Muraaqabah commanded by Rasulullah (Sallallahu alayhi wasallam) and implemented and emphasized by the Auliya. There is no vestige of aabracadabra in the Muraaqabah-e-Maut, Muraaqaba-e-Qabr, etc. observed by the Auliya. Any type of 'spirituality' beyond the confines of the Shariah is Satanist 'spirituality'. It is shaitaani deception. It should be well understood and remembered that shaitaan too has 'noor'.</w:t>
      </w:r>
    </w:p>
    <w:p>
      <w:pPr>
        <w:spacing w:before="120" w:after="40" w:line="300" w:lineRule="exact"/>
        <w:jc w:val="both"/>
      </w:pPr>
      <w:r>
        <w:rPr>
          <w:rFonts w:ascii="Georgia" w:hAnsi="Georgia" w:cs="Georgia" w:eastAsia="Georgia"/>
          <w:b/>
          <w:i/>
          <w:sz w:val="22"/>
        </w:rPr>
        <w:t>Shaitaan is able to overwhelm the brains of those who practice his Satanist therapies with hallucinations in which he projects himself to be the noor of Malaaikah, and even of Allah Azza Wa Jal. The entrapped prey gains the idea that he is experiencing the vision of Jibraaeel and even of Allah Azza Wa Jal whereas he dwells in the satanic deception spun by Iblees with a display of his 'noor'.</w:t>
      </w:r>
    </w:p>
    <w:p>
      <w:pPr>
        <w:spacing w:before="120" w:after="40" w:line="300" w:lineRule="exact"/>
        <w:jc w:val="both"/>
      </w:pPr>
      <w:r>
        <w:rPr>
          <w:rFonts w:ascii="Georgia" w:hAnsi="Georgia" w:cs="Georgia" w:eastAsia="Georgia"/>
          <w:b/>
          <w:i/>
          <w:sz w:val="22"/>
        </w:rPr>
        <w:t>In fact, genuine Auliya who were not Ulama became entangled in the 'noor' traps of Iblees and even prostrated to the Devil, labouring under the impression that the satanic 'noor' they were observing was the Noor of Allah Azza Wa Jal. It is on account of the extreme danger of such stunts of Iblees which entrap and ruin even sincere and pious people that Rasulullah (Sallallahu alayhi wasallam) said:</w:t>
      </w:r>
    </w:p>
    <w:p>
      <w:pPr>
        <w:spacing w:before="120" w:after="40" w:line="300" w:lineRule="exact"/>
        <w:jc w:val="both"/>
      </w:pPr>
      <w:r>
        <w:rPr>
          <w:rFonts w:ascii="Georgia" w:hAnsi="Georgia" w:cs="Georgia" w:eastAsia="Georgia"/>
          <w:b/>
          <w:i/>
          <w:sz w:val="22"/>
        </w:rPr>
        <w:t>"One Faqeeh is harder on shaitaan than a thousand Aabids (Pious Walis who have devoted themselves to Ibaadat)."</w:t>
      </w:r>
    </w:p>
    <w:p>
      <w:pPr>
        <w:spacing w:before="120" w:after="40" w:line="300" w:lineRule="exact"/>
        <w:jc w:val="both"/>
      </w:pPr>
      <w:r>
        <w:rPr>
          <w:rFonts w:ascii="Georgia" w:hAnsi="Georgia" w:cs="Georgia" w:eastAsia="Georgia"/>
          <w:b/>
          <w:i/>
          <w:sz w:val="22"/>
        </w:rPr>
        <w:t>The utilization of the technical terminology of the Auliya, e.g. Ijaazah, Lataa-if, Muraaqabah, is vilely deceptive. It is a canard which deceives the ignorant and unwary. There is absolutely no resemblance between these satanist therapies and the Tasawwuf of Islam practised by the Sufiya-e-Kiraam. The very bottom line and fundamental requisite of Tasawwuf is total submission to the Zaahiri Shariah.</w:t>
      </w:r>
    </w:p>
    <w:p>
      <w:pPr>
        <w:spacing w:before="120" w:after="40" w:line="300" w:lineRule="exact"/>
        <w:jc w:val="both"/>
      </w:pPr>
      <w:r>
        <w:rPr>
          <w:rFonts w:ascii="Georgia" w:hAnsi="Georgia" w:cs="Georgia" w:eastAsia="Georgia"/>
          <w:b/>
          <w:i/>
          <w:sz w:val="22"/>
        </w:rPr>
        <w:t>A man who displays weird acts which are seemingly 'miraculous' while his daily life is not fully compliant with the Sunnah, is the subject of shaitaani manipulation. His demonstrations are termed Istidraaj which are shaitaani 'miracles'. The Aafiyah fellow has no right to use any of the Islamic terms used by the Auliya. The Sufiya did not dabble in satanism nor did they have any dalliance with shaitaan.</w:t>
      </w:r>
    </w:p>
    <w:p>
      <w:pPr>
        <w:spacing w:before="120" w:after="40" w:line="300" w:lineRule="exact"/>
        <w:jc w:val="both"/>
      </w:pPr>
      <w:r>
        <w:rPr>
          <w:rFonts w:ascii="Georgia" w:hAnsi="Georgia" w:cs="Georgia" w:eastAsia="Georgia"/>
          <w:b/>
          <w:i/>
          <w:sz w:val="22"/>
        </w:rPr>
        <w:t>There is absolutely no room in the Sunnah for the type of therapy offered by the Aafiya practitioner. This therapy is the effect of a satanic epigenesist. It is a new shaitaani product which is being passed off as a practice of the Sufiya, hence these characters deemed it necessary to incorporate the technical terms of the Auliya into their system. This is a disingenuous attempt to accord Islamic credibility and acceptability to a devilish art.</w:t>
      </w:r>
    </w:p>
    <w:p>
      <w:r>
        <w:br w:type="page"/>
      </w:r>
    </w:p>
    <w:p>
      <w:pPr>
        <w:pStyle w:val="Heading1"/>
        <w:spacing w:before="360" w:after="200" w:line="300" w:lineRule="exact"/>
        <w:jc w:val="center"/>
      </w:pPr>
      <w:r>
        <w:rPr>
          <w:rFonts w:ascii="Georgia" w:hAnsi="Georgia" w:cs="Georgia" w:eastAsia="Georgia"/>
          <w:b/>
          <w:i w:val="0"/>
          <w:color w:val="1F3864"/>
          <w:sz w:val="32"/>
        </w:rPr>
        <w:t>Touch practitioner? Fingers –the tools of aabracadaabra</w:t>
      </w:r>
    </w:p>
    <w:p>
      <w:pPr>
        <w:spacing w:before="0" w:after="120" w:line="300" w:lineRule="exact"/>
        <w:jc w:val="both"/>
      </w:pPr>
      <w:r>
        <w:rPr>
          <w:rFonts w:ascii="Georgia" w:hAnsi="Georgia" w:cs="Georgia" w:eastAsia="Georgia"/>
          <w:b w:val="0"/>
          <w:i w:val="0"/>
          <w:sz w:val="22"/>
        </w:rPr>
        <w:t>Q. "He is a Certified Quantum touch practitioner and besides a host of energy healing modalities he lists no sheikh or Aalim as his teachers.</w:t>
      </w:r>
    </w:p>
    <w:p>
      <w:pPr>
        <w:spacing w:before="120" w:after="40" w:line="300" w:lineRule="exact"/>
        <w:jc w:val="both"/>
      </w:pPr>
      <w:r>
        <w:rPr>
          <w:rFonts w:ascii="Georgia" w:hAnsi="Georgia" w:cs="Georgia" w:eastAsia="Georgia"/>
          <w:b/>
          <w:i/>
          <w:sz w:val="22"/>
        </w:rPr>
        <w:t>Our Comment: What satanic bunkum is a 'quantum practitioner'? And who does the certifying? The certifier is Iblees. The 'touching' technique is one of the surest signs of shaitaaniyat. If there had been any virtue in these types of 'touch' techniques, Rasulullah (Sallallahu alayhi wasallam) would most certainly have alluded to it. Since Hijaamah (Cupping) is very beneficial, Rasulullah (Sallallahu alayhi wasallam) emphasized its importance as well as the importance of other methods and remedies. But 'touching' is a 'remedy' of shaitaan to entrap people into his snare of satanism.</w:t>
      </w:r>
    </w:p>
    <w:p>
      <w:pPr>
        <w:spacing w:before="120" w:after="40" w:line="300" w:lineRule="exact"/>
        <w:jc w:val="both"/>
      </w:pPr>
      <w:r>
        <w:rPr>
          <w:rFonts w:ascii="Georgia" w:hAnsi="Georgia" w:cs="Georgia" w:eastAsia="Georgia"/>
          <w:b/>
          <w:i/>
          <w:sz w:val="22"/>
        </w:rPr>
        <w:t>An 'ustaadh' who dabbles in this type of aabracadabra techniques is an Agent of Iblees. There is no truck between Islam and these satanic therapies. These are techniques which ultimately enslaves people to shaitaan who will control their brains and hearts. Witches and Gypsy fortune-tellers are famed or notorious for their finger-therapy methods.</w:t>
      </w:r>
    </w:p>
    <w:p>
      <w:pPr>
        <w:spacing w:before="120" w:after="40" w:line="300" w:lineRule="exact"/>
        <w:jc w:val="both"/>
      </w:pPr>
      <w:r>
        <w:rPr>
          <w:rFonts w:ascii="Georgia" w:hAnsi="Georgia" w:cs="Georgia" w:eastAsia="Georgia"/>
          <w:b/>
          <w:i/>
          <w:sz w:val="22"/>
        </w:rPr>
        <w:t>Shaitaan activates the fingers to operate weirdly. It is a dark, bizarre therapy akin to sihr. Shaitaan satanizes the fingers of aabracadaabra practitioners. Thus their finger performances are weird and bizarre.</w:t>
      </w:r>
    </w:p>
    <w:p>
      <w:pPr>
        <w:spacing w:before="120" w:after="40" w:line="300" w:lineRule="exact"/>
        <w:jc w:val="both"/>
      </w:pPr>
      <w:r>
        <w:rPr>
          <w:rFonts w:ascii="Georgia" w:hAnsi="Georgia" w:cs="Georgia" w:eastAsia="Georgia"/>
          <w:b/>
          <w:i/>
          <w:sz w:val="22"/>
        </w:rPr>
        <w:t>The following explanation throws some light on the background of 'quantum touch therapy':</w:t>
      </w:r>
    </w:p>
    <w:p>
      <w:pPr>
        <w:spacing w:before="0" w:after="120" w:line="300" w:lineRule="exact"/>
        <w:jc w:val="both"/>
      </w:pPr>
      <w:r>
        <w:rPr>
          <w:rFonts w:ascii="Georgia" w:hAnsi="Georgia" w:cs="Georgia" w:eastAsia="Georgia"/>
          <w:b w:val="0"/>
          <w:i w:val="0"/>
          <w:sz w:val="22"/>
        </w:rPr>
        <w:t>What Is the Difference Between Reiki &amp; Quantum Touch Therapy?</w:t>
      </w:r>
    </w:p>
    <w:p>
      <w:pPr>
        <w:spacing w:before="0" w:after="120" w:line="300" w:lineRule="exact"/>
        <w:jc w:val="both"/>
      </w:pPr>
      <w:r>
        <w:rPr>
          <w:rFonts w:ascii="Georgia" w:hAnsi="Georgia" w:cs="Georgia" w:eastAsia="Georgia"/>
          <w:b w:val="0"/>
          <w:i w:val="0"/>
          <w:sz w:val="22"/>
        </w:rPr>
        <w:t>Quantum Touch is a system of alternative healing based on a life energy known as "ki." It was created by Richard Gordon based on a combination of various healing techniques such as Chinese Qi Gong. Reiki is also a system of healing based on life energy, but it is a different system. It was created by Dr. Mikao Usui in Japan, based on a spiritual revelation he believed himself to have experienced.</w:t>
      </w:r>
    </w:p>
    <w:p>
      <w:pPr>
        <w:spacing w:before="0" w:after="120" w:line="300" w:lineRule="exact"/>
        <w:jc w:val="both"/>
      </w:pPr>
      <w:r>
        <w:rPr>
          <w:rFonts w:ascii="Georgia" w:hAnsi="Georgia" w:cs="Georgia" w:eastAsia="Georgia"/>
          <w:b w:val="0"/>
          <w:i w:val="0"/>
          <w:sz w:val="22"/>
        </w:rPr>
        <w:t>Reiki Reiki is purported to be a type of energy that comes from God. The Japanese word "rei" means a wisdom that comes from God or the divine, while the word "ki" means the energy of life. Reiki energy is not simply the same thing as ki energy – believers in Reiki consider it to be a particular type of ki energy that is divinely guided. Even if another system of energy healing such as Quantum Touch is also based on ki, it may not be based on Reiki specifically.</w:t>
      </w:r>
    </w:p>
    <w:p>
      <w:pPr>
        <w:spacing w:before="0" w:after="120" w:line="300" w:lineRule="exact"/>
        <w:jc w:val="both"/>
      </w:pPr>
      <w:r>
        <w:rPr>
          <w:rFonts w:ascii="Georgia" w:hAnsi="Georgia" w:cs="Georgia" w:eastAsia="Georgia"/>
          <w:b w:val="0"/>
          <w:i w:val="0"/>
          <w:sz w:val="22"/>
        </w:rPr>
        <w:t>How Reiki Works Reiki healing is not a skill that can be taught by one person to another. Instead, the ability to access the Reiki energy is supposed to be given by one person to another through a process known as attunement. The attuned person is then supposed to be able to call down the Reiki energy to heal others by moving his hands in certain patterns over the afflicted person. This process is supposed to allow the divine energy to heal the person receiving treatment without draining any life energy from the person giving the treatment.</w:t>
      </w:r>
    </w:p>
    <w:p>
      <w:r>
        <w:br w:type="page"/>
      </w:r>
    </w:p>
    <w:p>
      <w:pPr>
        <w:pStyle w:val="Heading1"/>
        <w:spacing w:before="360" w:after="200" w:line="300" w:lineRule="exact"/>
        <w:jc w:val="center"/>
      </w:pPr>
      <w:r>
        <w:rPr>
          <w:rFonts w:ascii="Georgia" w:hAnsi="Georgia" w:cs="Georgia" w:eastAsia="Georgia"/>
          <w:b/>
          <w:i w:val="0"/>
          <w:color w:val="1F3864"/>
          <w:sz w:val="32"/>
        </w:rPr>
        <w:t>Quantum Touch</w:t>
      </w:r>
    </w:p>
    <w:p>
      <w:pPr>
        <w:spacing w:before="0" w:after="120" w:line="300" w:lineRule="exact"/>
        <w:jc w:val="both"/>
      </w:pPr>
      <w:r>
        <w:rPr>
          <w:rFonts w:ascii="Georgia" w:hAnsi="Georgia" w:cs="Georgia" w:eastAsia="Georgia"/>
          <w:b w:val="0"/>
          <w:i w:val="0"/>
          <w:sz w:val="22"/>
        </w:rPr>
        <w:t>Quantum Touch is not seen as a power that can be given by one practitioner to another like Reiki. Instead, it is a trained skill – a system of meditations, methods for being more aware of the body, and patterns of breathing. This system is supposed to give the practitioner the ability to focus and control the life energy into an optimal state. The healer then attempts to bring the client's life energy into the same state so that client can heal herself. The actual practice of Quantum Touch involves passing the hands over the person receiving the healing, as in Reiki. However, the Reiki healer is considered a channel or conduit of the energy, while the Quantum Touch healer is seen as having a more active role.</w:t>
      </w:r>
    </w:p>
    <w:p>
      <w:pPr>
        <w:spacing w:before="0" w:after="120" w:line="300" w:lineRule="exact"/>
        <w:jc w:val="both"/>
      </w:pPr>
      <w:r>
        <w:rPr>
          <w:rFonts w:ascii="Georgia" w:hAnsi="Georgia" w:cs="Georgia" w:eastAsia="Georgia"/>
          <w:b w:val="0"/>
          <w:i w:val="0"/>
          <w:sz w:val="22"/>
        </w:rPr>
        <w:t>Comparing Reiki and Quantum Touch Practitioners of Quantum Touch therapy sometimes claim that their method is much faster than Reiki, that it produces much more dramatic results or that it is a breakthrough in comparison to Reiki. However, practitioners of both systems make dramatic claims that have not been proven or supported by scientific research. The existence of any kind of life energy such as "ki" is a matter of personal spiritual belief rather than proven medical fact. Neither system should be used in place of proper medical treatment, although either system can be used to complement medical treatment depending on your own views. (End of article)</w:t>
      </w:r>
    </w:p>
    <w:p>
      <w:pPr>
        <w:spacing w:before="120" w:after="40" w:line="300" w:lineRule="exact"/>
        <w:jc w:val="both"/>
      </w:pPr>
      <w:r>
        <w:rPr>
          <w:rFonts w:ascii="Georgia" w:hAnsi="Georgia" w:cs="Georgia" w:eastAsia="Georgia"/>
          <w:b/>
          <w:i/>
          <w:sz w:val="22"/>
        </w:rPr>
        <w:t>The 'quantum touch' dimension certainly casts a dark shaitaani cloud over the Aafiyah system. The roots of these therapies is satanism and shirk as is quite obvious from the silhouette of Reiki in the background.</w:t>
      </w:r>
    </w:p>
    <w:p>
      <w:pPr>
        <w:spacing w:before="0" w:after="120" w:line="300" w:lineRule="exact"/>
        <w:jc w:val="both"/>
      </w:pPr>
      <w:r>
        <w:rPr>
          <w:rFonts w:ascii="Georgia" w:hAnsi="Georgia" w:cs="Georgia" w:eastAsia="Georgia"/>
          <w:b w:val="0"/>
          <w:i w:val="0"/>
          <w:sz w:val="22"/>
        </w:rPr>
        <w:t>Q. What is the Shari definition of sihr?</w:t>
      </w:r>
    </w:p>
    <w:p>
      <w:pPr>
        <w:spacing w:before="120" w:after="40" w:line="300" w:lineRule="exact"/>
        <w:jc w:val="both"/>
      </w:pPr>
      <w:r>
        <w:rPr>
          <w:rFonts w:ascii="Georgia" w:hAnsi="Georgia" w:cs="Georgia" w:eastAsia="Georgia"/>
          <w:b/>
          <w:i/>
          <w:sz w:val="22"/>
        </w:rPr>
        <w:t>Our Comment: Sihr (magic) which covers all aabracadabra techniques and methods, is a science of shaitaan. It is pure satanism. This branch of Satanist knowledge was originally revealed by Allah Ta'ala as a trial for people. The two Angels who were sent as humans to earth, were the teachers of sihr. Before teaching any person, they would clarify that whoever acquires this knowledge will lose his / her Imaan. Imaan and sihr are mutually repellent. These two cannot subsist in the same substratum. A saahir cannever be a Mu'min. Aabracadabra people, therefore, are not Muslims regardless of their claims and parading as Muslim.</w:t>
      </w:r>
    </w:p>
    <w:p>
      <w:pPr>
        <w:spacing w:before="120" w:after="40" w:line="300" w:lineRule="exact"/>
        <w:jc w:val="both"/>
      </w:pPr>
      <w:r>
        <w:rPr>
          <w:rFonts w:ascii="Georgia" w:hAnsi="Georgia" w:cs="Georgia" w:eastAsia="Georgia"/>
          <w:b/>
          <w:i/>
          <w:sz w:val="22"/>
        </w:rPr>
        <w:t>It is a dark satanic science in which the shayaateen play the fundamental role. A person cannot attain expertise in sihr as long as there remains a vestige of Imaan in his heart. Since shaitaan is hidden from man's sight, the manifestations of sihr appear deceptively without cause while the actual cause is the Devil who operates from behind the scenes. He claims the mind and heart of the saahir. Thus, nothing but satanism percolates from aabracadaabra practioners. No one should be deluded by the 'cures' and 'metaphysical' benefits offered by these branches of shaitaaniyat.</w:t>
      </w:r>
    </w:p>
    <w:p>
      <w:pPr>
        <w:spacing w:before="120" w:after="40" w:line="300" w:lineRule="exact"/>
        <w:jc w:val="both"/>
      </w:pPr>
      <w:r>
        <w:rPr>
          <w:rFonts w:ascii="Georgia" w:hAnsi="Georgia" w:cs="Georgia" w:eastAsia="Georgia"/>
          <w:b/>
          <w:i/>
          <w:sz w:val="22"/>
        </w:rPr>
        <w:t>Sihr is an undeniable reality. The Qur'aan Majeed confirms this reality and also its evils. Therefore, Satanist demonstrations in the form of supernatural displays should not be understood as karaamaat (true miracles of the Auliya). While a karaamat (miracle of a Wali) is by the permission and command of Allah Ta'ala, not by the power of the Wali, the effects of aafiyah and similar other kinds of mind-trickery are satanic manipulations.</w:t>
      </w:r>
    </w:p>
    <w:p>
      <w:r>
        <w:br w:type="page"/>
      </w:r>
    </w:p>
    <w:p>
      <w:pPr>
        <w:pStyle w:val="Heading1"/>
        <w:spacing w:before="360" w:after="200" w:line="300" w:lineRule="exact"/>
        <w:jc w:val="center"/>
      </w:pPr>
      <w:r>
        <w:rPr>
          <w:rFonts w:ascii="Georgia" w:hAnsi="Georgia" w:cs="Georgia" w:eastAsia="Georgia"/>
          <w:b/>
          <w:i w:val="0"/>
          <w:color w:val="1F3864"/>
          <w:sz w:val="32"/>
        </w:rPr>
        <w:t>A Satanist technique</w:t>
      </w:r>
    </w:p>
    <w:p>
      <w:pPr>
        <w:spacing w:before="0" w:after="120" w:line="300" w:lineRule="exact"/>
        <w:jc w:val="both"/>
      </w:pPr>
      <w:r>
        <w:rPr>
          <w:rFonts w:ascii="Georgia" w:hAnsi="Georgia" w:cs="Georgia" w:eastAsia="Georgia"/>
          <w:b w:val="0"/>
          <w:i w:val="0"/>
          <w:sz w:val="22"/>
        </w:rPr>
        <w:t>Q. How does one explain how "distance healing" in aafiya works. Aafiya healers sit at a set time and "project their energy" into the aafiya healing bubble. They breathe with their hands in a position like they are holding an invisible ball.... then they mention each person – their name, age and location, then picture Noor around them and zamzam water flowing through them and that's supposed to make the person feel better... While in this bubble you can get a "feel" for what's ailing the person? How does one explain this? The pagans use this very same method for distance healing as well.</w:t>
      </w:r>
    </w:p>
    <w:p>
      <w:pPr>
        <w:spacing w:before="120" w:after="40" w:line="300" w:lineRule="exact"/>
        <w:jc w:val="both"/>
      </w:pPr>
      <w:r>
        <w:rPr>
          <w:rFonts w:ascii="Georgia" w:hAnsi="Georgia" w:cs="Georgia" w:eastAsia="Georgia"/>
          <w:b/>
          <w:i/>
          <w:sz w:val="22"/>
        </w:rPr>
        <w:t>Our Comment: These effects and manifestations are the surest signs of shaitaani manipulation. The 'noor', as mentioned earlier is a deceptive display of some devilish attribute. The 'zamzam' mirage is the urine of shaitaan. Shaitaan has displayed himself to some buzroogs as being Jibraaeel seated on the Burraaq. When the effect of satanism dissipated, the buzroog saw that the 'burraaq' was actually a donkey and shaitaan was seated on it.</w:t>
      </w:r>
    </w:p>
    <w:p>
      <w:pPr>
        <w:spacing w:before="120" w:after="40" w:line="300" w:lineRule="exact"/>
        <w:jc w:val="both"/>
      </w:pPr>
      <w:r>
        <w:rPr>
          <w:rFonts w:ascii="Georgia" w:hAnsi="Georgia" w:cs="Georgia" w:eastAsia="Georgia"/>
          <w:b/>
          <w:i/>
          <w:sz w:val="22"/>
        </w:rPr>
        <w:t>The Devil is a master trickster. He has thousands of deceptive tricks in his bag of shaitaaniyat with which he dupes, via his agents, ignoramuses and gullible simpletons who become enamoured by the seemingly 'miraculous' displays and effects of the devil's people. Yogis, saadhus, Christian 'faith' healers and all personnel who dabble in these weird methods of 'cure' are aided by shaitaan. Shaitaan befriends people of this type. While some of the acts displayed by the aabracaadra members of the league of Iblees may or do have some physical 'benefits', e.g. curing a patient, it is not permissible to acquire assistance from the Devil and his league of Imaani marauders and plunderers.</w:t>
      </w:r>
    </w:p>
    <w:p>
      <w:pPr>
        <w:spacing w:before="120" w:after="40" w:line="300" w:lineRule="exact"/>
        <w:jc w:val="both"/>
      </w:pPr>
      <w:r>
        <w:rPr>
          <w:rFonts w:ascii="Georgia" w:hAnsi="Georgia" w:cs="Georgia" w:eastAsia="Georgia"/>
          <w:b/>
          <w:i/>
          <w:sz w:val="22"/>
        </w:rPr>
        <w:t>Some of the practitioners of these branches of satanism are entrapped by the satanism because of their ignorance. They perceive 'miracles' displayed by the satanized fingers of the shaitaani therapists, hence they are misled to believe in the</w:t>
      </w:r>
    </w:p>
    <w:p>
      <w:pPr>
        <w:spacing w:before="120" w:after="40" w:line="300" w:lineRule="exact"/>
        <w:jc w:val="both"/>
      </w:pPr>
      <w:r>
        <w:rPr>
          <w:rFonts w:ascii="Georgia" w:hAnsi="Georgia" w:cs="Georgia" w:eastAsia="Georgia"/>
          <w:b/>
          <w:i/>
          <w:sz w:val="22"/>
        </w:rPr>
        <w:t>'goodness' of even satanism without understanding that their Imaan is at peril of effacement.</w:t>
      </w:r>
    </w:p>
    <w:p>
      <w:pPr>
        <w:spacing w:before="0" w:after="120" w:line="300" w:lineRule="exact"/>
        <w:jc w:val="both"/>
      </w:pPr>
      <w:r>
        <w:rPr>
          <w:rFonts w:ascii="Georgia" w:hAnsi="Georgia" w:cs="Georgia" w:eastAsia="Georgia"/>
          <w:b w:val="0"/>
          <w:i w:val="0"/>
          <w:sz w:val="22"/>
        </w:rPr>
        <w:t>Q. "Zuhair claims Hypnotherapy is allowed but fails to mention that according to the Islamic version of the psyche, hypnosis works on the level of Nafs that it makes a person susceptible to the influence of Jinn."</w:t>
      </w:r>
    </w:p>
    <w:p>
      <w:pPr>
        <w:spacing w:before="120" w:after="40" w:line="300" w:lineRule="exact"/>
        <w:jc w:val="both"/>
      </w:pPr>
      <w:r>
        <w:rPr>
          <w:rFonts w:ascii="Georgia" w:hAnsi="Georgia" w:cs="Georgia" w:eastAsia="Georgia"/>
          <w:b/>
          <w:i/>
          <w:sz w:val="22"/>
        </w:rPr>
        <w:t>Our Comment: On what Shar'i basis has he made this baatil claim? What is his daleel for permissibility of a branch of satanism? In reality, hypnosis renders the subject insensible and entirely at the mercy of external influences which emerge from the practitioner or some devil with whom the practitioner colludes. The person under the influence of this hypnosis drugs, thinks and acts on the basis of external suggestion and hallucination. There is immense scope in hypnosis for enslaving the person to satanism, and to believe that kufr is 'imaan', and vice versa.</w:t>
      </w:r>
    </w:p>
    <w:p>
      <w:pPr>
        <w:spacing w:before="120" w:after="40" w:line="300" w:lineRule="exact"/>
        <w:jc w:val="both"/>
      </w:pPr>
      <w:r>
        <w:rPr>
          <w:rFonts w:ascii="Georgia" w:hAnsi="Georgia" w:cs="Georgia" w:eastAsia="Georgia"/>
          <w:b/>
          <w:i/>
          <w:sz w:val="22"/>
        </w:rPr>
        <w:t>Hypnosis relies on nafsaaniyat and shaitaaniyat, not on roohaaniyat. The practioners of this satanic science mislead stupid Muslims with Islamic-sounding terminology, and women are the easiest prey for these shaitaani predators.</w:t>
      </w:r>
    </w:p>
    <w:p>
      <w:pPr>
        <w:spacing w:before="0" w:after="120" w:line="300" w:lineRule="exact"/>
        <w:jc w:val="both"/>
      </w:pPr>
      <w:r>
        <w:rPr>
          <w:rFonts w:ascii="Georgia" w:hAnsi="Georgia" w:cs="Georgia" w:eastAsia="Georgia"/>
          <w:b w:val="0"/>
          <w:i w:val="0"/>
          <w:sz w:val="22"/>
        </w:rPr>
        <w:t>"Even ibn Sina said that it is a dangerous poison to be used in small doses only in extreme conditions. This is the stance held by most psychologists. That it is neither safe nor advisable to do a crash course and go around tapping into people's memories. This is extremely dangerous many medical professionals and Ulema have spoken against this."</w:t>
      </w:r>
    </w:p>
    <w:p>
      <w:pPr>
        <w:spacing w:before="120" w:after="40" w:line="300" w:lineRule="exact"/>
        <w:jc w:val="both"/>
      </w:pPr>
      <w:r>
        <w:rPr>
          <w:rFonts w:ascii="Georgia" w:hAnsi="Georgia" w:cs="Georgia" w:eastAsia="Georgia"/>
          <w:b/>
          <w:i/>
          <w:sz w:val="22"/>
        </w:rPr>
        <w:t>Our Comment: When even a Zindeeq such as Ibn Sina and kuffaar psychologists who are a kind of Satanists, acknowledge the dangers of hypnosis, it is ample reason for shunning this form of devilish treatment. It is a pity that short-sighted molvis lacking in panoptic research blurting out fatwas of permissibility purely on the basis of an assurance tendered by a practitioner of this branch of shaitaaniyat. The glib-tongued persuasion of the practitioner is the limit of the research of the molvis who bolster the Satanists with their zigzag fatwas.</w:t>
      </w:r>
    </w:p>
    <w:p>
      <w:pPr>
        <w:spacing w:before="0" w:after="120" w:line="300" w:lineRule="exact"/>
        <w:jc w:val="both"/>
      </w:pPr>
      <w:r>
        <w:rPr>
          <w:rFonts w:ascii="Georgia" w:hAnsi="Georgia" w:cs="Georgia" w:eastAsia="Georgia"/>
          <w:b w:val="0"/>
          <w:i w:val="0"/>
          <w:sz w:val="22"/>
        </w:rPr>
        <w:t>"This is becoming a huge fitna. The Ulema have to stop. Those who are passing these reckless fatwas should research the matter objectively and look at the modalities in their ORIGINAL FORM, not at the camouflaged form which these therapists are deceiving Muslims with Islamic terminology."</w:t>
      </w:r>
    </w:p>
    <w:p>
      <w:pPr>
        <w:spacing w:before="120" w:after="40" w:line="300" w:lineRule="exact"/>
        <w:jc w:val="both"/>
      </w:pPr>
      <w:r>
        <w:rPr>
          <w:rFonts w:ascii="Georgia" w:hAnsi="Georgia" w:cs="Georgia" w:eastAsia="Georgia"/>
          <w:b/>
          <w:i/>
          <w:sz w:val="22"/>
        </w:rPr>
        <w:t>Our Comment: Forget about 'ulema'. Today the 'ulema' are not Ulama in the meaning of the Qur'aan. They are mercenaries and signs of Qiyaamah. Mutaala-ah (Research) is alien to them. They are molvis in terms of half-meter long paper certificates doled out by the Madaaris. In the words of Shaami, they are haatibul lail. They search for firewood in the bush on an intensely dark night not knowing on what their hands fall.</w:t>
      </w:r>
    </w:p>
    <w:p>
      <w:pPr>
        <w:spacing w:before="120" w:after="40" w:line="300" w:lineRule="exact"/>
        <w:jc w:val="both"/>
      </w:pPr>
      <w:r>
        <w:rPr>
          <w:rFonts w:ascii="Georgia" w:hAnsi="Georgia" w:cs="Georgia" w:eastAsia="Georgia"/>
          <w:b/>
          <w:i/>
          <w:sz w:val="22"/>
        </w:rPr>
        <w:t>As for fitnah, we are engulfed by fitnah, and the worse fitnah is the fitnah which emanates from the molvis and sheikhs. They are the supporters of almost every baatil concept and practice of shaitaaniyat. And, they mislead the Ummah with their dhalaal in the name of Islam.</w:t>
      </w:r>
    </w:p>
    <w:p>
      <w:pPr>
        <w:spacing w:before="0" w:after="120" w:line="300" w:lineRule="exact"/>
        <w:jc w:val="both"/>
      </w:pPr>
      <w:r>
        <w:rPr>
          <w:rFonts w:ascii="Georgia" w:hAnsi="Georgia" w:cs="Georgia" w:eastAsia="Georgia"/>
          <w:b w:val="0"/>
          <w:i w:val="0"/>
          <w:sz w:val="22"/>
        </w:rPr>
        <w:t>"To endorse this crash course where people learn things in a weekend and are then unleashed into the public to tap into peoples minds and bring up repressed memories is not only unethical but extremely dangerous. It highlights the obvious ignorance with regards to understanding the human psyche. Much of the causes are hidden or unclear. These people are dabbling in the Ghaib and teaching lay people with no prior knowledge or training to do the same."</w:t>
      </w:r>
    </w:p>
    <w:p>
      <w:pPr>
        <w:spacing w:before="120" w:after="40" w:line="300" w:lineRule="exact"/>
        <w:jc w:val="both"/>
      </w:pPr>
      <w:r>
        <w:rPr>
          <w:rFonts w:ascii="Georgia" w:hAnsi="Georgia" w:cs="Georgia" w:eastAsia="Georgia"/>
          <w:b/>
          <w:i/>
          <w:sz w:val="22"/>
        </w:rPr>
        <w:t>Our Comment: Whether this satanism is practised by novices who have undergone a crash course by experts of satanism, it makes no difference. It is a haraam technique in which the devil plays a prominent role.</w:t>
      </w:r>
    </w:p>
    <w:p>
      <w:pPr>
        <w:spacing w:before="0" w:after="120" w:line="300" w:lineRule="exact"/>
        <w:jc w:val="both"/>
      </w:pPr>
      <w:r>
        <w:rPr>
          <w:rFonts w:ascii="Georgia" w:hAnsi="Georgia" w:cs="Georgia" w:eastAsia="Georgia"/>
          <w:b w:val="0"/>
          <w:i w:val="0"/>
          <w:sz w:val="22"/>
        </w:rPr>
        <w:t>In a video, he claims that regarding the abjad numbers the saahireen have created a sort of "eco system" this is in line with our own research, but we call it the "jinn internet" where individuals can tap into simply by intention, that's how they "know things" about people without being told."</w:t>
      </w:r>
    </w:p>
    <w:p>
      <w:pPr>
        <w:spacing w:before="120" w:after="40" w:line="300" w:lineRule="exact"/>
        <w:jc w:val="both"/>
      </w:pPr>
      <w:r>
        <w:rPr>
          <w:rFonts w:ascii="Georgia" w:hAnsi="Georgia" w:cs="Georgia" w:eastAsia="Georgia"/>
          <w:b/>
          <w:i/>
          <w:sz w:val="22"/>
        </w:rPr>
        <w:t>Our Comment: This numerology is one of the surest signs to testify for this Satanist science. The 'eco system' is pure shaitaaniyat. Its yield is a mixture of half-truths, lies and conjecture which the devils infuse into these practitioners. Those who dabble in these Satanist therapies efface their Imaan without even realizing it. It should be remembered that Satanists can display feats having a 'supernatural' façade, which while being the effects of shaitaaniyat, are also achieved by these Ibleesists by means of reciting even Durood Shareef and the like.</w:t>
      </w:r>
    </w:p>
    <w:p>
      <w:pPr>
        <w:spacing w:before="120" w:after="40" w:line="300" w:lineRule="exact"/>
        <w:jc w:val="both"/>
      </w:pPr>
      <w:r>
        <w:rPr>
          <w:rFonts w:ascii="Georgia" w:hAnsi="Georgia" w:cs="Georgia" w:eastAsia="Georgia"/>
          <w:b/>
          <w:i/>
          <w:sz w:val="22"/>
        </w:rPr>
        <w:t>Our advice for Muslims lacking in Ilm is to stay far, extremely far from these agents of Iblees. Do not touch them with a barge pole. The type of stink which will pervade you, will efface your Imaan. The devilishness is written all over their faces. Association with them blinds the spiritual eyes and desensitizes Imaani inhibitions to evil, hence their foul stench and evil facial appearances are not perceived by the ignorant ones.</w:t>
      </w:r>
    </w:p>
    <w:p>
      <w:pPr>
        <w:spacing w:before="120" w:after="40" w:line="300" w:lineRule="exact"/>
        <w:jc w:val="both"/>
      </w:pPr>
      <w:r>
        <w:rPr>
          <w:rFonts w:ascii="Georgia" w:hAnsi="Georgia" w:cs="Georgia" w:eastAsia="Georgia"/>
          <w:b/>
          <w:i/>
          <w:sz w:val="22"/>
        </w:rPr>
        <w:t>Our advice for molvis is to avoid dealing personally with the Satanists. If the chap is a qualified Satanist, he may have the ability to cast a spell to convolute your thinking. Therefore, do not allow such practitioners into your presence. If a Satanist aafiyist ostensibly seeks an Islamic ruling, instruct him to send you an e-mail. Do not discuss with devils even telephonically.</w:t>
      </w:r>
    </w:p>
    <w:p>
      <w:pPr>
        <w:spacing w:before="120" w:after="40" w:line="300" w:lineRule="exact"/>
        <w:jc w:val="both"/>
      </w:pPr>
      <w:r>
        <w:rPr>
          <w:rFonts w:ascii="Georgia" w:hAnsi="Georgia" w:cs="Georgia" w:eastAsia="Georgia"/>
          <w:b/>
          <w:i/>
          <w:sz w:val="22"/>
        </w:rPr>
        <w:t>Sihr is a reality which produces extremely evil and foul effects. Worse than sihr is shaitaani therapy. There are episodes of the minds of even expert Ulama having been convoluted to the degree of them renouncing Imaan and becoming chelas (mureeds) of such Satanist saadhus.</w:t>
      </w:r>
    </w:p>
    <w:p>
      <w:pPr>
        <w:spacing w:before="120" w:after="40" w:line="300" w:lineRule="exact"/>
        <w:jc w:val="both"/>
      </w:pPr>
      <w:r>
        <w:rPr>
          <w:rFonts w:ascii="Georgia" w:hAnsi="Georgia" w:cs="Georgia" w:eastAsia="Georgia"/>
          <w:b/>
          <w:i/>
          <w:sz w:val="22"/>
        </w:rPr>
        <w:t>Seek Allah's protection from all Satanists and their vile misdeeds.</w:t>
      </w:r>
    </w:p>
    <w:p>
      <w:r>
        <w:br w:type="page"/>
      </w:r>
    </w:p>
    <w:p>
      <w:pPr>
        <w:pStyle w:val="Heading1"/>
        <w:spacing w:before="360" w:after="200" w:line="300" w:lineRule="exact"/>
        <w:jc w:val="center"/>
      </w:pPr>
      <w:r>
        <w:rPr>
          <w:rFonts w:ascii="Georgia" w:hAnsi="Georgia" w:cs="Georgia" w:eastAsia="Georgia"/>
          <w:b/>
          <w:i w:val="0"/>
          <w:color w:val="1F3864"/>
          <w:sz w:val="32"/>
        </w:rPr>
        <w:t>FATWA OF A ZIGZAGGING MUFTI</w:t>
      </w:r>
    </w:p>
    <w:p>
      <w:pPr>
        <w:spacing w:before="0" w:after="120" w:line="300" w:lineRule="exact"/>
        <w:jc w:val="both"/>
      </w:pPr>
      <w:r>
        <w:rPr>
          <w:rFonts w:ascii="Georgia" w:hAnsi="Georgia" w:cs="Georgia" w:eastAsia="Georgia"/>
          <w:b w:val="0"/>
          <w:i w:val="0"/>
          <w:sz w:val="22"/>
        </w:rPr>
        <w:t>Despite his aptitude for issuing zigzagging fatwas, Mufti Ebrahim Desai stated in regard to these aabracadaabra satanic sciences:</w:t>
      </w:r>
    </w:p>
    <w:p>
      <w:pPr>
        <w:spacing w:before="0" w:after="120" w:line="300" w:lineRule="exact"/>
        <w:jc w:val="both"/>
      </w:pPr>
      <w:r>
        <w:rPr>
          <w:rFonts w:ascii="Georgia" w:hAnsi="Georgia" w:cs="Georgia" w:eastAsia="Georgia"/>
          <w:b w:val="0"/>
          <w:i w:val="0"/>
          <w:sz w:val="22"/>
        </w:rPr>
        <w:t>"The concept of AHT (Alternate Healing Therapy) is a relatively new concept. I have heard that it has components of Kufr in it. I decided to study it in detail and I have spent a year on it. There are some AHTs that are extremely dangerous and risk the Ieman of an individual. I have vigorously opposed the Zuhuri concept last year and condemned it to a point that all the people practicing on it are not seen anymore, Alhamdulillah.</w:t>
      </w:r>
    </w:p>
    <w:p>
      <w:pPr>
        <w:spacing w:before="0" w:after="120" w:line="300" w:lineRule="exact"/>
        <w:jc w:val="both"/>
      </w:pPr>
      <w:r>
        <w:rPr>
          <w:rFonts w:ascii="Georgia" w:hAnsi="Georgia" w:cs="Georgia" w:eastAsia="Georgia"/>
          <w:b w:val="0"/>
          <w:i w:val="0"/>
          <w:sz w:val="22"/>
        </w:rPr>
        <w:t>Muhtaram Moulana is correct. Our people are gullible. When they face challenges in life, they would resort to anyone even at the risk of their Ieman. No fatwa matters to them at that point. They are in a state of desperation.</w:t>
      </w:r>
    </w:p>
    <w:p>
      <w:pPr>
        <w:spacing w:before="0" w:after="120" w:line="300" w:lineRule="exact"/>
        <w:jc w:val="both"/>
      </w:pPr>
      <w:r>
        <w:rPr>
          <w:rFonts w:ascii="Georgia" w:hAnsi="Georgia" w:cs="Georgia" w:eastAsia="Georgia"/>
          <w:b w:val="0"/>
          <w:i w:val="0"/>
          <w:sz w:val="22"/>
        </w:rPr>
        <w:t>There are many types of AHT and are practised by Muslims and non Muslims. Some are dangerous and risk the Ieman of an individual." (End of fatwa)</w:t>
      </w:r>
    </w:p>
    <w:p>
      <w:r>
        <w:br w:type="page"/>
      </w:r>
    </w:p>
    <w:p>
      <w:pPr>
        <w:pStyle w:val="Heading1"/>
        <w:spacing w:before="360" w:after="200" w:line="300" w:lineRule="exact"/>
        <w:jc w:val="center"/>
      </w:pPr>
      <w:r>
        <w:rPr>
          <w:rFonts w:ascii="Georgia" w:hAnsi="Georgia" w:cs="Georgia" w:eastAsia="Georgia"/>
          <w:b/>
          <w:i w:val="0"/>
          <w:color w:val="1F3864"/>
          <w:sz w:val="32"/>
        </w:rPr>
        <w:t>"DIVINE" ENERGY OF THE SATANIST CULTISTS IS THE DEVIL'S ENERGY</w:t>
      </w:r>
    </w:p>
    <w:p>
      <w:pPr>
        <w:spacing w:before="0" w:after="120" w:line="300" w:lineRule="exact"/>
        <w:jc w:val="both"/>
      </w:pPr>
      <w:r>
        <w:rPr>
          <w:rFonts w:ascii="Georgia" w:hAnsi="Georgia" w:cs="Georgia" w:eastAsia="Georgia"/>
          <w:b w:val="0"/>
          <w:i w:val="0"/>
          <w:sz w:val="22"/>
        </w:rPr>
        <w:t>Question I have attached an article from an academic journal that was emailed to me. This paper explores the similarities between reiki and so called sufi healing. What is the status of sufi healing in Islam? Is such healing permissible?</w:t>
      </w:r>
    </w:p>
    <w:p>
      <w:pPr>
        <w:spacing w:before="0" w:after="120" w:line="300" w:lineRule="exact"/>
        <w:jc w:val="both"/>
      </w:pPr>
      <w:r>
        <w:rPr>
          <w:rFonts w:ascii="Georgia" w:hAnsi="Georgia" w:cs="Georgia" w:eastAsia="Georgia"/>
          <w:b w:val="0"/>
          <w:i w:val="0"/>
          <w:sz w:val="22"/>
        </w:rPr>
        <w:t>What is interesting in this paper is that at the beginning it mentions a story about a priest researching how Jesus healed people with his hands. When we did Aafiya healing, Zuhair mentioned the very same thing: that Allah sent the knowledge of healing with hands to Isa (Alayhis salaam). I would like to know why during Meraj did the Angels stress cupping to such a degree when all these healing modalities pre-date Islam. Obviously the Angels were witness to these practices.</w:t>
      </w:r>
    </w:p>
    <w:p>
      <w:pPr>
        <w:spacing w:before="0" w:after="120" w:line="300" w:lineRule="exact"/>
        <w:jc w:val="both"/>
      </w:pPr>
      <w:r>
        <w:rPr>
          <w:rFonts w:ascii="Georgia" w:hAnsi="Georgia" w:cs="Georgia" w:eastAsia="Georgia"/>
          <w:b w:val="0"/>
          <w:i w:val="0"/>
          <w:sz w:val="22"/>
        </w:rPr>
        <w:t>Answer There is no such thing as 'sufi healing' in Islam. The term 'sufi' has been misappropriated to camouflage a Satanist cult, and to entrap ignorant and unwary Muslims into the kufr and shirk snare of Iblees.</w:t>
      </w:r>
    </w:p>
    <w:p>
      <w:pPr>
        <w:spacing w:before="0" w:after="120" w:line="300" w:lineRule="exact"/>
        <w:jc w:val="both"/>
      </w:pPr>
      <w:r>
        <w:rPr>
          <w:rFonts w:ascii="Georgia" w:hAnsi="Georgia" w:cs="Georgia" w:eastAsia="Georgia"/>
          <w:b w:val="0"/>
          <w:i w:val="0"/>
          <w:sz w:val="22"/>
        </w:rPr>
        <w:t>So-called 'sufi' healing is shaitaani 'healing'. All forms of 'divine' energy, 'divine' healing and all forms of these metaphysical therapies purported to be healing practices, are Devil-energy and Devil therapies which are haraam. These therapies are deceptions of shaitaan. Shaitaan manipulates his agents to divert Muslims from the Deen. They deceptively utilize some Islamically-sounding terminologies to entrap morons into the snare of Iblees which he spreads for the destruction of the Imaan of the morons who become entangled in the excretal mess of these satanic therapies.</w:t>
      </w:r>
    </w:p>
    <w:p>
      <w:pPr>
        <w:spacing w:before="0" w:after="120" w:line="300" w:lineRule="exact"/>
        <w:jc w:val="both"/>
      </w:pPr>
      <w:r>
        <w:rPr>
          <w:rFonts w:ascii="Georgia" w:hAnsi="Georgia" w:cs="Georgia" w:eastAsia="Georgia"/>
          <w:b w:val="0"/>
          <w:i w:val="0"/>
          <w:sz w:val="22"/>
        </w:rPr>
        <w:t>The paper confirms the practices of shirk and kufr which are integral to satanic healing and therapies. The paper mentions techniques which were acquired from "the Lotus Sutra of the Lord Buddha", Muslim's adaptation in adopting reiki spirituality, the nature of reiki in Sufism, the nature of man in sufistic reiki, the nature of reiki energy in sufistic reiki, sufistic reiki in solving theological problem, etc.</w:t>
      </w:r>
    </w:p>
    <w:p>
      <w:pPr>
        <w:spacing w:before="0" w:after="120" w:line="300" w:lineRule="exact"/>
        <w:jc w:val="both"/>
      </w:pPr>
      <w:r>
        <w:rPr>
          <w:rFonts w:ascii="Georgia" w:hAnsi="Georgia" w:cs="Georgia" w:eastAsia="Georgia"/>
          <w:b w:val="0"/>
          <w:i w:val="0"/>
          <w:sz w:val="22"/>
        </w:rPr>
        <w:t>The claim that reiki or any other similar form of therapy is free from religious affiliation is a massive satanic lie designed to deceive and entrap ignorant Muslims into the web of shirk and kufr which is externally plastered with a false veneer to convey the idea that the therapy is for gaining physical health. But this is a shaitaani ploy to deflect focus from the true objective of these Satanist therapists. The paper stating the objective of this satanism says:</w:t>
      </w:r>
    </w:p>
    <w:p>
      <w:pPr>
        <w:spacing w:before="120" w:after="120" w:line="300" w:lineRule="exact"/>
        <w:ind w:left="720" w:right="720"/>
        <w:jc w:val="center"/>
      </w:pPr>
      <w:r>
        <w:rPr>
          <w:rFonts w:ascii="Georgia" w:hAnsi="Georgia" w:cs="Georgia" w:eastAsia="Georgia"/>
          <w:b w:val="0"/>
          <w:i/>
          <w:sz w:val="22"/>
        </w:rPr>
        <w:t>"The true aim of Reiki is attaining levels of spiritual enlightenment, in Buddhist term: up to a jivanmukta state or realm of divine consciousness, spiritually speaking."</w:t>
      </w:r>
    </w:p>
    <w:p>
      <w:pPr>
        <w:spacing w:before="0" w:after="120" w:line="300" w:lineRule="exact"/>
        <w:jc w:val="both"/>
      </w:pPr>
      <w:r>
        <w:rPr>
          <w:rFonts w:ascii="Georgia" w:hAnsi="Georgia" w:cs="Georgia" w:eastAsia="Georgia"/>
          <w:b w:val="0"/>
          <w:i w:val="0"/>
          <w:sz w:val="22"/>
        </w:rPr>
        <w:t>Morons are deluded by the legion of Shaitaan to believe that "true-blissful-divine-consciousness" is attained and experienced via the techniques of the Devil. The 'divine' consciousness which the morons experience is in reality inspirations and hallucinations of Shaitaan. Iblees too has forms of noor within him. He utilizes his satanic noor to deceive and entrap. Even some simple-minded Auliya who lacked adequate Knowledge of the Shariah have been duped by Iblees. Ultimately they end up prostrating to the devil. It is precisely for this reason that Rasulullah (Sallallahu alayhi wasallam) said:</w:t>
      </w:r>
    </w:p>
    <w:p>
      <w:pPr>
        <w:spacing w:before="120" w:after="120" w:line="300" w:lineRule="exact"/>
        <w:ind w:left="720" w:right="720"/>
        <w:jc w:val="center"/>
      </w:pPr>
      <w:r>
        <w:rPr>
          <w:rFonts w:ascii="Georgia" w:hAnsi="Georgia" w:cs="Georgia" w:eastAsia="Georgia"/>
          <w:b w:val="0"/>
          <w:i/>
          <w:sz w:val="22"/>
        </w:rPr>
        <w:t>"A single Faqeeh is harder on shaitaan than a thousand Aabids."</w:t>
      </w:r>
    </w:p>
    <w:p>
      <w:pPr>
        <w:spacing w:before="0" w:after="120" w:line="300" w:lineRule="exact"/>
        <w:jc w:val="both"/>
      </w:pPr>
      <w:r>
        <w:rPr>
          <w:rFonts w:ascii="Georgia" w:hAnsi="Georgia" w:cs="Georgia" w:eastAsia="Georgia"/>
          <w:b w:val="0"/>
          <w:i w:val="0"/>
          <w:sz w:val="22"/>
        </w:rPr>
        <w:t>The Faqeeh being equipped with valid Ilm of the Deen and Taqwa quickly discerns satanism while the Aabid (Buzrug) lacking in adequate Knowledge of the Deen is in grave danger of satanic entrapment. Hence there is an imperative need for such Aabids to seek clarification for their spiritual experiences from true Ulama who are able to distinguish between Haqq and the baatil of these Satanist practices and therapies.</w:t>
      </w:r>
    </w:p>
    <w:p>
      <w:pPr>
        <w:spacing w:before="0" w:after="120" w:line="300" w:lineRule="exact"/>
        <w:jc w:val="both"/>
      </w:pPr>
      <w:r>
        <w:rPr>
          <w:rFonts w:ascii="Georgia" w:hAnsi="Georgia" w:cs="Georgia" w:eastAsia="Georgia"/>
          <w:b w:val="0"/>
          <w:i w:val="0"/>
          <w:sz w:val="22"/>
        </w:rPr>
        <w:t>The deceptive utilization of the Islamic term, Ilaahi (my Allah), is a satanically cunning device for presenting the hybrid Buddhist-Islamic concept which is nothing other than pure shaitaaniyat.</w:t>
      </w:r>
    </w:p>
    <w:p>
      <w:pPr>
        <w:spacing w:before="0" w:after="120" w:line="300" w:lineRule="exact"/>
        <w:jc w:val="both"/>
      </w:pPr>
      <w:r>
        <w:rPr>
          <w:rFonts w:ascii="Georgia" w:hAnsi="Georgia" w:cs="Georgia" w:eastAsia="Georgia"/>
          <w:b w:val="0"/>
          <w:i w:val="0"/>
          <w:sz w:val="22"/>
        </w:rPr>
        <w:t>The paper mentions "modern Sufism practitioners" who are impressed and attracted by the "miracles of Reiki". Thus, they endeavour to make a patchwork of 'esoteric' Islam "with the essence of Reiki".</w:t>
      </w:r>
    </w:p>
    <w:p>
      <w:pPr>
        <w:spacing w:before="0" w:after="120" w:line="300" w:lineRule="exact"/>
        <w:jc w:val="both"/>
      </w:pPr>
      <w:r>
        <w:rPr>
          <w:rFonts w:ascii="Georgia" w:hAnsi="Georgia" w:cs="Georgia" w:eastAsia="Georgia"/>
          <w:b w:val="0"/>
          <w:i w:val="0"/>
          <w:sz w:val="22"/>
        </w:rPr>
        <w:t>Muslims should beware of these therapists. All of them without exception are agents of Iblees whose target is Imaani destruction. These therapies are satanically designed to desensitize Imaan and to make it conducive for accepting the satanic contamination which the Satanists offer. Just a single belief of kufr/shirk eliminates Imaan.</w:t>
      </w:r>
    </w:p>
    <w:p>
      <w:pPr>
        <w:spacing w:before="0" w:after="120" w:line="300" w:lineRule="exact"/>
        <w:jc w:val="both"/>
      </w:pPr>
      <w:r>
        <w:rPr>
          <w:rFonts w:ascii="Georgia" w:hAnsi="Georgia" w:cs="Georgia" w:eastAsia="Georgia"/>
          <w:b w:val="0"/>
          <w:i w:val="0"/>
          <w:sz w:val="22"/>
        </w:rPr>
        <w:t>The 'sufism' to which these agents of shaitaan refer is actually satanism. Any brand of sufism or tasawwuf which is in conflict with the Shariah is satanism. Genuine Sufism/Tasawwuf is the Product of the Qur'aan and Sunnah. There is nothing in true Sufism which conflicts with the Shariah. Sufism is not a therapy for healing physical ailments. Sufism is the Sunnah branch of Knowledge which deals with moral reformation and spiritual progress. Its subject matter is Islaah-e-Nafs. But in this age all sufi tareeqas are the Tareeqah of Iblees. They are Satanist cults of bid'ah, kufr, shirk, fisq and fujoor. They hoodwink the ignorant and unwary with the Islamic names which they retain for their cults of satanism.</w:t>
      </w:r>
    </w:p>
    <w:p>
      <w:pPr>
        <w:spacing w:before="0" w:after="120" w:line="300" w:lineRule="exact"/>
        <w:jc w:val="both"/>
      </w:pPr>
      <w:r>
        <w:rPr>
          <w:rFonts w:ascii="Georgia" w:hAnsi="Georgia" w:cs="Georgia" w:eastAsia="Georgia"/>
          <w:b w:val="0"/>
          <w:i w:val="0"/>
          <w:sz w:val="22"/>
        </w:rPr>
        <w:t>Likening the healing practices with the hands of the Satanists to the Mu'jizaat performed by Nabi Isaa (Alayhis salaam) is a perfect example of the satanism with which wool is pulled over the spiritual eyes of the morons. There is absolutely no relationship between the Mu'jizaat of the Ambiya and the satanic demonstrations of these satanic therapists whose religion is satanism. Nabi Isaa (Alayhis salaam) and all Ambiya (Alayhimus salaam) who had demonstrated Mu'jizaat (Miracles) did so Bi-ithnillaah!, i.e. with the permission of Allah. They did not get any schooling in any form of therapy. In the Qur'aan are mentioned the episodes of Hadhrat Isaa's healing the blind, the lame, etc. With each act of healing, he clarified that it was Bi-ithnillaah – with the permission of Allah.</w:t>
      </w:r>
    </w:p>
    <w:p>
      <w:pPr>
        <w:spacing w:before="0" w:after="120" w:line="300" w:lineRule="exact"/>
        <w:jc w:val="both"/>
      </w:pPr>
      <w:r>
        <w:rPr>
          <w:rFonts w:ascii="Georgia" w:hAnsi="Georgia" w:cs="Georgia" w:eastAsia="Georgia"/>
          <w:b w:val="0"/>
          <w:i w:val="0"/>
          <w:sz w:val="22"/>
        </w:rPr>
        <w:t>The Mu'jizaat of the Ambiya and the Karaamaat of the Auliya are not the effects of therapy which in fact is satanism. Aafiya healing is also a branch of shaitaani therapy. The claim that Allah Ta'ala sent the knowledge of healing with the hands to Nabi Isaa (Alayhis salaam) is a satanic lie. There never was such a form of healing. It was not healing by any satanic movement of the hands. Hadhrat Isaa (Alayhis salaam) simply took the Name of Allah Ta'ala and blew on the patient who was instantaneously cured by the permission of Allah, not by any hand-therapy hallucinated by the agents of Iblees.</w:t>
      </w:r>
    </w:p>
    <w:p>
      <w:r>
        <w:br w:type="page"/>
      </w:r>
    </w:p>
    <w:p>
      <w:pPr>
        <w:pStyle w:val="Heading1"/>
        <w:spacing w:before="360" w:after="200" w:line="300" w:lineRule="exact"/>
        <w:jc w:val="center"/>
      </w:pPr>
      <w:r>
        <w:rPr>
          <w:rFonts w:ascii="Georgia" w:hAnsi="Georgia" w:cs="Georgia" w:eastAsia="Georgia"/>
          <w:b/>
          <w:i w:val="0"/>
          <w:color w:val="1F3864"/>
          <w:sz w:val="32"/>
        </w:rPr>
        <w:t>THE DECEPTION OF THE SATANIC ENERGY GROUPS</w:t>
      </w:r>
    </w:p>
    <w:p>
      <w:pPr>
        <w:spacing w:before="0" w:after="120" w:line="300" w:lineRule="exact"/>
        <w:jc w:val="both"/>
      </w:pPr>
      <w:r>
        <w:rPr>
          <w:rFonts w:ascii="Georgia" w:hAnsi="Georgia" w:cs="Georgia" w:eastAsia="Georgia"/>
          <w:b w:val="0"/>
          <w:i w:val="0"/>
          <w:sz w:val="22"/>
        </w:rPr>
        <w:t>The Sister whom Allah Ta'ala saved from the clutches of the satanist cult explaining in greater detail the shenanigans of the Aafiyah cult, states:</w:t>
      </w:r>
    </w:p>
    <w:p>
      <w:pPr>
        <w:spacing w:before="0" w:after="120" w:line="300" w:lineRule="exact"/>
        <w:jc w:val="both"/>
      </w:pPr>
      <w:r>
        <w:rPr>
          <w:rFonts w:ascii="Georgia" w:hAnsi="Georgia" w:cs="Georgia" w:eastAsia="Georgia"/>
          <w:b w:val="0"/>
          <w:i w:val="0"/>
          <w:sz w:val="22"/>
        </w:rPr>
        <w:t>With aafiya energy healing its a bit tricky because we don't really understand the nature of the energy. Apparently according to some ulema the pious predecessors used to be able to use some type of "energy". (Using some type of energy for healing has no relationship with Islam. Every method invented for medical treatment has to be subjected to the Shariah for a ruling – The Majlis)</w:t>
      </w:r>
    </w:p>
    <w:p>
      <w:pPr>
        <w:spacing w:before="0" w:after="120" w:line="300" w:lineRule="exact"/>
        <w:jc w:val="both"/>
      </w:pPr>
      <w:r>
        <w:rPr>
          <w:rFonts w:ascii="Georgia" w:hAnsi="Georgia" w:cs="Georgia" w:eastAsia="Georgia"/>
          <w:b w:val="0"/>
          <w:i w:val="0"/>
          <w:sz w:val="22"/>
        </w:rPr>
        <w:t>My question to this is: How is it that this recipe can be taught in one day to any Tom Dick or Harry whether paak or napaak, Muslim or non-Muslim?</w:t>
      </w:r>
    </w:p>
    <w:p>
      <w:pPr>
        <w:spacing w:before="0" w:after="120" w:line="300" w:lineRule="exact"/>
        <w:jc w:val="both"/>
      </w:pPr>
      <w:r>
        <w:rPr>
          <w:rFonts w:ascii="Georgia" w:hAnsi="Georgia" w:cs="Georgia" w:eastAsia="Georgia"/>
          <w:b w:val="0"/>
          <w:i w:val="0"/>
          <w:sz w:val="22"/>
        </w:rPr>
        <w:t>Initially Zuhair used to say chakras and lataif were different. But now he says they are the same. When I published the article on the difference between chakras and lataif, he immediately removed me from all the aafiya groups. (It is false and deceptive to claim that the chakras of the mushrikeen are the same as the spiritual faculties called Lataa-if. The Auliya toil with their ibaadat and riyaadhat to enliven the spiritual faculties which are generally 'dead' in most Muslims. Sin, transgression, futility and the like dull and deaden the Lataa-if. The quantum touch clique deceptively use Sufi terms to entrap unsuspecting and ignorant Muslims. – The Majlis)</w:t>
      </w:r>
    </w:p>
    <w:p>
      <w:pPr>
        <w:spacing w:before="120" w:after="120" w:line="300" w:lineRule="exact"/>
        <w:ind w:left="720" w:right="720"/>
        <w:jc w:val="center"/>
      </w:pPr>
      <w:r>
        <w:rPr>
          <w:rFonts w:ascii="Georgia" w:hAnsi="Georgia" w:cs="Georgia" w:eastAsia="Georgia"/>
          <w:b w:val="0"/>
          <w:i/>
          <w:sz w:val="22"/>
        </w:rPr>
        <w:t>So this energy, he admits is the same as chi or qi and says Muslims call it qudra. (It is a LIE – a manifest falsehood to say the Muslims, i.e. the Aulia, call the Lataa-if 'qudra'. The Lataa-if are just as the physical faculties. While the former function in the spiritual realm, the latter are related to the physical world. The talk of 'qudra' is bunkum– The Majlis)</w:t>
      </w:r>
    </w:p>
    <w:p>
      <w:pPr>
        <w:spacing w:before="0" w:after="120" w:line="300" w:lineRule="exact"/>
        <w:jc w:val="both"/>
      </w:pPr>
      <w:r>
        <w:rPr>
          <w:rFonts w:ascii="Georgia" w:hAnsi="Georgia" w:cs="Georgia" w:eastAsia="Georgia"/>
          <w:b w:val="0"/>
          <w:i w:val="0"/>
          <w:sz w:val="22"/>
        </w:rPr>
        <w:t>From our research we have found that this is related to the breath and ether, which affect the ethereal body. https://www.quantumtouch.com/en/component/qtevents/detai ls/15841</w:t>
      </w:r>
    </w:p>
    <w:p>
      <w:pPr>
        <w:spacing w:before="0" w:after="120" w:line="300" w:lineRule="exact"/>
        <w:jc w:val="both"/>
      </w:pPr>
      <w:r>
        <w:rPr>
          <w:rFonts w:ascii="Georgia" w:hAnsi="Georgia" w:cs="Georgia" w:eastAsia="Georgia"/>
          <w:b w:val="0"/>
          <w:i w:val="0"/>
          <w:sz w:val="22"/>
        </w:rPr>
        <w:t>All one needs to do, is to breathe with intention. One can also tap into the quantum field. (Which is the field of shaitaan – The Majlis)</w:t>
      </w:r>
    </w:p>
    <w:p>
      <w:pPr>
        <w:spacing w:before="0" w:after="120" w:line="300" w:lineRule="exact"/>
        <w:jc w:val="both"/>
      </w:pPr>
      <w:r>
        <w:rPr>
          <w:rFonts w:ascii="Georgia" w:hAnsi="Georgia" w:cs="Georgia" w:eastAsia="Georgia"/>
          <w:b w:val="0"/>
          <w:i w:val="0"/>
          <w:sz w:val="22"/>
        </w:rPr>
        <w:t>From our research it seems to be some sort of jinn internet, you can tap into with your mind. And then manifest like law of attraction, or cast a spell, or do distance healing. How does this even work?? (It works with shaitaani manipulation – The Majlis)</w:t>
      </w:r>
    </w:p>
    <w:p>
      <w:pPr>
        <w:spacing w:before="0" w:after="120" w:line="300" w:lineRule="exact"/>
        <w:jc w:val="both"/>
      </w:pPr>
      <w:r>
        <w:rPr>
          <w:rFonts w:ascii="Georgia" w:hAnsi="Georgia" w:cs="Georgia" w:eastAsia="Georgia"/>
          <w:b w:val="0"/>
          <w:i w:val="0"/>
          <w:sz w:val="22"/>
        </w:rPr>
        <w:t>In order to do distant healing, one has to sit in a comfortable position, put your hands as if you are holding a soccer ball and breathe. This is how the "energy" is generated, like you will feel when you put 2 poles of the magnet together.</w:t>
      </w:r>
    </w:p>
    <w:p>
      <w:pPr>
        <w:spacing w:before="0" w:after="120" w:line="300" w:lineRule="exact"/>
        <w:jc w:val="both"/>
      </w:pPr>
      <w:r>
        <w:rPr>
          <w:rFonts w:ascii="Georgia" w:hAnsi="Georgia" w:cs="Georgia" w:eastAsia="Georgia"/>
          <w:b w:val="0"/>
          <w:i w:val="0"/>
          <w:sz w:val="22"/>
        </w:rPr>
        <w:t>Then in your mind you visualize a bubble of Noor (the Devil's noor –The Majlis), then you call the persons into the bubble, make them lie on the couch, attach a pipe of zam zam (the Devil's urine –The Majlis) on the spine (C7) and visualize Noor entering the top of their heads. Visualize this for a while then let them leave. (Shaitaan plays a very prominent role in these manifestations and deceptions – The Majlis)</w:t>
      </w:r>
    </w:p>
    <w:p>
      <w:pPr>
        <w:spacing w:before="0" w:after="120" w:line="300" w:lineRule="exact"/>
        <w:jc w:val="both"/>
      </w:pPr>
      <w:r>
        <w:rPr>
          <w:rFonts w:ascii="Georgia" w:hAnsi="Georgia" w:cs="Georgia" w:eastAsia="Georgia"/>
          <w:b w:val="0"/>
          <w:i w:val="0"/>
          <w:sz w:val="22"/>
        </w:rPr>
        <w:t>The only information required to do distance healing for a person is, their name age, location and ailment.</w:t>
      </w:r>
    </w:p>
    <w:p>
      <w:pPr>
        <w:spacing w:before="0" w:after="120" w:line="300" w:lineRule="exact"/>
        <w:jc w:val="both"/>
      </w:pPr>
      <w:r>
        <w:rPr>
          <w:rFonts w:ascii="Georgia" w:hAnsi="Georgia" w:cs="Georgia" w:eastAsia="Georgia"/>
          <w:b w:val="0"/>
          <w:i w:val="0"/>
          <w:sz w:val="22"/>
        </w:rPr>
        <w:t>So every Monday and Thursday at a specific time all the aafiya "healers" sit and send their energy to the healing bubble and call their patients in for healing. They puja-worship – the Devil in these sessions – The Majlis). If you want to request healing for yourself or anyone else you submit your name on the watsapp group or on Facebook.</w:t>
      </w:r>
    </w:p>
    <w:p>
      <w:pPr>
        <w:spacing w:before="0" w:after="120" w:line="300" w:lineRule="exact"/>
        <w:jc w:val="both"/>
      </w:pPr>
      <w:r>
        <w:rPr>
          <w:rFonts w:ascii="Georgia" w:hAnsi="Georgia" w:cs="Georgia" w:eastAsia="Georgia"/>
          <w:b w:val="0"/>
          <w:i w:val="0"/>
          <w:sz w:val="22"/>
        </w:rPr>
        <w:t>Distance healing as found in aafiya, is found in reiki and paganism. There are people who openly call themselves pagan healers and practice pagan healing. They use distance healing. They are quite open about tapping into the field.</w:t>
      </w:r>
    </w:p>
    <w:p>
      <w:pPr>
        <w:spacing w:before="0" w:after="120" w:line="300" w:lineRule="exact"/>
        <w:jc w:val="both"/>
      </w:pPr>
      <w:r>
        <w:rPr>
          <w:rFonts w:ascii="Georgia" w:hAnsi="Georgia" w:cs="Georgia" w:eastAsia="Georgia"/>
          <w:b w:val="0"/>
          <w:i w:val="0"/>
          <w:sz w:val="22"/>
        </w:rPr>
        <w:t>During the energy healing sessions you "pick up information about the person you are sending healing for, without being told.</w:t>
      </w:r>
    </w:p>
    <w:p>
      <w:pPr>
        <w:spacing w:before="0" w:after="120" w:line="300" w:lineRule="exact"/>
        <w:jc w:val="both"/>
      </w:pPr>
      <w:r>
        <w:rPr>
          <w:rFonts w:ascii="Georgia" w:hAnsi="Georgia" w:cs="Georgia" w:eastAsia="Georgia"/>
          <w:b w:val="0"/>
          <w:i w:val="0"/>
          <w:sz w:val="22"/>
        </w:rPr>
        <w:t>During the exercise in the course, the subject was an old man who had a temper. I picked up that he is a scared little boy. That the anger was because he was afraid of the world. Turns out the person's father passed away when he was little and his mother brought him up that way.</w:t>
      </w:r>
    </w:p>
    <w:p>
      <w:pPr>
        <w:spacing w:before="0" w:after="120" w:line="300" w:lineRule="exact"/>
        <w:jc w:val="both"/>
      </w:pPr>
      <w:r>
        <w:rPr>
          <w:rFonts w:ascii="Georgia" w:hAnsi="Georgia" w:cs="Georgia" w:eastAsia="Georgia"/>
          <w:b w:val="0"/>
          <w:i w:val="0"/>
          <w:sz w:val="22"/>
        </w:rPr>
        <w:t>How did I know that? How was I able to pick that up and actually feel the insecurity of a man I have never seen in my life??! (Information from shaitaan – The Majlis)</w:t>
      </w:r>
    </w:p>
    <w:p>
      <w:pPr>
        <w:spacing w:before="0" w:after="120" w:line="300" w:lineRule="exact"/>
        <w:jc w:val="both"/>
      </w:pPr>
      <w:r>
        <w:rPr>
          <w:rFonts w:ascii="Georgia" w:hAnsi="Georgia" w:cs="Georgia" w:eastAsia="Georgia"/>
          <w:b w:val="0"/>
          <w:i w:val="0"/>
          <w:sz w:val="22"/>
        </w:rPr>
        <w:t>From our research we have found the closest explanation in Imam Ghazali's Refutation of the Philosophers.</w:t>
      </w:r>
    </w:p>
    <w:p>
      <w:pPr>
        <w:spacing w:before="0" w:after="120" w:line="300" w:lineRule="exact"/>
        <w:jc w:val="both"/>
      </w:pPr>
      <w:r>
        <w:rPr>
          <w:rFonts w:ascii="Georgia" w:hAnsi="Georgia" w:cs="Georgia" w:eastAsia="Georgia"/>
          <w:b w:val="0"/>
          <w:i w:val="0"/>
          <w:sz w:val="22"/>
        </w:rPr>
        <w:t>They believe that all consciousness is connected. We can, by accessing our subconscious mind, access the information in this connected consciousness.</w:t>
      </w:r>
    </w:p>
    <w:p>
      <w:pPr>
        <w:spacing w:before="0" w:after="120" w:line="300" w:lineRule="exact"/>
        <w:jc w:val="both"/>
      </w:pPr>
      <w:r>
        <w:rPr>
          <w:rFonts w:ascii="Georgia" w:hAnsi="Georgia" w:cs="Georgia" w:eastAsia="Georgia"/>
          <w:b w:val="0"/>
          <w:i w:val="0"/>
          <w:sz w:val="22"/>
        </w:rPr>
        <w:t>Zuhair believes this as well.... It is necessary to believe our consciousness is connected in order to believe that distance healing works.</w:t>
      </w:r>
    </w:p>
    <w:p>
      <w:pPr>
        <w:spacing w:before="0" w:after="120" w:line="300" w:lineRule="exact"/>
        <w:jc w:val="both"/>
      </w:pPr>
      <w:r>
        <w:rPr>
          <w:rFonts w:ascii="Georgia" w:hAnsi="Georgia" w:cs="Georgia" w:eastAsia="Georgia"/>
          <w:b w:val="0"/>
          <w:i w:val="0"/>
          <w:sz w:val="22"/>
        </w:rPr>
        <w:t>Magic is magic, there is no white or black magic. It all comes from the same source. The same magic / energy used to heal can easily be used to harm. (Even if it heals, it is satanic and haraam – The Majlis)</w:t>
      </w:r>
    </w:p>
    <w:p>
      <w:r>
        <w:br w:type="page"/>
      </w:r>
    </w:p>
    <w:p>
      <w:pPr>
        <w:pStyle w:val="Heading1"/>
        <w:spacing w:before="360" w:after="200" w:line="300" w:lineRule="exact"/>
        <w:jc w:val="center"/>
      </w:pPr>
      <w:r>
        <w:rPr>
          <w:rFonts w:ascii="Georgia" w:hAnsi="Georgia" w:cs="Georgia" w:eastAsia="Georgia"/>
          <w:b/>
          <w:i w:val="0"/>
          <w:color w:val="1F3864"/>
          <w:sz w:val="32"/>
        </w:rPr>
        <w:t>THE AAFIYA EMOTIONAL HEALING</w:t>
      </w:r>
    </w:p>
    <w:p>
      <w:pPr>
        <w:spacing w:before="0" w:after="120" w:line="300" w:lineRule="exact"/>
        <w:jc w:val="both"/>
      </w:pPr>
      <w:r>
        <w:rPr>
          <w:rFonts w:ascii="Georgia" w:hAnsi="Georgia" w:cs="Georgia" w:eastAsia="Georgia"/>
          <w:b w:val="0"/>
          <w:i w:val="0"/>
          <w:sz w:val="22"/>
        </w:rPr>
        <w:t>A person is put into a trance-like state.</w:t>
      </w:r>
    </w:p>
    <w:p>
      <w:pPr>
        <w:spacing w:before="0" w:after="120" w:line="300" w:lineRule="exact"/>
        <w:jc w:val="both"/>
      </w:pPr>
      <w:r>
        <w:rPr>
          <w:rFonts w:ascii="Georgia" w:hAnsi="Georgia" w:cs="Georgia" w:eastAsia="Georgia"/>
          <w:b w:val="0"/>
          <w:i w:val="0"/>
          <w:sz w:val="22"/>
        </w:rPr>
        <w:t>Imaam Ghazali refers to it as "dream state" in our time we call it REM (rapid eye movement). Imam Ghazali mentions that the philosophers believed in this state they could access Lauh-e-Mahfuz. (This is pure satanic hallucination. No one besides the Malaaikah have access to Looh-e-Mahfooz – The Majlis)</w:t>
      </w:r>
    </w:p>
    <w:p>
      <w:pPr>
        <w:spacing w:before="0" w:after="120" w:line="300" w:lineRule="exact"/>
        <w:jc w:val="both"/>
      </w:pPr>
      <w:r>
        <w:rPr>
          <w:rFonts w:ascii="Georgia" w:hAnsi="Georgia" w:cs="Georgia" w:eastAsia="Georgia"/>
          <w:b w:val="0"/>
          <w:i w:val="0"/>
          <w:sz w:val="22"/>
        </w:rPr>
        <w:t>In New age and Hindu philosophy they say they can access the akashic records. According to their beliefs, this is a record of everything that has happened. So this is how astrologers or spirit guides get information. (According to the Qur'aan and Hadith, astrologers acquire information from evil jinn – The Majlis)</w:t>
      </w:r>
    </w:p>
    <w:p>
      <w:pPr>
        <w:spacing w:before="0" w:after="120" w:line="300" w:lineRule="exact"/>
        <w:jc w:val="both"/>
      </w:pPr>
      <w:r>
        <w:rPr>
          <w:rFonts w:ascii="Georgia" w:hAnsi="Georgia" w:cs="Georgia" w:eastAsia="Georgia"/>
          <w:b w:val="0"/>
          <w:i w:val="0"/>
          <w:sz w:val="22"/>
        </w:rPr>
        <w:t>This field, from our research, seems to be some type of jinn internet that a person can tap into with their mind, and get access to information. (Shaitaan has the ability to become diffused into their brains and bodies. He manipulates and influences them. He casts his evil spells on them – The Majlis)</w:t>
      </w:r>
    </w:p>
    <w:p>
      <w:pPr>
        <w:spacing w:before="0" w:after="120" w:line="300" w:lineRule="exact"/>
        <w:jc w:val="both"/>
      </w:pPr>
      <w:r>
        <w:rPr>
          <w:rFonts w:ascii="Georgia" w:hAnsi="Georgia" w:cs="Georgia" w:eastAsia="Georgia"/>
          <w:b w:val="0"/>
          <w:i w:val="0"/>
          <w:sz w:val="22"/>
        </w:rPr>
        <w:t>All that's required is an intention. Anyone, paak, napaak, Muslim, non-Muslim can tap into this field. (Shaitaan is always available – The Majlis)</w:t>
      </w:r>
    </w:p>
    <w:p>
      <w:pPr>
        <w:spacing w:before="0" w:after="120" w:line="300" w:lineRule="exact"/>
        <w:jc w:val="both"/>
      </w:pPr>
      <w:r>
        <w:rPr>
          <w:rFonts w:ascii="Georgia" w:hAnsi="Georgia" w:cs="Georgia" w:eastAsia="Georgia"/>
          <w:b w:val="0"/>
          <w:i w:val="0"/>
          <w:sz w:val="22"/>
        </w:rPr>
        <w:t>They believe the "universe is conscious" and that they can tap into this universal consciousness and access the information they require. (The universe is conscious for Allah's Ibaadat, not for satanism – The Majlis)</w:t>
      </w:r>
    </w:p>
    <w:p>
      <w:pPr>
        <w:spacing w:before="0" w:after="120" w:line="300" w:lineRule="exact"/>
        <w:jc w:val="both"/>
      </w:pPr>
      <w:r>
        <w:rPr>
          <w:rFonts w:ascii="Georgia" w:hAnsi="Georgia" w:cs="Georgia" w:eastAsia="Georgia"/>
          <w:b w:val="0"/>
          <w:i w:val="0"/>
          <w:sz w:val="22"/>
        </w:rPr>
        <w:t>This is also similar to the belief of Ibn Sina. Part of the philosophy he brought to Islam from the Greek. (In fact, the whole of Ibn Sina's ideology was Greek philosophy- The Majlis). If we research further we realize that the Greeks were influenced by the ancient Egyptians. There are many parallels that can be drawn.</w:t>
      </w:r>
    </w:p>
    <w:p>
      <w:pPr>
        <w:spacing w:before="0" w:after="120" w:line="300" w:lineRule="exact"/>
        <w:jc w:val="both"/>
      </w:pPr>
      <w:r>
        <w:rPr>
          <w:rFonts w:ascii="Georgia" w:hAnsi="Georgia" w:cs="Georgia" w:eastAsia="Georgia"/>
          <w:b w:val="0"/>
          <w:i w:val="0"/>
          <w:sz w:val="22"/>
        </w:rPr>
        <w:t>Also he teaches tapping (emotional healing technique). He encourages us to read Lousie Hay's book - a well-known New age writer. This entire premise is based on Freud's theory on psycho analysis. This has no basis in Islam. Even western psychology has thrown it out. (Such a practioner cannot be a Muslim – The Majlis)</w:t>
      </w:r>
    </w:p>
    <w:p>
      <w:pPr>
        <w:spacing w:before="0" w:after="120" w:line="300" w:lineRule="exact"/>
        <w:jc w:val="both"/>
      </w:pPr>
      <w:r>
        <w:rPr>
          <w:rFonts w:ascii="Georgia" w:hAnsi="Georgia" w:cs="Georgia" w:eastAsia="Georgia"/>
          <w:b w:val="0"/>
          <w:i w:val="0"/>
          <w:sz w:val="22"/>
        </w:rPr>
        <w:t>He calls himself a spiritual teacher, but encourages people to read books by Eckhart Tolle and other New Age authors. He claims that he tells them to take the good and leave the bad. Really??? (When Rasulullah-Sallallahu alayhi wasallam – prohibited Hadhrat Umar –Radhiyallahu anhu- from reading even the Tauraah, what conclusion should be drawn about a fellow who encourages study of the books of atheists and Satanists? – The Majlis) So what spirituality is he teaching?? (The spirituality of Iblees!-The Majlis)</w:t>
      </w:r>
    </w:p>
    <w:p>
      <w:pPr>
        <w:spacing w:before="0" w:after="120" w:line="300" w:lineRule="exact"/>
        <w:jc w:val="both"/>
      </w:pPr>
      <w:r>
        <w:rPr>
          <w:rFonts w:ascii="Georgia" w:hAnsi="Georgia" w:cs="Georgia" w:eastAsia="Georgia"/>
          <w:b w:val="0"/>
          <w:i w:val="0"/>
          <w:sz w:val="22"/>
        </w:rPr>
        <w:t>He adopts the teachings of Louise Hay. Self-help books take psychological theories as fact, e.g. flight or fright response, is a theory that comes from evolutionary psychology. Besides it being unacceptable according to Islam, because we don't believe in evolution, its not an established fact. Yet self-help books use this as a fact and their advice and methods are directed accordingly.</w:t>
      </w:r>
    </w:p>
    <w:p>
      <w:pPr>
        <w:spacing w:before="0" w:after="120" w:line="300" w:lineRule="exact"/>
        <w:jc w:val="both"/>
      </w:pPr>
      <w:r>
        <w:rPr>
          <w:rFonts w:ascii="Georgia" w:hAnsi="Georgia" w:cs="Georgia" w:eastAsia="Georgia"/>
          <w:b w:val="0"/>
          <w:i w:val="0"/>
          <w:sz w:val="22"/>
        </w:rPr>
        <w:t>Also, if we compare the model of the human psyche as described by Freud and compare it to that described by Imam Ghazali we see a huge issue! The Freudian model only deals with the nafs.</w:t>
      </w:r>
    </w:p>
    <w:p>
      <w:pPr>
        <w:spacing w:before="0" w:after="120" w:line="300" w:lineRule="exact"/>
        <w:jc w:val="both"/>
      </w:pPr>
      <w:r>
        <w:rPr>
          <w:rFonts w:ascii="Georgia" w:hAnsi="Georgia" w:cs="Georgia" w:eastAsia="Georgia"/>
          <w:b w:val="0"/>
          <w:i w:val="0"/>
          <w:sz w:val="22"/>
        </w:rPr>
        <w:t>Putting one in this state and using NLP on a person in this state, programs the person any way the practitioner wants. So they are able to program a person to behave in a manner that is against their fitrah. The nafs is strengthened so that it is no longer submissive to The Qalb. Waswasa is intensified, and this according to Islamic psychology is the root of mental illness. (Their entire ideology is satanic. They are steered by Iblees. He has overpowered their brains. He has blocked their brains to the Haqq and has adorned baatil – falsehood – with his ensnarement. The Qur'aan terms this shaitaani zukruful qawl. – The Majlis)</w:t>
      </w:r>
    </w:p>
    <w:p>
      <w:pPr>
        <w:spacing w:before="0" w:after="120" w:line="300" w:lineRule="exact"/>
        <w:jc w:val="both"/>
      </w:pPr>
      <w:r>
        <w:rPr>
          <w:rFonts w:ascii="Georgia" w:hAnsi="Georgia" w:cs="Georgia" w:eastAsia="Georgia"/>
          <w:b w:val="0"/>
          <w:i w:val="0"/>
          <w:sz w:val="22"/>
        </w:rPr>
        <w:t>We see egos becoming huge. Narcissism becomes outstanding. Women become rebellious. So even if the marriage is still intact there is a breakdown of the marital relationship.</w:t>
      </w:r>
    </w:p>
    <w:p>
      <w:pPr>
        <w:spacing w:before="0" w:after="120" w:line="300" w:lineRule="exact"/>
        <w:jc w:val="both"/>
      </w:pPr>
      <w:r>
        <w:rPr>
          <w:rFonts w:ascii="Georgia" w:hAnsi="Georgia" w:cs="Georgia" w:eastAsia="Georgia"/>
          <w:b w:val="0"/>
          <w:i w:val="0"/>
          <w:sz w:val="22"/>
        </w:rPr>
        <w:t>From our research what we have realized is that the new age modalities are using sihr as a form of healing. The objective is to bypass the Aql (conscious mind). Once the Aql is subdued, the nafs is active in a dream state. Aql is the bank security and subconscious is the bank vault. Who is the only one who would want to bypass security?? (Crooks, robbers and the league of Iblees! – The Majlis)</w:t>
      </w:r>
    </w:p>
    <w:p>
      <w:pPr>
        <w:spacing w:before="120" w:after="120" w:line="300" w:lineRule="exact"/>
        <w:ind w:left="720" w:right="720"/>
        <w:jc w:val="center"/>
      </w:pPr>
      <w:r>
        <w:rPr>
          <w:rFonts w:ascii="Georgia" w:hAnsi="Georgia" w:cs="Georgia" w:eastAsia="Georgia"/>
          <w:b w:val="0"/>
          <w:i/>
          <w:sz w:val="22"/>
        </w:rPr>
        <w:t>Should we not be suspicious of any attempt to do so? (Not only suspicious! It is dangerous to touch these characters with even a bargepole. Do not allow even their shadow to contaminate your body and Imaan. –The Majlis)</w:t>
      </w:r>
    </w:p>
    <w:p>
      <w:pPr>
        <w:spacing w:before="0" w:after="120" w:line="300" w:lineRule="exact"/>
        <w:jc w:val="both"/>
      </w:pPr>
      <w:r>
        <w:rPr>
          <w:rFonts w:ascii="Georgia" w:hAnsi="Georgia" w:cs="Georgia" w:eastAsia="Georgia"/>
          <w:b w:val="0"/>
          <w:i w:val="0"/>
          <w:sz w:val="22"/>
        </w:rPr>
        <w:t>A person is not only highly open to suggestion in this state. But also in this state they are more susceptible to jinn possession even if they don't get possessed. This state can lead to false memories and hallucinations. (In fact, it does. The entire premises is false and satanic. It negates Imaan. – The Majlis)</w:t>
      </w:r>
    </w:p>
    <w:p>
      <w:pPr>
        <w:spacing w:before="0" w:after="120" w:line="300" w:lineRule="exact"/>
        <w:jc w:val="both"/>
      </w:pPr>
      <w:r>
        <w:rPr>
          <w:rFonts w:ascii="Georgia" w:hAnsi="Georgia" w:cs="Georgia" w:eastAsia="Georgia"/>
          <w:b w:val="0"/>
          <w:i w:val="0"/>
          <w:sz w:val="22"/>
        </w:rPr>
        <w:t>So a person could be "treated" for trauma that may never even have happened. One study showed almost half of all people put into this state experience false memories.</w:t>
      </w:r>
    </w:p>
    <w:p>
      <w:pPr>
        <w:spacing w:before="0" w:after="120" w:line="300" w:lineRule="exact"/>
        <w:jc w:val="both"/>
      </w:pPr>
      <w:r>
        <w:rPr>
          <w:rFonts w:ascii="Georgia" w:hAnsi="Georgia" w:cs="Georgia" w:eastAsia="Georgia"/>
          <w:b w:val="0"/>
          <w:i w:val="0"/>
          <w:sz w:val="22"/>
        </w:rPr>
        <w:t>We need ulema to provide strict and stern warnings against hypnosis and NLP....</w:t>
      </w:r>
    </w:p>
    <w:p>
      <w:pPr>
        <w:spacing w:before="0" w:after="120" w:line="300" w:lineRule="exact"/>
        <w:jc w:val="both"/>
      </w:pPr>
      <w:r>
        <w:rPr>
          <w:rFonts w:ascii="Georgia" w:hAnsi="Georgia" w:cs="Georgia" w:eastAsia="Georgia"/>
          <w:b w:val="0"/>
          <w:i w:val="0"/>
          <w:sz w:val="22"/>
        </w:rPr>
        <w:t>Zuhair claims he was given ijaza to teach by his sheikh. Who is his sheikh and what tariqa does he follow?? He has a group called aafiya tareeq where he gives spiritual advice and lessons. He also teaches what he calls "muraqaba"</w:t>
      </w:r>
    </w:p>
    <w:p>
      <w:pPr>
        <w:spacing w:before="120" w:after="120" w:line="300" w:lineRule="exact"/>
        <w:ind w:left="720" w:right="720"/>
        <w:jc w:val="center"/>
      </w:pPr>
      <w:r>
        <w:rPr>
          <w:rFonts w:ascii="Georgia" w:hAnsi="Georgia" w:cs="Georgia" w:eastAsia="Georgia"/>
          <w:b w:val="0"/>
          <w:i/>
          <w:sz w:val="22"/>
        </w:rPr>
        <w:t>(The sheikh can be Shaitaan per se, or an Agent of Iblees – a human shaitaan. The terms ijaazah, tareeqah, mraaqabah and sheikh are employed to mislead and confuse to present an Islamic veneer for a thoroughly shaitaani ideology. – The Majlis)</w:t>
      </w:r>
    </w:p>
    <w:p>
      <w:pPr>
        <w:spacing w:before="0" w:after="120" w:line="300" w:lineRule="exact"/>
        <w:jc w:val="both"/>
      </w:pPr>
      <w:r>
        <w:rPr>
          <w:rFonts w:ascii="Georgia" w:hAnsi="Georgia" w:cs="Georgia" w:eastAsia="Georgia"/>
          <w:b w:val="0"/>
          <w:i w:val="0"/>
          <w:sz w:val="22"/>
        </w:rPr>
        <w:t>I was mureed of Ml Zulfiqar for a number of years. I remember Mufti Kamaluddin's wife warned against letting your mind wander when doing zikr-e-qalbi. If your heart and mind are not grounded in the name of Allah then you can be easily affected by shaytaan. (Zulfiqaar also plodded the path of baatil. He was not a strict follower of the Shariat – The Majlis)</w:t>
      </w:r>
    </w:p>
    <w:p>
      <w:pPr>
        <w:spacing w:before="0" w:after="120" w:line="300" w:lineRule="exact"/>
        <w:jc w:val="both"/>
      </w:pPr>
      <w:r>
        <w:rPr>
          <w:rFonts w:ascii="Georgia" w:hAnsi="Georgia" w:cs="Georgia" w:eastAsia="Georgia"/>
          <w:b w:val="0"/>
          <w:i w:val="0"/>
          <w:sz w:val="22"/>
        </w:rPr>
        <w:t>They use this "muraqaba" to get the mind into Beta state. He teaches to visualize a light with Allah's name in it coming towards you.</w:t>
      </w:r>
    </w:p>
    <w:p>
      <w:pPr>
        <w:spacing w:before="0" w:after="120" w:line="300" w:lineRule="exact"/>
        <w:jc w:val="both"/>
      </w:pPr>
      <w:r>
        <w:rPr>
          <w:rFonts w:ascii="Georgia" w:hAnsi="Georgia" w:cs="Georgia" w:eastAsia="Georgia"/>
          <w:b w:val="0"/>
          <w:i w:val="0"/>
          <w:sz w:val="22"/>
        </w:rPr>
        <w:t>Then you should think of 7 sins, 7 things you are grateful for and ask for 7 things. He says this is a time of communication. (Yes, a time for communicating with Iblees and his agents – The Majlis)</w:t>
      </w:r>
    </w:p>
    <w:p>
      <w:pPr>
        <w:spacing w:before="0" w:after="120" w:line="300" w:lineRule="exact"/>
        <w:jc w:val="both"/>
      </w:pPr>
      <w:r>
        <w:rPr>
          <w:rFonts w:ascii="Georgia" w:hAnsi="Georgia" w:cs="Georgia" w:eastAsia="Georgia"/>
          <w:b w:val="0"/>
          <w:i w:val="0"/>
          <w:sz w:val="22"/>
        </w:rPr>
        <w:t>This is very similar to the "manifestation" process. The pagans believe in this state you will meet "deities" and you can ask them for what you want, or for help or information.</w:t>
      </w:r>
    </w:p>
    <w:p>
      <w:pPr>
        <w:spacing w:before="0" w:after="120" w:line="300" w:lineRule="exact"/>
        <w:jc w:val="both"/>
      </w:pPr>
      <w:r>
        <w:rPr>
          <w:rFonts w:ascii="Georgia" w:hAnsi="Georgia" w:cs="Georgia" w:eastAsia="Georgia"/>
          <w:b w:val="0"/>
          <w:i w:val="0"/>
          <w:sz w:val="22"/>
        </w:rPr>
        <w:t>Zuhair believes you can meet pious people like Sheikh Abdul Qadir Jilani and speak to him. (Shaitaan assumes the form of such Auliya to entrap people into his tentacles.</w:t>
      </w:r>
    </w:p>
    <w:p>
      <w:pPr>
        <w:spacing w:before="0" w:after="120" w:line="300" w:lineRule="exact"/>
        <w:jc w:val="both"/>
      </w:pPr>
      <w:r>
        <w:rPr>
          <w:rFonts w:ascii="Georgia" w:hAnsi="Georgia" w:cs="Georgia" w:eastAsia="Georgia"/>
          <w:b w:val="0"/>
          <w:i w:val="0"/>
          <w:sz w:val="22"/>
        </w:rPr>
        <w:t>He also told me one girl went into this state by getting high on drugs and Sheikh Abdul Qadir scolded her for coming there the wrong way. So where is this place that can be accessed by this 'muraqaba' and by getting high?? (With drugs, the satanism is enhanced. The drugged persons are the easiest prey for the agents of shaitaan. The hallucinatory states are believed to be real, and the characters appearing in the form of buzrugs are all devils or mirages imposed on the minds of the drugged miscreants. –The Majlis)</w:t>
      </w:r>
    </w:p>
    <w:p>
      <w:pPr>
        <w:spacing w:before="0" w:after="120" w:line="300" w:lineRule="exact"/>
        <w:jc w:val="both"/>
      </w:pPr>
      <w:r>
        <w:rPr>
          <w:rFonts w:ascii="Georgia" w:hAnsi="Georgia" w:cs="Georgia" w:eastAsia="Georgia"/>
          <w:b w:val="0"/>
          <w:i w:val="0"/>
          <w:sz w:val="22"/>
        </w:rPr>
        <w:t>There is a common thread between aafiya and pagan modalities. Each needs strong refutation. Dream state /hypnosis –NLP:</w:t>
      </w:r>
    </w:p>
    <w:p>
      <w:pPr>
        <w:spacing w:before="0" w:after="120" w:line="300" w:lineRule="exact"/>
        <w:jc w:val="both"/>
      </w:pPr>
      <w:r>
        <w:rPr>
          <w:rFonts w:ascii="Georgia" w:hAnsi="Georgia" w:cs="Georgia" w:eastAsia="Georgia"/>
          <w:b w:val="0"/>
          <w:i w:val="0"/>
          <w:sz w:val="22"/>
        </w:rPr>
        <w:t>Affirmations (includes tapping)</w:t>
      </w:r>
    </w:p>
    <w:p>
      <w:pPr>
        <w:spacing w:before="0" w:after="120" w:line="300" w:lineRule="exact"/>
        <w:jc w:val="both"/>
      </w:pPr>
      <w:r>
        <w:rPr>
          <w:rFonts w:ascii="Georgia" w:hAnsi="Georgia" w:cs="Georgia" w:eastAsia="Georgia"/>
          <w:b w:val="0"/>
          <w:i w:val="0"/>
          <w:sz w:val="22"/>
        </w:rPr>
        <w:t>Visualization (distance healing and muraqaba)</w:t>
      </w:r>
    </w:p>
    <w:p>
      <w:pPr>
        <w:spacing w:before="0" w:after="120" w:line="300" w:lineRule="exact"/>
        <w:jc w:val="both"/>
      </w:pPr>
      <w:r>
        <w:rPr>
          <w:rFonts w:ascii="Georgia" w:hAnsi="Georgia" w:cs="Georgia" w:eastAsia="Georgia"/>
          <w:b w:val="0"/>
          <w:i w:val="0"/>
          <w:sz w:val="22"/>
        </w:rPr>
        <w:t>Asking for healing / asking for a need during the muraqaba....</w:t>
      </w:r>
    </w:p>
    <w:p>
      <w:pPr>
        <w:spacing w:before="0" w:after="120" w:line="300" w:lineRule="exact"/>
        <w:jc w:val="both"/>
      </w:pPr>
      <w:r>
        <w:rPr>
          <w:rFonts w:ascii="Georgia" w:hAnsi="Georgia" w:cs="Georgia" w:eastAsia="Georgia"/>
          <w:b w:val="0"/>
          <w:i w:val="0"/>
          <w:sz w:val="22"/>
        </w:rPr>
        <w:t>Gratitude as a ritual and a means to an end vs shukr and using nimats in the manner Allah Ta ala commanded.</w:t>
      </w:r>
    </w:p>
    <w:p>
      <w:pPr>
        <w:spacing w:before="0" w:after="120" w:line="300" w:lineRule="exact"/>
        <w:jc w:val="both"/>
      </w:pPr>
      <w:r>
        <w:rPr>
          <w:rFonts w:ascii="Georgia" w:hAnsi="Georgia" w:cs="Georgia" w:eastAsia="Georgia"/>
          <w:b w:val="0"/>
          <w:i w:val="0"/>
          <w:sz w:val="22"/>
        </w:rPr>
        <w:t>When I was involved with the Zuhur cult, they sent me to do a course. It was in hypnotherapy and manifestation. It was held by a lady named. I was supposed to learn what they called "muraqaba" but it was actually self-hypnosis and astral travel.</w:t>
      </w:r>
    </w:p>
    <w:p>
      <w:pPr>
        <w:spacing w:before="0" w:after="120" w:line="300" w:lineRule="exact"/>
        <w:jc w:val="both"/>
      </w:pPr>
      <w:r>
        <w:rPr>
          <w:rFonts w:ascii="Georgia" w:hAnsi="Georgia" w:cs="Georgia" w:eastAsia="Georgia"/>
          <w:b w:val="0"/>
          <w:i w:val="0"/>
          <w:sz w:val="22"/>
        </w:rPr>
        <w:t>In this course they explained the nature of the energy". According to them there is an element called ether. This forms part of all other elements. So we have the saying ethereal body. This ether is affected by the breath. I hope this email finds you in good health by the Grace of Allah.</w:t>
      </w:r>
    </w:p>
    <w:p>
      <w:pPr>
        <w:spacing w:before="0" w:after="120" w:line="300" w:lineRule="exact"/>
        <w:jc w:val="both"/>
      </w:pPr>
      <w:r>
        <w:rPr>
          <w:rFonts w:ascii="Georgia" w:hAnsi="Georgia" w:cs="Georgia" w:eastAsia="Georgia"/>
          <w:b w:val="0"/>
          <w:i w:val="0"/>
          <w:sz w:val="22"/>
        </w:rPr>
        <w:t>Moulana I used to suffer from anxiety and depression. So in order to find an alternative to meds I went for various courses in lifecoaching and energy healing modalities including aafiya healing and the journey etc.</w:t>
      </w:r>
    </w:p>
    <w:p>
      <w:pPr>
        <w:spacing w:before="0" w:after="120" w:line="300" w:lineRule="exact"/>
        <w:jc w:val="both"/>
      </w:pPr>
      <w:r>
        <w:rPr>
          <w:rFonts w:ascii="Georgia" w:hAnsi="Georgia" w:cs="Georgia" w:eastAsia="Georgia"/>
          <w:b w:val="0"/>
          <w:i w:val="0"/>
          <w:sz w:val="22"/>
        </w:rPr>
        <w:t>Alhamdulilla Allah ta ala opened my eyes and I realized that there was something wrong. Since 2018, I have been writing against these practices, and alerting the public and ulema with regard to the truth.</w:t>
      </w:r>
    </w:p>
    <w:p>
      <w:pPr>
        <w:spacing w:before="0" w:after="120" w:line="300" w:lineRule="exact"/>
        <w:jc w:val="both"/>
      </w:pPr>
      <w:r>
        <w:rPr>
          <w:rFonts w:ascii="Georgia" w:hAnsi="Georgia" w:cs="Georgia" w:eastAsia="Georgia"/>
          <w:b w:val="0"/>
          <w:i w:val="0"/>
          <w:sz w:val="22"/>
        </w:rPr>
        <w:t>On the outside they've managed to fool the public, but I understand their modalities from the inside. I am now compiling this information so it is easily accessible to the public.</w:t>
      </w:r>
    </w:p>
    <w:p>
      <w:pPr>
        <w:spacing w:before="0" w:after="120" w:line="300" w:lineRule="exact"/>
        <w:jc w:val="both"/>
      </w:pPr>
      <w:r>
        <w:rPr>
          <w:rFonts w:ascii="Georgia" w:hAnsi="Georgia" w:cs="Georgia" w:eastAsia="Georgia"/>
          <w:b w:val="0"/>
          <w:i w:val="0"/>
          <w:sz w:val="22"/>
        </w:rPr>
        <w:t>*Energy healing has become quite a topic of debate recently.*</w:t>
      </w:r>
    </w:p>
    <w:p>
      <w:pPr>
        <w:spacing w:before="0" w:after="120" w:line="300" w:lineRule="exact"/>
        <w:jc w:val="both"/>
      </w:pPr>
      <w:r>
        <w:rPr>
          <w:rFonts w:ascii="Georgia" w:hAnsi="Georgia" w:cs="Georgia" w:eastAsia="Georgia"/>
          <w:b w:val="0"/>
          <w:i w:val="0"/>
          <w:sz w:val="22"/>
        </w:rPr>
        <w:t>One that has been causing quite a stir in some circles. From the feedback we have received it has become apparent, these are some of the concerns that the Ulema and the community have...</w:t>
      </w:r>
    </w:p>
    <w:p>
      <w:pPr>
        <w:spacing w:before="0" w:after="120" w:line="300" w:lineRule="exact"/>
        <w:jc w:val="both"/>
      </w:pPr>
      <w:r>
        <w:rPr>
          <w:rFonts w:ascii="Georgia" w:hAnsi="Georgia" w:cs="Georgia" w:eastAsia="Georgia"/>
          <w:b w:val="0"/>
          <w:i w:val="0"/>
          <w:sz w:val="22"/>
        </w:rPr>
        <w:t>RReports from people who have suffered harm associated with these energy healing modalities RThe fact that these modalities promote a belief system that is contrary to Islamic Aqeedah.</w:t>
      </w:r>
    </w:p>
    <w:p>
      <w:pPr>
        <w:spacing w:before="0" w:after="120" w:line="300" w:lineRule="exact"/>
        <w:jc w:val="both"/>
      </w:pPr>
      <w:r>
        <w:rPr>
          <w:rFonts w:ascii="Georgia" w:hAnsi="Georgia" w:cs="Georgia" w:eastAsia="Georgia"/>
          <w:b w:val="0"/>
          <w:i w:val="0"/>
          <w:sz w:val="22"/>
        </w:rPr>
        <w:t>RThe fact that energy healing has been appropriated by the New Age Thought Movement, and promoted as Part of their belief system which includes Hindu and Buddhist philosophy mixed with various pagan traditions.</w:t>
      </w:r>
    </w:p>
    <w:p>
      <w:pPr>
        <w:spacing w:before="0" w:after="120" w:line="300" w:lineRule="exact"/>
        <w:jc w:val="both"/>
      </w:pPr>
      <w:r>
        <w:rPr>
          <w:rFonts w:ascii="Georgia" w:hAnsi="Georgia" w:cs="Georgia" w:eastAsia="Georgia"/>
          <w:b w:val="0"/>
          <w:i w:val="0"/>
          <w:sz w:val="22"/>
        </w:rPr>
        <w:t>R The fact that real scientists regards this as pseudoscience. RThe fact that energy healing is being confused with a type of Sufism and the Chakras that are part of energy healing is being equated to the Lataif which is understood from an Islamic perspective. They are not the same.</w:t>
      </w:r>
    </w:p>
    <w:p>
      <w:pPr>
        <w:spacing w:before="0" w:after="120" w:line="300" w:lineRule="exact"/>
        <w:jc w:val="both"/>
      </w:pPr>
      <w:r>
        <w:rPr>
          <w:rFonts w:ascii="Georgia" w:hAnsi="Georgia" w:cs="Georgia" w:eastAsia="Georgia"/>
          <w:b w:val="0"/>
          <w:i w:val="0"/>
          <w:sz w:val="22"/>
        </w:rPr>
        <w:t>Ever since I began posting on this subject the most common question has been regarding *CHAKRAS* I promised to share my findings after I was satisfied with the research. Having had the unique advantage of studying both, energy healing &amp; being a student of muraqaba for a number of years, I think I have a little insight on this matter.</w:t>
      </w:r>
    </w:p>
    <w:p>
      <w:pPr>
        <w:spacing w:before="0" w:after="120" w:line="300" w:lineRule="exact"/>
        <w:jc w:val="both"/>
      </w:pPr>
      <w:r>
        <w:rPr>
          <w:rFonts w:ascii="Georgia" w:hAnsi="Georgia" w:cs="Georgia" w:eastAsia="Georgia"/>
          <w:b w:val="0"/>
          <w:i w:val="0"/>
          <w:sz w:val="22"/>
        </w:rPr>
        <w:t>What are these Chakras and where did this theory originate?</w:t>
      </w:r>
    </w:p>
    <w:p>
      <w:pPr>
        <w:spacing w:before="0" w:after="120" w:line="300" w:lineRule="exact"/>
        <w:jc w:val="both"/>
      </w:pPr>
      <w:r>
        <w:rPr>
          <w:rFonts w:ascii="Georgia" w:hAnsi="Georgia" w:cs="Georgia" w:eastAsia="Georgia"/>
          <w:b w:val="0"/>
          <w:i w:val="0"/>
          <w:sz w:val="22"/>
        </w:rPr>
        <w:t>The Qur'an instructs us to seek knowledge from those who know. Hereunder are quotes from those who have knowledge &amp; experience in this field. (This information is freely available on the internet.)</w:t>
      </w:r>
    </w:p>
    <w:p>
      <w:pPr>
        <w:spacing w:before="0" w:after="120" w:line="300" w:lineRule="exact"/>
        <w:jc w:val="both"/>
      </w:pPr>
      <w:r>
        <w:rPr>
          <w:rFonts w:ascii="Georgia" w:hAnsi="Georgia" w:cs="Georgia" w:eastAsia="Georgia"/>
          <w:b w:val="0"/>
          <w:i w:val="0"/>
          <w:sz w:val="22"/>
        </w:rPr>
        <w:t>R "The chakra system originated in India between 1500 and 500 BC in the oldest text called the Vedas. Evidence of chakras, spelled cakra, is also found in the ShriJabala Darshana Upanishad, the Cudamini Upanishad, the Yoga-Shikka Upanishad and the Shandilya Upanishad. According to the scholar Anodea Judith in her book the Wheels of Life, knowledge of the chakra system was passed down through an oral tradition by the Indo-European people, also called the Aryan people. The Chakra system was traditionally an Eastern philosophy until New Age authors like Anodea Judith resonated with the idea and wrote about the chakras, expanding upon the older texts and making the knowledge more accessible." indigomassagetherapy.com</w:t>
      </w:r>
    </w:p>
    <w:p>
      <w:pPr>
        <w:spacing w:before="0" w:after="120" w:line="300" w:lineRule="exact"/>
        <w:jc w:val="both"/>
      </w:pPr>
      <w:r>
        <w:rPr>
          <w:rFonts w:ascii="Georgia" w:hAnsi="Georgia" w:cs="Georgia" w:eastAsia="Georgia"/>
          <w:b w:val="0"/>
          <w:i w:val="0"/>
          <w:sz w:val="22"/>
        </w:rPr>
        <w:t>RChakras are visible to clairvoyant sight as variously coloured rotating circles or funnels. In the East they are described as petaled flowers or lotuses. While in Western Shamanism they are defined as Spirit Tunnels.</w:t>
      </w:r>
    </w:p>
    <w:p>
      <w:pPr>
        <w:spacing w:before="0" w:after="120" w:line="300" w:lineRule="exact"/>
        <w:jc w:val="both"/>
      </w:pPr>
      <w:r>
        <w:rPr>
          <w:rFonts w:ascii="Georgia" w:hAnsi="Georgia" w:cs="Georgia" w:eastAsia="Georgia"/>
          <w:b w:val="0"/>
          <w:i w:val="0"/>
          <w:sz w:val="22"/>
        </w:rPr>
        <w:t>Many Western Magical traditions, including many Wicca and Witchcraft traditions have adopted the chakra system into their practice, incorporating "opening" and "closing" of the chakras into ritual, to ground and center and to protect against psychic attack. A good example of this is illustrated in the book The Inner Mysteries: Progressive Witchcraft and Connection to the Divine by Janet Farrar and Gavin Bone. Though this practice is met with growing controversy with regard to cultural appropriation, those cunning folk called to be healers use chakras in the manner more typical of Eastern tradition.</w:t>
      </w:r>
    </w:p>
    <w:p>
      <w:pPr>
        <w:spacing w:before="0" w:after="120" w:line="300" w:lineRule="exact"/>
        <w:jc w:val="both"/>
      </w:pPr>
      <w:r>
        <w:rPr>
          <w:rFonts w:ascii="Georgia" w:hAnsi="Georgia" w:cs="Georgia" w:eastAsia="Georgia"/>
          <w:b w:val="0"/>
          <w:i w:val="0"/>
          <w:sz w:val="22"/>
        </w:rPr>
        <w:t>*What is the nature of this energy if it's being used in witchcraft?</w:t>
      </w:r>
    </w:p>
    <w:p>
      <w:pPr>
        <w:spacing w:before="0" w:after="120" w:line="300" w:lineRule="exact"/>
        <w:jc w:val="both"/>
      </w:pPr>
      <w:r>
        <w:rPr>
          <w:rFonts w:ascii="Georgia" w:hAnsi="Georgia" w:cs="Georgia" w:eastAsia="Georgia"/>
          <w:b w:val="0"/>
          <w:i w:val="0"/>
          <w:sz w:val="22"/>
        </w:rPr>
        <w:t>A Christian Version R Those who have practiced meditation, yoga and who have submitted themselves to various chakra initiations (affirmations) within Eastern belief systems have unknowingly opened themselves to scores of demons. If you are a practicing Christian and you are experiencing various energy pulls, shifts, sensations of heaviness, heat and cold, if you find yourself frequently out of control of various body parts, bodily functions and/or other manifestations, you are experiencing the outward signs that suggest that you need to be delivered "inside" your spiritual body. Here is why. You have made an invitation to Hindu gods, aka, evil spirits aka demons and fallen angels. Here is a summary of "what has happened."</w:t>
      </w:r>
    </w:p>
    <w:p>
      <w:pPr>
        <w:spacing w:before="0" w:after="120" w:line="300" w:lineRule="exact"/>
        <w:jc w:val="both"/>
      </w:pPr>
      <w:r>
        <w:rPr>
          <w:rFonts w:ascii="Georgia" w:hAnsi="Georgia" w:cs="Georgia" w:eastAsia="Georgia"/>
          <w:b w:val="0"/>
          <w:i w:val="0"/>
          <w:sz w:val="22"/>
        </w:rPr>
        <w:t>The 7 demonic gateways or doorways: There are seven psychic gates in the human body that occultists call chakras: The crown of the head, the forehead between the eyes called the 3rd eye, the throat, the heart, the navel, the sex organs and the anus. In his testimony, former grandmaster occultist, "Eric" revealed that these 7 openings are sealed by God and opened by man through sin. When they are opened, spirits are able to pass through these gates or doorways, several at a time. Pamela Sheppard –</w:t>
      </w:r>
    </w:p>
    <w:p>
      <w:pPr>
        <w:spacing w:before="0" w:after="120" w:line="300" w:lineRule="exact"/>
        <w:jc w:val="both"/>
      </w:pPr>
      <w:r>
        <w:rPr>
          <w:rFonts w:ascii="Georgia" w:hAnsi="Georgia" w:cs="Georgia" w:eastAsia="Georgia"/>
          <w:b w:val="0"/>
          <w:i w:val="0"/>
          <w:sz w:val="22"/>
        </w:rPr>
        <w:t>The Dangers of Opening Chakras and Kundalini Activation</w:t>
      </w:r>
    </w:p>
    <w:p>
      <w:pPr>
        <w:spacing w:before="0" w:after="120" w:line="300" w:lineRule="exact"/>
        <w:jc w:val="both"/>
      </w:pPr>
      <w:r>
        <w:rPr>
          <w:rFonts w:ascii="Georgia" w:hAnsi="Georgia" w:cs="Georgia" w:eastAsia="Georgia"/>
          <w:b w:val="0"/>
          <w:i w:val="0"/>
          <w:sz w:val="22"/>
        </w:rPr>
        <w:t>R Chakra, also spelled Cakra, Sanskrit CTakra, ("wheel"), any of a number of *psychic-energy centres* of the body, *prominent in the occult physiological practices of certain forms of Hinduism and Tantric Buddhism. Encyclopedia Britannica</w:t>
      </w:r>
    </w:p>
    <w:p>
      <w:pPr>
        <w:spacing w:before="0" w:after="120" w:line="300" w:lineRule="exact"/>
        <w:jc w:val="both"/>
      </w:pPr>
      <w:r>
        <w:rPr>
          <w:rFonts w:ascii="Georgia" w:hAnsi="Georgia" w:cs="Georgia" w:eastAsia="Georgia"/>
          <w:b w:val="0"/>
          <w:i w:val="0"/>
          <w:sz w:val="22"/>
        </w:rPr>
        <w:t>R Reprogram your subconscious mind so you can unlock your intuitive powers, and receive an unlimited flow of prosperity and divine guidance from your Spirit Guides and Angels. When you open your chakras, you allow miraculous opportunities to flow into your life. Your chakras will be infused with divine life force energy, illuminating your inner world while expanding your outer world. You will open yourself up to receive divine guidance. Kari Samuels</w:t>
      </w:r>
    </w:p>
    <w:p>
      <w:pPr>
        <w:spacing w:before="0" w:after="120" w:line="300" w:lineRule="exact"/>
        <w:jc w:val="both"/>
      </w:pPr>
      <w:r>
        <w:rPr>
          <w:rFonts w:ascii="Georgia" w:hAnsi="Georgia" w:cs="Georgia" w:eastAsia="Georgia"/>
          <w:b w:val="0"/>
          <w:i w:val="0"/>
          <w:sz w:val="22"/>
        </w:rPr>
        <w:t>Ah!! Is this why the concept of Chakras resonate so deeply with us? Does this concept speak to our Hindu roots? Why are we so eager to incorporate this pagan belief system into our lives? Is our Iman not strong enough to override our pagan genes?</w:t>
      </w:r>
    </w:p>
    <w:p>
      <w:pPr>
        <w:spacing w:before="0" w:after="120" w:line="300" w:lineRule="exact"/>
        <w:jc w:val="both"/>
      </w:pPr>
      <w:r>
        <w:rPr>
          <w:rFonts w:ascii="Georgia" w:hAnsi="Georgia" w:cs="Georgia" w:eastAsia="Georgia"/>
          <w:b w:val="0"/>
          <w:i w:val="0"/>
          <w:sz w:val="22"/>
        </w:rPr>
        <w:t>Does this not make it clear that this is simply a revival of the pagan customs our Nabi (Sallallahu alayhi wasallam) came to destroy?</w:t>
      </w:r>
    </w:p>
    <w:p>
      <w:pPr>
        <w:spacing w:before="120" w:after="120" w:line="300" w:lineRule="exact"/>
        <w:ind w:left="720" w:right="720"/>
        <w:jc w:val="center"/>
      </w:pPr>
      <w:r>
        <w:rPr>
          <w:rFonts w:ascii="Georgia" w:hAnsi="Georgia" w:cs="Georgia" w:eastAsia="Georgia"/>
          <w:b w:val="0"/>
          <w:i/>
          <w:sz w:val="22"/>
        </w:rPr>
        <w:t>If Imaan strong and alive, the Muslim's heart will abhor and repel any act, idea or concept which is contaminated with shirk and shaitaaniyat as are all these so-called 'energy healing' deceptions. The Imaan of a Muslim who inclines to these shirki occult practices dangles on a thread. His Imaan is extremely defective, hence the inclination towards practices and concepts of shirk and kufr. – The Majlis Some people make the "mistake" of labelling Chakras incorrectly, calling them "lataif" or latifas which Muslims believe to be organs of the soul.</w:t>
      </w:r>
    </w:p>
    <w:p>
      <w:pPr>
        <w:spacing w:before="0" w:after="120" w:line="300" w:lineRule="exact"/>
        <w:jc w:val="both"/>
      </w:pPr>
      <w:r>
        <w:rPr>
          <w:rFonts w:ascii="Georgia" w:hAnsi="Georgia" w:cs="Georgia" w:eastAsia="Georgia"/>
          <w:b w:val="0"/>
          <w:i w:val="0"/>
          <w:sz w:val="22"/>
        </w:rPr>
        <w:t>R They are not of this material world. They exist in this world like a fish out of water.</w:t>
      </w:r>
    </w:p>
    <w:p>
      <w:pPr>
        <w:spacing w:before="0" w:after="120" w:line="300" w:lineRule="exact"/>
        <w:jc w:val="both"/>
      </w:pPr>
      <w:r>
        <w:rPr>
          <w:rFonts w:ascii="Georgia" w:hAnsi="Georgia" w:cs="Georgia" w:eastAsia="Georgia"/>
          <w:b w:val="0"/>
          <w:i w:val="0"/>
          <w:sz w:val="22"/>
        </w:rPr>
        <w:t>R They are nourished by the Zikr of Allah Ta ala.</w:t>
      </w:r>
    </w:p>
    <w:p>
      <w:pPr>
        <w:spacing w:before="0" w:after="120" w:line="300" w:lineRule="exact"/>
        <w:jc w:val="both"/>
      </w:pPr>
      <w:r>
        <w:rPr>
          <w:rFonts w:ascii="Georgia" w:hAnsi="Georgia" w:cs="Georgia" w:eastAsia="Georgia"/>
          <w:b w:val="0"/>
          <w:i w:val="0"/>
          <w:sz w:val="22"/>
        </w:rPr>
        <w:t>R They can not be manipulated by external forces like acupuncture.</w:t>
      </w:r>
    </w:p>
    <w:p>
      <w:pPr>
        <w:spacing w:before="0" w:after="120" w:line="300" w:lineRule="exact"/>
        <w:jc w:val="both"/>
      </w:pPr>
      <w:r>
        <w:rPr>
          <w:rFonts w:ascii="Georgia" w:hAnsi="Georgia" w:cs="Georgia" w:eastAsia="Georgia"/>
          <w:b w:val="0"/>
          <w:i w:val="0"/>
          <w:sz w:val="22"/>
        </w:rPr>
        <w:t>R Lataif are focused on when people do the silent zikr of the heart.</w:t>
      </w:r>
    </w:p>
    <w:p>
      <w:pPr>
        <w:spacing w:before="0" w:after="120" w:line="300" w:lineRule="exact"/>
        <w:jc w:val="both"/>
      </w:pPr>
      <w:r>
        <w:rPr>
          <w:rFonts w:ascii="Georgia" w:hAnsi="Georgia" w:cs="Georgia" w:eastAsia="Georgia"/>
          <w:b w:val="0"/>
          <w:i w:val="0"/>
          <w:sz w:val="22"/>
        </w:rPr>
        <w:t>R It is clear that both these entities are completely different.</w:t>
      </w:r>
    </w:p>
    <w:p>
      <w:pPr>
        <w:spacing w:before="0" w:after="120" w:line="300" w:lineRule="exact"/>
        <w:jc w:val="both"/>
      </w:pPr>
      <w:r>
        <w:rPr>
          <w:rFonts w:ascii="Georgia" w:hAnsi="Georgia" w:cs="Georgia" w:eastAsia="Georgia"/>
          <w:b w:val="0"/>
          <w:i w:val="0"/>
          <w:sz w:val="22"/>
        </w:rPr>
        <w:t>Regarding the soul Allah ta ala has said in the Qur'an: "And they ask you, [O Muhammad], about the soul." Say, the soul is of the affair of my Lord. And mankind have not been given of knowledge except a little."</w:t>
      </w:r>
    </w:p>
    <w:p>
      <w:pPr>
        <w:spacing w:before="0" w:after="120" w:line="300" w:lineRule="exact"/>
        <w:jc w:val="both"/>
      </w:pPr>
      <w:r>
        <w:rPr>
          <w:rFonts w:ascii="Georgia" w:hAnsi="Georgia" w:cs="Georgia" w:eastAsia="Georgia"/>
          <w:b w:val="0"/>
          <w:i w:val="0"/>
          <w:sz w:val="22"/>
        </w:rPr>
        <w:t>I do not believe that Allah Ta ala would give secret information that wasn't sent to us through our Nabi, (Sallallahu alayhi wasallam) to the likes of Deepak Chopra, on how to attain enlightenment. And if we seek enlightenment through these channels what kind of enlightenment would that be?? (Nothing but shaitaani zulman – darkness –The Majlis)</w:t>
      </w:r>
    </w:p>
    <w:p>
      <w:pPr>
        <w:spacing w:before="0" w:after="120" w:line="300" w:lineRule="exact"/>
        <w:jc w:val="both"/>
      </w:pPr>
      <w:r>
        <w:rPr>
          <w:rFonts w:ascii="Georgia" w:hAnsi="Georgia" w:cs="Georgia" w:eastAsia="Georgia"/>
          <w:b w:val="0"/>
          <w:i w:val="0"/>
          <w:sz w:val="22"/>
        </w:rPr>
        <w:t>Any door that Allah closes is only for our protection. The Ghaib has been forbidden for us. Yes we believe in its existence because Allah tells us that there is such thing. The keys of the Ghaib are with Allah, and no person can accurately understand or know what Allah has kept hidden.</w:t>
      </w:r>
    </w:p>
    <w:p>
      <w:pPr>
        <w:spacing w:before="0" w:after="120" w:line="300" w:lineRule="exact"/>
        <w:jc w:val="both"/>
      </w:pPr>
      <w:r>
        <w:rPr>
          <w:rFonts w:ascii="Georgia" w:hAnsi="Georgia" w:cs="Georgia" w:eastAsia="Georgia"/>
          <w:b w:val="0"/>
          <w:i w:val="0"/>
          <w:sz w:val="22"/>
        </w:rPr>
        <w:t>The Jinn can Never Pick a lock that Allah Himself has secured!</w:t>
      </w:r>
    </w:p>
    <w:p>
      <w:pPr>
        <w:spacing w:before="0" w:after="120" w:line="300" w:lineRule="exact"/>
        <w:jc w:val="both"/>
      </w:pPr>
      <w:r>
        <w:rPr>
          <w:rFonts w:ascii="Georgia" w:hAnsi="Georgia" w:cs="Georgia" w:eastAsia="Georgia"/>
          <w:b w:val="0"/>
          <w:i w:val="0"/>
          <w:sz w:val="22"/>
        </w:rPr>
        <w:t>"Do people want to follow the law of jahiliyyah (ignorance)? Who is a better legislator than Allah? If you believe." [5: 50]</w:t>
      </w:r>
    </w:p>
    <w:p>
      <w:pPr>
        <w:spacing w:before="0" w:after="120" w:line="300" w:lineRule="exact"/>
        <w:jc w:val="both"/>
      </w:pPr>
      <w:r>
        <w:rPr>
          <w:rFonts w:ascii="Georgia" w:hAnsi="Georgia" w:cs="Georgia" w:eastAsia="Georgia"/>
          <w:b w:val="0"/>
          <w:i w:val="0"/>
          <w:sz w:val="22"/>
        </w:rPr>
        <w:t>Few weeks or months back some of our senior ulama of the country spoke on a very important issue which has been affecting our communities especially the ladies. The issue in reference is regarding healing therapies / mental therapies / body talk / emotional therapies. And many such funny names which are one and the same thing.</w:t>
      </w:r>
    </w:p>
    <w:p>
      <w:pPr>
        <w:spacing w:before="0" w:after="120" w:line="300" w:lineRule="exact"/>
        <w:jc w:val="both"/>
      </w:pPr>
      <w:r>
        <w:rPr>
          <w:rFonts w:ascii="Georgia" w:hAnsi="Georgia" w:cs="Georgia" w:eastAsia="Georgia"/>
          <w:b w:val="0"/>
          <w:i w:val="0"/>
          <w:sz w:val="22"/>
        </w:rPr>
        <w:t>The purpose of the bayaans of those ulama was to discourage the general public especially the women folk (who are the main victims of this shaitaani plot) from going to such aapaas and doctors who claim to treat illnesses by the use of the abovementioned ways. (On the occasion of the expulsion of Iblees from the heaven, he made dua to Allah Ta'ala for a number of things. His duas were granted. One of his supplications was: 'O Allah! Grant me traps." That is, traps to ensnare people into his tentacles. Allah Ta'ala responded: "Women will be your traps." Thus, there is no conundrum underlying women so readily gravitating toward shaitaan. – The Majlis)</w:t>
      </w:r>
    </w:p>
    <w:p>
      <w:pPr>
        <w:spacing w:before="0" w:after="120" w:line="300" w:lineRule="exact"/>
        <w:jc w:val="both"/>
      </w:pPr>
      <w:r>
        <w:rPr>
          <w:rFonts w:ascii="Georgia" w:hAnsi="Georgia" w:cs="Georgia" w:eastAsia="Georgia"/>
          <w:b w:val="0"/>
          <w:i w:val="0"/>
          <w:sz w:val="22"/>
        </w:rPr>
        <w:t>The reason why it has been discouraged is because it opens up the door for the jinn to enter our bodies. I believe there is no need to explain what the jinn can do to one's Imaan once they enter into the body.</w:t>
      </w:r>
    </w:p>
    <w:p>
      <w:pPr>
        <w:spacing w:before="0" w:after="120" w:line="300" w:lineRule="exact"/>
        <w:jc w:val="both"/>
      </w:pPr>
      <w:r>
        <w:rPr>
          <w:rFonts w:ascii="Georgia" w:hAnsi="Georgia" w:cs="Georgia" w:eastAsia="Georgia"/>
          <w:b w:val="0"/>
          <w:i w:val="0"/>
          <w:sz w:val="22"/>
        </w:rPr>
        <w:t>The main reason why I have emailed you is because I have seen for the past few days radio islam (i.e. Radio Shaitaan which is an appendage of Iblees – The Majlis) has also started airing programmes on emotional healing and mental therapies etc.</w:t>
      </w:r>
    </w:p>
    <w:p>
      <w:pPr>
        <w:spacing w:before="0" w:after="120" w:line="300" w:lineRule="exact"/>
        <w:jc w:val="both"/>
      </w:pPr>
      <w:r>
        <w:rPr>
          <w:rFonts w:ascii="Georgia" w:hAnsi="Georgia" w:cs="Georgia" w:eastAsia="Georgia"/>
          <w:b w:val="0"/>
          <w:i w:val="0"/>
          <w:sz w:val="22"/>
        </w:rPr>
        <w:t>It is shaitaan's trick that he doesn't attack directly in one go. He covertly attacks and with a lot of patience.</w:t>
      </w:r>
    </w:p>
    <w:p>
      <w:pPr>
        <w:spacing w:before="0" w:after="120" w:line="300" w:lineRule="exact"/>
        <w:jc w:val="both"/>
      </w:pPr>
      <w:r>
        <w:rPr>
          <w:rFonts w:ascii="Georgia" w:hAnsi="Georgia" w:cs="Georgia" w:eastAsia="Georgia"/>
          <w:b w:val="0"/>
          <w:i w:val="0"/>
          <w:sz w:val="22"/>
        </w:rPr>
        <w:t>Over the past few years new sorts of therapies have been created and developed. They appear to be extremely helpful to people that undergo any issues. The benefits are portrayed as mind relaxing, peaceful, having more life and energy etc. etc., among numerous others.</w:t>
      </w:r>
    </w:p>
    <w:p>
      <w:pPr>
        <w:spacing w:before="0" w:after="120" w:line="300" w:lineRule="exact"/>
        <w:jc w:val="both"/>
      </w:pPr>
      <w:r>
        <w:rPr>
          <w:rFonts w:ascii="Georgia" w:hAnsi="Georgia" w:cs="Georgia" w:eastAsia="Georgia"/>
          <w:b w:val="0"/>
          <w:i w:val="0"/>
          <w:sz w:val="22"/>
        </w:rPr>
        <w:t>Many people have been participating in these therapies as they have come about. Many have seen positive results.</w:t>
      </w:r>
    </w:p>
    <w:p>
      <w:pPr>
        <w:spacing w:before="0" w:after="120" w:line="300" w:lineRule="exact"/>
        <w:jc w:val="both"/>
      </w:pPr>
      <w:r>
        <w:rPr>
          <w:rFonts w:ascii="Georgia" w:hAnsi="Georgia" w:cs="Georgia" w:eastAsia="Georgia"/>
          <w:b w:val="0"/>
          <w:i w:val="0"/>
          <w:sz w:val="22"/>
        </w:rPr>
        <w:t>What has not been told and only quite recently been brought out, is that many, many of these therapies, etc. are such a danger to us that we should literally not just fear our own lives, but the lives of our near and dear ones, as well as all the other Muslims, and all of our imaan too.</w:t>
      </w:r>
    </w:p>
    <w:p>
      <w:pPr>
        <w:spacing w:before="0" w:after="120" w:line="300" w:lineRule="exact"/>
        <w:jc w:val="both"/>
      </w:pPr>
      <w:r>
        <w:rPr>
          <w:rFonts w:ascii="Georgia" w:hAnsi="Georgia" w:cs="Georgia" w:eastAsia="Georgia"/>
          <w:b w:val="0"/>
          <w:i w:val="0"/>
          <w:sz w:val="22"/>
        </w:rPr>
        <w:t>A new era has arised to be a very negative (not that any Western one was positive) revolution, an incredibly harmful one. This is a revolution of putting paganism, satanism, etc in the hearts of the mu'mineen.</w:t>
      </w:r>
    </w:p>
    <w:p>
      <w:pPr>
        <w:spacing w:before="0" w:after="120" w:line="300" w:lineRule="exact"/>
        <w:jc w:val="both"/>
      </w:pPr>
      <w:r>
        <w:rPr>
          <w:rFonts w:ascii="Georgia" w:hAnsi="Georgia" w:cs="Georgia" w:eastAsia="Georgia"/>
          <w:b w:val="0"/>
          <w:i w:val="0"/>
          <w:sz w:val="22"/>
        </w:rPr>
        <w:t>It comes in the forms of all sorts of therapies, in the guise of emotional healing energy healing, healing therapies, etc. One of the worst form of these guises is that Islam is used to pull people in through courses and sessions where the Imaan can be 'strengthened', where things - spiritual development, etc - (like the cleansing of the inner self, etc., things that require a lot of time and guidance from a sheikh - and not a self-proclaimed sheikh!) are claimed to be attained in a few days, etc.</w:t>
      </w:r>
    </w:p>
    <w:p>
      <w:pPr>
        <w:spacing w:before="0" w:after="120" w:line="300" w:lineRule="exact"/>
        <w:jc w:val="both"/>
      </w:pPr>
      <w:r>
        <w:rPr>
          <w:rFonts w:ascii="Georgia" w:hAnsi="Georgia" w:cs="Georgia" w:eastAsia="Georgia"/>
          <w:b w:val="0"/>
          <w:i w:val="0"/>
          <w:sz w:val="22"/>
        </w:rPr>
        <w:t>In reality, these sort of courses and therapies are the reason people are going crazy, getting lost in weird things, behaving strangely. Some of these kind of things make one lose hayaa (and hayaa is a branch of imaan), taking on beliefs of other religions, believing in things other than what Allah Subhanahuwa Ta'aala has prescribed for us, making one doubt oneself as a Muslim, doubting one's faith and religion, causing trouble and havoc for people.</w:t>
      </w:r>
    </w:p>
    <w:p>
      <w:pPr>
        <w:spacing w:before="0" w:after="120" w:line="300" w:lineRule="exact"/>
        <w:jc w:val="both"/>
      </w:pPr>
      <w:r>
        <w:rPr>
          <w:rFonts w:ascii="Georgia" w:hAnsi="Georgia" w:cs="Georgia" w:eastAsia="Georgia"/>
          <w:b w:val="0"/>
          <w:i w:val="0"/>
          <w:sz w:val="22"/>
        </w:rPr>
        <w:t>Things that these therapies include are opening of the 'chakras' (opening 'energy centres' up to sources of demons - unknowingly - opening up to sources of 'energy'). Sidenote: where do these 'energies' come from if it's not jinni or shaitaani, submitting to other sources of energies, forms of meditating which may seem harmless and right? That is completely unacceptable, believing in sources of energy, etc. People are being used and manipulated and played, even hypnotized by these 'therapists' - or therapests.</w:t>
      </w:r>
    </w:p>
    <w:p>
      <w:pPr>
        <w:spacing w:before="0" w:after="120" w:line="300" w:lineRule="exact"/>
        <w:jc w:val="both"/>
      </w:pPr>
      <w:r>
        <w:rPr>
          <w:rFonts w:ascii="Georgia" w:hAnsi="Georgia" w:cs="Georgia" w:eastAsia="Georgia"/>
          <w:b w:val="0"/>
          <w:i w:val="0"/>
          <w:sz w:val="22"/>
        </w:rPr>
        <w:t>In 'courses' of the road to 'healing', filthy things, 'Laws' of all sorts (Law of the Universe, Law of Attraction) are discussed and put into belief. All other doings that totally put one out of the fold of Islam - and many times people don't even know what they are doing is wrong.</w:t>
      </w:r>
    </w:p>
    <w:p>
      <w:pPr>
        <w:spacing w:before="0" w:after="120" w:line="300" w:lineRule="exact"/>
        <w:jc w:val="both"/>
      </w:pPr>
      <w:r>
        <w:rPr>
          <w:rFonts w:ascii="Georgia" w:hAnsi="Georgia" w:cs="Georgia" w:eastAsia="Georgia"/>
          <w:b w:val="0"/>
          <w:i w:val="0"/>
          <w:sz w:val="22"/>
        </w:rPr>
        <w:t>Many of these sort of therapies have elements of Kabbalah, Buddhism, Zoroastrianism, Shiasm, Hinduism, Japanese beliefs, jinniyaat, and Satanism.</w:t>
      </w:r>
    </w:p>
    <w:p>
      <w:pPr>
        <w:spacing w:before="0" w:after="120" w:line="300" w:lineRule="exact"/>
        <w:jc w:val="both"/>
      </w:pPr>
      <w:r>
        <w:rPr>
          <w:rFonts w:ascii="Georgia" w:hAnsi="Georgia" w:cs="Georgia" w:eastAsia="Georgia"/>
          <w:b w:val="0"/>
          <w:i w:val="0"/>
          <w:sz w:val="22"/>
        </w:rPr>
        <w:t>The people that do these 'therapies' and conduct 'workshops/sessions/courses' can manipulate, sweet talk, hypnotize, cast their magic and shaytaaniyaat on one. All of this satanism is done subtly, so unnoticeable, to pull one deep into these dajjaali activities.</w:t>
      </w:r>
    </w:p>
    <w:p>
      <w:pPr>
        <w:spacing w:before="0" w:after="120" w:line="300" w:lineRule="exact"/>
        <w:jc w:val="both"/>
      </w:pPr>
      <w:r>
        <w:rPr>
          <w:rFonts w:ascii="Georgia" w:hAnsi="Georgia" w:cs="Georgia" w:eastAsia="Georgia"/>
          <w:b w:val="0"/>
          <w:i w:val="0"/>
          <w:sz w:val="22"/>
        </w:rPr>
        <w:t>The effects of these works are strong enough, and the fronts that these 'therapists' have been giving off have fooled and brainwashed numerous people into believing and hanging onto their words - even ulama have been caught in the trap of believing that it is a cure for emotional health.</w:t>
      </w:r>
    </w:p>
    <w:p>
      <w:pPr>
        <w:spacing w:before="0" w:after="120" w:line="300" w:lineRule="exact"/>
        <w:jc w:val="both"/>
      </w:pPr>
      <w:r>
        <w:rPr>
          <w:rFonts w:ascii="Georgia" w:hAnsi="Georgia" w:cs="Georgia" w:eastAsia="Georgia"/>
          <w:b w:val="0"/>
          <w:i w:val="0"/>
          <w:sz w:val="22"/>
        </w:rPr>
        <w:t>Now, people do know that palm-reading, astrology, etc. are haraam even though some people do it. But it does not stop there? (How can it ever stop when it is kufr which incrementally multiplies? - The Majlis)</w:t>
      </w:r>
    </w:p>
    <w:p>
      <w:pPr>
        <w:spacing w:before="0" w:after="120" w:line="300" w:lineRule="exact"/>
        <w:jc w:val="both"/>
      </w:pPr>
      <w:r>
        <w:rPr>
          <w:rFonts w:ascii="Georgia" w:hAnsi="Georgia" w:cs="Georgia" w:eastAsia="Georgia"/>
          <w:b w:val="0"/>
          <w:i w:val="0"/>
          <w:sz w:val="22"/>
        </w:rPr>
        <w:t>(Un)surprisingly, many of us don't even know where these kinds of things are found - in yoga, reiki, body talk, EFT, and all sorts of other 'therapy-companies' - because they come off as innocent and healing. What appeared to be harmless and helpful, has actually been the cause of so much of turmoil in the country, in towns, in homes, and people losing imaan.</w:t>
      </w:r>
    </w:p>
    <w:p>
      <w:pPr>
        <w:spacing w:before="0" w:after="120" w:line="300" w:lineRule="exact"/>
        <w:jc w:val="both"/>
      </w:pPr>
      <w:r>
        <w:rPr>
          <w:rFonts w:ascii="Georgia" w:hAnsi="Georgia" w:cs="Georgia" w:eastAsia="Georgia"/>
          <w:b w:val="0"/>
          <w:i w:val="0"/>
          <w:sz w:val="22"/>
        </w:rPr>
        <w:t>In all these sorts of therapies and courses, catch-phrases are used that attract people into these things, like: Natural Healing to the Mind, Alternative Healing Modality, Life Transforming, Muslim life coach, Finding True Purpose / Meaning in Life, Revolution to a New You, etc.</w:t>
      </w:r>
    </w:p>
    <w:p>
      <w:pPr>
        <w:spacing w:before="0" w:after="120" w:line="300" w:lineRule="exact"/>
        <w:jc w:val="both"/>
      </w:pPr>
      <w:r>
        <w:rPr>
          <w:rFonts w:ascii="Georgia" w:hAnsi="Georgia" w:cs="Georgia" w:eastAsia="Georgia"/>
          <w:b w:val="0"/>
          <w:i w:val="0"/>
          <w:sz w:val="22"/>
        </w:rPr>
        <w:t>Outwardly and on the surface, these appear to be innocent, meaning for the good, a cause to help another person, but beneath the layers, the baseless, profit-making, greed for the world and feeling of power and controlling people are hidden.</w:t>
      </w:r>
    </w:p>
    <w:p>
      <w:pPr>
        <w:spacing w:before="0" w:after="120" w:line="300" w:lineRule="exact"/>
        <w:jc w:val="both"/>
      </w:pPr>
      <w:r>
        <w:rPr>
          <w:rFonts w:ascii="Georgia" w:hAnsi="Georgia" w:cs="Georgia" w:eastAsia="Georgia"/>
          <w:b w:val="0"/>
          <w:i w:val="0"/>
          <w:sz w:val="22"/>
        </w:rPr>
        <w:t>If we look at the "new age" we see it is nothing but a revival of paganism, or neo paganism as they call it.</w:t>
      </w:r>
    </w:p>
    <w:p>
      <w:pPr>
        <w:spacing w:before="0" w:after="120" w:line="300" w:lineRule="exact"/>
        <w:jc w:val="both"/>
      </w:pPr>
      <w:r>
        <w:rPr>
          <w:rFonts w:ascii="Georgia" w:hAnsi="Georgia" w:cs="Georgia" w:eastAsia="Georgia"/>
          <w:b w:val="0"/>
          <w:i w:val="0"/>
          <w:sz w:val="22"/>
        </w:rPr>
        <w:t>Sadly, many Muslims are exposed to these therapies by people who call themselves Muslims who were perhaps duped like I was by the sanitized version being promoted as coaching and helping with anxiety. They took the original pagan, shamanic rituals, repackaged it by adding Islamic terminology and sold it as something good to the Muslims as "emotional healing".</w:t>
      </w:r>
    </w:p>
    <w:p>
      <w:pPr>
        <w:spacing w:before="0" w:after="120" w:line="300" w:lineRule="exact"/>
        <w:jc w:val="both"/>
      </w:pPr>
      <w:r>
        <w:rPr>
          <w:rFonts w:ascii="Georgia" w:hAnsi="Georgia" w:cs="Georgia" w:eastAsia="Georgia"/>
          <w:b w:val="0"/>
          <w:i w:val="0"/>
          <w:sz w:val="22"/>
        </w:rPr>
        <w:t>I have an advantage because I was exposed to these "therapies" from the original sources, hence it is easy for me to draw parallels and find the common thread. Alhamdulilla, after showing me the various methods, Allah Ta ala saved me by opening my eyes to the realization of the truth.</w:t>
      </w:r>
    </w:p>
    <w:p>
      <w:pPr>
        <w:spacing w:before="0" w:after="120" w:line="300" w:lineRule="exact"/>
        <w:jc w:val="both"/>
      </w:pPr>
      <w:r>
        <w:rPr>
          <w:rFonts w:ascii="Georgia" w:hAnsi="Georgia" w:cs="Georgia" w:eastAsia="Georgia"/>
          <w:b w:val="0"/>
          <w:i w:val="0"/>
          <w:sz w:val="22"/>
        </w:rPr>
        <w:t>Fatema loonats methods stems from what is called soul retrieval, a shamanic ritual that includes calling a spirit guide / mentor to assist in finding lost parts of one's soul that becomes detached due to trauma. This link explains it:</w:t>
      </w:r>
    </w:p>
    <w:p>
      <w:pPr>
        <w:spacing w:before="0" w:after="120" w:line="300" w:lineRule="exact"/>
        <w:jc w:val="both"/>
      </w:pPr>
      <w:r>
        <w:rPr>
          <w:rFonts w:ascii="Georgia" w:hAnsi="Georgia" w:cs="Georgia" w:eastAsia="Georgia"/>
          <w:b w:val="0"/>
          <w:i w:val="0"/>
          <w:sz w:val="22"/>
        </w:rPr>
        <w:t>https://www.consciouslifestylemag.com/shamanic-soulretrieval/</w:t>
      </w:r>
    </w:p>
    <w:p>
      <w:pPr>
        <w:spacing w:before="0" w:after="120" w:line="300" w:lineRule="exact"/>
        <w:jc w:val="both"/>
      </w:pPr>
      <w:r>
        <w:rPr>
          <w:rFonts w:ascii="Georgia" w:hAnsi="Georgia" w:cs="Georgia" w:eastAsia="Georgia"/>
          <w:b w:val="0"/>
          <w:i w:val="0"/>
          <w:sz w:val="22"/>
        </w:rPr>
        <w:t>The concept of the collective conscience or the "human web of consciousness" is one that is shared.</w:t>
      </w:r>
    </w:p>
    <w:p>
      <w:pPr>
        <w:spacing w:before="0" w:after="120" w:line="300" w:lineRule="exact"/>
        <w:jc w:val="both"/>
      </w:pPr>
      <w:r>
        <w:rPr>
          <w:rFonts w:ascii="Georgia" w:hAnsi="Georgia" w:cs="Georgia" w:eastAsia="Georgia"/>
          <w:b w:val="0"/>
          <w:i w:val="0"/>
          <w:sz w:val="22"/>
        </w:rPr>
        <w:t>Zuhair also believes that due to trauma we "get stuck" in repetitive cycles and we need to "heal" from the trauma in order to break free of that cycle... (how is this justified Islamically).</w:t>
      </w:r>
    </w:p>
    <w:p>
      <w:pPr>
        <w:spacing w:before="0" w:after="120" w:line="300" w:lineRule="exact"/>
        <w:jc w:val="both"/>
      </w:pPr>
      <w:r>
        <w:rPr>
          <w:rFonts w:ascii="Georgia" w:hAnsi="Georgia" w:cs="Georgia" w:eastAsia="Georgia"/>
          <w:b w:val="0"/>
          <w:i w:val="0"/>
          <w:sz w:val="22"/>
        </w:rPr>
        <w:t>There is an overlap with regard to the fundamental beliefs regarding the consciousness and how it operates. The difference in opinion being that some believe their souls leave the body and travel to a different realm.... Others believe that the other realm is accessed via our subconscious. Hence the obsession with putting people into altered states of mind.</w:t>
      </w:r>
    </w:p>
    <w:p>
      <w:pPr>
        <w:spacing w:before="0" w:after="120" w:line="300" w:lineRule="exact"/>
        <w:jc w:val="both"/>
      </w:pPr>
      <w:r>
        <w:rPr>
          <w:rFonts w:ascii="Georgia" w:hAnsi="Georgia" w:cs="Georgia" w:eastAsia="Georgia"/>
          <w:b w:val="0"/>
          <w:i w:val="0"/>
          <w:sz w:val="22"/>
        </w:rPr>
        <w:t>This is common even in the "muraqaba" meditation ritual/self hypnosis of the zuhur cult which stems from Kabbalah. I didn't advance to the actual practice, just the theory that I was being taught.</w:t>
      </w:r>
    </w:p>
    <w:p>
      <w:pPr>
        <w:spacing w:before="0" w:after="120" w:line="300" w:lineRule="exact"/>
        <w:jc w:val="both"/>
      </w:pPr>
      <w:r>
        <w:rPr>
          <w:rFonts w:ascii="Georgia" w:hAnsi="Georgia" w:cs="Georgia" w:eastAsia="Georgia"/>
          <w:b w:val="0"/>
          <w:i w:val="0"/>
          <w:sz w:val="22"/>
        </w:rPr>
        <w:t>This is why it is important to draw distinction between Lataif and Chakras. The deviated Sufis use the zikr as a means of breathwork to get into a state (haal). The pdf book I sent Moulana in my previous email shows how these sufi chains are connected to freemasonry and how the deviation was a planned process. They also travel and meet people who have passed away. (They meet the shayaateen who have ensnared them into his web of kufr — The Majlis)</w:t>
      </w:r>
    </w:p>
    <w:p>
      <w:pPr>
        <w:spacing w:before="0" w:after="120" w:line="300" w:lineRule="exact"/>
        <w:jc w:val="both"/>
      </w:pPr>
      <w:r>
        <w:rPr>
          <w:rFonts w:ascii="Georgia" w:hAnsi="Georgia" w:cs="Georgia" w:eastAsia="Georgia"/>
          <w:b w:val="0"/>
          <w:i w:val="0"/>
          <w:sz w:val="22"/>
        </w:rPr>
        <w:t>People are duped thinking this type of 'sufism' is part of Deen. And that the delusions experienced are events that take place in the spiritual realm. (Any brand of 'sufi'ism' which is in conflict with the Shariah is satanism. –The Majlis)</w:t>
      </w:r>
    </w:p>
    <w:p>
      <w:pPr>
        <w:spacing w:before="0" w:after="120" w:line="300" w:lineRule="exact"/>
        <w:jc w:val="both"/>
      </w:pPr>
      <w:r>
        <w:rPr>
          <w:rFonts w:ascii="Georgia" w:hAnsi="Georgia" w:cs="Georgia" w:eastAsia="Georgia"/>
          <w:b w:val="0"/>
          <w:i w:val="0"/>
          <w:sz w:val="22"/>
        </w:rPr>
        <w:t>Basically, in order to manifest things in the physical realm, adjustments have to be made in the spirit realm. They also make mention of the quantum field. This is the field they tap into in order to do whatever satanism they need to do.</w:t>
      </w:r>
    </w:p>
    <w:p>
      <w:pPr>
        <w:spacing w:before="0" w:after="120" w:line="300" w:lineRule="exact"/>
        <w:jc w:val="both"/>
      </w:pPr>
      <w:r>
        <w:rPr>
          <w:rFonts w:ascii="Georgia" w:hAnsi="Georgia" w:cs="Georgia" w:eastAsia="Georgia"/>
          <w:b w:val="0"/>
          <w:i w:val="0"/>
          <w:sz w:val="22"/>
        </w:rPr>
        <w:t>Distinction needs to be drawn, between miracles that were bestowed as gifts to Auliya as a result of their profound obedience to Allah Ta ala, and the displays of these people who follow sadhus and gurus for "enlightenment" and dabble in astral travel.</w:t>
      </w:r>
    </w:p>
    <w:p>
      <w:pPr>
        <w:spacing w:before="0" w:after="120" w:line="300" w:lineRule="exact"/>
        <w:jc w:val="both"/>
      </w:pPr>
      <w:r>
        <w:rPr>
          <w:rFonts w:ascii="Georgia" w:hAnsi="Georgia" w:cs="Georgia" w:eastAsia="Georgia"/>
          <w:b w:val="0"/>
          <w:i w:val="0"/>
          <w:sz w:val="22"/>
        </w:rPr>
        <w:t>Imam Ghazali and Abu Zayd al-Balkhi, were giants in the field of psychology, neither of them spoke of psycho-therapy or accessing a person's psyche. Is there any evidence from authentic Islamic sources that shows a person is allowed to access the mind of another? (It is haraam –The Majlis)</w:t>
      </w:r>
    </w:p>
    <w:p>
      <w:pPr>
        <w:spacing w:before="0" w:after="120" w:line="300" w:lineRule="exact"/>
        <w:jc w:val="both"/>
      </w:pPr>
      <w:r>
        <w:rPr>
          <w:rFonts w:ascii="Georgia" w:hAnsi="Georgia" w:cs="Georgia" w:eastAsia="Georgia"/>
          <w:b w:val="0"/>
          <w:i w:val="0"/>
          <w:sz w:val="22"/>
        </w:rPr>
        <w:t>Forensic psychologists and hypnotherapy teachers even warn of the likelihood of false memories resulting from this type of process. (Since shaitaani manipulation is ever present in these Ibleesi shenanigans, the false memories are only to be expected. – The Majlis) So a person may be convinced that they suffered trauma that never even happened. Now they need therapy to heal from it. Nothing but delusions.</w:t>
      </w:r>
    </w:p>
    <w:p>
      <w:pPr>
        <w:spacing w:before="0" w:after="120" w:line="300" w:lineRule="exact"/>
        <w:jc w:val="both"/>
      </w:pPr>
      <w:r>
        <w:rPr>
          <w:rFonts w:ascii="Georgia" w:hAnsi="Georgia" w:cs="Georgia" w:eastAsia="Georgia"/>
          <w:b w:val="0"/>
          <w:i w:val="0"/>
          <w:sz w:val="22"/>
        </w:rPr>
        <w:t>This is so dangerous to a person's Imaan as the various approaches of psychology are against our aqeedah – humanistic approach, evolutionary approach, existentialism, behaviourism. How can we as Muslims subject ourselves to these paradigms? Professor Malik Badri asked these questions 30 years ago when he called out western psychology as being a way of colonizing people's minds.</w:t>
      </w:r>
    </w:p>
    <w:p>
      <w:pPr>
        <w:spacing w:before="0" w:after="120" w:line="300" w:lineRule="exact"/>
        <w:jc w:val="both"/>
      </w:pPr>
      <w:r>
        <w:rPr>
          <w:rFonts w:ascii="Georgia" w:hAnsi="Georgia" w:cs="Georgia" w:eastAsia="Georgia"/>
          <w:b w:val="0"/>
          <w:i w:val="0"/>
          <w:sz w:val="22"/>
        </w:rPr>
        <w:t>There is a branch of psychology that is being developed, using the work of Imam Ghazali to describe the psyche. When we look at these matters through the psycho-spiritual lense of Islam, we clearly see that all of these modalities even if it's just "mind power" work on the level of nafs. (In fact, the great ustaadh is Iblees who provides the satanic ta'leem to the nafs described in the Qur'aan Majeed as 'zukhruful qawl – deceptively adorned ideology –The Majlis). People are programmed to behave in a manner that is against the fitrah. (i.e. They behave, talk and walk under the spell of shaitaani intoxication and hallucination – The Majlis).</w:t>
      </w:r>
    </w:p>
    <w:p>
      <w:pPr>
        <w:spacing w:before="0" w:after="120" w:line="300" w:lineRule="exact"/>
        <w:jc w:val="both"/>
      </w:pPr>
      <w:r>
        <w:rPr>
          <w:rFonts w:ascii="Georgia" w:hAnsi="Georgia" w:cs="Georgia" w:eastAsia="Georgia"/>
          <w:b w:val="0"/>
          <w:i w:val="0"/>
          <w:sz w:val="22"/>
        </w:rPr>
        <w:t>The fitrah as understood by Muslims on the basis of the exposition of the relevant Hadith by the illustrious Fuqaha is our original ideology, the primary and fundamental basis being Tawheed - bearing witness to Allah being our Rabb. This was our declaration when we were asked: Alastu bi rabbikum? (Am I not your Rabb?)</w:t>
      </w:r>
    </w:p>
    <w:p>
      <w:pPr>
        <w:spacing w:before="0" w:after="120" w:line="300" w:lineRule="exact"/>
        <w:jc w:val="both"/>
      </w:pPr>
      <w:r>
        <w:rPr>
          <w:rFonts w:ascii="Georgia" w:hAnsi="Georgia" w:cs="Georgia" w:eastAsia="Georgia"/>
          <w:b w:val="0"/>
          <w:i w:val="0"/>
          <w:sz w:val="22"/>
        </w:rPr>
        <w:t>Hence modalities like the 'journey' (Satanic hallucinations – The Majlis) and the witches adaptation seek to "undo vows". They use emotional jargon, saying due to trauma, we may have made up our minds when we were little, e.g. if you were abused you vow never to trust men. Only you don't remember so the ritual to undo the vow makes you say that you are undoing all vows and covenants that you made. (All of this is shaitaani rubbish – zukhruful qawl – The Majlis).</w:t>
      </w:r>
    </w:p>
    <w:p>
      <w:pPr>
        <w:spacing w:before="0" w:after="120" w:line="300" w:lineRule="exact"/>
        <w:jc w:val="both"/>
      </w:pPr>
      <w:r>
        <w:rPr>
          <w:rFonts w:ascii="Georgia" w:hAnsi="Georgia" w:cs="Georgia" w:eastAsia="Georgia"/>
          <w:b w:val="0"/>
          <w:i w:val="0"/>
          <w:sz w:val="22"/>
        </w:rPr>
        <w:t>(End of the sister's research observations)</w:t>
      </w:r>
    </w:p>
    <w:p>
      <w:r>
        <w:br w:type="page"/>
      </w:r>
    </w:p>
    <w:p>
      <w:pPr>
        <w:pStyle w:val="Heading1"/>
        <w:spacing w:before="360" w:after="200" w:line="300" w:lineRule="exact"/>
        <w:jc w:val="center"/>
      </w:pPr>
      <w:r>
        <w:rPr>
          <w:rFonts w:ascii="Georgia" w:hAnsi="Georgia" w:cs="Georgia" w:eastAsia="Georgia"/>
          <w:b/>
          <w:i w:val="0"/>
          <w:color w:val="1F3864"/>
          <w:sz w:val="32"/>
        </w:rPr>
        <w:t>BEWARE OF THE DECEPTIONS OF SHAITAAN</w:t>
      </w:r>
    </w:p>
    <w:p>
      <w:pPr>
        <w:spacing w:before="0" w:after="120" w:line="300" w:lineRule="exact"/>
        <w:jc w:val="both"/>
      </w:pPr>
      <w:r>
        <w:rPr>
          <w:rFonts w:ascii="Georgia" w:hAnsi="Georgia" w:cs="Georgia" w:eastAsia="Georgia"/>
          <w:b w:val="0"/>
          <w:i w:val="0"/>
          <w:sz w:val="22"/>
        </w:rPr>
        <w:t>All branches and aspects of the type of 'spirituality' in which these therapists dabble and indulge are part of Satanology. Iblees has a variety and a multitude of snares by means of which he entraps ignoramuses and even sincere Buzrugs who have devoted themselves to the Ibaadat of Allah Ta'ala. However, due to lack of valid Ilm they fall prey to the depredations of shaitaan.</w:t>
      </w:r>
    </w:p>
    <w:p>
      <w:pPr>
        <w:spacing w:before="0" w:after="120" w:line="300" w:lineRule="exact"/>
        <w:jc w:val="both"/>
      </w:pPr>
      <w:r>
        <w:rPr>
          <w:rFonts w:ascii="Georgia" w:hAnsi="Georgia" w:cs="Georgia" w:eastAsia="Georgia"/>
          <w:b w:val="0"/>
          <w:i w:val="0"/>
          <w:sz w:val="22"/>
        </w:rPr>
        <w:t>Among the snares laid by shaitaan are manifestations of 'noor' in a variety of ways. Shaitaani 'noor' is one of the devil's most potent traps. Once the subject is ensnared into this tentacle of Iblees, release is impossible, except if Allah Ta'ala intervenes to save the trapped victim.</w:t>
      </w:r>
    </w:p>
    <w:p>
      <w:pPr>
        <w:spacing w:before="0" w:after="120" w:line="300" w:lineRule="exact"/>
        <w:jc w:val="both"/>
      </w:pPr>
      <w:r>
        <w:rPr>
          <w:rFonts w:ascii="Georgia" w:hAnsi="Georgia" w:cs="Georgia" w:eastAsia="Georgia"/>
          <w:b w:val="0"/>
          <w:i w:val="0"/>
          <w:sz w:val="22"/>
        </w:rPr>
        <w:t>Entrapping stupid persons such as these therapists, by means of satanic 'noor' and some metaphysical experiences which in reality are bunkum, poses no difficulty to shaitaan. These therapists are embodiments of vice. They are the victims of all the Akhlaaq-e-Razeelah (Vile, Filthy attributes) of the nafs. A quick way for ascertaining this fact is to insult the therapists. Call him/her a bogus, a rogue, a fraud, etc. The standard reaction is gross nafsaaniyat. He/she threatens to take the critic to the kuffaar court. He/she sues for defamation, etc. Thus, the crookedness, fraud and deceit of the Satanist should be quite manifest. They are embodiments of evil who manipulate the ignorance of people in the name of the Deen primarily for monetary objectives. They are bereft of Akhlaaq-e-Hameedah.</w:t>
      </w:r>
    </w:p>
    <w:p>
      <w:pPr>
        <w:spacing w:before="0" w:after="120" w:line="300" w:lineRule="exact"/>
        <w:jc w:val="both"/>
      </w:pPr>
      <w:r>
        <w:rPr>
          <w:rFonts w:ascii="Georgia" w:hAnsi="Georgia" w:cs="Georgia" w:eastAsia="Georgia"/>
          <w:b w:val="0"/>
          <w:i w:val="0"/>
          <w:sz w:val="22"/>
        </w:rPr>
        <w:t>The metaphysical and spiritual realms are extremely dangerous terrain. When ignoramuses directed by Satanists such as 'therapists' venture into these domains with their minds and meditation, they become the followers of Iblees. They hallucinate noor and other celestial trances and mirages. The devil sprinkles his urine on them. They believe it is 'zam zam'. Shaitaan becomes their god and they will worship him believing that they are prostrating to Allah Ta'ala.</w:t>
      </w:r>
    </w:p>
    <w:p>
      <w:r>
        <w:br w:type="page"/>
      </w:r>
    </w:p>
    <w:p>
      <w:pPr>
        <w:pStyle w:val="Heading1"/>
        <w:spacing w:before="360" w:after="200" w:line="300" w:lineRule="exact"/>
        <w:jc w:val="center"/>
      </w:pPr>
      <w:r>
        <w:rPr>
          <w:rFonts w:ascii="Georgia" w:hAnsi="Georgia" w:cs="Georgia" w:eastAsia="Georgia"/>
          <w:b/>
          <w:i w:val="0"/>
          <w:color w:val="1F3864"/>
          <w:sz w:val="32"/>
        </w:rPr>
        <w:t>EXTRACTS FROM IRSHAADUL MULOOK</w:t>
      </w:r>
    </w:p>
    <w:p>
      <w:pPr>
        <w:spacing w:before="0" w:after="120" w:line="300" w:lineRule="exact"/>
        <w:jc w:val="both"/>
      </w:pPr>
      <w:r>
        <w:rPr>
          <w:rFonts w:ascii="Georgia" w:hAnsi="Georgia" w:cs="Georgia" w:eastAsia="Georgia"/>
          <w:b w:val="0"/>
          <w:i w:val="0"/>
          <w:sz w:val="22"/>
        </w:rPr>
        <w:t>According to the noble author of Awaariful Ma-aarif, Khaatir-e-Aql is in the middle of the four Khawaatir. Sometimes it is supportive of the Nafs and Shaitaan. By its presentation of rational proofs it involves the bandah in lust and sin. Man without Aql would not be the subject of reward and punishment, hence there is no punishment for an insane person falling into sin and lust. It is the scheme of Aql to involve the bandah in lust and sin, thus delivering him into punishment. (This refers to Aql which has become subservient to the nafs and shaitaan as a result of abstention from Thikr – Translator.)</w:t>
      </w:r>
    </w:p>
    <w:p>
      <w:pPr>
        <w:spacing w:before="0" w:after="120" w:line="300" w:lineRule="exact"/>
        <w:jc w:val="both"/>
      </w:pPr>
      <w:r>
        <w:rPr>
          <w:rFonts w:ascii="Georgia" w:hAnsi="Georgia" w:cs="Georgia" w:eastAsia="Georgia"/>
          <w:b w:val="0"/>
          <w:i w:val="0"/>
          <w:sz w:val="22"/>
        </w:rPr>
        <w:t>Khatraat descend like a great deluge on the people of Mujaahadah and the Saalikeen. In the initial stage, the Mubtadi (beginner) has no alternative other than to ignore all Khatraat whether these are good or evil because of his inability to discern and distinguish the good from the bad. It is quite possible that he interprets evil to be virtue.</w:t>
      </w:r>
    </w:p>
    <w:p>
      <w:pPr>
        <w:spacing w:before="0" w:after="120" w:line="300" w:lineRule="exact"/>
        <w:jc w:val="both"/>
      </w:pPr>
      <w:r>
        <w:rPr>
          <w:rFonts w:ascii="Georgia" w:hAnsi="Georgia" w:cs="Georgia" w:eastAsia="Georgia"/>
          <w:b w:val="0"/>
          <w:i w:val="0"/>
          <w:sz w:val="22"/>
        </w:rPr>
        <w:t>Akaabir claim that when Shaitaan discovers that a Saalik is ignorant of Deeni Knowledge and that certain affairs of the Unseen Realm are being revealed to him, then he (Shaitaan)</w:t>
      </w:r>
    </w:p>
    <w:p>
      <w:pPr>
        <w:spacing w:before="0" w:after="120" w:line="300" w:lineRule="exact"/>
        <w:jc w:val="both"/>
      </w:pPr>
      <w:r>
        <w:rPr>
          <w:rFonts w:ascii="Georgia" w:hAnsi="Georgia" w:cs="Georgia" w:eastAsia="Georgia"/>
          <w:b w:val="0"/>
          <w:i w:val="0"/>
          <w:sz w:val="22"/>
        </w:rPr>
        <w:t>mocks and jeers at him. He entraps him with amazing and marvellous acts. He sprinkles over the Saalik urine which the Saalik believes to be rose water. Shaitaan, the accursed one, fixes this jaahil (ignoramus) as a medium for deceiving and misleading numerous people. (Such are these hypnotherapy therapists – The Majlis) Thus, Rasulullah (Sallallahu alayhi wasallam) said:</w:t>
      </w:r>
    </w:p>
    <w:p>
      <w:pPr>
        <w:spacing w:before="120" w:after="120" w:line="300" w:lineRule="exact"/>
        <w:ind w:left="720" w:right="720"/>
        <w:jc w:val="center"/>
      </w:pPr>
      <w:r>
        <w:rPr>
          <w:rFonts w:ascii="Georgia" w:hAnsi="Georgia" w:cs="Georgia" w:eastAsia="Georgia"/>
          <w:b w:val="0"/>
          <w:i/>
          <w:sz w:val="22"/>
        </w:rPr>
        <w:t>"One faqih is sterner on shaitaan than a thousand</w:t>
      </w:r>
    </w:p>
    <w:p>
      <w:pPr>
        <w:spacing w:before="120" w:after="120" w:line="300" w:lineRule="exact"/>
        <w:ind w:left="720" w:right="720"/>
        <w:jc w:val="center"/>
      </w:pPr>
      <w:r>
        <w:rPr>
          <w:rFonts w:ascii="Georgia" w:hAnsi="Georgia" w:cs="Georgia" w:eastAsia="Georgia"/>
          <w:b w:val="0"/>
          <w:i/>
          <w:sz w:val="22"/>
        </w:rPr>
        <w:t>Aabideen."</w:t>
      </w:r>
    </w:p>
    <w:p>
      <w:pPr>
        <w:spacing w:before="0" w:after="120" w:line="300" w:lineRule="exact"/>
        <w:jc w:val="both"/>
      </w:pPr>
      <w:r>
        <w:rPr>
          <w:rFonts w:ascii="Georgia" w:hAnsi="Georgia" w:cs="Georgia" w:eastAsia="Georgia"/>
          <w:b w:val="0"/>
          <w:i w:val="0"/>
          <w:sz w:val="22"/>
        </w:rPr>
        <w:t>In the initial stage of the relationship which the shaitaan strikes up with these types of ignoramuses, he casts into their hearts the idea that Allah Ta'ala manifests Himself in various physical forms and that in actual fact, all these forms are Allah's forms. When this belief becomes entrenched in the ignoramus, he joins the ranks of the anthropomorphists and believes that Allah has form and dimension. He thus, destroys himself with this belief and becomes a kaafir.</w:t>
      </w:r>
    </w:p>
    <w:p>
      <w:pPr>
        <w:spacing w:before="0" w:after="120" w:line="300" w:lineRule="exact"/>
        <w:jc w:val="both"/>
      </w:pPr>
      <w:r>
        <w:rPr>
          <w:rFonts w:ascii="Georgia" w:hAnsi="Georgia" w:cs="Georgia" w:eastAsia="Georgia"/>
          <w:b w:val="0"/>
          <w:i w:val="0"/>
          <w:sz w:val="22"/>
        </w:rPr>
        <w:t>In view of his belief that Allah Ta'ala has material form, should he at anytime see some manifestation of Allah Ta'ala in the metaphysical realm (Aalam-e-Waaqiah), then his belief becomes even more solidified and entrenched. He thus, becomes confirmed for Jahannam. Now shaitaan prevents this deviate from the suhbat of the Ulama and the pious Mashaaikh who are the guides of truth and the criteria of Haqq and Baatil. Shaitaan dupes him by whispering to him:</w:t>
      </w:r>
    </w:p>
    <w:p>
      <w:pPr>
        <w:spacing w:before="0" w:after="120" w:line="300" w:lineRule="exact"/>
        <w:jc w:val="both"/>
      </w:pPr>
      <w:r>
        <w:rPr>
          <w:rFonts w:ascii="Georgia" w:hAnsi="Georgia" w:cs="Georgia" w:eastAsia="Georgia"/>
          <w:b w:val="0"/>
          <w:i w:val="0"/>
          <w:sz w:val="22"/>
        </w:rPr>
        <w:t>"There is none like you on earth. You have no need to follow anyone. In fact, even the Ambiya (alayhis salaam) did not acquire your degree of spiritual purity and glitter because Allah Ta'ala has manifested Himself to you and has illumined you without your request. Despite Musaa (alayhis salaam)</w:t>
      </w:r>
    </w:p>
    <w:p>
      <w:pPr>
        <w:spacing w:before="0" w:after="120" w:line="300" w:lineRule="exact"/>
        <w:jc w:val="both"/>
      </w:pPr>
      <w:r>
        <w:rPr>
          <w:rFonts w:ascii="Georgia" w:hAnsi="Georgia" w:cs="Georgia" w:eastAsia="Georgia"/>
          <w:b w:val="0"/>
          <w:i w:val="0"/>
          <w:sz w:val="22"/>
        </w:rPr>
        <w:t>having asked to see Allah, he was told: "Never can you see Me!"</w:t>
      </w:r>
    </w:p>
    <w:p>
      <w:pPr>
        <w:spacing w:before="0" w:after="120" w:line="300" w:lineRule="exact"/>
        <w:jc w:val="both"/>
      </w:pPr>
      <w:r>
        <w:rPr>
          <w:rFonts w:ascii="Georgia" w:hAnsi="Georgia" w:cs="Georgia" w:eastAsia="Georgia"/>
          <w:b w:val="0"/>
          <w:i w:val="0"/>
          <w:sz w:val="22"/>
        </w:rPr>
        <w:t>"Why would you want to go to any Aalim or Aarif? There is no greater Aalim than Allah Jalle Shanhu. He, Himself is bestowing His Bounties in abundance to you. Perhaps you are labouring under the notion that some Shaikh or Aarif is more aware of your requirements than Allah Ta'ala. Perhaps you feel that a Shaikh can protect you against Shaitaan and sustain you better than Allah Ta'ala. You entertain such ideas whereas Allah Ta'ala is Azeez, Baseer, Hakeem, Aleem, Qawi and Mateen. Therefore, never can others serve you better than Allah Ta'ala. Allah is sufficient for you. Besides Him, you need no one else."</w:t>
      </w:r>
    </w:p>
    <w:p>
      <w:pPr>
        <w:spacing w:before="0" w:after="120" w:line="300" w:lineRule="exact"/>
        <w:jc w:val="both"/>
      </w:pPr>
      <w:r>
        <w:rPr>
          <w:rFonts w:ascii="Georgia" w:hAnsi="Georgia" w:cs="Georgia" w:eastAsia="Georgia"/>
          <w:b w:val="0"/>
          <w:i w:val="0"/>
          <w:sz w:val="22"/>
        </w:rPr>
        <w:t>By means of such deceptive arguments, Shaitaan lures and dupes the jaahil. Thus, Shaitaan himself becomes the murshid of this ignoramus. He becomes his instructor and succeeds to erect a barrier between this jaahil and Allah Ta'ala. Wherever it pleases Shaitaan, he sets up his throne in space and casts over this jaahil his manifestations in a variety of hues and forms. Whenever Shaitaan desires, he conceals himself. In this manner, Shaitaan drowns the jaahil in an ocean of deviation and deception.</w:t>
      </w:r>
    </w:p>
    <w:p>
      <w:pPr>
        <w:spacing w:before="0" w:after="120" w:line="300" w:lineRule="exact"/>
        <w:jc w:val="both"/>
      </w:pPr>
      <w:r>
        <w:rPr>
          <w:rFonts w:ascii="Georgia" w:hAnsi="Georgia" w:cs="Georgia" w:eastAsia="Georgia"/>
          <w:b w:val="0"/>
          <w:i w:val="0"/>
          <w:sz w:val="22"/>
        </w:rPr>
        <w:t>Thereafter, Shaitaan adorns and advertises the sainthood of this jaahil among the masses. He calls all people to love and follow this deviate, thus, destroying them all. We seek Allah's protection from the evil of the accursed shaitaan.</w:t>
      </w:r>
    </w:p>
    <w:p>
      <w:pPr>
        <w:spacing w:before="0" w:after="120" w:line="300" w:lineRule="exact"/>
        <w:jc w:val="both"/>
      </w:pPr>
      <w:r>
        <w:rPr>
          <w:rFonts w:ascii="Georgia" w:hAnsi="Georgia" w:cs="Georgia" w:eastAsia="Georgia"/>
          <w:b w:val="0"/>
          <w:i w:val="0"/>
          <w:sz w:val="22"/>
        </w:rPr>
        <w:t>After considerable trial and experience the Mashaa-ikh have pronounced:</w:t>
      </w:r>
    </w:p>
    <w:p>
      <w:pPr>
        <w:spacing w:before="0" w:after="120" w:line="300" w:lineRule="exact"/>
        <w:jc w:val="both"/>
      </w:pPr>
      <w:r>
        <w:rPr>
          <w:rFonts w:ascii="Georgia" w:hAnsi="Georgia" w:cs="Georgia" w:eastAsia="Georgia"/>
          <w:b w:val="0"/>
          <w:i w:val="0"/>
          <w:sz w:val="22"/>
        </w:rPr>
        <w:t>"Whoever has no Shaikh, Shaitaan is his shaikh."</w:t>
      </w:r>
    </w:p>
    <w:p>
      <w:pPr>
        <w:spacing w:before="0" w:after="120" w:line="300" w:lineRule="exact"/>
        <w:jc w:val="both"/>
      </w:pPr>
      <w:r>
        <w:rPr>
          <w:rFonts w:ascii="Georgia" w:hAnsi="Georgia" w:cs="Georgia" w:eastAsia="Georgia"/>
          <w:b w:val="0"/>
          <w:i w:val="0"/>
          <w:sz w:val="22"/>
        </w:rPr>
        <w:t>Allah Ta'ala says:</w:t>
      </w:r>
    </w:p>
    <w:p>
      <w:pPr>
        <w:spacing w:before="120" w:after="120" w:line="300" w:lineRule="exact"/>
        <w:ind w:left="720" w:right="720"/>
        <w:jc w:val="center"/>
      </w:pPr>
      <w:r>
        <w:rPr>
          <w:rFonts w:ascii="Georgia" w:hAnsi="Georgia" w:cs="Georgia" w:eastAsia="Georgia"/>
          <w:b w:val="0"/>
          <w:i/>
          <w:sz w:val="22"/>
        </w:rPr>
        <w:t>"If you have no knowledge then ask the People of Thikr (viz. the Ulama and the Mashaa-ikh)."</w:t>
      </w:r>
    </w:p>
    <w:p>
      <w:pPr>
        <w:spacing w:before="0" w:after="120" w:line="300" w:lineRule="exact"/>
        <w:jc w:val="both"/>
      </w:pPr>
      <w:r>
        <w:rPr>
          <w:rFonts w:ascii="Georgia" w:hAnsi="Georgia" w:cs="Georgia" w:eastAsia="Georgia"/>
          <w:b w:val="0"/>
          <w:i w:val="0"/>
          <w:sz w:val="22"/>
        </w:rPr>
        <w:t>The plot which shaitaan had devised for Adam (alayhis salaam) should not be overlooked. When even Adam (alayhis salaam) was ensnared by the deception of Shaitaan, how is it possible for an ignoramus to remain safe from satanic ploys?</w:t>
      </w:r>
    </w:p>
    <w:p>
      <w:r>
        <w:br w:type="page"/>
      </w:r>
    </w:p>
    <w:p>
      <w:pPr>
        <w:pStyle w:val="Heading1"/>
        <w:spacing w:before="360" w:after="200" w:line="300" w:lineRule="exact"/>
        <w:jc w:val="center"/>
      </w:pPr>
      <w:r>
        <w:rPr>
          <w:rFonts w:ascii="Georgia" w:hAnsi="Georgia" w:cs="Georgia" w:eastAsia="Georgia"/>
          <w:b/>
          <w:i w:val="0"/>
          <w:color w:val="1F3864"/>
          <w:sz w:val="32"/>
        </w:rPr>
        <w:t>A Ploy of Shaitaan</w:t>
      </w:r>
    </w:p>
    <w:p>
      <w:pPr>
        <w:spacing w:before="0" w:after="120" w:line="300" w:lineRule="exact"/>
        <w:jc w:val="both"/>
      </w:pPr>
      <w:r>
        <w:rPr>
          <w:rFonts w:ascii="Georgia" w:hAnsi="Georgia" w:cs="Georgia" w:eastAsia="Georgia"/>
          <w:b w:val="0"/>
          <w:i w:val="0"/>
          <w:sz w:val="22"/>
        </w:rPr>
        <w:t>Understand well, that Shaitaan often introduces the ignorant worshipper to the math-hab of Ibaahat. (Ibaahat is the idea of the permissibility of sins.) He presents deceptive arguments to the jaahil. He puts forward the bait of false loves and desires, convincing him that the Mushaahadah of these objectives is the ultimate goal of Shariat and Tariqat.</w:t>
      </w:r>
    </w:p>
    <w:p>
      <w:pPr>
        <w:spacing w:before="0" w:after="120" w:line="300" w:lineRule="exact"/>
        <w:jc w:val="both"/>
      </w:pPr>
      <w:r>
        <w:rPr>
          <w:rFonts w:ascii="Georgia" w:hAnsi="Georgia" w:cs="Georgia" w:eastAsia="Georgia"/>
          <w:b w:val="0"/>
          <w:i w:val="0"/>
          <w:sz w:val="22"/>
        </w:rPr>
        <w:t>Sometimes Shaitaan whispers to the jaahil:</w:t>
      </w:r>
    </w:p>
    <w:p>
      <w:pPr>
        <w:spacing w:before="120" w:after="120" w:line="300" w:lineRule="exact"/>
        <w:ind w:left="720" w:right="720"/>
        <w:jc w:val="center"/>
      </w:pPr>
      <w:r>
        <w:rPr>
          <w:rFonts w:ascii="Georgia" w:hAnsi="Georgia" w:cs="Georgia" w:eastAsia="Georgia"/>
          <w:b w:val="0"/>
          <w:i/>
          <w:sz w:val="22"/>
        </w:rPr>
        <w:t>"Allah Ta'ala does not care for your ibaadat and obedience. The impositions of the Shariah are only for the achievement of moral purification. Now that you have acquired moral purification, you are perceiving roohaaniyat. Therefore, there is no longer the need for ibaadat."</w:t>
      </w:r>
    </w:p>
    <w:p>
      <w:pPr>
        <w:spacing w:before="0" w:after="120" w:line="300" w:lineRule="exact"/>
        <w:jc w:val="both"/>
      </w:pPr>
      <w:r>
        <w:rPr>
          <w:rFonts w:ascii="Georgia" w:hAnsi="Georgia" w:cs="Georgia" w:eastAsia="Georgia"/>
          <w:b w:val="0"/>
          <w:i w:val="0"/>
          <w:sz w:val="22"/>
        </w:rPr>
        <w:t>Sometimes Shaitaan involves this jaahil in sin. In the very state of commission of sin, Shaitaan presents to him false rays of illumination in a variety of alluring forms. At this juncture, Shaitaan casts into the jaahil's heart the idea that the impositions of the Shariah are no longer applicable to him (i.e. the jaahil) and that sinful deeds will not harm him. He tells the jaahil: "In fact, your sins too are virtues." The deceptive shaitaani 'tajalliyaat' (manifestation of celestial lights) convinces the jaahil to accept this shaitaan reasoning.</w:t>
      </w:r>
    </w:p>
    <w:p>
      <w:pPr>
        <w:spacing w:before="0" w:after="120" w:line="300" w:lineRule="exact"/>
        <w:jc w:val="both"/>
      </w:pPr>
      <w:r>
        <w:rPr>
          <w:rFonts w:ascii="Georgia" w:hAnsi="Georgia" w:cs="Georgia" w:eastAsia="Georgia"/>
          <w:b w:val="0"/>
          <w:i w:val="0"/>
          <w:sz w:val="22"/>
        </w:rPr>
        <w:t>Sometimes Shaitaan reveals himself sitting on a throne in space. These ignoramuses believing that this spectacle of Shaitaan is their Rabb, prostrate themselves to him.</w:t>
      </w:r>
    </w:p>
    <w:p>
      <w:pPr>
        <w:spacing w:before="0" w:after="120" w:line="300" w:lineRule="exact"/>
        <w:jc w:val="both"/>
      </w:pPr>
      <w:r>
        <w:rPr>
          <w:rFonts w:ascii="Georgia" w:hAnsi="Georgia" w:cs="Georgia" w:eastAsia="Georgia"/>
          <w:b w:val="0"/>
          <w:i w:val="0"/>
          <w:sz w:val="22"/>
        </w:rPr>
        <w:t>It is quite obvious that it is not possible for the accepted and holy servants of Allah to unite on a baatil view. It is, therefore, only logical that the belief of the ignoramus is baatil.</w:t>
      </w:r>
    </w:p>
    <w:p>
      <w:pPr>
        <w:spacing w:before="0" w:after="120" w:line="300" w:lineRule="exact"/>
        <w:jc w:val="both"/>
      </w:pPr>
      <w:r>
        <w:rPr>
          <w:rFonts w:ascii="Georgia" w:hAnsi="Georgia" w:cs="Georgia" w:eastAsia="Georgia"/>
          <w:b w:val="0"/>
          <w:i w:val="0"/>
          <w:sz w:val="22"/>
        </w:rPr>
        <w:t>Shaitaan also introduces numerous ignoramuses to the doctrine of Hulool (Incarnation). He casts baseless arguments into their hearts to convince them of this doctrine. He then begins to expound his baatil concepts. For example, he whispers to them:</w:t>
      </w:r>
    </w:p>
    <w:p>
      <w:pPr>
        <w:spacing w:before="120" w:after="120" w:line="300" w:lineRule="exact"/>
        <w:ind w:left="720" w:right="720"/>
        <w:jc w:val="center"/>
      </w:pPr>
      <w:r>
        <w:rPr>
          <w:rFonts w:ascii="Georgia" w:hAnsi="Georgia" w:cs="Georgia" w:eastAsia="Georgia"/>
          <w:b w:val="0"/>
          <w:i/>
          <w:sz w:val="22"/>
        </w:rPr>
        <w:t>"Whatever spiritual manifestation becomes perceptible to you, is in fact, your own internal (baatini) possession, hence it is not visible externally."</w:t>
      </w:r>
    </w:p>
    <w:p>
      <w:pPr>
        <w:spacing w:before="0" w:after="120" w:line="300" w:lineRule="exact"/>
        <w:jc w:val="both"/>
      </w:pPr>
      <w:r>
        <w:rPr>
          <w:rFonts w:ascii="Georgia" w:hAnsi="Georgia" w:cs="Georgia" w:eastAsia="Georgia"/>
          <w:b w:val="0"/>
          <w:i w:val="0"/>
          <w:sz w:val="22"/>
        </w:rPr>
        <w:t>Afterwards, when the jaahil experiences some Mushaahadah, he believes that it is a manifestation of his own nafs. He, thus, entertains the belief that whatever becomes visible in the state of Mushaahadah is, in fact, his own nafs. Hence, Allah Ta'ala too is 'our nafs' – i.e. He has entered into our nafs – Nauthubillah!</w:t>
      </w:r>
    </w:p>
    <w:p>
      <w:pPr>
        <w:spacing w:before="0" w:after="120" w:line="300" w:lineRule="exact"/>
        <w:jc w:val="both"/>
      </w:pPr>
      <w:r>
        <w:rPr>
          <w:rFonts w:ascii="Georgia" w:hAnsi="Georgia" w:cs="Georgia" w:eastAsia="Georgia"/>
          <w:b w:val="0"/>
          <w:i w:val="0"/>
          <w:sz w:val="22"/>
        </w:rPr>
        <w:t>Many a time when a haal (spiritual condition) settles over some jaahil, it dominates him. As a result of the force of the haal, miraculous demonstrations emanate from the jaahil. At this juncture shaitaan impresses on his mind that the haal which he (the jaahil) is experiencing is Allah Ta'ala who is demonstrating His power by the display of the marvellous deeds. The jaahil is, thus, bowled over and he becomes a firm adherent of the doctrine of incarnation (hulool).</w:t>
      </w:r>
    </w:p>
    <w:p>
      <w:pPr>
        <w:spacing w:before="0" w:after="120" w:line="300" w:lineRule="exact"/>
        <w:jc w:val="both"/>
      </w:pPr>
      <w:r>
        <w:rPr>
          <w:rFonts w:ascii="Georgia" w:hAnsi="Georgia" w:cs="Georgia" w:eastAsia="Georgia"/>
          <w:b w:val="0"/>
          <w:i w:val="0"/>
          <w:sz w:val="22"/>
        </w:rPr>
        <w:t>Sometimes the Saalik who is yet dwelling in the state of the lowly nafs and desires, sees in either a dream or in a haal that he is Allah. This leads him to believe that, in actual fact, he is Allah – that Allah has descended into him – that he has become god-incarnated." (End of Extract from Irshaadul Mulook)</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consequence of submission to the therapy of the Satanist, is the contamination of Imaan and even the effacement of Imaan by satanism. All forms of therapies in which the mind is subjected to hallucination are haraam. It is not permissible to be a participant in any aspect of these satanic therapies.</w:t>
      </w:r>
    </w:p>
    <w:p>
      <w:pPr>
        <w:spacing w:before="0" w:after="120" w:line="300" w:lineRule="exact"/>
        <w:jc w:val="both"/>
      </w:pPr>
      <w:r>
        <w:rPr>
          <w:rFonts w:ascii="Georgia" w:hAnsi="Georgia" w:cs="Georgia" w:eastAsia="Georgia"/>
          <w:b w:val="0"/>
          <w:i w:val="0"/>
          <w:sz w:val="22"/>
        </w:rPr>
        <w:t>Do not be deceived by forms of 'thikr' prescribed by the therapists. Their 'thikr' and forms of 'muraaqabah' (meditation) are the primary substrata for shaitaani operation and manipulation of the minds of the unfortunate subjects who have become ensnared in these satanist cults.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