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'FATWA' OF THE CANADIAN IMAMS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282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THE IGNORANCE AND DEVIATION OF THE CANADIAN IMAMS THEIR BASELESS, STUPID VACCINE 'FATWA'</w:t>
      </w:r>
    </w:p>
    <w:p>
      <w:pPr>
        <w:spacing w:before="0" w:after="120" w:line="300" w:lineRule="exact"/>
        <w:jc w:val="both"/>
      </w:pPr>
      <w:r>
        <w:rPr>
          <w:rFonts w:ascii="Georgia" w:hAnsi="Georgia" w:cs="Georgia" w:eastAsia="Georgia"/>
          <w:b w:val="0"/>
          <w:i w:val="0"/>
          <w:sz w:val="22"/>
        </w:rPr>
        <w:t>A liberal/modernist council of imams of Canada states in its statement in support of the satanic covid call of the atheists:</w:t>
      </w:r>
    </w:p>
    <w:p>
      <w:pPr>
        <w:spacing w:before="120" w:after="120" w:line="300" w:lineRule="exact"/>
        <w:ind w:left="720" w:right="720"/>
        <w:jc w:val="center"/>
      </w:pPr>
      <w:r>
        <w:rPr>
          <w:rFonts w:ascii="Georgia" w:hAnsi="Georgia" w:cs="Georgia" w:eastAsia="Georgia"/>
          <w:b w:val="0"/>
          <w:i/>
          <w:sz w:val="22"/>
        </w:rPr>
        <w:t>"Due to the strong compulsion and compelling urgency to save lives and stop the spread of the disease, vaccines are strongly recommended."</w:t>
      </w:r>
    </w:p>
    <w:p>
      <w:pPr>
        <w:spacing w:before="0" w:after="120" w:line="300" w:lineRule="exact"/>
        <w:jc w:val="both"/>
      </w:pPr>
      <w:r>
        <w:rPr>
          <w:rFonts w:ascii="Georgia" w:hAnsi="Georgia" w:cs="Georgia" w:eastAsia="Georgia"/>
          <w:b w:val="0"/>
          <w:i w:val="0"/>
          <w:sz w:val="22"/>
        </w:rPr>
        <w:t>This misleading and deceptive claim is utterly baseless, lacking in entirety in Shar'i daleel. This kuffaar bootlicking cartel of Canadian imams has not presented any evidence from the Shariah for their "strong compulsion and compelling urgency to save lives and stop the spread of the disease". Their entire case is the product of meekly submitting to whatever has been disgorged by the atheists and munaafiqeen who are primarily these doctors who masquerade as Muslims whilst their hearts are saturated with kufr and nifaaq. Thus, their conclusion is based on what they say are "consultations with medical advisors and at the request of many Muslim medical practitioners, healthcare providers and concerned Muslims." This entire cartel is person'a non grata in Shar'i terms.</w:t>
      </w:r>
    </w:p>
    <w:p>
      <w:pPr>
        <w:spacing w:before="0" w:after="120" w:line="300" w:lineRule="exact"/>
        <w:jc w:val="both"/>
      </w:pPr>
      <w:r>
        <w:rPr>
          <w:rFonts w:ascii="Georgia" w:hAnsi="Georgia" w:cs="Georgia" w:eastAsia="Georgia"/>
          <w:b w:val="0"/>
          <w:i w:val="0"/>
          <w:sz w:val="22"/>
        </w:rPr>
        <w:t>Every person understands that the 'consultations' were with only such entities who are subservient to the instructions of the Bill Gates atheist cartel. The consultations were with handpicked morons who peddle the kufr theories of the atheists. Informed persons of intelligence, in fact, even these miserable imams are well aware of the diametrically opposite view held by and propounded by thousands of medical doctors, experts and scientists of the highest class in terms of their own kuffaar criteria. Yet, these unfortunate imams grovelling at the boots of the atheists, in their bid to appease the government, have not even hinted at the opposite view which fully corroborates the Laa adwaa (Disease is not contagious) concept stated explicitly and emphatically by Rasulullah (Sallallahu alayhi wasallam).</w:t>
      </w:r>
    </w:p>
    <w:p>
      <w:pPr>
        <w:spacing w:before="0" w:after="120" w:line="300" w:lineRule="exact"/>
        <w:jc w:val="both"/>
      </w:pPr>
      <w:r>
        <w:rPr>
          <w:rFonts w:ascii="Georgia" w:hAnsi="Georgia" w:cs="Georgia" w:eastAsia="Georgia"/>
          <w:b w:val="0"/>
          <w:i w:val="0"/>
          <w:sz w:val="22"/>
        </w:rPr>
        <w:t>Why would professed Muslims, especially 'imams' sweep under the carpet and conceal views which support the Islamic concept stated by our Nabi (Sallallahu alayhi wasallam), and descend into the inequity of vigorously supporting and promoting the view of atheists, which negates the latter? That is because they suffer from the disease of Nifaaq(Hypocrisy). They leave no stone unturned to appease those kuffaar who they have appointed to be their leaders, and this villainy is dictated by worldly and nafsaani agendas.</w:t>
      </w:r>
    </w:p>
    <w:p>
      <w:pPr>
        <w:spacing w:before="0" w:after="120" w:line="300" w:lineRule="exact"/>
        <w:jc w:val="both"/>
      </w:pPr>
      <w:r>
        <w:rPr>
          <w:rFonts w:ascii="Georgia" w:hAnsi="Georgia" w:cs="Georgia" w:eastAsia="Georgia"/>
          <w:b w:val="0"/>
          <w:i w:val="0"/>
          <w:sz w:val="22"/>
        </w:rPr>
        <w:t>Then they commit the capital crime of justifying kufr with verses from the Qur'aan and Ahaadith which they mangle and mutilate with their baseless interpretation.</w:t>
      </w:r>
    </w:p>
    <w:p>
      <w:pPr>
        <w:spacing w:before="0" w:after="120" w:line="300" w:lineRule="exact"/>
        <w:jc w:val="both"/>
      </w:pPr>
      <w:r>
        <w:rPr>
          <w:rFonts w:ascii="Georgia" w:hAnsi="Georgia" w:cs="Georgia" w:eastAsia="Georgia"/>
          <w:b w:val="0"/>
          <w:i w:val="0"/>
          <w:sz w:val="22"/>
        </w:rPr>
        <w:t>As for 'saving lives' which is the false slogan of these atheist covid conspirators, it is a red herring and a hallucination to stampede ignorant Muslims into submission to whatever drivel and rubbish the atheists disgorge in furtherance of their covid plot to create a Dajjaali 'new world order'. The Qur'aan Majeed informs us:</w:t>
      </w:r>
    </w:p>
    <w:p>
      <w:pPr>
        <w:spacing w:before="120" w:after="120" w:line="300" w:lineRule="exact"/>
        <w:ind w:left="720" w:right="720"/>
        <w:jc w:val="center"/>
      </w:pPr>
      <w:r>
        <w:rPr>
          <w:rFonts w:ascii="Georgia" w:hAnsi="Georgia" w:cs="Georgia" w:eastAsia="Georgia"/>
          <w:b w:val="0"/>
          <w:i/>
          <w:sz w:val="22"/>
        </w:rPr>
        <w:t>"No person will die except with the permission (command) of Allah at the appointed time."</w:t>
      </w:r>
    </w:p>
    <w:p>
      <w:pPr>
        <w:spacing w:before="0" w:after="120" w:line="300" w:lineRule="exact"/>
        <w:jc w:val="both"/>
      </w:pPr>
      <w:r>
        <w:rPr>
          <w:rFonts w:ascii="Georgia" w:hAnsi="Georgia" w:cs="Georgia" w:eastAsia="Georgia"/>
          <w:b w:val="0"/>
          <w:i w:val="0"/>
          <w:sz w:val="22"/>
        </w:rPr>
        <w:t>No one can save the lives of those who are earmarked by Allah Ta'ala to die. No vaccine and no protocols of the atheists will ever succeed to save even one life. The belief of saving lives by submitting to the haraam covid protocols of the atheists, is KUFR. Muslims are not permitted to resort to haraam methods to 'save lives'. While even halaal methods cannot save lives, nevertheless, Muslims are permitted to adopt methods and ways which the Shariah permits. Vaccines are haraam poisonous filth designed by the Yahood schemers and satanists to maim, injure and kill. The avalanche of evidence confirming this fact is too glaring and conspicuous to deny and dismiss.</w:t>
      </w:r>
    </w:p>
    <w:p>
      <w:r>
        <w:br w:type="page"/>
      </w:r>
    </w:p>
    <w:p>
      <w:pPr>
        <w:pStyle w:val="Heading1"/>
        <w:spacing w:before="360" w:after="200" w:line="300" w:lineRule="exact"/>
        <w:jc w:val="center"/>
      </w:pPr>
      <w:r>
        <w:rPr>
          <w:rFonts w:ascii="Georgia" w:hAnsi="Georgia" w:cs="Georgia" w:eastAsia="Georgia"/>
          <w:b/>
          <w:i w:val="0"/>
          <w:color w:val="1F3864"/>
          <w:sz w:val="32"/>
        </w:rPr>
        <w:t>THE TEN POINTS OF THE CANADIAN CARTEL OF IMAMS</w:t>
      </w:r>
    </w:p>
    <w:p>
      <w:pPr>
        <w:spacing w:before="0" w:after="120" w:line="300" w:lineRule="exact"/>
        <w:jc w:val="both"/>
      </w:pPr>
      <w:r>
        <w:rPr>
          <w:rFonts w:ascii="Georgia" w:hAnsi="Georgia" w:cs="Georgia" w:eastAsia="Georgia"/>
          <w:b w:val="0"/>
          <w:i w:val="0"/>
          <w:sz w:val="22"/>
        </w:rPr>
        <w:t>(1) "Vaccines are strongly recommended based on Fiqhi principles" say the imams.</w:t>
      </w:r>
    </w:p>
    <w:p>
      <w:pPr>
        <w:spacing w:before="0" w:after="120" w:line="300" w:lineRule="exact"/>
        <w:jc w:val="both"/>
      </w:pPr>
      <w:r>
        <w:rPr>
          <w:rFonts w:ascii="Georgia" w:hAnsi="Georgia" w:cs="Georgia" w:eastAsia="Georgia"/>
          <w:b w:val="0"/>
          <w:i w:val="0"/>
          <w:sz w:val="22"/>
        </w:rPr>
        <w:t>This is a shaitaani canard. It is blatantly false. On the assumption that vaccines contain no haraam and poisonous substances and that it provides 100% certitude for 100% cure from the disease, then too there is no strong recommendation in terms of the Shariah to utilize it. If the current bogus covid plot is accepted to be a valid plague, then it should be understood that there are ONLY two reasons for a plague. Rasulullah (Sallallahu alayhi wasallam) said that a plague is either a punishment (for the kuffaar and rebellious Muslim transgressors) or a mercy (a Rahmat for the pious Mu'mineen). There is no third objective.</w:t>
      </w:r>
    </w:p>
    <w:p>
      <w:pPr>
        <w:spacing w:before="0" w:after="120" w:line="300" w:lineRule="exact"/>
        <w:jc w:val="both"/>
      </w:pPr>
      <w:r>
        <w:rPr>
          <w:rFonts w:ascii="Georgia" w:hAnsi="Georgia" w:cs="Georgia" w:eastAsia="Georgia"/>
          <w:b w:val="0"/>
          <w:i w:val="0"/>
          <w:sz w:val="22"/>
        </w:rPr>
        <w:t>Those who have been earmarked for the Punishment, will not be saved by the haraam, poisonous filth they call vaccines. Allah's decree cannot be thwarted. Those for whom the plague has been decreed to be a Rahmat, will die as Shuhada (Martyrs). This is the sum total consequence of a plague. However, at the behest of the atheists, the munaafiq imams and deviate, liberal molvis and sheikhs have draped themselves in controversies of the kufr kind. They fabricate such interpretations which deny the proclamations of Rasulullah (Sallallahu alayhi wasallam) and the emphatic and explicit commands of the Qur'aan Majeed.</w:t>
      </w:r>
    </w:p>
    <w:p>
      <w:pPr>
        <w:spacing w:before="0" w:after="120" w:line="300" w:lineRule="exact"/>
        <w:jc w:val="both"/>
      </w:pPr>
      <w:r>
        <w:rPr>
          <w:rFonts w:ascii="Georgia" w:hAnsi="Georgia" w:cs="Georgia" w:eastAsia="Georgia"/>
          <w:b w:val="0"/>
          <w:i w:val="0"/>
          <w:sz w:val="22"/>
        </w:rPr>
        <w:t>The most disturbing aspect of this kufr scenario enacted by these miscreant Canadian imams and others of the same feather, is their villainous attempt to bend the Aayaat of the Qur'aan Majeed and the Ahaadith of Rasulullah (Sallallahu alayhi wasallam) to conform to the kufr theories of the atheists whom these deviate scholars for dollars bootlick.</w:t>
      </w:r>
    </w:p>
    <w:p>
      <w:pPr>
        <w:spacing w:before="0" w:after="120" w:line="300" w:lineRule="exact"/>
        <w:jc w:val="both"/>
      </w:pPr>
      <w:r>
        <w:rPr>
          <w:rFonts w:ascii="Georgia" w:hAnsi="Georgia" w:cs="Georgia" w:eastAsia="Georgia"/>
          <w:b w:val="0"/>
          <w:i w:val="0"/>
          <w:sz w:val="22"/>
        </w:rPr>
        <w:t>Halaal medicine is permissible. But not even halaal medicine is 'strongly recommended'. But the miscreant Canadian imams claim that even the haraam vaccines are 'strongly recommended'. There are no Fiqhi principles to support this baseless contention of the cartel. The contrary is valid and of greater merit depending on the degree of Taqwa of the patient. There is consensus of the Fuqaha and Sulaha that the better option is abstention from medicine if one has the requisite degree of Taqwa to adopt Tafweedh. That is, to assign one's affair to Allah Ta'ala.</w:t>
      </w:r>
    </w:p>
    <w:p>
      <w:pPr>
        <w:spacing w:before="0" w:after="120" w:line="300" w:lineRule="exact"/>
        <w:jc w:val="both"/>
      </w:pPr>
      <w:r>
        <w:rPr>
          <w:rFonts w:ascii="Georgia" w:hAnsi="Georgia" w:cs="Georgia" w:eastAsia="Georgia"/>
          <w:b w:val="0"/>
          <w:i w:val="0"/>
          <w:sz w:val="22"/>
        </w:rPr>
        <w:t>In their recent Fatwa, the Ulama of Mauritania stated:</w:t>
      </w:r>
    </w:p>
    <w:p>
      <w:pPr>
        <w:spacing w:before="0" w:after="120" w:line="300" w:lineRule="exact"/>
        <w:jc w:val="both"/>
      </w:pPr>
      <w:r>
        <w:rPr>
          <w:rFonts w:ascii="Georgia" w:hAnsi="Georgia" w:cs="Georgia" w:eastAsia="Georgia"/>
          <w:b w:val="0"/>
          <w:i w:val="0"/>
          <w:sz w:val="22"/>
        </w:rPr>
        <w:t>PROCLAMATION BY THE JURISTS AND IMAMS OF MAURITANIA ABOUT THE RULING OF FORCED VACCINATION1</w:t>
      </w:r>
    </w:p>
    <w:p>
      <w:pPr>
        <w:spacing w:before="0" w:after="120" w:line="300" w:lineRule="exact"/>
        <w:jc w:val="both"/>
      </w:pPr>
      <w:r>
        <w:rPr>
          <w:rFonts w:ascii="Georgia" w:hAnsi="Georgia" w:cs="Georgia" w:eastAsia="Georgia"/>
          <w:b w:val="0"/>
          <w:i w:val="0"/>
          <w:sz w:val="22"/>
        </w:rPr>
        <w:t>We, firstly, thank Allah. Then, we thank the president of the country, the government, the Health Ministry, specifically, and all the physicians and others all working therein for the effort they have exerted since the start of the Corona crisis and for their eagerness to implement the procedures that aim to reduce the spread of the pandemic. As a response from us to the Prophet's command—upon him Allah's blessing and peace—to offer advice to the Muslim leaders and the populace, we wish to raise awareness to a sacred legal matter pertaining to the ruling of obligating people to vaccinate, that is premised upon of the following points: 1- There is no doubt that the refusal of medical treatment, placing one's reliance upon Allah and acceptance of what He decrees, is among matters endorsed by the revealed law. This is supported by what Al-Bukhari reports from 'Ata b. Abi Rabah from Ibn 'Abbas that a woman came to the Prophet—upon him Allah's blessing and peace—and said, "I suffer from seizures to the point that my body becomes exposed. So, pray to Allah for me." He said, "If you would like, you can endure it and be rewarded with Paradise. And if you would like, I can ask Allah to cure you." She responded, "I will endure it." She, then, said, "I become exposed. So, pray to Allah for me not to become exposed." So, he prayed for her. Hafiz Ibn Hajar al-'Asqalani said in Fath al-Bari while commenting on this hadith,</w:t>
      </w:r>
    </w:p>
    <w:p>
      <w:pPr>
        <w:spacing w:before="0" w:after="120" w:line="300" w:lineRule="exact"/>
        <w:jc w:val="both"/>
      </w:pPr>
      <w:r>
        <w:rPr>
          <w:rFonts w:ascii="Georgia" w:hAnsi="Georgia" w:cs="Georgia" w:eastAsia="Georgia"/>
          <w:b w:val="0"/>
          <w:i w:val="0"/>
          <w:sz w:val="22"/>
        </w:rPr>
        <w:t>1 The translation and notes for this fatwa are the work of Dr. Abdullah bin Hamid Ali, Associate Professor of Islamic Law of Zaytuna College, and Founding Director of the Lamppost Education Initiative.</w:t>
      </w:r>
    </w:p>
    <w:p>
      <w:pPr>
        <w:spacing w:before="0" w:after="120" w:line="300" w:lineRule="exact"/>
        <w:jc w:val="both"/>
      </w:pPr>
      <w:r>
        <w:rPr>
          <w:rFonts w:ascii="Georgia" w:hAnsi="Georgia" w:cs="Georgia" w:eastAsia="Georgia"/>
          <w:b w:val="0"/>
          <w:i w:val="0"/>
          <w:sz w:val="22"/>
        </w:rPr>
        <w:t>The hadith indicates the merit of the one who suffers seizures, that the reward for enduring the tribulations of the world is Paradise, and that embracing the more difficult is superior to taking dispensations for those who know what they can withstand and are not too weak to cling to adversity. It also contains evidence of the permissibility to refuse medical treatment, that treatment of all ailments with supplication and taking refuge to Allah is more beneficial than treatment with prophylaxis (aqaqir), and that the effect of that and the body's reaction to it is greater than the effect of medicine on the body. It, however, benefits for only two reasons: (1) with respect to the sick person, it is [from] sincerity of intention; (2) The other, with respect to the one seeking medical intervention, is the strength of his spiritual focus and the strength of his faith (taqwa) and trust (tawakkul).</w:t>
      </w:r>
    </w:p>
    <w:p>
      <w:pPr>
        <w:spacing w:before="0" w:after="120" w:line="300" w:lineRule="exact"/>
        <w:jc w:val="both"/>
      </w:pPr>
      <w:r>
        <w:rPr>
          <w:rFonts w:ascii="Georgia" w:hAnsi="Georgia" w:cs="Georgia" w:eastAsia="Georgia"/>
          <w:b w:val="0"/>
          <w:i w:val="0"/>
          <w:sz w:val="22"/>
        </w:rPr>
        <w:t>The Maliki Ibn 'Abd Al-Barr said in Al-Tamhid, And there were among the best of this nation, its predecessors, and scholars, people who endured ailments until Allah removed them despite having access to physicians. They, however, were not condemned for refusing treatment. And if treatment had been one of the required norms (al-sunan al-wajibah), then those who refused to utter incantations and take medication would have been deemed blameworthy. And this is something of which we know no one who says.</w:t>
      </w:r>
    </w:p>
    <w:p>
      <w:pPr>
        <w:spacing w:before="0" w:after="120" w:line="300" w:lineRule="exact"/>
        <w:jc w:val="both"/>
      </w:pPr>
      <w:r>
        <w:rPr>
          <w:rFonts w:ascii="Georgia" w:hAnsi="Georgia" w:cs="Georgia" w:eastAsia="Georgia"/>
          <w:b w:val="0"/>
          <w:i w:val="0"/>
          <w:sz w:val="22"/>
        </w:rPr>
        <w:t>Imam Ahmad said, "I like for the one who believes in the efficacy of trust and pursues this path to abandon medical treatment such as drinking medicine and other things." For this reason, Qadi 'Iyad conveyed unanimous consensus on the non-obligation to medicate. And if the refusal to medicate is scripturally validated for the sick, then this is evidence that it is not permitted to force him to do so. So, it is not proper to force the sick to medicate. Rather, it is not [even] proper to force him to eat and drink. Ibn al-Qayyim said in Zad al-Ma'ad, Section: Concerning his guidance—upon him Allah's blessing and peace—on treating the sick by not giving them food and drink they dislike and that they are not to be forced to take them: Al-Tirmidhi related in his Jami' as did Ibn Majah from 'Uqbah b. 'Amir al-Juhani who said, "The Messenger of Allah —upon him Allah's blessing and peace—said: "Do not force your sick to eat and drink, because Allah, Mighty and Majestic, gives them food and drink.</w:t>
      </w:r>
    </w:p>
    <w:p>
      <w:pPr>
        <w:spacing w:before="0" w:after="120" w:line="300" w:lineRule="exact"/>
        <w:jc w:val="both"/>
      </w:pPr>
      <w:r>
        <w:rPr>
          <w:rFonts w:ascii="Georgia" w:hAnsi="Georgia" w:cs="Georgia" w:eastAsia="Georgia"/>
          <w:b w:val="0"/>
          <w:i w:val="0"/>
          <w:sz w:val="22"/>
        </w:rPr>
        <w:t>And Al-Nawwawi said in Al-Majmu', "And it is recommended that the sick not be forced to medicate and to consume other things like food." And if it is not permissible to force the sick who is suffering from extreme illness to medicate, then how is it permissible to force the healthy who has not been afflicted with any sign of illness? And how can trust and surrender to the divine decree be something desirable for the sick who suffers from an actual illness and that not be desirable for a healthy person who is fearful of an expected illness?</w:t>
      </w:r>
    </w:p>
    <w:p>
      <w:pPr>
        <w:spacing w:before="0" w:after="120" w:line="300" w:lineRule="exact"/>
        <w:jc w:val="both"/>
      </w:pPr>
      <w:r>
        <w:rPr>
          <w:rFonts w:ascii="Georgia" w:hAnsi="Georgia" w:cs="Georgia" w:eastAsia="Georgia"/>
          <w:b w:val="0"/>
          <w:i w:val="0"/>
          <w:sz w:val="22"/>
        </w:rPr>
        <w:t>2- If some scholars say that one who is nearly certain of one's demise and is certain of the utility of medicine is obligated to medicate in order to save his life, then this does not apply to our situation for three reasons: (1) Because that applies to the person actually afflicted with illness, while the scenario we are in is the vaccination of a healthy person to whom it is feared that illness will happen; (2) Because death happening in our case is not a near certainty. Nay! It is an insignificant probability. So, the rate of infection is limited. And after infection the recovery rate is up to 98% as everyone agrees, with or without treatment;</w:t>
      </w:r>
    </w:p>
    <w:p>
      <w:pPr>
        <w:spacing w:before="0" w:after="120" w:line="300" w:lineRule="exact"/>
        <w:jc w:val="both"/>
      </w:pPr>
      <w:r>
        <w:rPr>
          <w:rFonts w:ascii="Georgia" w:hAnsi="Georgia" w:cs="Georgia" w:eastAsia="Georgia"/>
          <w:b w:val="0"/>
          <w:i w:val="0"/>
          <w:sz w:val="22"/>
        </w:rPr>
        <w:t>(3) Because the effectiveness of the medication is unknown. Experts have expressed that the vaccines prevent neither illness nor infection from pathogens.</w:t>
      </w:r>
    </w:p>
    <w:p>
      <w:pPr>
        <w:spacing w:before="0" w:after="120" w:line="300" w:lineRule="exact"/>
        <w:jc w:val="both"/>
      </w:pPr>
      <w:r>
        <w:rPr>
          <w:rFonts w:ascii="Georgia" w:hAnsi="Georgia" w:cs="Georgia" w:eastAsia="Georgia"/>
          <w:b w:val="0"/>
          <w:i w:val="0"/>
          <w:sz w:val="22"/>
        </w:rPr>
        <w:t>3- Allah, Glorified and Exalted, has given to sane adults the freedom of choice and burdened them with the responsibility of themselves. Allah, the Exalted, says, "Whoever follows guidance, follows guidance for his soul. And whoever strays, only strays against it."</w:t>
      </w:r>
    </w:p>
    <w:p>
      <w:pPr>
        <w:spacing w:before="0" w:after="120" w:line="300" w:lineRule="exact"/>
        <w:jc w:val="both"/>
      </w:pPr>
      <w:r>
        <w:rPr>
          <w:rFonts w:ascii="Georgia" w:hAnsi="Georgia" w:cs="Georgia" w:eastAsia="Georgia"/>
          <w:b w:val="0"/>
          <w:i w:val="0"/>
          <w:sz w:val="22"/>
        </w:rPr>
        <w:t>Therefore, the Shariah forbids forced conversion to the religion. Allah, the Exalted, says, "There is no compulsion in religion." And if forced conversion to the religion is forbidden, how could it be lawful to force one to adhere to health measures? And what freedom of action remains for a person once his compulsion to take health measures is completed? If it is permitted for a government to force a person to vaccinate on the basis of public interest, then this means that it is permitted for it to force a man to marry three or four wives on the basis of public interest! It is also permitted for it to force a woman to marry a man she does not desire, to travel outside [the country] to study on the basis of public interest or to perform military service on the basis of public interest. It would also be permitted for it to force the farmer to become a carpenter, a carpenter to become a tailor, and a physician who has memorized the Qur'an to teach in a religious school (mahzarah). And all of that is on the basis of public interest. Such things are not affirmed by either sacred or secular law, while the examples [following this flawed logic] are many.</w:t>
      </w:r>
    </w:p>
    <w:p>
      <w:pPr>
        <w:spacing w:before="0" w:after="120" w:line="300" w:lineRule="exact"/>
        <w:jc w:val="both"/>
      </w:pPr>
      <w:r>
        <w:rPr>
          <w:rFonts w:ascii="Georgia" w:hAnsi="Georgia" w:cs="Georgia" w:eastAsia="Georgia"/>
          <w:b w:val="0"/>
          <w:i w:val="0"/>
          <w:sz w:val="22"/>
        </w:rPr>
        <w:t>4- Al-Bukhari related from the hadith of Abu Hurayrah that the Prophet—upon him Allah's blessing and peace—said, "Allah has not sent down an illness without sending for it a cure." And this hadith indicates that healthy immune systems are capable of confronting all viruses. So, vaccination should be specifically for those with weak immunity, while the healthy are to be entrusted to the immunity that Allah has deposited within them. As for when a single person and his illness spreads to the healthy people, then this is a return to the ancient custom of the Arabs who whenever mange ('urr)— sores on the lips of camels—would spread among their camels, a healthy camel would be taken and branded in the presence of the other camels where they could see it and they would all recover. Al-Nabighah said, "So, you burden me with another's sin while you abandon him—like the one afflicted with mange, another is branded while he is left grazing."2 5- It is not proper to support any vaccine until its safety has been completely verified.</w:t>
      </w:r>
    </w:p>
    <w:p>
      <w:pPr>
        <w:spacing w:before="0" w:after="120" w:line="300" w:lineRule="exact"/>
        <w:jc w:val="both"/>
      </w:pPr>
      <w:r>
        <w:rPr>
          <w:rFonts w:ascii="Georgia" w:hAnsi="Georgia" w:cs="Georgia" w:eastAsia="Georgia"/>
          <w:b w:val="0"/>
          <w:i w:val="0"/>
          <w:sz w:val="22"/>
        </w:rPr>
        <w:t>However, the safety of these vaccines is uncertain. The manufacturing companies are indemnified. The authorization for them was only for emergency use. And the side effects of these vaccines that the manufacturing companies have announced are many and serious, and most of them have appeared.3 Also, the effects of these vaccines on pregnant women and those with chronic illness is unknown. And they are vaccines the least of which can be said of them is that they incite dispute. In France and other European countries protests have persisted since October of 2020 until they reached their fortieth week with</w:t>
      </w:r>
    </w:p>
    <w:p>
      <w:pPr>
        <w:spacing w:before="0" w:after="120" w:line="300" w:lineRule="exact"/>
        <w:jc w:val="both"/>
      </w:pPr>
      <w:r>
        <w:rPr>
          <w:rFonts w:ascii="Georgia" w:hAnsi="Georgia" w:cs="Georgia" w:eastAsia="Georgia"/>
          <w:b w:val="0"/>
          <w:i w:val="0"/>
          <w:sz w:val="22"/>
        </w:rPr>
        <w:t>The point of the analogy seems to be that healthy low risk people who are the majority of the human population are treated like the healthy camels who are made to watch the infected camel be branded. The suggestion is that such an approach is more superstitious rather than scientific as a cure for covid-19 and similar pathogens. The sick should be treated and quarantined, while the healthy should not have to suffer simply because it is suspected that they may fall ill as well.</w:t>
      </w:r>
    </w:p>
    <w:p>
      <w:pPr>
        <w:spacing w:before="0" w:after="120" w:line="300" w:lineRule="exact"/>
        <w:jc w:val="both"/>
      </w:pPr>
      <w:r>
        <w:rPr>
          <w:rFonts w:ascii="Georgia" w:hAnsi="Georgia" w:cs="Georgia" w:eastAsia="Georgia"/>
          <w:b w:val="0"/>
          <w:i w:val="0"/>
          <w:sz w:val="22"/>
        </w:rPr>
        <w:t>3 A popular database for reports of post vaccination adverse events is the Vaccine Adverse Event Reporting System (VAERS).</w:t>
      </w:r>
    </w:p>
    <w:p>
      <w:pPr>
        <w:spacing w:before="0" w:after="120" w:line="300" w:lineRule="exact"/>
        <w:jc w:val="both"/>
      </w:pPr>
      <w:r>
        <w:rPr>
          <w:rFonts w:ascii="Georgia" w:hAnsi="Georgia" w:cs="Georgia" w:eastAsia="Georgia"/>
          <w:b w:val="0"/>
          <w:i w:val="0"/>
          <w:sz w:val="22"/>
        </w:rPr>
        <w:t>the attendance of tens of thousands among whom are the leaders of political parties, members of parliament, military officers, professors of medicine, and organizations of civil community. And the daily seminars they have on television channels, news stations, and social media as well as the evidence they present create doubt about the safety of the vaccines and make clear that the World Health Organization has been exposed to blackmail by pharmaceutical companies. This is in addition to statements made by Bill Gates going back to 2011 wherein he said that the reduction of the population will be completed via forced vaccination.4 And in Australia life insurance companies have halted coverage at the start of the vaccination rollout while continuing to provide coverage when the corona pandemic begun.5 So,</w:t>
      </w:r>
    </w:p>
    <w:p>
      <w:pPr>
        <w:spacing w:before="0" w:after="120" w:line="300" w:lineRule="exact"/>
        <w:jc w:val="both"/>
      </w:pPr>
      <w:r>
        <w:rPr>
          <w:rFonts w:ascii="Georgia" w:hAnsi="Georgia" w:cs="Georgia" w:eastAsia="Georgia"/>
          <w:b w:val="0"/>
          <w:i w:val="0"/>
          <w:sz w:val="22"/>
        </w:rPr>
        <w:t>4 Multiple conspiracy theories have circulated about Bill Gates. Among them is that he is part of an elite conspiracy to reduce the population through his support and confirmed financial investments in vaccines. Despite that fact, one must be careful to put too much faith in such allegations unless one has strong evidence. That notwithstanding, Gates' comments during a 2010 TED Talk and elsewhere have given rise to suspicions of such diabolical plots. During his TED Talk he said, "First, we've got populationLThe world today has 6.8 billion people. That's headed up to about nine billion. Now, if we do a really good job on new vaccines, health care, reproductive health services, we could lower that by, perhaps, 10 or 15 percent. But there, we see an increase of about 1.3." Despite the fact that Gates' intention might be rooted in compassion and the desire to increase quality of life for a larger number of people, these words clearly indicate a desire to see the earth's human population decreased. Population growth is a bad thing in the view of Gates. This and his regular appearance in mainstream media as an authority on vaccines despite having no medical background are what fuels the conspiracy theories.</w:t>
      </w:r>
    </w:p>
    <w:p>
      <w:pPr>
        <w:spacing w:before="0" w:after="120" w:line="300" w:lineRule="exact"/>
        <w:jc w:val="both"/>
      </w:pPr>
      <w:r>
        <w:rPr>
          <w:rFonts w:ascii="Georgia" w:hAnsi="Georgia" w:cs="Georgia" w:eastAsia="Georgia"/>
          <w:b w:val="0"/>
          <w:i w:val="0"/>
          <w:sz w:val="22"/>
        </w:rPr>
        <w:t>5 This particular claim may require further research and confirmation. It does seem to be true that a person may potentially lose his/her insurance since life insurance policies generally disqualify heirs from receiving funds when the applicant's own actions played a part in his/her death. And, since vaccination is still voluntary for most people, this might contribute to one being disqualified. However, multiple Western media organizations including FOX Business and Forbes have reported that the matter isn't as simple as made to appear by many alleging on social media that vaccination will automatically lead to life how can people be compelled to take these vaccines?6 6- The potential of certain harms resulting from these vaccines exists, and some have already occurred. The government must bear its responsibility to protect the health of citizens. And it must acknowledge its responsibility for any harm from these vaccines and announce its preparation to compensate every citizen who has been</w:t>
      </w:r>
    </w:p>
    <w:p>
      <w:pPr>
        <w:spacing w:before="0" w:after="120" w:line="300" w:lineRule="exact"/>
        <w:jc w:val="both"/>
      </w:pPr>
      <w:r>
        <w:rPr>
          <w:rFonts w:ascii="Georgia" w:hAnsi="Georgia" w:cs="Georgia" w:eastAsia="Georgia"/>
          <w:b w:val="0"/>
          <w:i w:val="0"/>
          <w:sz w:val="22"/>
        </w:rPr>
        <w:t>insurance disqualification if one dies from the vaccine. An April 19, 2021 Make$Sense article entitled "COVID-19 Vaccine and Your Life Insurance Policy" also explains the nuances. The facts about the Australian claim are, however, difficult to confirm presently.</w:t>
      </w:r>
    </w:p>
    <w:p>
      <w:pPr>
        <w:spacing w:before="0" w:after="120" w:line="300" w:lineRule="exact"/>
        <w:jc w:val="both"/>
      </w:pPr>
      <w:r>
        <w:rPr>
          <w:rFonts w:ascii="Georgia" w:hAnsi="Georgia" w:cs="Georgia" w:eastAsia="Georgia"/>
          <w:b w:val="0"/>
          <w:i w:val="0"/>
          <w:sz w:val="22"/>
        </w:rPr>
        <w:t>6 Even if certain of these suspicions may not be well-founded, there are many factors contributing to the general distrust that Africans, blacks, and other minorities have of the "good intentions" of the developed countries of the West in the realm of vaccination. The 40-year study of the Tuskegee Experiment (1932-1972) wherein the United States Public Health Service (PHS) and Center for Disease Control and Prevention (CDC) intentionally infected 400 African Americans with syphilis is just one example. The Tuskegee Institute where the experiment occurred was closed in 1972, which is not a considerably long time ago. So, there's little reason to accept the idea that the American government has repented from its dark practices, especially considering the most recent conflagrations surrounding systemic and institutional racism allegations. Canada's Indian Affairs and Indian Health Services conducted nutrition and gingivitis experiments on the aboriginal population from 1984-1952, denying the control group supplements leading to increased malnourishment (Ian Mosby, "Administering colonial science:</w:t>
      </w:r>
    </w:p>
    <w:p>
      <w:pPr>
        <w:spacing w:before="0" w:after="120" w:line="300" w:lineRule="exact"/>
        <w:jc w:val="both"/>
      </w:pPr>
      <w:r>
        <w:rPr>
          <w:rFonts w:ascii="Georgia" w:hAnsi="Georgia" w:cs="Georgia" w:eastAsia="Georgia"/>
          <w:b w:val="0"/>
          <w:i w:val="0"/>
          <w:sz w:val="22"/>
        </w:rPr>
        <w:t>Nutrition research and human biomedical experimentation in Aboriginal communities and residential schools, 1942-1952"</w:t>
      </w:r>
    </w:p>
    <w:p>
      <w:pPr>
        <w:spacing w:before="0" w:after="120" w:line="300" w:lineRule="exact"/>
        <w:jc w:val="both"/>
      </w:pPr>
      <w:r>
        <w:rPr>
          <w:rFonts w:ascii="Georgia" w:hAnsi="Georgia" w:cs="Georgia" w:eastAsia="Georgia"/>
          <w:b w:val="0"/>
          <w:i w:val="0"/>
          <w:sz w:val="22"/>
        </w:rPr>
        <w:t>(2013) 46:1 Hist Sociale/Social Hist at 158). An example of the continued concern about experimentation on poor populations in this 2003 International Journal of Health Services paper entitled, "Globalization of Clinical Research by the Pharmaceutical Industry." It is difficult to imagine scholars in premodern Muslim society or during the years prior to 9/11/2001 seriously entertaining the suggestion to have totally indemnified non-Muslims enter Muslim lands in order to inject Muslim populations with vaccines whose long-term effects are unknown. Times have changed it seems.</w:t>
      </w:r>
    </w:p>
    <w:p>
      <w:pPr>
        <w:spacing w:before="0" w:after="120" w:line="300" w:lineRule="exact"/>
        <w:jc w:val="both"/>
      </w:pPr>
      <w:r>
        <w:rPr>
          <w:rFonts w:ascii="Georgia" w:hAnsi="Georgia" w:cs="Georgia" w:eastAsia="Georgia"/>
          <w:b w:val="0"/>
          <w:i w:val="0"/>
          <w:sz w:val="22"/>
        </w:rPr>
        <w:t>7 Daniel Boffey (6 May 2021). "The EU Wants to Mass Produce Three 'Course Changing' Covid Drugs From October." (The Guardian): https://www.theguardian.com/world/2021/may/06/drug-change-course-pandemic-trialled-for-use-europeancommission harmed by them. Countries always compensate those harmed in such situations. When AIDS appeared, the French government did not purchase the necessary diagnostic tools for identifying the AIDS virus from the United States. Rather, it wanted to produce it from its [own] laboratories, but the matter took six months before these medications were produced. And during this period hundreds of Francophiles were infected with this illness. So, the minister of health interceded for them, and the government compensated all of those who were infected. And in Singapore, a 16-year-old received compensation in the form of $225,000 American dollars after experiencing a heart attack from the Pfizer vaccine. And the [guiding] legal principle is [that], "Every harm done to another obligates its doer to pay compensation." All the manufacturing companies of these vaccines have been indemnified from the responsibility of the harms and side effects of the vaccines. And they have requested that governments of the world bear the treatment and financial responsibilities resulting from the side effects of the vaccines. Similarly, The European Union has contracted with a number of medical companies in order to produce and sell medical treatments that are not vaccines which will appear in October 2021.7 And this increases skepticism surrounding the rush of the World Health Organization and governments in the vaccination campaigns and coercing people to take them as opposed to other vaccines in addition to [skepticism about the concern for] public interests in order to provide it to over 70% of the world's population prior to the production of the remedies expected to appear at the end of October 2021.</w:t>
      </w:r>
    </w:p>
    <w:p>
      <w:pPr>
        <w:spacing w:before="0" w:after="120" w:line="300" w:lineRule="exact"/>
        <w:jc w:val="both"/>
      </w:pPr>
      <w:r>
        <w:rPr>
          <w:rFonts w:ascii="Georgia" w:hAnsi="Georgia" w:cs="Georgia" w:eastAsia="Georgia"/>
          <w:b w:val="0"/>
          <w:i w:val="0"/>
          <w:sz w:val="22"/>
        </w:rPr>
        <w:t>There are two fundamental duties of the government today: 1- To make the vaccines optional without mandating them on the people for travel nor tying certain services to vaccination.</w:t>
      </w:r>
    </w:p>
    <w:p>
      <w:pPr>
        <w:spacing w:before="0" w:after="120" w:line="300" w:lineRule="exact"/>
        <w:jc w:val="both"/>
      </w:pPr>
      <w:r>
        <w:rPr>
          <w:rFonts w:ascii="Georgia" w:hAnsi="Georgia" w:cs="Georgia" w:eastAsia="Georgia"/>
          <w:b w:val="0"/>
          <w:i w:val="0"/>
          <w:sz w:val="22"/>
        </w:rPr>
        <w:t>2- To compensate everyone who has been harmed by the vaccines.</w:t>
      </w:r>
    </w:p>
    <w:p>
      <w:pPr>
        <w:spacing w:before="0" w:after="120" w:line="300" w:lineRule="exact"/>
        <w:jc w:val="both"/>
      </w:pPr>
      <w:r>
        <w:rPr>
          <w:rFonts w:ascii="Georgia" w:hAnsi="Georgia" w:cs="Georgia" w:eastAsia="Georgia"/>
          <w:b w:val="0"/>
          <w:i w:val="0"/>
          <w:sz w:val="22"/>
        </w:rPr>
        <w:t>We ask Allah, the Exalted, to protect all the Muslims and to direct the governors and decision makers to what fulfills the interests of the country and people. Allah is the one who gives success. And all praise is due to Allah, Lord of the Worlds.</w:t>
      </w:r>
    </w:p>
    <w:p>
      <w:pPr>
        <w:spacing w:before="0" w:after="120" w:line="300" w:lineRule="exact"/>
        <w:jc w:val="both"/>
      </w:pPr>
      <w:r>
        <w:rPr>
          <w:rFonts w:ascii="Georgia" w:hAnsi="Georgia" w:cs="Georgia" w:eastAsia="Georgia"/>
          <w:b w:val="0"/>
          <w:i w:val="0"/>
          <w:sz w:val="22"/>
        </w:rPr>
        <w:t>Wednesday, 15 Muharram 1443 AH / August 24, 2021 Post-Script: The undersigned of this proclamation are not united by a single ideology or occupation. The only thing that unites them is specialization in the revealed law and agreement upon the content of the proclamation. We also apologize to our virtuous teachers who we were not able to contact:</w:t>
      </w:r>
    </w:p>
    <w:p>
      <w:pPr>
        <w:spacing w:before="0" w:after="120" w:line="300" w:lineRule="exact"/>
        <w:jc w:val="both"/>
      </w:pPr>
      <w:r>
        <w:rPr>
          <w:rFonts w:ascii="Georgia" w:hAnsi="Georgia" w:cs="Georgia" w:eastAsia="Georgia"/>
          <w:b w:val="0"/>
          <w:i w:val="0"/>
          <w:sz w:val="22"/>
        </w:rPr>
        <w:t>Signed by - Shaykh Muhammad al-Sufi b. Mukhtass, Imam of the Hayya Central Mosque - Shaykh Muhammad 'Abd Al-Qadir b. al-Dad, Shaykh of Mahdarah al-Malikiyyah in Arafat and author of Al-Mawrid Al-Shahi fi al-Fiqh al-Maliki - Shaykh Muhammad al-Amin wald Aqah, Imam of a central mosque in Barimir - Shaykh Khalid Wald Aslamu, Imam Masjid al-Hidayah in Riyadh - Shaykh Muhammad Mahmud Wald Muhammadi - Shaykh Babah Wald al-Lahamud - Shaykh Ahmad Mahmud Wald Haddu, Imam of Masjid Baskujim - Shaykh Adumu Wald al-Jili, Imam of Jami' al-Da'wah wa al-Tabligh in Dar al-Na'im - Shaykh 'Isa Wald Muhammad Wald Hamati - Shaykh Abu Bakr b. Ahmad b. Yarim, Imam of Masjid Maryam in Dar al-Barakah, Rusu - Shaykh Ya'qub b. Sa'id, Imam of Masjid Damal Dak</w:t>
      </w:r>
    </w:p>
    <w:p>
      <w:pPr>
        <w:spacing w:before="0" w:after="120" w:line="300" w:lineRule="exact"/>
        <w:jc w:val="both"/>
      </w:pPr>
      <w:r>
        <w:rPr>
          <w:rFonts w:ascii="Georgia" w:hAnsi="Georgia" w:cs="Georgia" w:eastAsia="Georgia"/>
          <w:b w:val="0"/>
          <w:i w:val="0"/>
          <w:sz w:val="22"/>
        </w:rPr>
        <w:t>- Shaykh Ahmadu b. Muhammad Sultan, Imam of Jami' Hamzah - Shaykh 'Ali Jalu, Imam of Jami' al-Ihsan - Shaykh Muhammad Mahmud b. Sayyid 'Ali, Imam of Jami' al-Bayt al-Ma'mur - Shaykh Muhammad al-Mashri Wald Muhammad al-Hajj, Imam of Masjid al-Sabkhah - Shaykh Dr. Muhammad 'Ali al-Shinqiti - Shaykh Ahmad Ba'bu al-Naji, College professor and Imam of Jami' Abu Bakr al-Siddique in Tafarrugh Zinah - Shaykh 'Abd Allah Wald Arbayyah - Shaykh Muhammad Yasliim Wald 'Abd Allah, Imam of Jami' al-Mihsab Link to original article and proclamation here.</w:t>
      </w:r>
    </w:p>
    <w:p>
      <w:pPr>
        <w:spacing w:before="0" w:after="120" w:line="300" w:lineRule="exact"/>
        <w:jc w:val="both"/>
      </w:pPr>
      <w:r>
        <w:rPr>
          <w:rFonts w:ascii="Georgia" w:hAnsi="Georgia" w:cs="Georgia" w:eastAsia="Georgia"/>
          <w:b w:val="0"/>
          <w:i w:val="0"/>
          <w:sz w:val="22"/>
        </w:rPr>
        <w:t>Imaam Ahmad Bin Hambal (Rahmatullah alayh) said: "I prefer for the one who relies on Tawakkul to abandon medical treatment, drinking medicine and other things." Qaadhi Iyaadh (Rahmatullah alayh) reported Ijma' (Consensus) on the fact that it is not obligatory to resort to medication. The better option, depending on the degree of Tawakkul, is abstention from medicine and medication. Once Hadhrat Umar (Radhiyallahu anhu) while confined to bed with illness was advised to call a physician. He responded that if he knew that his cure is merely in lifting his hand and placing it on his forehead, then too he will desist from so doing. The reason being that he was pleased with the condition which Allah Ta'ala had chosen for him.</w:t>
      </w:r>
    </w:p>
    <w:p>
      <w:pPr>
        <w:spacing w:before="0" w:after="120" w:line="300" w:lineRule="exact"/>
        <w:jc w:val="both"/>
      </w:pPr>
      <w:r>
        <w:rPr>
          <w:rFonts w:ascii="Georgia" w:hAnsi="Georgia" w:cs="Georgia" w:eastAsia="Georgia"/>
          <w:b w:val="0"/>
          <w:i w:val="0"/>
          <w:sz w:val="22"/>
        </w:rPr>
        <w:t>The purpose of such narrations is not to convey the view of prohibition of medication. The purpose is only to show that even halaal medicine is not the best option. Now what should be concluded about the satanic vaccines being forced on people by satanists, atheists and such conspirators who put devils to shame?</w:t>
      </w:r>
    </w:p>
    <w:p>
      <w:pPr>
        <w:spacing w:before="0" w:after="120" w:line="300" w:lineRule="exact"/>
        <w:jc w:val="both"/>
      </w:pPr>
      <w:r>
        <w:rPr>
          <w:rFonts w:ascii="Georgia" w:hAnsi="Georgia" w:cs="Georgia" w:eastAsia="Georgia"/>
          <w:b w:val="0"/>
          <w:i w:val="0"/>
          <w:sz w:val="22"/>
        </w:rPr>
        <w:t>In their statement, the Canadian deviates say: "…. They (i.e. vaccines) are the best available protection and the main tool to curb the spread of this dangerous disease and reduce the number of infected people"</w:t>
      </w:r>
    </w:p>
    <w:p>
      <w:pPr>
        <w:spacing w:before="0" w:after="120" w:line="300" w:lineRule="exact"/>
        <w:jc w:val="both"/>
      </w:pPr>
      <w:r>
        <w:rPr>
          <w:rFonts w:ascii="Georgia" w:hAnsi="Georgia" w:cs="Georgia" w:eastAsia="Georgia"/>
          <w:b w:val="0"/>
          <w:i w:val="0"/>
          <w:sz w:val="22"/>
        </w:rPr>
        <w:t>This is a self-evident canard. The falsity of this claim has been debunked by numerous experts who have advised other forms of medical treatment for the disease whose virus was created in laboratories by the plotters. Furthermore, the hallucinated efficacy of the haraam vaccines is the vomit of the atheists which these miscreant imams have lapped up. They are stupid and they moronically seek to convey the idea of them being experts in the field. Despite their awareness of the opposite view propounded by innumerable experts, these dajjaali imams promote the theories of the atheists in scandalous refutation of the explicit Laa adwaa contention of our Nabi (Sallallahu alayhi wasallam). Despite being fully aware that Rasulullah (Sallallahu alayhi wasallam) explicitly said that a plague is either a punishment or a Rahmat, these rubbish imams speak about haraam vaccines saving lives – the lives of those whom Allah Ta'ala has decreed to be claimed by the Plague. Thus nothing can save them from dying and perishing.</w:t>
      </w:r>
    </w:p>
    <w:p>
      <w:pPr>
        <w:spacing w:before="0" w:after="120" w:line="300" w:lineRule="exact"/>
        <w:jc w:val="both"/>
      </w:pPr>
      <w:r>
        <w:rPr>
          <w:rFonts w:ascii="Georgia" w:hAnsi="Georgia" w:cs="Georgia" w:eastAsia="Georgia"/>
          <w:b w:val="0"/>
          <w:i w:val="0"/>
          <w:sz w:val="22"/>
        </w:rPr>
        <w:t>Excreting their kufr effluvium, the Canadian imams say: "The rule in the principles of Islamic Jurisprudence (Usul-ul-Fiqh): "Public interest is given priority over personal interest". Vaccination is a community response to protect the whole population. Undoubtedly, people who mingle with each other contribute to the spread of the disease and there are many traditions forbidding such behavior during a pandemic. Various Prophetic teachings instruct those who are infected with such diseases not to move around other people, communities, and countries... In the Islamic tradition, plague/disease was described like a fire and the people are like the wood that fuels it."</w:t>
      </w:r>
    </w:p>
    <w:p>
      <w:pPr>
        <w:spacing w:before="0" w:after="120" w:line="300" w:lineRule="exact"/>
        <w:jc w:val="both"/>
      </w:pPr>
      <w:r>
        <w:rPr>
          <w:rFonts w:ascii="Georgia" w:hAnsi="Georgia" w:cs="Georgia" w:eastAsia="Georgia"/>
          <w:b w:val="0"/>
          <w:i w:val="0"/>
          <w:sz w:val="22"/>
        </w:rPr>
        <w:t>No principle of Fiqh can ever abrogate the explicit and emphatic commands of the Shariah – i.e. of the Qur'aan and Sunnah. And, never did the Fuqaha contemplate abrogation of Mansoos ahkaam (laws) on the basis of the Usool (Principles) which they had formulated on the basis of the Qur'aan and Sunnah. Thus, if the public interest is haraam, it may not be accorded priority over personal interest. If consuming pork becomes an issue of 'public interest' as carrion today is of 'public interest', it will remain haraam since such public interest is not the effect of Dhuroorah.</w:t>
      </w:r>
    </w:p>
    <w:p>
      <w:pPr>
        <w:spacing w:before="0" w:after="120" w:line="300" w:lineRule="exact"/>
        <w:jc w:val="both"/>
      </w:pPr>
      <w:r>
        <w:rPr>
          <w:rFonts w:ascii="Georgia" w:hAnsi="Georgia" w:cs="Georgia" w:eastAsia="Georgia"/>
          <w:b w:val="0"/>
          <w:i w:val="0"/>
          <w:sz w:val="22"/>
        </w:rPr>
        <w:t>The very basis for the prohibition of vaccination is that it is an extremely harmful, satanic form of treatment frauded by the Yahood to decimate mankind and to impose their domination over the world. Vaccination is never a treatment for disease. It is itself a cause for creating numerous diseases of the worst kind.</w:t>
      </w:r>
    </w:p>
    <w:p>
      <w:pPr>
        <w:spacing w:before="0" w:after="120" w:line="300" w:lineRule="exact"/>
        <w:jc w:val="both"/>
      </w:pPr>
      <w:r>
        <w:rPr>
          <w:rFonts w:ascii="Georgia" w:hAnsi="Georgia" w:cs="Georgia" w:eastAsia="Georgia"/>
          <w:b w:val="0"/>
          <w:i w:val="0"/>
          <w:sz w:val="22"/>
        </w:rPr>
        <w:t>Far from this satanic measure being a 'community response', it is a method of a handful of plotters who have succeeded with their money to rope in those who have an inordinate lust for money. The plotters have bribed even presidents of countries with millions of dollars for promulgating vaccination to become mandatory. Presidents of small countries who have refused to succumb to this satanism have been eliminated. Others have been bought over to peddle the vaccination satanism.</w:t>
      </w:r>
    </w:p>
    <w:p>
      <w:pPr>
        <w:spacing w:before="0" w:after="120" w:line="300" w:lineRule="exact"/>
        <w:jc w:val="both"/>
      </w:pPr>
      <w:r>
        <w:rPr>
          <w:rFonts w:ascii="Georgia" w:hAnsi="Georgia" w:cs="Georgia" w:eastAsia="Georgia"/>
          <w:b w:val="0"/>
          <w:i w:val="0"/>
          <w:sz w:val="22"/>
        </w:rPr>
        <w:t>The Qur'aan Majeed commands observance of Salaat and Saum, etc. These acts may not be decided and determined on the basis of 'public interest'. It is imperative to refer to the Sunnah to ascertain the methodology of these Acts. In exactly the same way, it is of imperative importance to refer to the Sunnah for ascertaining the direction to follow when a plague befalls a community.</w:t>
      </w:r>
    </w:p>
    <w:p>
      <w:pPr>
        <w:spacing w:before="0" w:after="120" w:line="300" w:lineRule="exact"/>
        <w:jc w:val="both"/>
      </w:pPr>
      <w:r>
        <w:rPr>
          <w:rFonts w:ascii="Georgia" w:hAnsi="Georgia" w:cs="Georgia" w:eastAsia="Georgia"/>
          <w:b w:val="0"/>
          <w:i w:val="0"/>
          <w:sz w:val="22"/>
        </w:rPr>
        <w:t>Plagues are not new developments unheard of during the age of Risaalat and the era of the Sahaabah. How did Rasulullah (Sallallahu alayhi wasallam) and the Sahaabah behave and conduct themselves during a plague?</w:t>
      </w:r>
    </w:p>
    <w:p>
      <w:pPr>
        <w:spacing w:before="0" w:after="120" w:line="300" w:lineRule="exact"/>
        <w:jc w:val="both"/>
      </w:pPr>
      <w:r>
        <w:rPr>
          <w:rFonts w:ascii="Georgia" w:hAnsi="Georgia" w:cs="Georgia" w:eastAsia="Georgia"/>
          <w:b w:val="0"/>
          <w:i w:val="0"/>
          <w:sz w:val="22"/>
        </w:rPr>
        <w:t>It is false to say that vaccination protects the whole population. On the contrary it has been established that most of the people perishing nowadays are the vaccinated ones. In addition, it is kufr to believe that Maut can be foiled by vaccination. The plague is divinely ordained to kill. Those who are earmarked to die, must die. They will die, and no vaccine and no other medicine will save them. This is the bottom line and the fundamental demand of Imaan. Any professed Muslim who believes that lives could be saved, that is, negation of the fixed time for life on earth, is a kaafir. Such a person ceases being a Muslim even if he performs Salaat, pays Zakaat and ostensibly acts as a Muslim.</w:t>
      </w:r>
    </w:p>
    <w:p>
      <w:pPr>
        <w:spacing w:before="0" w:after="120" w:line="300" w:lineRule="exact"/>
        <w:jc w:val="both"/>
      </w:pPr>
      <w:r>
        <w:rPr>
          <w:rFonts w:ascii="Georgia" w:hAnsi="Georgia" w:cs="Georgia" w:eastAsia="Georgia"/>
          <w:b w:val="0"/>
          <w:i w:val="0"/>
          <w:sz w:val="22"/>
        </w:rPr>
        <w:t>These deviate Canadian imams claim: "Undoubtedly, people who mingle with each other contribute to the spread of the disease." This is explicit kufr for it is a blatant denial of the Laa adwa declaration of Rasulullah (Sallallahu alayhi wasallam). In substantiation of this kufr, the deviates say:</w:t>
      </w:r>
    </w:p>
    <w:p>
      <w:pPr>
        <w:spacing w:before="0" w:after="120" w:line="300" w:lineRule="exact"/>
        <w:jc w:val="both"/>
      </w:pPr>
      <w:r>
        <w:rPr>
          <w:rFonts w:ascii="Georgia" w:hAnsi="Georgia" w:cs="Georgia" w:eastAsia="Georgia"/>
          <w:b w:val="0"/>
          <w:i w:val="0"/>
          <w:sz w:val="22"/>
        </w:rPr>
        <w:t>"…and there are many traditions forbidding such behavior during a pandemic. Various Prophetic teachings instruct those who are infected with such diseases not to move around other people, communities, and countries."</w:t>
      </w:r>
    </w:p>
    <w:p>
      <w:pPr>
        <w:spacing w:before="0" w:after="120" w:line="300" w:lineRule="exact"/>
        <w:jc w:val="both"/>
      </w:pPr>
      <w:r>
        <w:rPr>
          <w:rFonts w:ascii="Georgia" w:hAnsi="Georgia" w:cs="Georgia" w:eastAsia="Georgia"/>
          <w:b w:val="0"/>
          <w:i w:val="0"/>
          <w:sz w:val="22"/>
        </w:rPr>
        <w:t>The traditions which these miserable deviates have stupidly misinterpreted to bolster this kufr contention do not support this view. It is essential to understand the Ahaadith in the light of the Sunnah – the practical example of Rasulullah (Sallallahu alayhi wasallam) and his Sahaabah (Radhiyallahu anhum). It is gross deviation to alienate the Ahaadith from the Sunnah and to give it an interpretation to bring it in line with the theories of the atheists. It is Waajib to ascertain the understanding and the practice of our Nabi (Sallallahu alayhi wasallam).</w:t>
      </w:r>
    </w:p>
    <w:p>
      <w:pPr>
        <w:spacing w:before="0" w:after="120" w:line="300" w:lineRule="exact"/>
        <w:jc w:val="both"/>
      </w:pPr>
      <w:r>
        <w:rPr>
          <w:rFonts w:ascii="Georgia" w:hAnsi="Georgia" w:cs="Georgia" w:eastAsia="Georgia"/>
          <w:b w:val="0"/>
          <w:i w:val="0"/>
          <w:sz w:val="22"/>
        </w:rPr>
        <w:t>The Canadian junk imams, to bolster their kufr idea proffer the following Hadith:</w:t>
      </w:r>
    </w:p>
    <w:p>
      <w:pPr>
        <w:jc w:val="center"/>
      </w:pPr>
      <w:r>
        <w:drawing>
          <wp:inline xmlns:a="http://schemas.openxmlformats.org/drawingml/2006/main" xmlns:pic="http://schemas.openxmlformats.org/drawingml/2006/picture">
            <wp:extent cx="2819399" cy="2833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819399" cy="283311"/>
                    </a:xfrm>
                    <a:prstGeom prst="rect"/>
                  </pic:spPr>
                </pic:pic>
              </a:graphicData>
            </a:graphic>
          </wp:inline>
        </w:drawing>
      </w:r>
    </w:p>
    <w:p>
      <w:pPr>
        <w:spacing w:before="0" w:after="120" w:line="300" w:lineRule="exact"/>
        <w:jc w:val="both"/>
      </w:pPr>
      <w:r>
        <w:rPr>
          <w:rFonts w:ascii="Georgia" w:hAnsi="Georgia" w:cs="Georgia" w:eastAsia="Georgia"/>
          <w:b w:val="0"/>
          <w:i w:val="0"/>
          <w:sz w:val="22"/>
        </w:rPr>
        <w:t>Presenting an extremely corrupt and incorrect translation, the miscreant imams say"</w:t>
      </w:r>
    </w:p>
    <w:p>
      <w:pPr>
        <w:spacing w:before="0" w:after="120" w:line="300" w:lineRule="exact"/>
        <w:jc w:val="both"/>
      </w:pPr>
      <w:r>
        <w:rPr>
          <w:rFonts w:ascii="Georgia" w:hAnsi="Georgia" w:cs="Georgia" w:eastAsia="Georgia"/>
          <w:b w:val="0"/>
          <w:i w:val="0"/>
          <w:sz w:val="22"/>
        </w:rPr>
        <w:t>"A person who is in contact/close to an infectious disease should not come near the one who is healthy/far from disease). Agreed upon"</w:t>
      </w:r>
    </w:p>
    <w:p>
      <w:pPr>
        <w:spacing w:before="0" w:after="120" w:line="300" w:lineRule="exact"/>
        <w:jc w:val="both"/>
      </w:pPr>
      <w:r>
        <w:rPr>
          <w:rFonts w:ascii="Georgia" w:hAnsi="Georgia" w:cs="Georgia" w:eastAsia="Georgia"/>
          <w:b w:val="0"/>
          <w:i w:val="0"/>
          <w:sz w:val="22"/>
        </w:rPr>
        <w:t>This is the egregiously erroneous translation proffered by a cartel who proclaims itself to be a council of imams and a fiqh academy. Either the mistranslation is deliberate designed to hoodwink, confuse and mislead Muslims or it is the effect of gross jahaalat (ignorance). If it is the former, it will be chicanery, fraud and kufr.</w:t>
      </w:r>
    </w:p>
    <w:p>
      <w:pPr>
        <w:spacing w:before="0" w:after="120" w:line="300" w:lineRule="exact"/>
        <w:jc w:val="both"/>
      </w:pPr>
      <w:r>
        <w:rPr>
          <w:rFonts w:ascii="Georgia" w:hAnsi="Georgia" w:cs="Georgia" w:eastAsia="Georgia"/>
          <w:b w:val="0"/>
          <w:i w:val="0"/>
          <w:sz w:val="22"/>
        </w:rPr>
        <w:t>The literal and correct translation is: "A sick (camel) should not descend on (or come by) a healthy (camel)."</w:t>
      </w:r>
    </w:p>
    <w:p>
      <w:pPr>
        <w:spacing w:before="0" w:after="120" w:line="300" w:lineRule="exact"/>
        <w:jc w:val="both"/>
      </w:pPr>
      <w:r>
        <w:rPr>
          <w:rFonts w:ascii="Georgia" w:hAnsi="Georgia" w:cs="Georgia" w:eastAsia="Georgia"/>
          <w:b w:val="0"/>
          <w:i w:val="0"/>
          <w:sz w:val="22"/>
        </w:rPr>
        <w:t>This Hadith has absolutely no reference to a person who has an 'infectious' disease. The context pertains to CAMELS and perhaps to such donkeys as the Canadian imams. The meaning of the Hadith is: Diseased camels should not be brought to drink water at the place where healthy camels are drinking.</w:t>
      </w:r>
    </w:p>
    <w:p>
      <w:pPr>
        <w:spacing w:before="0" w:after="120" w:line="300" w:lineRule="exact"/>
        <w:jc w:val="both"/>
      </w:pPr>
      <w:r>
        <w:rPr>
          <w:rFonts w:ascii="Georgia" w:hAnsi="Georgia" w:cs="Georgia" w:eastAsia="Georgia"/>
          <w:b w:val="0"/>
          <w:i w:val="0"/>
          <w:sz w:val="22"/>
        </w:rPr>
        <w:t>This advice was not given by Nabi (Sallallahu alayhi wasallam) for human consumption and practice. It was for camels going to drink water. But, these moron imams tear the Hadith out of its context and apply it to human beings.</w:t>
      </w:r>
    </w:p>
    <w:p>
      <w:pPr>
        <w:spacing w:before="0" w:after="120" w:line="300" w:lineRule="exact"/>
        <w:jc w:val="both"/>
      </w:pPr>
      <w:r>
        <w:rPr>
          <w:rFonts w:ascii="Georgia" w:hAnsi="Georgia" w:cs="Georgia" w:eastAsia="Georgia"/>
          <w:b w:val="0"/>
          <w:i w:val="0"/>
          <w:sz w:val="22"/>
        </w:rPr>
        <w:t>Now regardless of the reason for this advice, it is kufr to cite it in negation of the Laa adwaa declaration of Rasulullah (Sallallahu alayhi wasallam). Despite this advice intended for camels, Rasulullah (Sallallahu alayhi wasallam) and the Sahaabah, and all the Salafus Saaliheen, and the entire Ummah in all ages always visited the sick and diseased. They were always in close contact with the sick. The Ahaadith extol the virtues of visiting the sick. There is great and considerable thawaab for visiting the sick, not for remaining aloof and fleeing from them like wild donkeys flee from a lion.</w:t>
      </w:r>
    </w:p>
    <w:p>
      <w:pPr>
        <w:spacing w:before="0" w:after="120" w:line="300" w:lineRule="exact"/>
        <w:jc w:val="both"/>
      </w:pPr>
      <w:r>
        <w:rPr>
          <w:rFonts w:ascii="Georgia" w:hAnsi="Georgia" w:cs="Georgia" w:eastAsia="Georgia"/>
          <w:b w:val="0"/>
          <w:i w:val="0"/>
          <w:sz w:val="22"/>
        </w:rPr>
        <w:t>The narration may not be interpreted to scuttle the Laa adwaa Hadith nor to utilize as a basis for turning a blind eye on the Sunnah as it prevailed during an actual plague. Surely, it is not a mental taxation to understand that despite having stated the above regarding camels, Rasulullah (Sallallahu alayhi wasallam) and the Sahaabah did NOT dissociate or stay away from the sick and diseased people. On the contrary, Nabi</w:t>
      </w:r>
    </w:p>
    <w:p>
      <w:pPr>
        <w:spacing w:before="0" w:after="120" w:line="300" w:lineRule="exact"/>
        <w:jc w:val="both"/>
      </w:pPr>
      <w:r>
        <w:rPr>
          <w:rFonts w:ascii="Georgia" w:hAnsi="Georgia" w:cs="Georgia" w:eastAsia="Georgia"/>
          <w:b w:val="0"/>
          <w:i w:val="0"/>
          <w:sz w:val="22"/>
        </w:rPr>
        <w:t>(Sallallahu alayhi wasallam) emphasized the virtues of visiting the sick. There is absolutely no support in this Hadith which has been mistranslated and mis-used to bolster the kufr teachings of the atheists.</w:t>
      </w:r>
    </w:p>
    <w:p>
      <w:pPr>
        <w:spacing w:before="0" w:after="120" w:line="300" w:lineRule="exact"/>
        <w:jc w:val="both"/>
      </w:pPr>
      <w:r>
        <w:rPr>
          <w:rFonts w:ascii="Georgia" w:hAnsi="Georgia" w:cs="Georgia" w:eastAsia="Georgia"/>
          <w:b w:val="0"/>
          <w:i w:val="0"/>
          <w:sz w:val="22"/>
        </w:rPr>
        <w:t>The Canadian cartel then cites the Laa adwa Hadith, but perpetrates the chicanery of not presenting its translation. Why did they quote the Arabic text of the Laa adwaa Hadith minus its translation? The obvious answer is to befool and mislead the ignorant and the unwary laypeople. These juhala imams cite the camel hadith with a grossly erroneous translation, but abstain from the Laa adwaa Hadith stated explicitly for implementation by people.</w:t>
      </w:r>
    </w:p>
    <w:p>
      <w:pPr>
        <w:spacing w:before="0" w:after="120" w:line="300" w:lineRule="exact"/>
        <w:jc w:val="both"/>
      </w:pPr>
      <w:r>
        <w:rPr>
          <w:rFonts w:ascii="Georgia" w:hAnsi="Georgia" w:cs="Georgia" w:eastAsia="Georgia"/>
          <w:b w:val="0"/>
          <w:i w:val="0"/>
          <w:sz w:val="22"/>
        </w:rPr>
        <w:t>The Canadian cartel quoting another Hadith, states in their statement:</w:t>
      </w:r>
    </w:p>
    <w:p>
      <w:pPr>
        <w:spacing w:before="0" w:after="120" w:line="300" w:lineRule="exact"/>
        <w:jc w:val="both"/>
      </w:pPr>
      <w:r>
        <w:rPr>
          <w:rFonts w:ascii="Georgia" w:hAnsi="Georgia" w:cs="Georgia" w:eastAsia="Georgia"/>
          <w:b w:val="0"/>
          <w:i w:val="0"/>
          <w:sz w:val="22"/>
        </w:rPr>
        <w:t>"When you hear about a plague (caused by a virus or similar things.) in a country do not go there. And if you happen to be in that country do not leave it running away from it." Bukhari &amp; Muslim</w:t>
      </w:r>
    </w:p>
    <w:p>
      <w:pPr>
        <w:spacing w:before="0" w:after="120" w:line="300" w:lineRule="exact"/>
        <w:jc w:val="both"/>
      </w:pPr>
      <w:r>
        <w:rPr>
          <w:rFonts w:ascii="Georgia" w:hAnsi="Georgia" w:cs="Georgia" w:eastAsia="Georgia"/>
          <w:b w:val="0"/>
          <w:i w:val="0"/>
          <w:sz w:val="22"/>
        </w:rPr>
        <w:t>The statement in brackets is not part of the Hadith. The Ahaadith on this topic are conspicuously clear that the Actual Cause of the plague is Allah Ta'ala regardless of what the mundane cause may be. The emphasis on the Cause in the Hadith is Allah Azza Wa Jal, not the virus as the Canadian fools are labouring to convey.</w:t>
      </w:r>
    </w:p>
    <w:p>
      <w:pPr>
        <w:spacing w:before="0" w:after="120" w:line="300" w:lineRule="exact"/>
        <w:jc w:val="both"/>
      </w:pPr>
      <w:r>
        <w:rPr>
          <w:rFonts w:ascii="Georgia" w:hAnsi="Georgia" w:cs="Georgia" w:eastAsia="Georgia"/>
          <w:b w:val="0"/>
          <w:i w:val="0"/>
          <w:sz w:val="22"/>
        </w:rPr>
        <w:t>Furthermore, the Canadian deviates have not commented on this Hadith. Since they have no viable interpretation to support the atheists whom they are bootlicking, they deemed it best to merely present the Hadith without any comment. Nothing in this Hadith nor in any other Hadith supports the vaccine objective of the morons. There is absolutely no relationship between this Hadith and vaccines. We have explained this Hadith in other publications which are available on our website. Since the juhala have not commented on it, there is no need for elaboration.</w:t>
      </w:r>
    </w:p>
    <w:p>
      <w:pPr>
        <w:spacing w:before="0" w:after="120" w:line="300" w:lineRule="exact"/>
        <w:jc w:val="both"/>
      </w:pPr>
      <w:r>
        <w:rPr>
          <w:rFonts w:ascii="Georgia" w:hAnsi="Georgia" w:cs="Georgia" w:eastAsia="Georgia"/>
          <w:b w:val="0"/>
          <w:i w:val="0"/>
          <w:sz w:val="22"/>
        </w:rPr>
        <w:t>(2) "Vaccine is to be taken for necessity (daruro)" say the Canadian imams.</w:t>
      </w:r>
    </w:p>
    <w:p>
      <w:pPr>
        <w:spacing w:before="0" w:after="120" w:line="300" w:lineRule="exact"/>
        <w:jc w:val="both"/>
      </w:pPr>
      <w:r>
        <w:rPr>
          <w:rFonts w:ascii="Georgia" w:hAnsi="Georgia" w:cs="Georgia" w:eastAsia="Georgia"/>
          <w:b w:val="0"/>
          <w:i w:val="0"/>
          <w:sz w:val="22"/>
        </w:rPr>
        <w:t>These moron imams have merely illustrated their ignorance with their 'daruro' drivel. They lack understanding regarding the operation of the Fiqhi principles. They have stupidly introduced the principle of Dharoorah, i.e. such pressing need which legalizes prohibitions. But, in so far as these imams are concerned, it is ludicrous for them to cite this principle when they believe or pretend to believe that vaccines are halaal. There is absolutely no need to seek aid from the Dhuroorah Fiqhi principle if the substance to be used is halaal. Thus, they have merely flaunted their jahaalat (ignorance).</w:t>
      </w:r>
    </w:p>
    <w:p>
      <w:pPr>
        <w:spacing w:before="0" w:after="120" w:line="300" w:lineRule="exact"/>
        <w:jc w:val="both"/>
      </w:pPr>
      <w:r>
        <w:rPr>
          <w:rFonts w:ascii="Georgia" w:hAnsi="Georgia" w:cs="Georgia" w:eastAsia="Georgia"/>
          <w:b w:val="0"/>
          <w:i w:val="0"/>
          <w:sz w:val="22"/>
        </w:rPr>
        <w:t>Furthermore, even if it be assumed that there is no halaal remedy available for the current disease, then too, vaccines may not be accepted and promoted on the basis of the Dhuroorah principle because vaccines are poisonous and cause harm, injury, maim and even kill as the facts have established. The evidence for the disastrous effects of this potion of Iblees is too conspicuous and glaring for denial. Only the Bill Gates kind of satans who are driving the conspiracy struggle to incongruently deny reality. There is neither dhuroorah nor haajat for this potion of Iblees.</w:t>
      </w:r>
    </w:p>
    <w:p>
      <w:pPr>
        <w:spacing w:before="0" w:after="120" w:line="300" w:lineRule="exact"/>
        <w:jc w:val="both"/>
      </w:pPr>
      <w:r>
        <w:rPr>
          <w:rFonts w:ascii="Georgia" w:hAnsi="Georgia" w:cs="Georgia" w:eastAsia="Georgia"/>
          <w:b w:val="0"/>
          <w:i w:val="0"/>
          <w:sz w:val="22"/>
        </w:rPr>
        <w:t>(3) "Harm is to be removed" contends the cartel of Juhala imams. Thus they say:</w:t>
      </w:r>
    </w:p>
    <w:p>
      <w:pPr>
        <w:spacing w:before="0" w:after="120" w:line="300" w:lineRule="exact"/>
        <w:jc w:val="both"/>
      </w:pPr>
      <w:r>
        <w:rPr>
          <w:rFonts w:ascii="Georgia" w:hAnsi="Georgia" w:cs="Georgia" w:eastAsia="Georgia"/>
          <w:b w:val="0"/>
          <w:i w:val="0"/>
          <w:sz w:val="22"/>
        </w:rPr>
        <w:t>"During pandemics and rapid contagion, extreme measures might be taken by authorities to save the population especially the elderly, the vulnerable, and the weak. The issue is about carrying the disease to others and causing harm to them."</w:t>
      </w:r>
    </w:p>
    <w:p>
      <w:pPr>
        <w:spacing w:before="0" w:after="120" w:line="300" w:lineRule="exact"/>
        <w:jc w:val="both"/>
      </w:pPr>
      <w:r>
        <w:rPr>
          <w:rFonts w:ascii="Georgia" w:hAnsi="Georgia" w:cs="Georgia" w:eastAsia="Georgia"/>
          <w:b w:val="0"/>
          <w:i w:val="0"/>
          <w:sz w:val="22"/>
        </w:rPr>
        <w:t>This is a repetition of their kufr of 'contagion' in denial of what Rasulullah (sallallahu alayhi wasallam) said. Rasulullah (Sallallahu alayhi wasallam), the Sahaabah and the illustrious Salafus Saaliheen had all experienced plagues. Leave alone extreme measures, they did not resort to any method besides Dua and increasingly filling the Musaajid and spending more time in the Musaajid imploring Allah Ta'ala for succour.</w:t>
      </w:r>
    </w:p>
    <w:p>
      <w:pPr>
        <w:spacing w:before="0" w:after="120" w:line="300" w:lineRule="exact"/>
        <w:jc w:val="both"/>
      </w:pPr>
      <w:r>
        <w:rPr>
          <w:rFonts w:ascii="Georgia" w:hAnsi="Georgia" w:cs="Georgia" w:eastAsia="Georgia"/>
          <w:b w:val="0"/>
          <w:i w:val="0"/>
          <w:sz w:val="22"/>
        </w:rPr>
        <w:t>The liberties of the people were neither denied nor curtailed. The diseased were not assigned to so-called 'quarantine' dumps. The protocols of the atheists were not adopted despite thousands dying daily in some plagues. On the contrary, some very senior Sahaabah such as Hadhrat Abu Ubaidah Bin Jarraah, Hadhrat Muaaz Bin Jabal (Radhiyallahu anhuma), etc. specifically supplicated to Allah Ta'ala for martyrdom via the plague which they believed to be a Rahmat and a means for Shahaadat as stated by Rasulullah (Sallallahu alayhi wasallam).</w:t>
      </w:r>
    </w:p>
    <w:p>
      <w:pPr>
        <w:spacing w:before="0" w:after="120" w:line="300" w:lineRule="exact"/>
        <w:jc w:val="both"/>
      </w:pPr>
      <w:r>
        <w:rPr>
          <w:rFonts w:ascii="Georgia" w:hAnsi="Georgia" w:cs="Georgia" w:eastAsia="Georgia"/>
          <w:b w:val="0"/>
          <w:i w:val="0"/>
          <w:sz w:val="22"/>
        </w:rPr>
        <w:t>No diseased person was denied access to the Musaajid. The Musaajid operated normally. There was no suspension of Jumuah and the Fardh Jamaat Salaat. Nothing of the kufr promoted by these miscreant imams was adopted during plagues by the Salafus Saaliheen who followed meticulously in the footsteps of Rasulullah (Sallallahu alayhi wasallam) while these Canadian imam fools follow in the footsteps of Iblees by bootlicking the atheists. "Carrying the disease to others" – this is plain unadulterated kufr.</w:t>
      </w:r>
    </w:p>
    <w:p>
      <w:pPr>
        <w:spacing w:before="0" w:after="120" w:line="300" w:lineRule="exact"/>
        <w:jc w:val="both"/>
      </w:pPr>
      <w:r>
        <w:rPr>
          <w:rFonts w:ascii="Georgia" w:hAnsi="Georgia" w:cs="Georgia" w:eastAsia="Georgia"/>
          <w:b w:val="0"/>
          <w:i w:val="0"/>
          <w:sz w:val="22"/>
        </w:rPr>
        <w:t>Further demonstrating their compound ignorance, the miscreant Canadian imams aver in their statement:</w:t>
      </w:r>
    </w:p>
    <w:p>
      <w:pPr>
        <w:spacing w:before="0" w:after="120" w:line="300" w:lineRule="exact"/>
        <w:jc w:val="both"/>
      </w:pPr>
      <w:r>
        <w:rPr>
          <w:rFonts w:ascii="Georgia" w:hAnsi="Georgia" w:cs="Georgia" w:eastAsia="Georgia"/>
          <w:b w:val="0"/>
          <w:i w:val="0"/>
          <w:sz w:val="22"/>
        </w:rPr>
        <w:t>"Although the disease does not kill more than 1 or 2% of the population, it does spread mostly by healthy people to the vulnerable ones."</w:t>
      </w:r>
    </w:p>
    <w:p>
      <w:pPr>
        <w:spacing w:before="0" w:after="120" w:line="300" w:lineRule="exact"/>
        <w:jc w:val="both"/>
      </w:pPr>
      <w:r>
        <w:rPr>
          <w:rFonts w:ascii="Georgia" w:hAnsi="Georgia" w:cs="Georgia" w:eastAsia="Georgia"/>
          <w:b w:val="0"/>
          <w:i w:val="0"/>
          <w:sz w:val="22"/>
        </w:rPr>
        <w:t>1 or 2%? And the shayaateen term it a 'pandemic'! They cite this negligible figure as if people are on earth to remain for ever – as if they are not supposed to die.</w:t>
      </w:r>
    </w:p>
    <w:p>
      <w:pPr>
        <w:spacing w:before="0" w:after="120" w:line="300" w:lineRule="exact"/>
        <w:jc w:val="both"/>
      </w:pPr>
      <w:r>
        <w:rPr>
          <w:rFonts w:ascii="Georgia" w:hAnsi="Georgia" w:cs="Georgia" w:eastAsia="Georgia"/>
          <w:b w:val="0"/>
          <w:i w:val="0"/>
          <w:sz w:val="22"/>
        </w:rPr>
        <w:t>Substantially a greater percentage of people die of other diseases and occurrences, but no one bats an eye lid. This further confirms the existence of a dark, sinister, devilish plot schemed by the covid Satanists. Why are these drastic, draconian and oppressive measures not adopted for other diseases which kill much more than 1 and 2%?</w:t>
      </w:r>
    </w:p>
    <w:p>
      <w:pPr>
        <w:spacing w:before="0" w:after="120" w:line="300" w:lineRule="exact"/>
        <w:jc w:val="both"/>
      </w:pPr>
      <w:r>
        <w:rPr>
          <w:rFonts w:ascii="Georgia" w:hAnsi="Georgia" w:cs="Georgia" w:eastAsia="Georgia"/>
          <w:b w:val="0"/>
          <w:i w:val="0"/>
          <w:sz w:val="22"/>
        </w:rPr>
        <w:t>Furthermore, the number of people perishing has no relationship with the subject under discussion, namely vaccination. Vaccination in terms of the Shariah is per se haraam. The kufr protocols, contagion, etc. are separate issues requiring separate rebuttals. Such rebuttals have been published by many. In this article the subject matter is vaccination which is haraam, and for the claim of permissibility not a single cogent and valid argument has been presented by the bootlicking imams.</w:t>
      </w:r>
    </w:p>
    <w:p>
      <w:pPr>
        <w:spacing w:before="0" w:after="120" w:line="300" w:lineRule="exact"/>
        <w:jc w:val="both"/>
      </w:pPr>
      <w:r>
        <w:rPr>
          <w:rFonts w:ascii="Georgia" w:hAnsi="Georgia" w:cs="Georgia" w:eastAsia="Georgia"/>
          <w:b w:val="0"/>
          <w:i w:val="0"/>
          <w:sz w:val="22"/>
        </w:rPr>
        <w:t>Uttering more nonsense, the Canadian miscreant imams say:</w:t>
      </w:r>
    </w:p>
    <w:p>
      <w:pPr>
        <w:spacing w:before="0" w:after="120" w:line="300" w:lineRule="exact"/>
        <w:jc w:val="both"/>
      </w:pPr>
      <w:r>
        <w:rPr>
          <w:rFonts w:ascii="Georgia" w:hAnsi="Georgia" w:cs="Georgia" w:eastAsia="Georgia"/>
          <w:b w:val="0"/>
          <w:i w:val="0"/>
          <w:sz w:val="22"/>
        </w:rPr>
        <w:t>"In addition, this is a plague/pandemic which is a communal disease, not an individual disease. If our individual choices do not affect others then it is fine but when they do go beyond us and cause harm to others, the ruling could change from the ruling of recommendation (al-Nodb) to obligation (wujub) stemming from the principles of social obligation and responsibility of preventing harm and causing harm. The Prophet (Blessings &amp; Peace be upon him) said:</w:t>
      </w:r>
    </w:p>
    <w:p>
      <w:pPr>
        <w:spacing w:before="0" w:after="120" w:line="300" w:lineRule="exact"/>
        <w:jc w:val="both"/>
      </w:pPr>
      <w:r>
        <w:rPr>
          <w:rFonts w:ascii="Georgia" w:hAnsi="Georgia" w:cs="Georgia" w:eastAsia="Georgia"/>
          <w:b w:val="0"/>
          <w:i w:val="0"/>
          <w:sz w:val="22"/>
        </w:rPr>
        <w:t>"There should be neither harming (causing darar) nor reciprocating harm (dirar))."</w:t>
      </w:r>
    </w:p>
    <w:p>
      <w:pPr>
        <w:spacing w:before="0" w:after="120" w:line="300" w:lineRule="exact"/>
        <w:jc w:val="both"/>
      </w:pPr>
      <w:r>
        <w:rPr>
          <w:rFonts w:ascii="Georgia" w:hAnsi="Georgia" w:cs="Georgia" w:eastAsia="Georgia"/>
          <w:b w:val="0"/>
          <w:i w:val="0"/>
          <w:sz w:val="22"/>
        </w:rPr>
        <w:t>A hasan hadith related by lbn Majah"</w:t>
      </w:r>
    </w:p>
    <w:p>
      <w:pPr>
        <w:spacing w:before="0" w:after="120" w:line="300" w:lineRule="exact"/>
        <w:jc w:val="both"/>
      </w:pPr>
      <w:r>
        <w:rPr>
          <w:rFonts w:ascii="Georgia" w:hAnsi="Georgia" w:cs="Georgia" w:eastAsia="Georgia"/>
          <w:b w:val="0"/>
          <w:i w:val="0"/>
          <w:sz w:val="22"/>
        </w:rPr>
        <w:t>What is a plague? When does a disease become a plague? On the basis of the relative paltry number of people dying of the fabricated covid, substantially greater numbers die of other diseases and causes. So why are the other diseases and causes also not classified with the hallucination of 'communal diseases', and the mis-constructed principles not invoked?</w:t>
      </w:r>
    </w:p>
    <w:p>
      <w:pPr>
        <w:spacing w:before="0" w:after="120" w:line="300" w:lineRule="exact"/>
        <w:jc w:val="both"/>
      </w:pPr>
      <w:r>
        <w:rPr>
          <w:rFonts w:ascii="Georgia" w:hAnsi="Georgia" w:cs="Georgia" w:eastAsia="Georgia"/>
          <w:b w:val="0"/>
          <w:i w:val="0"/>
          <w:sz w:val="22"/>
        </w:rPr>
        <w:t>The fact is that none of the Fiqhi principles stupidly cited by the juhala imams are applicable to the scenario fabricated by the covid plot. The diseases is far less 'communal' than some other diseases. The harm caused by other occurrences such as the horrendous crime rate in many countries, does not evoke the same response. These stupid imams do not open their mouths regarding the deluges of immorality, fisq, fujoor and kufr in which the Ummah is drowning. And that is because they are part of the filth and vice destroying the Ummah. But they proudly flaunt their bootlicking misdemeanours to be in the good books of the atheists and the government.</w:t>
      </w:r>
    </w:p>
    <w:p>
      <w:pPr>
        <w:spacing w:before="0" w:after="120" w:line="300" w:lineRule="exact"/>
        <w:jc w:val="both"/>
      </w:pPr>
      <w:r>
        <w:rPr>
          <w:rFonts w:ascii="Georgia" w:hAnsi="Georgia" w:cs="Georgia" w:eastAsia="Georgia"/>
          <w:b w:val="0"/>
          <w:i w:val="0"/>
          <w:sz w:val="22"/>
        </w:rPr>
        <w:t>Contrary to a deluge of evidence provided by experts and contrary to the explicit teachings of Rasulullah (Sallallahu alayhi wasallam), the Satanists have indoctrinated the moron masses into the belief of the current covid disease being a 'pandemic' when in reality it is nowhere near a pandemic. The covid bogey poses no threat of mass destruction. It is a satanically created virus which has not achieved for its creators (the bill gates satanists) their desired expectations. Allah Ta'ala has thwarted them, hence the global death rate is even less than one percent. Thus the invocation of Fiqhi principles to provide cover for haraam and kufr is itself kufr.</w:t>
      </w:r>
    </w:p>
    <w:p>
      <w:pPr>
        <w:spacing w:before="0" w:after="120" w:line="300" w:lineRule="exact"/>
        <w:jc w:val="both"/>
      </w:pPr>
      <w:r>
        <w:rPr>
          <w:rFonts w:ascii="Georgia" w:hAnsi="Georgia" w:cs="Georgia" w:eastAsia="Georgia"/>
          <w:b w:val="0"/>
          <w:i w:val="0"/>
          <w:sz w:val="22"/>
        </w:rPr>
        <w:t>Even the UK which is a member of the cartel of Satanists has down-rated covid. Since March 2020. It is no longer regarded as a high consequence infectious disease (HCID). The Advisory Committee on Dangerous Pathogens (ACDP) states that COVID should no longer be classified as an HCID. In the Status of COVID-19 report, it is mentioned:</w:t>
      </w:r>
    </w:p>
    <w:p>
      <w:pPr>
        <w:spacing w:before="120" w:after="120" w:line="300" w:lineRule="exact"/>
        <w:ind w:left="720" w:right="720"/>
        <w:jc w:val="center"/>
      </w:pPr>
      <w:r>
        <w:rPr>
          <w:rFonts w:ascii="Georgia" w:hAnsi="Georgia" w:cs="Georgia" w:eastAsia="Georgia"/>
          <w:b w:val="0"/>
          <w:i/>
          <w:sz w:val="22"/>
        </w:rPr>
        <w:t>"Now that more is known about COVID-19, the public health bodies in the UK have reviewed the most up to date information about COVID-19 against the UK HCID criteria. They have determined that several features have now changed; particular, more information is available about mortality rates (low overall), and there is now greater clinical awareness and a specific and sensitive laboratory test, the availability of which continues to increase.</w:t>
      </w:r>
    </w:p>
    <w:p>
      <w:pPr>
        <w:spacing w:before="120" w:after="120" w:line="300" w:lineRule="exact"/>
        <w:ind w:left="720" w:right="720"/>
        <w:jc w:val="center"/>
      </w:pPr>
      <w:r>
        <w:rPr>
          <w:rFonts w:ascii="Georgia" w:hAnsi="Georgia" w:cs="Georgia" w:eastAsia="Georgia"/>
          <w:b w:val="0"/>
          <w:i/>
          <w:sz w:val="22"/>
        </w:rPr>
        <w:t>The Advisory Committee on Dangerous Pathogens (ACDP) is also of the opinion that COVID-19 should no longer be classified as an HCID."</w:t>
      </w:r>
    </w:p>
    <w:p>
      <w:pPr>
        <w:spacing w:before="0" w:after="120" w:line="300" w:lineRule="exact"/>
        <w:jc w:val="both"/>
      </w:pPr>
      <w:r>
        <w:rPr>
          <w:rFonts w:ascii="Georgia" w:hAnsi="Georgia" w:cs="Georgia" w:eastAsia="Georgia"/>
          <w:b w:val="0"/>
          <w:i w:val="0"/>
          <w:sz w:val="22"/>
        </w:rPr>
        <w:t>The covid Satanists have failed in their plot to escalate their virus into a devastating epidemic, leave alone pandemic. Governments have been bribed and the masses have become brainwashed by fear-mongering and blatant lies which morons and munaafiqeen such as the Canadian imams and many others are promoting to appease their Yahood and Nasaara masters and handlers.</w:t>
      </w:r>
    </w:p>
    <w:p>
      <w:pPr>
        <w:spacing w:before="0" w:after="120" w:line="300" w:lineRule="exact"/>
        <w:jc w:val="both"/>
      </w:pPr>
      <w:r>
        <w:rPr>
          <w:rFonts w:ascii="Georgia" w:hAnsi="Georgia" w:cs="Georgia" w:eastAsia="Georgia"/>
          <w:b w:val="0"/>
          <w:i w:val="0"/>
          <w:sz w:val="22"/>
        </w:rPr>
        <w:t>Regarding 'causing harm' referred to by the moron imams, the covid gangs of conspirators are the worst Satanists of this era to cause harm to hundreds of millions of people world-wide. Whole populations are being brutally oppressed by Satanist governments peddling the Bill Gates plot. These shaitaani imams, molvis and sheikhs who have betrayed Allah Ta'ala, are instrumental in the plot to abolish Islam. They have made a direct assault on the most vital fundamental of Islam – SALAAT. They have closed the Musaajid, abolished Jumuah Salaat, the daily five Fardh Jamaat Salaat, and other practices of the Deen.</w:t>
      </w:r>
    </w:p>
    <w:p>
      <w:pPr>
        <w:spacing w:before="0" w:after="120" w:line="300" w:lineRule="exact"/>
        <w:jc w:val="both"/>
      </w:pPr>
      <w:r>
        <w:rPr>
          <w:rFonts w:ascii="Georgia" w:hAnsi="Georgia" w:cs="Georgia" w:eastAsia="Georgia"/>
          <w:b w:val="0"/>
          <w:i w:val="0"/>
          <w:sz w:val="22"/>
        </w:rPr>
        <w:t>These undergrade RUBBISH scholars for dollars licking the boots of the Yahood and Nasaara have even corrupted the Imaan of ignorant Muslims with their rejection of the Laa Adwaa declaration of Rasulullah (Sallallahu alayhi wasallam). They fabricate and excrete weird interpretations to cancel the Ahkaam of the Shariah in their emulation of the kuffaar right into the "lizard's hole".</w:t>
      </w:r>
    </w:p>
    <w:p>
      <w:pPr>
        <w:spacing w:before="0" w:after="120" w:line="300" w:lineRule="exact"/>
        <w:jc w:val="both"/>
      </w:pPr>
      <w:r>
        <w:rPr>
          <w:rFonts w:ascii="Georgia" w:hAnsi="Georgia" w:cs="Georgia" w:eastAsia="Georgia"/>
          <w:b w:val="0"/>
          <w:i w:val="0"/>
          <w:sz w:val="22"/>
        </w:rPr>
        <w:t>Excreting more kufr effluvium, the Canadian cartel of imams say:</w:t>
      </w:r>
    </w:p>
    <w:p>
      <w:pPr>
        <w:spacing w:before="0" w:after="120" w:line="300" w:lineRule="exact"/>
        <w:jc w:val="both"/>
      </w:pPr>
      <w:r>
        <w:rPr>
          <w:rFonts w:ascii="Georgia" w:hAnsi="Georgia" w:cs="Georgia" w:eastAsia="Georgia"/>
          <w:b w:val="0"/>
          <w:i w:val="0"/>
          <w:sz w:val="22"/>
        </w:rPr>
        <w:t>(4) Limitation of options in severe circumstances</w:t>
      </w:r>
    </w:p>
    <w:p>
      <w:pPr>
        <w:spacing w:before="0" w:after="120" w:line="300" w:lineRule="exact"/>
        <w:jc w:val="both"/>
      </w:pPr>
      <w:r>
        <w:rPr>
          <w:rFonts w:ascii="Georgia" w:hAnsi="Georgia" w:cs="Georgia" w:eastAsia="Georgia"/>
          <w:b w:val="0"/>
          <w:i w:val="0"/>
          <w:sz w:val="22"/>
        </w:rPr>
        <w:t>Following the above point, there aren't many options of a safe mechanism to ensure that those who choose not to vaccinate will not spread the disease knowingly and unknowingly. The protection and safety of the people is not only the responsibility of the government just because it has the authority to legislate laws and execute them, but it is also the social responsibility of all citizens as well to look after each other's safety. In case of imminent and inevitable threat to lives such as COVID-19 pandemic, vaccine passports and limited access to different public services and places could be the temporary solution till the number of infections is reduced. Otherwise, more lockdowns will be enforced which will impact the economy and more businesses and jobs will be lost."</w:t>
      </w:r>
    </w:p>
    <w:p>
      <w:pPr>
        <w:spacing w:before="0" w:after="120" w:line="300" w:lineRule="exact"/>
        <w:jc w:val="both"/>
      </w:pPr>
      <w:r>
        <w:rPr>
          <w:rFonts w:ascii="Georgia" w:hAnsi="Georgia" w:cs="Georgia" w:eastAsia="Georgia"/>
          <w:b w:val="0"/>
          <w:i w:val="0"/>
          <w:sz w:val="22"/>
        </w:rPr>
        <w:t>This is a mere regurgitation of the kufr which the juhala have proffered above in another stupid guise. It is a view which is in diametric conflict and denial of the explicit rejection of contagion by Rasulullah (Sallallahu alayhi wasallam). This entire covid satanism is a sinister plot designed by Satanists to impose their Dajjaali 'new world order' on mankind. But Allah Ta'ala will thwart them. Whatever these rubbish imams have said in support of the kuffaar government and the atheists is pure haraam bunkum in total conflict with the Shariah. There is absolutely no justification for all these haraam measures, the protocols of the atheists and the potions of Iblees with which people are tortured, injured, maimed and killed.</w:t>
      </w:r>
    </w:p>
    <w:p>
      <w:pPr>
        <w:spacing w:before="0" w:after="120" w:line="300" w:lineRule="exact"/>
        <w:jc w:val="both"/>
      </w:pPr>
      <w:r>
        <w:rPr>
          <w:rFonts w:ascii="Georgia" w:hAnsi="Georgia" w:cs="Georgia" w:eastAsia="Georgia"/>
          <w:b w:val="0"/>
          <w:i w:val="0"/>
          <w:sz w:val="22"/>
        </w:rPr>
        <w:t>The only option Rasulullah (Sallallahu alayhi wasallam) and the Sahaabah had adopted during plagues was Dua based on the understanding that the plague is from Allah Ta'ala either as an Athaab or a Rahmat. But these Canadian moron imams and others elsewhere of the same Ibleesi ilk are concerned with only what the people of Najaasat and Kufr dictate to them. Their objective is to gain the favour of the Yahood and Nasaara, and the primary chimera is the haraam boodle which Bill Gates &amp; Co. offers them.</w:t>
      </w:r>
    </w:p>
    <w:p>
      <w:pPr>
        <w:spacing w:before="0" w:after="120" w:line="300" w:lineRule="exact"/>
        <w:jc w:val="both"/>
      </w:pPr>
      <w:r>
        <w:rPr>
          <w:rFonts w:ascii="Georgia" w:hAnsi="Georgia" w:cs="Georgia" w:eastAsia="Georgia"/>
          <w:b w:val="0"/>
          <w:i w:val="0"/>
          <w:sz w:val="22"/>
        </w:rPr>
        <w:t>The explicit teachings of the Shariah, the Qur'aan, the Sunnah as well as the spirit of Islam, all refute and deny the rubbish which the Canadian cartel of morons is peddling at the behest of their Yahood and Nasaara masters whose bootlicking has become an honourable practice. Warning these miscreants, the Qur'aan Majeed states:</w:t>
      </w:r>
    </w:p>
    <w:p>
      <w:pPr>
        <w:spacing w:before="120" w:after="120" w:line="300" w:lineRule="exact"/>
        <w:ind w:left="720" w:right="720"/>
        <w:jc w:val="center"/>
      </w:pPr>
      <w:r>
        <w:rPr>
          <w:rFonts w:ascii="Georgia" w:hAnsi="Georgia" w:cs="Georgia" w:eastAsia="Georgia"/>
          <w:b w:val="0"/>
          <w:i/>
          <w:sz w:val="22"/>
        </w:rPr>
        <w:t>"What! Do you search for honour from them? (Know) that all honour belongs to only Allah."</w:t>
      </w:r>
    </w:p>
    <w:p>
      <w:pPr>
        <w:spacing w:before="0" w:after="120" w:line="300" w:lineRule="exact"/>
        <w:jc w:val="both"/>
      </w:pPr>
      <w:r>
        <w:rPr>
          <w:rFonts w:ascii="Georgia" w:hAnsi="Georgia" w:cs="Georgia" w:eastAsia="Georgia"/>
          <w:b w:val="0"/>
          <w:i w:val="0"/>
          <w:sz w:val="22"/>
        </w:rPr>
        <w:t>Honour is in submission to Allah's Shariah, not in bootlicking the men of filth and kuf as these Canadian imams are doing.</w:t>
      </w:r>
    </w:p>
    <w:p>
      <w:pPr>
        <w:spacing w:before="0" w:after="120" w:line="300" w:lineRule="exact"/>
        <w:jc w:val="both"/>
      </w:pPr>
      <w:r>
        <w:rPr>
          <w:rFonts w:ascii="Georgia" w:hAnsi="Georgia" w:cs="Georgia" w:eastAsia="Georgia"/>
          <w:b w:val="0"/>
          <w:i w:val="0"/>
          <w:sz w:val="22"/>
        </w:rPr>
        <w:t>Uttering blatant lies to mislead and deceive Muslims, the miscreant Canadian imams say:</w:t>
      </w:r>
    </w:p>
    <w:p>
      <w:pPr>
        <w:spacing w:before="0" w:after="120" w:line="300" w:lineRule="exact"/>
        <w:jc w:val="both"/>
      </w:pPr>
      <w:r>
        <w:rPr>
          <w:rFonts w:ascii="Georgia" w:hAnsi="Georgia" w:cs="Georgia" w:eastAsia="Georgia"/>
          <w:b w:val="0"/>
          <w:i w:val="0"/>
          <w:sz w:val="22"/>
        </w:rPr>
        <w:t>"(5) Seeking Medical Treatment Any medical treatment to stop any plague or disease, resulting in no harm to people, with no significant side effects, and not leading to worse medical conditions than COVID is the right course of action. Allah Almighty says:</w:t>
      </w:r>
    </w:p>
    <w:p>
      <w:pPr>
        <w:spacing w:before="0" w:after="120" w:line="300" w:lineRule="exact"/>
        <w:jc w:val="both"/>
      </w:pPr>
      <w:r>
        <w:rPr>
          <w:rFonts w:ascii="Georgia" w:hAnsi="Georgia" w:cs="Georgia" w:eastAsia="Georgia"/>
          <w:b w:val="0"/>
          <w:i w:val="0"/>
          <w:sz w:val="22"/>
        </w:rPr>
        <w:t>(….and make not your own hands contribute to (your} destruction; but do good; for Allah loves those who do good) (2:195)</w:t>
      </w:r>
    </w:p>
    <w:p>
      <w:pPr>
        <w:spacing w:before="0" w:after="120" w:line="300" w:lineRule="exact"/>
        <w:jc w:val="both"/>
      </w:pPr>
      <w:r>
        <w:rPr>
          <w:rFonts w:ascii="Georgia" w:hAnsi="Georgia" w:cs="Georgia" w:eastAsia="Georgia"/>
          <w:b w:val="0"/>
          <w:i w:val="0"/>
          <w:sz w:val="22"/>
        </w:rPr>
        <w:t>And the Prophet Muhammad (Blessings &amp; Peace be upon him): "Seek medical cure for Allah did not allow a disease (to exist on earth) except that he brought down medicine for it except one disease, old age…" Reported in the 4 Sunan and Ahmad In another narration, it says,</w:t>
      </w:r>
    </w:p>
    <w:p>
      <w:pPr>
        <w:spacing w:before="0" w:after="120" w:line="300" w:lineRule="exact"/>
        <w:jc w:val="both"/>
      </w:pPr>
      <w:r>
        <w:rPr>
          <w:rFonts w:ascii="Georgia" w:hAnsi="Georgia" w:cs="Georgia" w:eastAsia="Georgia"/>
          <w:b w:val="0"/>
          <w:i w:val="0"/>
          <w:sz w:val="22"/>
        </w:rPr>
        <w:t>"Truly Allah did not bring down (or created) a harmful disease except that he also brought down (or created) for it its cure, whether people know it or not, except for death." Reported by Ahmad,al-Nassai and al-Hakim</w:t>
      </w:r>
    </w:p>
    <w:p>
      <w:pPr>
        <w:spacing w:before="0" w:after="120" w:line="300" w:lineRule="exact"/>
        <w:jc w:val="both"/>
      </w:pPr>
      <w:r>
        <w:rPr>
          <w:rFonts w:ascii="Georgia" w:hAnsi="Georgia" w:cs="Georgia" w:eastAsia="Georgia"/>
          <w:b w:val="0"/>
          <w:i w:val="0"/>
          <w:sz w:val="22"/>
        </w:rPr>
        <w:t>Allah has brought down medicine/cure to earth to be found and discovered both in nature or with human intellectual research."</w:t>
      </w:r>
    </w:p>
    <w:p>
      <w:pPr>
        <w:spacing w:before="0" w:after="120" w:line="300" w:lineRule="exact"/>
        <w:jc w:val="both"/>
      </w:pPr>
      <w:r>
        <w:rPr>
          <w:rFonts w:ascii="Georgia" w:hAnsi="Georgia" w:cs="Georgia" w:eastAsia="Georgia"/>
          <w:b w:val="0"/>
          <w:i w:val="0"/>
          <w:sz w:val="22"/>
        </w:rPr>
        <w:t>People of Imaan are aware and fully understand that there is NEVER a medicine for curing or combating a Plague because a plague is either an Athaab or a Rahmat. While medicine – halaal medicine – will be permissible, the satanic vaccines of the atheists are not medicine. Vaccines are filth and poisons designed for the attainment of the evil motives of the Satanists who have engineered the covid virus in the laboratory.</w:t>
      </w:r>
    </w:p>
    <w:p>
      <w:pPr>
        <w:spacing w:before="0" w:after="120" w:line="300" w:lineRule="exact"/>
        <w:jc w:val="both"/>
      </w:pPr>
      <w:r>
        <w:rPr>
          <w:rFonts w:ascii="Georgia" w:hAnsi="Georgia" w:cs="Georgia" w:eastAsia="Georgia"/>
          <w:b w:val="0"/>
          <w:i w:val="0"/>
          <w:sz w:val="22"/>
        </w:rPr>
        <w:t>Resorting to medicine is not in dispute. The contention is not that medicine is not permissible. Haraam 'medicine' is the subject of contention. The claim is that vaccines are not medicine. Vaccines are potions of Iblees. Rasulullah (Sallallahu alayhi wasallam) explicitly stated that Allah Ta'ala did not create the cure for his Ummah in haraam substances.</w:t>
      </w:r>
    </w:p>
    <w:p>
      <w:pPr>
        <w:spacing w:before="0" w:after="120" w:line="300" w:lineRule="exact"/>
        <w:jc w:val="both"/>
      </w:pPr>
      <w:r>
        <w:rPr>
          <w:rFonts w:ascii="Georgia" w:hAnsi="Georgia" w:cs="Georgia" w:eastAsia="Georgia"/>
          <w:b w:val="0"/>
          <w:i w:val="0"/>
          <w:sz w:val="22"/>
        </w:rPr>
        <w:t>The moron Canadian imams claim that vaccines do not result in harm; that there are no significant side effects and do not lead to worse medical conditions than COVID, is conspicuous evidence for their nifaaq. Just on this score it will be valid to brand them Munaafiqeen. That these Rubbishes are unaware of the serious harms, and destruction to health caused by the vaccines, is totally unacceptable. They are blatant LIARS. Regardless of the desperate efforts to conceal the ruinous consequences suffered by thousands who had been stupidly or forcibly vaccinated, by this time the dangers and harms of the covid vaccines are well-established facts. Therefore, only Munaafiqeen such as the Canadian imams are capable of denying the glaring reality.</w:t>
      </w:r>
    </w:p>
    <w:p>
      <w:pPr>
        <w:spacing w:before="0" w:after="120" w:line="300" w:lineRule="exact"/>
        <w:jc w:val="both"/>
      </w:pPr>
      <w:r>
        <w:rPr>
          <w:rFonts w:ascii="Georgia" w:hAnsi="Georgia" w:cs="Georgia" w:eastAsia="Georgia"/>
          <w:b w:val="0"/>
          <w:i w:val="0"/>
          <w:sz w:val="22"/>
        </w:rPr>
        <w:t>The harms of vaccination are horrendous and the evidence is piling up. Only deliberately imposed blindness constrains the morons to deny this glaringly conspicuous fact. The kufr belief entertained by the Canadian imams has necrotized their Imaan, hence they grovel at the feet of the atheists and kuffaar governments, licking their boots in the process of peddling the kufr theories of the Satanist plotters. Whatever Hadith or Qur'aanic aayat these moron miscreants have proffered in support of the kufr theories of the Yahood and Nasaaraa has been misinterpreted and baselessly presented in vindication of the potion of Iblees. These spineless imams are goaded to adopt their haraam stance by their esurience for worldly benefits. They have bartered away the Deen and betrayed the Ummah and have transgressed the Shariah most blatantly – all for worldly and nafsaani motives.</w:t>
      </w:r>
    </w:p>
    <w:p>
      <w:pPr>
        <w:spacing w:before="0" w:after="120" w:line="300" w:lineRule="exact"/>
        <w:jc w:val="both"/>
      </w:pPr>
      <w:r>
        <w:rPr>
          <w:rFonts w:ascii="Georgia" w:hAnsi="Georgia" w:cs="Georgia" w:eastAsia="Georgia"/>
          <w:b w:val="0"/>
          <w:i w:val="0"/>
          <w:sz w:val="22"/>
        </w:rPr>
        <w:t>Their motive is most despicable and their conduct is kufr. While the Ulama of earlier times have discussed the seemingly contradictory Hadith narrations for achieving reconciliation, these modernist Canadian juhala imams and others of the same breed are resorting to misinterpretation, not for the sake of reconciling seemingly conflicting Ahaadith, but solely for appeasing their atheist masters whose boots they are licking with unparalleled expertise and eager enthusiasm. They even deny explicit commands and Ahaadith to appease the kuffaar who believe that disease is contagious. But this belief is KUFR.</w:t>
      </w:r>
    </w:p>
    <w:p>
      <w:pPr>
        <w:spacing w:before="0" w:after="120" w:line="300" w:lineRule="exact"/>
        <w:jc w:val="both"/>
      </w:pPr>
      <w:r>
        <w:rPr>
          <w:rFonts w:ascii="Georgia" w:hAnsi="Georgia" w:cs="Georgia" w:eastAsia="Georgia"/>
          <w:b w:val="0"/>
          <w:i w:val="0"/>
          <w:sz w:val="22"/>
        </w:rPr>
        <w:t>In their statement of kufr twaddle, the moron Canadian imams aver:</w:t>
      </w:r>
    </w:p>
    <w:p>
      <w:pPr>
        <w:spacing w:before="0" w:after="120" w:line="300" w:lineRule="exact"/>
        <w:jc w:val="both"/>
      </w:pPr>
      <w:r>
        <w:rPr>
          <w:rFonts w:ascii="Georgia" w:hAnsi="Georgia" w:cs="Georgia" w:eastAsia="Georgia"/>
          <w:b w:val="0"/>
          <w:i w:val="0"/>
          <w:sz w:val="22"/>
        </w:rPr>
        <w:t>"(6) Benefits compared to detriments Like everything in life, not every medical intervention is 100% effective and without risk. But if the benefit outweighs the harm with a vast difference, then we judge based on the majority of the fact due to the necessity and urgency of circumstance."</w:t>
      </w:r>
    </w:p>
    <w:p>
      <w:pPr>
        <w:spacing w:before="0" w:after="120" w:line="300" w:lineRule="exact"/>
        <w:jc w:val="both"/>
      </w:pPr>
      <w:r>
        <w:rPr>
          <w:rFonts w:ascii="Georgia" w:hAnsi="Georgia" w:cs="Georgia" w:eastAsia="Georgia"/>
          <w:b w:val="0"/>
          <w:i w:val="0"/>
          <w:sz w:val="22"/>
        </w:rPr>
        <w:t>The argument does not pertain to the efficacy of medicine. The subject is vaccination. Vaccination is haraam. There is no benefit in it. The idea of it outweighing harms is bunkum. But these miserable imams with blinded hearts and disturbed intelligence fail to understand. They have by design adopted to toe the line of the conspirators, and proffer just any junk and stupidity to support their atheist masters. They have no evidence whatsoever for bolstering their baseless claim of vaccinating outweighing its harm.</w:t>
      </w:r>
    </w:p>
    <w:p>
      <w:pPr>
        <w:spacing w:before="0" w:after="120" w:line="300" w:lineRule="exact"/>
        <w:jc w:val="both"/>
      </w:pPr>
      <w:r>
        <w:rPr>
          <w:rFonts w:ascii="Georgia" w:hAnsi="Georgia" w:cs="Georgia" w:eastAsia="Georgia"/>
          <w:b w:val="0"/>
          <w:i w:val="0"/>
          <w:sz w:val="22"/>
        </w:rPr>
        <w:t>There is no necessity which compels submission to vaccination. Assuming that there was such a necessity, then too vaccination would still be haraam. Vaccination is the introduction of disease into the human body. This is haraam. It is furthermore a cocktail of Iblees, laced with poison and filth. Never can vaccination be permissible for Muslims. In fact there is no urgency for even halaal medicine.</w:t>
      </w:r>
    </w:p>
    <w:p>
      <w:pPr>
        <w:spacing w:before="0" w:after="120" w:line="300" w:lineRule="exact"/>
        <w:jc w:val="both"/>
      </w:pPr>
      <w:r>
        <w:rPr>
          <w:rFonts w:ascii="Georgia" w:hAnsi="Georgia" w:cs="Georgia" w:eastAsia="Georgia"/>
          <w:b w:val="0"/>
          <w:i w:val="0"/>
          <w:sz w:val="22"/>
        </w:rPr>
        <w:t>The issue is not whether medicine is 100% effective or not. The issue is that vaccines are filth and poisons causing horrendous harm, hence HARAAM. The 100% stupidity is one of the many red herrings let loose by the moron Canadian imams in their rubbish statement designed to bootlick the atheists and the authorities.</w:t>
      </w:r>
    </w:p>
    <w:p>
      <w:pPr>
        <w:spacing w:before="0" w:after="120" w:line="300" w:lineRule="exact"/>
        <w:jc w:val="both"/>
      </w:pPr>
      <w:r>
        <w:rPr>
          <w:rFonts w:ascii="Georgia" w:hAnsi="Georgia" w:cs="Georgia" w:eastAsia="Georgia"/>
          <w:b w:val="0"/>
          <w:i w:val="0"/>
          <w:sz w:val="22"/>
        </w:rPr>
        <w:t>Perpetrating intentional chicanery to mislead Muslims and to peddle the potions and methods of Iblees, the miserable Canadian imams who have sold their Imaan down the gutter drain, say:</w:t>
      </w:r>
    </w:p>
    <w:p>
      <w:pPr>
        <w:spacing w:before="0" w:after="120" w:line="300" w:lineRule="exact"/>
        <w:jc w:val="both"/>
      </w:pPr>
      <w:r>
        <w:rPr>
          <w:rFonts w:ascii="Georgia" w:hAnsi="Georgia" w:cs="Georgia" w:eastAsia="Georgia"/>
          <w:b w:val="0"/>
          <w:i w:val="0"/>
          <w:sz w:val="22"/>
        </w:rPr>
        <w:t>"To this date, and Allah knows best, there are some common, limited side effects (e.g. sore arm, skin reactions, fever, fatigue, headache) and rare significant side effects (e.g. myocarditis, pericarditis, Bell's Palsy) that have been reported with mRNA vaccines which are being closely monitored by Health Canada. However, being in a state of disease like COVID-19 can cause more harm and threaten one's life, compared to possible side effects of the vaccine. From almost 6 billion reported doses of all COVID-19 vaccines given worldwide thus far, the overwhelming majority have not experienced any serious, long-term or life-threatening side effects."</w:t>
      </w:r>
    </w:p>
    <w:p>
      <w:pPr>
        <w:spacing w:before="0" w:after="120" w:line="300" w:lineRule="exact"/>
        <w:jc w:val="both"/>
      </w:pPr>
      <w:r>
        <w:rPr>
          <w:rFonts w:ascii="Georgia" w:hAnsi="Georgia" w:cs="Georgia" w:eastAsia="Georgia"/>
          <w:b w:val="0"/>
          <w:i w:val="0"/>
          <w:sz w:val="22"/>
        </w:rPr>
        <w:t>It is unbelievable that these juhala agents of Iblees are unaware of the exceptionally serious damage which the potions of Iblees have inflicted on hundreds of thousands of people. With calculated chicanery, these juhala are concealing the truth. We are daily hearing of people collapsing, being maimed, blood-clotting and deaths directly attributed to the vaccines. The Satanists being fully, fully aware of the disastrous effects of the devil's potion, have indemnified the manufacturers. If the vaccines are safe, what is the rationale for indemnification? Why indemnify the brutal agents of the Devil who inflict brutal torture on mankind with their potions of the devil? The entire gamut is inextricably interwoven with the 'new world order' of the Satanists who are setting the stage for Dajjaal, and these Canadian ignoramuses are part of the Dajjaali scheme.</w:t>
      </w:r>
    </w:p>
    <w:p>
      <w:pPr>
        <w:spacing w:before="0" w:after="120" w:line="300" w:lineRule="exact"/>
        <w:jc w:val="both"/>
      </w:pPr>
      <w:r>
        <w:rPr>
          <w:rFonts w:ascii="Georgia" w:hAnsi="Georgia" w:cs="Georgia" w:eastAsia="Georgia"/>
          <w:b w:val="0"/>
          <w:i w:val="0"/>
          <w:sz w:val="22"/>
        </w:rPr>
        <w:t>The claim of minimal side effects is absolutely scandalous and borders on kufr. These miserable Canadian imams are satanically guilty of concealing the truth. They are complicit with the Bill Gates Devils in maiming, injuring and killing people with the potions of Iblees and the cocktails of witches. The following statistics knock out the bottom of the LIES these Canadian deviates are peddling.</w:t>
      </w:r>
    </w:p>
    <w:p>
      <w:pPr>
        <w:spacing w:before="0" w:after="120" w:line="300" w:lineRule="exact"/>
        <w:jc w:val="both"/>
      </w:pPr>
      <w:r>
        <w:rPr>
          <w:rFonts w:ascii="Georgia" w:hAnsi="Georgia" w:cs="Georgia" w:eastAsia="Georgia"/>
          <w:b w:val="0"/>
          <w:i w:val="0"/>
          <w:sz w:val="22"/>
        </w:rPr>
        <w:t>Mon Apr 12, 2021 By Michael Haynes LONDON, April 12, 2021 (LifeSiteNews) — In official documents released by the U.K. government, models for the planned "third wave" of COVID-19 predicted that any hospitalizations and deaths would be "dominated" by people who had already been vaccinated. ………..</w:t>
      </w:r>
    </w:p>
    <w:p>
      <w:pPr>
        <w:spacing w:before="0" w:after="120" w:line="300" w:lineRule="exact"/>
        <w:jc w:val="both"/>
      </w:pPr>
      <w:r>
        <w:rPr>
          <w:rFonts w:ascii="Georgia" w:hAnsi="Georgia" w:cs="Georgia" w:eastAsia="Georgia"/>
          <w:b w:val="0"/>
          <w:i w:val="0"/>
          <w:sz w:val="22"/>
        </w:rPr>
        <w:t>A surprising statement was contained in the document, as the various institutions predicted the impact of a "third wave" of the virus upon the country's health service, and the result on the population. ……</w:t>
      </w:r>
    </w:p>
    <w:p>
      <w:pPr>
        <w:spacing w:before="0" w:after="120" w:line="300" w:lineRule="exact"/>
        <w:jc w:val="both"/>
      </w:pPr>
      <w:r>
        <w:rPr>
          <w:rFonts w:ascii="Georgia" w:hAnsi="Georgia" w:cs="Georgia" w:eastAsia="Georgia"/>
          <w:b w:val="0"/>
          <w:i w:val="0"/>
          <w:sz w:val="22"/>
        </w:rPr>
        <w:t>"The resurgence in both hospitalizations and deaths is dominated by those that have received two doses of the vaccine, comprising around 60 percent and 70 percent of the wave respectively. ……</w:t>
      </w:r>
    </w:p>
    <w:p>
      <w:pPr>
        <w:spacing w:before="0" w:after="120" w:line="300" w:lineRule="exact"/>
        <w:jc w:val="both"/>
      </w:pPr>
      <w:r>
        <w:rPr>
          <w:rFonts w:ascii="Georgia" w:hAnsi="Georgia" w:cs="Georgia" w:eastAsia="Georgia"/>
          <w:b w:val="0"/>
          <w:i w:val="0"/>
          <w:sz w:val="22"/>
        </w:rPr>
        <w:t>Sharing SPI-M-O's document on Twitter, Joel Smalley of the anti-lockdown research group HART commented: "In their forecast, the key metrics of hospitalisations and deaths are dominated (60 percent-70 percent) by those who are fully vaccinated. Yeah, no typo. Because vaccine failure in the most at-risk where uptake is high will be more serious than susceptibility of the lower-risk unvaccinated."</w:t>
      </w:r>
    </w:p>
    <w:p>
      <w:pPr>
        <w:spacing w:before="0" w:after="120" w:line="300" w:lineRule="exact"/>
        <w:jc w:val="both"/>
      </w:pPr>
      <w:r>
        <w:rPr>
          <w:rFonts w:ascii="Georgia" w:hAnsi="Georgia" w:cs="Georgia" w:eastAsia="Georgia"/>
          <w:b w:val="0"/>
          <w:i w:val="0"/>
          <w:sz w:val="22"/>
        </w:rPr>
        <w:t>Although the worrying statement amount the majority of deaths found among the injected populace comes as part of modelling, SPI-M-O's statement reflects the growing discussion on the significant amount of adverse effects and deaths after COVID-19 injections.</w:t>
      </w:r>
    </w:p>
    <w:p>
      <w:pPr>
        <w:spacing w:before="0" w:after="120" w:line="300" w:lineRule="exact"/>
        <w:jc w:val="both"/>
      </w:pPr>
      <w:r>
        <w:rPr>
          <w:rFonts w:ascii="Georgia" w:hAnsi="Georgia" w:cs="Georgia" w:eastAsia="Georgia"/>
          <w:b w:val="0"/>
          <w:i w:val="0"/>
          <w:sz w:val="22"/>
        </w:rPr>
        <w:t>In a strongly worded letter to the British Medical Journal (BMJ), a London-based consultant warned about the "unprecedented" levels of sickness among health care staff after the injection.</w:t>
      </w:r>
    </w:p>
    <w:p>
      <w:pPr>
        <w:spacing w:before="0" w:after="120" w:line="300" w:lineRule="exact"/>
        <w:jc w:val="both"/>
      </w:pPr>
      <w:r>
        <w:rPr>
          <w:rFonts w:ascii="Georgia" w:hAnsi="Georgia" w:cs="Georgia" w:eastAsia="Georgia"/>
          <w:b w:val="0"/>
          <w:i w:val="0"/>
          <w:sz w:val="22"/>
        </w:rPr>
        <w:t>In addition to mentioning the high levels of staff falling sick, Dr. K. Polyakova mentioned how some were developing "neurological symptoms which is having a huge impact on the health service function. Even the young and healthy are off for days, some for weeks, and some requiring medical treatment. Whole teams are being taken out as they went to get vaccinated together."</w:t>
      </w:r>
    </w:p>
    <w:p>
      <w:pPr>
        <w:spacing w:before="0" w:after="120" w:line="300" w:lineRule="exact"/>
        <w:jc w:val="both"/>
      </w:pPr>
      <w:r>
        <w:rPr>
          <w:rFonts w:ascii="Georgia" w:hAnsi="Georgia" w:cs="Georgia" w:eastAsia="Georgia"/>
          <w:b w:val="0"/>
          <w:i w:val="0"/>
          <w:sz w:val="22"/>
        </w:rPr>
        <w:t>"What is to say that there are no longitudinal adverse effects that we may face that may put the entire health sector at risk?" she asked. Her warning is seemingly being proved increasingly and sadly true, as disproportionately numerous reports of deaths after injections are quietly amassing.</w:t>
      </w:r>
    </w:p>
    <w:p>
      <w:pPr>
        <w:spacing w:before="0" w:after="120" w:line="300" w:lineRule="exact"/>
        <w:jc w:val="both"/>
      </w:pPr>
      <w:r>
        <w:rPr>
          <w:rFonts w:ascii="Georgia" w:hAnsi="Georgia" w:cs="Georgia" w:eastAsia="Georgia"/>
          <w:b w:val="0"/>
          <w:i w:val="0"/>
          <w:sz w:val="22"/>
        </w:rPr>
        <w:t>By March 28, there were over 556,609 adverse side effects reported in the U.K. after the injection since the rollout began December 8. A total of 786 people had died after the injections, with some 5,899 cardiac disorders and 116 cardiac arrests also occurring. An additional 92 people became blind, 55 spontaneous abortions occurred, and 9,998 psychiatric disorders were recorded.</w:t>
      </w:r>
    </w:p>
    <w:p>
      <w:pPr>
        <w:spacing w:before="0" w:after="120" w:line="300" w:lineRule="exact"/>
        <w:jc w:val="both"/>
      </w:pPr>
      <w:r>
        <w:rPr>
          <w:rFonts w:ascii="Georgia" w:hAnsi="Georgia" w:cs="Georgia" w:eastAsia="Georgia"/>
          <w:b w:val="0"/>
          <w:i w:val="0"/>
          <w:sz w:val="22"/>
        </w:rPr>
        <w:t>There were 6,740 blood disorders, 608 cases of anaphylactic reactions, with 77 instances of anaphylactic shock, and 2,003 immune system disorders. Indeed, as data from the U.S. Vaccine Adverse Event Reporting System (VAERS) shows, 2,342 people have died after the injections in the United States by April 1. A total of 56,869 adverse reactions were reported, with 4,872 of them requiring a hospital visit.</w:t>
      </w:r>
    </w:p>
    <w:p>
      <w:pPr>
        <w:spacing w:before="0" w:after="120" w:line="300" w:lineRule="exact"/>
        <w:jc w:val="both"/>
      </w:pPr>
      <w:r>
        <w:rPr>
          <w:rFonts w:ascii="Georgia" w:hAnsi="Georgia" w:cs="Georgia" w:eastAsia="Georgia"/>
          <w:b w:val="0"/>
          <w:i w:val="0"/>
          <w:sz w:val="22"/>
        </w:rPr>
        <w:t>With figures such as these, the COVID-19 injections are seemingly far more harmful and deadly than the initial polio vaccines launched in 1955. After the administration of the Cutter Polio vaccine, 51 children were paralyzed and five died, prompting the vaccine recall."</w:t>
      </w:r>
    </w:p>
    <w:p>
      <w:pPr>
        <w:spacing w:before="0" w:after="120" w:line="300" w:lineRule="exact"/>
        <w:jc w:val="both"/>
      </w:pPr>
      <w:r>
        <w:rPr>
          <w:rFonts w:ascii="Georgia" w:hAnsi="Georgia" w:cs="Georgia" w:eastAsia="Georgia"/>
          <w:b w:val="0"/>
          <w:i w:val="0"/>
          <w:sz w:val="22"/>
        </w:rPr>
        <w:t>The deluge of evidence belies the falsehood perpetrated by the Canadian juhala imams. The dangers and horrendous harms of vaccines are as clear as daylight despite the desperate attempts by governments and mainstream media to sweep the mass of evidence under the carpet. The following information also debunks the kufr falsehood of the Canadian munaafiqeen:</w:t>
      </w:r>
    </w:p>
    <w:p>
      <w:pPr>
        <w:spacing w:before="0" w:after="120" w:line="300" w:lineRule="exact"/>
        <w:jc w:val="both"/>
      </w:pPr>
      <w:r>
        <w:rPr>
          <w:rFonts w:ascii="Georgia" w:hAnsi="Georgia" w:cs="Georgia" w:eastAsia="Georgia"/>
          <w:b w:val="0"/>
          <w:i w:val="0"/>
          <w:sz w:val="22"/>
        </w:rPr>
        <w:t>"LONDON, April 12, 2021 (LifeSiteNews) — In official documents released by the U.K. government, models for the planned "third wave" of COVID-19 predicted that any hospitalizations and deaths would be "dominated" by people who had already been vaccinated.</w:t>
      </w:r>
    </w:p>
    <w:p>
      <w:pPr>
        <w:spacing w:before="0" w:after="120" w:line="300" w:lineRule="exact"/>
        <w:jc w:val="both"/>
      </w:pPr>
      <w:r>
        <w:rPr>
          <w:rFonts w:ascii="Georgia" w:hAnsi="Georgia" w:cs="Georgia" w:eastAsia="Georgia"/>
          <w:b w:val="0"/>
          <w:i w:val="0"/>
          <w:sz w:val="22"/>
        </w:rPr>
        <w:t>On March 31, the U.K. Scientific Pandemic Influenza Group on Modelling, Operational sub-group (SPI-M-O), released the latest document containing modelling predictions about the effect that the gradual easing of restrictions would have on the spread of infection, and subsequent hospitalizations and deaths. The data are taken from forecasts provided by Warwick University, Imperial College London, and the London School of Hygiene and Tropical Medicine.</w:t>
      </w:r>
    </w:p>
    <w:p>
      <w:pPr>
        <w:spacing w:before="0" w:after="120" w:line="300" w:lineRule="exact"/>
        <w:jc w:val="both"/>
      </w:pPr>
      <w:r>
        <w:rPr>
          <w:rFonts w:ascii="Georgia" w:hAnsi="Georgia" w:cs="Georgia" w:eastAsia="Georgia"/>
          <w:b w:val="0"/>
          <w:i w:val="0"/>
          <w:sz w:val="22"/>
        </w:rPr>
        <w:t>A surprising statement was contained in the document, as the various institutions predicted the impact of a "third wave" of the virus upon the country's health service, and the result on the population.</w:t>
      </w:r>
    </w:p>
    <w:p>
      <w:pPr>
        <w:spacing w:before="0" w:after="120" w:line="300" w:lineRule="exact"/>
        <w:jc w:val="both"/>
      </w:pPr>
      <w:r>
        <w:rPr>
          <w:rFonts w:ascii="Georgia" w:hAnsi="Georgia" w:cs="Georgia" w:eastAsia="Georgia"/>
          <w:b w:val="0"/>
          <w:i w:val="0"/>
          <w:sz w:val="22"/>
        </w:rPr>
        <w:t>"The resurgence in both hospitalizations and deaths is dominated by those that have received two doses of the vaccine, comprising around 60 percent and 70 percent of the wave respectively."</w:t>
      </w:r>
    </w:p>
    <w:p>
      <w:pPr>
        <w:spacing w:before="0" w:after="120" w:line="300" w:lineRule="exact"/>
        <w:jc w:val="both"/>
      </w:pPr>
      <w:r>
        <w:rPr>
          <w:rFonts w:ascii="Georgia" w:hAnsi="Georgia" w:cs="Georgia" w:eastAsia="Georgia"/>
          <w:b w:val="0"/>
          <w:i w:val="0"/>
          <w:sz w:val="22"/>
        </w:rPr>
        <w:t>(7) "No harm components in the vaccine", say the moron Canadian imams. Making this preposterous claim of blatant falsehood, the hoodlums of the Canadian imam outfit say:</w:t>
      </w:r>
    </w:p>
    <w:p>
      <w:pPr>
        <w:spacing w:before="0" w:after="120" w:line="300" w:lineRule="exact"/>
        <w:jc w:val="both"/>
      </w:pPr>
      <w:r>
        <w:rPr>
          <w:rFonts w:ascii="Georgia" w:hAnsi="Georgia" w:cs="Georgia" w:eastAsia="Georgia"/>
          <w:b w:val="0"/>
          <w:i w:val="0"/>
          <w:sz w:val="22"/>
        </w:rPr>
        <w:t>"After thorough review of these aforementioned vaccines with our medical advisors, there are no harmful (unlawful) elements on them."</w:t>
      </w:r>
    </w:p>
    <w:p>
      <w:pPr>
        <w:spacing w:before="0" w:after="120" w:line="300" w:lineRule="exact"/>
        <w:jc w:val="both"/>
      </w:pPr>
      <w:r>
        <w:rPr>
          <w:rFonts w:ascii="Georgia" w:hAnsi="Georgia" w:cs="Georgia" w:eastAsia="Georgia"/>
          <w:b w:val="0"/>
          <w:i w:val="0"/>
          <w:sz w:val="22"/>
        </w:rPr>
        <w:t>This is another capital LIE. The medical advisors whom the cartel of juhala imams consult are of two classes: Atheists and Munaafiqeen doctors who masquerade as Muslims. All of these louts promote the conspiracy of Bill Gates, Pharma &amp; Cartel. The word 'thorough' glaringly exposes the bias and nifaaq of these moron imams. No research/study is 'thorough' without taking into serious account the massive evidence against vaccines provided by top scientists and medical experts. Why do these juhala imams accept only what the Bill Gates atheists say? Why do they not provide a receptive ear to the views of those atheists of the opposite view? To this day, the Bill Gates clique has failed to rationally and medically respond to the claims of the opposition whilst the opposition has rationally, medically and scientifically laid to waste the claims of the Agents of the Devil. The Canadian imams group is a cheap puppet of the Plotters.</w:t>
      </w:r>
    </w:p>
    <w:p>
      <w:pPr>
        <w:spacing w:before="0" w:after="120" w:line="300" w:lineRule="exact"/>
        <w:jc w:val="both"/>
      </w:pPr>
      <w:r>
        <w:rPr>
          <w:rFonts w:ascii="Georgia" w:hAnsi="Georgia" w:cs="Georgia" w:eastAsia="Georgia"/>
          <w:b w:val="0"/>
          <w:i w:val="0"/>
          <w:sz w:val="22"/>
        </w:rPr>
        <w:t>(8) "Historical Precedents"?</w:t>
      </w:r>
    </w:p>
    <w:p>
      <w:pPr>
        <w:spacing w:before="0" w:after="120" w:line="300" w:lineRule="exact"/>
        <w:jc w:val="both"/>
      </w:pPr>
      <w:r>
        <w:rPr>
          <w:rFonts w:ascii="Georgia" w:hAnsi="Georgia" w:cs="Georgia" w:eastAsia="Georgia"/>
          <w:b w:val="0"/>
          <w:i w:val="0"/>
          <w:sz w:val="22"/>
        </w:rPr>
        <w:t>Presenting some of the worst rubbish as proof for promoting the Potions of Iblees, the Munaafiq Canadian imams disgorge the following rubbish:</w:t>
      </w:r>
    </w:p>
    <w:p>
      <w:pPr>
        <w:spacing w:before="0" w:after="120" w:line="300" w:lineRule="exact"/>
        <w:jc w:val="both"/>
      </w:pPr>
      <w:r>
        <w:rPr>
          <w:rFonts w:ascii="Georgia" w:hAnsi="Georgia" w:cs="Georgia" w:eastAsia="Georgia"/>
          <w:b w:val="0"/>
          <w:i w:val="0"/>
          <w:sz w:val="22"/>
        </w:rPr>
        <w:t>"We have precedents in both human history and Islamic history where governments required vaccination for citizens who want to travel or enter a country such as in the Ottoman Turkish time in the beginning of the twentieth century as well as currently in Saudi Arabia where one of the most important requirements to obtain a visa for Hajj or Umrah is to be vaccinated…….."</w:t>
      </w:r>
    </w:p>
    <w:p>
      <w:pPr>
        <w:spacing w:before="0" w:after="120" w:line="300" w:lineRule="exact"/>
        <w:jc w:val="both"/>
      </w:pPr>
      <w:r>
        <w:rPr>
          <w:rFonts w:ascii="Georgia" w:hAnsi="Georgia" w:cs="Georgia" w:eastAsia="Georgia"/>
          <w:b w:val="0"/>
          <w:i w:val="0"/>
          <w:sz w:val="22"/>
        </w:rPr>
        <w:t>This flapdoodle argument conspicuously displays the total lack of intellectual perspicacity of the juhala Canadian imams who excel in the disgorgement of twaddle bordering on kufr. In their eagerness to bootlick the atheists and kuffaar governments they twiddle with their Imaam – that is, if they do have Imaan.</w:t>
      </w:r>
    </w:p>
    <w:p>
      <w:pPr>
        <w:spacing w:before="0" w:after="120" w:line="300" w:lineRule="exact"/>
        <w:jc w:val="both"/>
      </w:pPr>
      <w:r>
        <w:rPr>
          <w:rFonts w:ascii="Georgia" w:hAnsi="Georgia" w:cs="Georgia" w:eastAsia="Georgia"/>
          <w:b w:val="0"/>
          <w:i w:val="0"/>
          <w:sz w:val="22"/>
        </w:rPr>
        <w:t>There is absolutely NO precedent in Islamic history for "vaccine requirement". The acts of the Turkish authorities in the 20th century and of the Saudi regime may not be described as 'Islamic' history. In the beginning of the 2oth century, the Ottoman Empire was rotten to the core. Even the kuffaar referred to Turkey as the "Sick man of Europe". But from the Islamic perspective, Turkey then was not merely a "sick man". It was a rotten, decomposed, thoroughly putrefied man.</w:t>
      </w:r>
    </w:p>
    <w:p>
      <w:pPr>
        <w:spacing w:before="0" w:after="120" w:line="300" w:lineRule="exact"/>
        <w:jc w:val="both"/>
      </w:pPr>
      <w:r>
        <w:rPr>
          <w:rFonts w:ascii="Georgia" w:hAnsi="Georgia" w:cs="Georgia" w:eastAsia="Georgia"/>
          <w:b w:val="0"/>
          <w:i w:val="0"/>
          <w:sz w:val="22"/>
        </w:rPr>
        <w:t>Allah's Athaab had settled on Turkey, hence the Ottoman Khilaafate was dismantled and eliminated by the decree of Allah Azza Wa Jal.</w:t>
      </w:r>
    </w:p>
    <w:p>
      <w:pPr>
        <w:spacing w:before="0" w:after="120" w:line="300" w:lineRule="exact"/>
        <w:jc w:val="both"/>
      </w:pPr>
      <w:r>
        <w:rPr>
          <w:rFonts w:ascii="Georgia" w:hAnsi="Georgia" w:cs="Georgia" w:eastAsia="Georgia"/>
          <w:b w:val="0"/>
          <w:i w:val="0"/>
          <w:sz w:val="22"/>
        </w:rPr>
        <w:t>Turkey had incrementally become an emulator of the West. It had appointed the West to be its leader, hence Allah Ta'ala appointed the West to be its (Turkey's) ruler. What Turkey had done and excreted in the beginning of the 20th century can not be termed to be Islamic from any perspective of the Shariah. 'Islamic' is only the Example of the Salafus Saaliheen. Making this declaration, our Nabi (Sallallahu alayhi wasallam) said:</w:t>
      </w:r>
    </w:p>
    <w:p>
      <w:pPr>
        <w:spacing w:before="120" w:after="120" w:line="300" w:lineRule="exact"/>
        <w:ind w:left="720" w:right="720"/>
        <w:jc w:val="center"/>
      </w:pPr>
      <w:r>
        <w:rPr>
          <w:rFonts w:ascii="Georgia" w:hAnsi="Georgia" w:cs="Georgia" w:eastAsia="Georgia"/>
          <w:b w:val="0"/>
          <w:i/>
          <w:sz w:val="22"/>
        </w:rPr>
        <w:t>"The best of eras is my age, then of those after me, then of those after them……Thereafter OBESITY will become prevalent."</w:t>
      </w:r>
    </w:p>
    <w:p>
      <w:pPr>
        <w:spacing w:before="0" w:after="120" w:line="300" w:lineRule="exact"/>
        <w:jc w:val="both"/>
      </w:pPr>
      <w:r>
        <w:rPr>
          <w:rFonts w:ascii="Georgia" w:hAnsi="Georgia" w:cs="Georgia" w:eastAsia="Georgia"/>
          <w:b w:val="0"/>
          <w:i w:val="0"/>
          <w:sz w:val="22"/>
        </w:rPr>
        <w:t>It was this 'obesity' which had brought about the decline and ultimate demise of Muslim rule. In another narration, Rasulullah (Sallallahu alayhi wasallam) said: "Honour my Sahaabah, for verily they are your noblest. Then those after them (the Taabieen), then those after them (Tab-e-Taabieen). Thereafter FALSEHOOD will predominate."</w:t>
      </w:r>
    </w:p>
    <w:p>
      <w:pPr>
        <w:spacing w:before="0" w:after="120" w:line="300" w:lineRule="exact"/>
        <w:jc w:val="both"/>
      </w:pPr>
      <w:r>
        <w:rPr>
          <w:rFonts w:ascii="Georgia" w:hAnsi="Georgia" w:cs="Georgia" w:eastAsia="Georgia"/>
          <w:b w:val="0"/>
          <w:i w:val="0"/>
          <w:sz w:val="22"/>
        </w:rPr>
        <w:t>It is indeed laughable and ludicrous to present the acts of rotten and kufr regimes as Shar'i daleel. Saudi Arabia is now effectively Darul Kufr. It is not permissible to go for Hajj and Umrah whilst the kuffaar Saudi regime implements the protocols of Bill Gates &amp; Iblees. In Saudi Arabia, zina, riba, vice and villainy of all hues and categories are being vigorously implemented while the Shariah has been abolished. Yet, this RUBBISH cartel of Canadian imams stupidly present these rotten kufr regimes as Shar'i daleel!</w:t>
      </w:r>
    </w:p>
    <w:p>
      <w:pPr>
        <w:spacing w:before="0" w:after="120" w:line="300" w:lineRule="exact"/>
        <w:jc w:val="both"/>
      </w:pPr>
      <w:r>
        <w:rPr>
          <w:rFonts w:ascii="Georgia" w:hAnsi="Georgia" w:cs="Georgia" w:eastAsia="Georgia"/>
          <w:b w:val="0"/>
          <w:i w:val="0"/>
          <w:sz w:val="22"/>
        </w:rPr>
        <w:t>All the dalai-il of the Shariah confirm without any vestige of doubt that the potion of the devil (the vaccine) and his method (vaccination) are HARAAM.</w:t>
      </w:r>
    </w:p>
    <w:p>
      <w:pPr>
        <w:spacing w:before="0" w:after="120" w:line="300" w:lineRule="exact"/>
        <w:jc w:val="both"/>
      </w:pPr>
      <w:r>
        <w:rPr>
          <w:rFonts w:ascii="Georgia" w:hAnsi="Georgia" w:cs="Georgia" w:eastAsia="Georgia"/>
          <w:b w:val="0"/>
          <w:i w:val="0"/>
          <w:sz w:val="22"/>
        </w:rPr>
        <w:t>(10) "Religious Exemption"</w:t>
      </w:r>
    </w:p>
    <w:p>
      <w:pPr>
        <w:spacing w:before="0" w:after="120" w:line="300" w:lineRule="exact"/>
        <w:jc w:val="both"/>
      </w:pPr>
      <w:r>
        <w:rPr>
          <w:rFonts w:ascii="Georgia" w:hAnsi="Georgia" w:cs="Georgia" w:eastAsia="Georgia"/>
          <w:b w:val="0"/>
          <w:i w:val="0"/>
          <w:sz w:val="22"/>
        </w:rPr>
        <w:t>On this vital issue, the cartel of Canadian moron imams say:</w:t>
      </w:r>
    </w:p>
    <w:p>
      <w:pPr>
        <w:spacing w:before="0" w:after="120" w:line="300" w:lineRule="exact"/>
        <w:jc w:val="both"/>
      </w:pPr>
      <w:r>
        <w:rPr>
          <w:rFonts w:ascii="Georgia" w:hAnsi="Georgia" w:cs="Georgia" w:eastAsia="Georgia"/>
          <w:b w:val="0"/>
          <w:i w:val="0"/>
          <w:sz w:val="22"/>
        </w:rPr>
        <w:t>"We do not see any valid reason for individuals seeking a religious exemption from vaccination……..Since this is a medical issue, we believe that the exemption from vaccination should be issued by medical doctors where applicable."</w:t>
      </w:r>
    </w:p>
    <w:p>
      <w:pPr>
        <w:spacing w:before="0" w:after="120" w:line="300" w:lineRule="exact"/>
        <w:jc w:val="both"/>
      </w:pPr>
      <w:r>
        <w:rPr>
          <w:rFonts w:ascii="Georgia" w:hAnsi="Georgia" w:cs="Georgia" w:eastAsia="Georgia"/>
          <w:b w:val="0"/>
          <w:i w:val="0"/>
          <w:sz w:val="22"/>
        </w:rPr>
        <w:t>We are living in the era which is known as Aakhiruz Zamaan (The End of Time). We are on the precincts of Qiyaamah. This is the era in which there is a glut of total jaahils such as the Canadian imams masquerading as Ulama. They are bereft of true Knowledge of the Deen and morally bankrupt, hence they excel in the excretion of rubbish. They display breathtaking ignorance of the Shariah and its principles. They disingenuously kick up dust to hoodwink and mislead the ignorant masses with their copro 'fatwas' which are all designed to appease the enemies of the Deen.</w:t>
      </w:r>
    </w:p>
    <w:p>
      <w:pPr>
        <w:spacing w:before="0" w:after="120" w:line="300" w:lineRule="exact"/>
        <w:jc w:val="both"/>
      </w:pPr>
      <w:r>
        <w:rPr>
          <w:rFonts w:ascii="Georgia" w:hAnsi="Georgia" w:cs="Georgia" w:eastAsia="Georgia"/>
          <w:b w:val="0"/>
          <w:i w:val="0"/>
          <w:sz w:val="22"/>
        </w:rPr>
        <w:t>It is a stark revelation of their jahaalat to suggest that exemptions should be issued by medical doctors, not by Ulama or sincere Muslim organizations who do not toe the Bill Gates line of satanism. Exemption from vaccination is NOT a medical issue for the vast majority of Muslims seeking to avoid the potion and jab of Iblees. Muslims are seeking exemption on Islamic grounds. They believe that vaccination is HARAAM. No medical doctor possesses the qualification for issuing exemption certificates in terms of the Shariah.</w:t>
      </w:r>
    </w:p>
    <w:p>
      <w:pPr>
        <w:spacing w:before="0" w:after="120" w:line="300" w:lineRule="exact"/>
        <w:jc w:val="both"/>
      </w:pPr>
      <w:r>
        <w:rPr>
          <w:rFonts w:ascii="Georgia" w:hAnsi="Georgia" w:cs="Georgia" w:eastAsia="Georgia"/>
          <w:b w:val="0"/>
          <w:i w:val="0"/>
          <w:sz w:val="22"/>
        </w:rPr>
        <w:t>Those who require exemption on medical grounds do not come within the purview of our discussion. Medical doctors can issue exemption only on medical grounds. However, while some kuffaar institutions accept exemption certificates issued by religious bodies, they generally do not accept exemption requests from secular bodies based on the opposite view.</w:t>
      </w:r>
    </w:p>
    <w:p>
      <w:pPr>
        <w:spacing w:before="0" w:after="120" w:line="300" w:lineRule="exact"/>
        <w:jc w:val="both"/>
      </w:pPr>
      <w:r>
        <w:rPr>
          <w:rFonts w:ascii="Georgia" w:hAnsi="Georgia" w:cs="Georgia" w:eastAsia="Georgia"/>
          <w:b w:val="0"/>
          <w:i w:val="0"/>
          <w:sz w:val="22"/>
        </w:rPr>
        <w:t>It is Waajib for Muslims to avail themselves of exemption wherever this is accepted. As for the likes of the moron Canadian imams, the Qur'aan Majeed states:</w:t>
      </w:r>
    </w:p>
    <w:p>
      <w:pPr>
        <w:spacing w:before="120" w:after="120" w:line="300" w:lineRule="exact"/>
        <w:ind w:left="720" w:right="720"/>
        <w:jc w:val="center"/>
      </w:pPr>
      <w:r>
        <w:rPr>
          <w:rFonts w:ascii="Georgia" w:hAnsi="Georgia" w:cs="Georgia" w:eastAsia="Georgia"/>
          <w:b w:val="0"/>
          <w:i/>
          <w:sz w:val="22"/>
        </w:rPr>
        <w:t>"And from mankind are those who dispute about (the Laws) of Allah without any (sound) Knowledge, and they follow every rebellious shaitaan (such as Bill Gates &amp; Pharma)."</w:t>
      </w:r>
    </w:p>
    <w:p>
      <w:r>
        <w:br w:type="page"/>
      </w:r>
    </w:p>
    <w:p>
      <w:pPr>
        <w:pStyle w:val="Heading1"/>
        <w:spacing w:before="360" w:after="200" w:line="300" w:lineRule="exact"/>
        <w:jc w:val="center"/>
      </w:pPr>
      <w:r>
        <w:rPr>
          <w:rFonts w:ascii="Georgia" w:hAnsi="Georgia" w:cs="Georgia" w:eastAsia="Georgia"/>
          <w:b/>
          <w:i w:val="0"/>
          <w:color w:val="1F3864"/>
          <w:sz w:val="32"/>
        </w:rPr>
        <w:t>OPERATION JAB INDIA: A Slow Motion Genocide</w:t>
      </w:r>
    </w:p>
    <w:p>
      <w:pPr>
        <w:spacing w:before="120" w:after="120" w:line="300" w:lineRule="exact"/>
        <w:ind w:left="720" w:right="720"/>
        <w:jc w:val="center"/>
      </w:pPr>
      <w:r>
        <w:rPr>
          <w:rFonts w:ascii="Georgia" w:hAnsi="Georgia" w:cs="Georgia" w:eastAsia="Georgia"/>
          <w:b w:val="0"/>
          <w:i/>
          <w:sz w:val="22"/>
        </w:rPr>
        <w:t>"The NWO Perpetrators of the Coronavirus Pandemic Hoax Have Targeted India with the COVID-19 Vaccine Bioweaponto Perpetuate the Appearanceof Global Covid Outbreaks."</w:t>
      </w:r>
    </w:p>
    <w:p>
      <w:pPr>
        <w:spacing w:before="0" w:after="120" w:line="300" w:lineRule="exact"/>
        <w:jc w:val="both"/>
      </w:pPr>
      <w:r>
        <w:rPr>
          <w:rFonts w:ascii="Georgia" w:hAnsi="Georgia" w:cs="Georgia" w:eastAsia="Georgia"/>
          <w:b w:val="0"/>
          <w:i w:val="0"/>
          <w:sz w:val="22"/>
        </w:rPr>
        <w:t>— Intelligence Analyst &amp; Former US Military Officer</w:t>
      </w:r>
    </w:p>
    <w:p>
      <w:pPr>
        <w:spacing w:before="0" w:after="120" w:line="300" w:lineRule="exact"/>
        <w:jc w:val="both"/>
      </w:pPr>
      <w:r>
        <w:rPr>
          <w:rFonts w:ascii="Georgia" w:hAnsi="Georgia" w:cs="Georgia" w:eastAsia="Georgia"/>
          <w:b w:val="0"/>
          <w:i w:val="0"/>
          <w:sz w:val="22"/>
        </w:rPr>
        <w:t>The Covid Con Criminals did not even try to hide their genocidal deceit where it concerns the recent explosion of coronavirus clusters throughout India which have only occurred because the government-ordered mass Covid vaccination programs.</w:t>
      </w:r>
    </w:p>
    <w:p>
      <w:pPr>
        <w:spacing w:before="0" w:after="120" w:line="300" w:lineRule="exact"/>
        <w:jc w:val="both"/>
      </w:pPr>
      <w:r>
        <w:rPr>
          <w:rFonts w:ascii="Georgia" w:hAnsi="Georgia" w:cs="Georgia" w:eastAsia="Georgia"/>
          <w:b w:val="0"/>
          <w:i w:val="0"/>
          <w:sz w:val="22"/>
        </w:rPr>
        <w:t>Their highly organized conspiracy to commit mass murder on the subcontinent of India was quite simple: Stop the use of the extremely effective treatment for COVID- 19 known as Ivermectin; and start the mass Covid vaccination programs with the dangerous and deadly Covid injections.</w:t>
      </w:r>
    </w:p>
    <w:p>
      <w:pPr>
        <w:spacing w:before="0" w:after="120" w:line="300" w:lineRule="exact"/>
        <w:jc w:val="both"/>
      </w:pPr>
      <w:r>
        <w:rPr>
          <w:rFonts w:ascii="Georgia" w:hAnsi="Georgia" w:cs="Georgia" w:eastAsia="Georgia"/>
          <w:b w:val="0"/>
          <w:i w:val="0"/>
          <w:sz w:val="22"/>
        </w:rPr>
        <w:t>What then transpired was perfectly predictable: the vaccinated not only came down with the Covid Multi-infection Syndrome and died en masse, those who survive become shedders and superspreaders. In so becoming, every vaxxed Indian became an immediate vector of dissemination for COVID-19 causing a literal explosion of coronavirus cases nationwide. See: VAXports &amp; CovAIDS, Shedders &amp; SuperSpeaders!</w:t>
      </w:r>
    </w:p>
    <w:p>
      <w:r>
        <w:br w:type="page"/>
      </w:r>
    </w:p>
    <w:p>
      <w:pPr>
        <w:pStyle w:val="Heading1"/>
        <w:spacing w:before="360" w:after="200" w:line="300" w:lineRule="exact"/>
        <w:jc w:val="center"/>
      </w:pPr>
      <w:r>
        <w:rPr>
          <w:rFonts w:ascii="Georgia" w:hAnsi="Georgia" w:cs="Georgia" w:eastAsia="Georgia"/>
          <w:b/>
          <w:i w:val="0"/>
          <w:color w:val="1F3864"/>
          <w:sz w:val="32"/>
        </w:rPr>
        <w:t>THE GREAT SCAMDEMIC</w:t>
      </w:r>
    </w:p>
    <w:p>
      <w:pPr>
        <w:spacing w:before="0" w:after="120" w:line="300" w:lineRule="exact"/>
        <w:jc w:val="both"/>
      </w:pPr>
      <w:r>
        <w:rPr>
          <w:rFonts w:ascii="Georgia" w:hAnsi="Georgia" w:cs="Georgia" w:eastAsia="Georgia"/>
          <w:b w:val="0"/>
          <w:i w:val="0"/>
          <w:sz w:val="22"/>
        </w:rPr>
        <w:t>Let's be clear: THE GREAT SCAMDEMIC continues unabated.</w:t>
      </w:r>
    </w:p>
    <w:p>
      <w:pPr>
        <w:spacing w:before="0" w:after="120" w:line="300" w:lineRule="exact"/>
        <w:jc w:val="both"/>
      </w:pPr>
      <w:r>
        <w:rPr>
          <w:rFonts w:ascii="Georgia" w:hAnsi="Georgia" w:cs="Georgia" w:eastAsia="Georgia"/>
          <w:b w:val="0"/>
          <w:i w:val="0"/>
          <w:sz w:val="22"/>
        </w:rPr>
        <w:t>Every time you think the Covid Con criminals are winding down this global pandemic hoax, they brazenly perpetrate a new COVID-19 crime spree and/or Covid vaccine crime wave.</w:t>
      </w:r>
    </w:p>
    <w:p>
      <w:pPr>
        <w:spacing w:before="0" w:after="120" w:line="300" w:lineRule="exact"/>
        <w:jc w:val="both"/>
      </w:pPr>
      <w:r>
        <w:rPr>
          <w:rFonts w:ascii="Georgia" w:hAnsi="Georgia" w:cs="Georgia" w:eastAsia="Georgia"/>
          <w:b w:val="0"/>
          <w:i w:val="0"/>
          <w:sz w:val="22"/>
        </w:rPr>
        <w:t>These New World Order globalists, such as Covid fraudsters Joe Biden, Bill Gates, Tony Fauci, Rochelle P. Walensky and Tedros Adhanom are real pros where it concerns deceiving the entire world community of nations into the false belief in a worldwide coronavirus pandemic. After all, SARS-COV-2 does not even exist since it has never been isolated or proven to exist according to Koch's postulates*. *Koch's postulates is the scientific gold standard to "Identify the Causative Agent of an Infectious Disease". The four criteria that were established by Robert Koch to identify the causative agent of a particular disease include: (i) the microorganism or other pathogen must be present in all cases of the disease, (ii) the pathogen can be isolated from the diseased host and grown in pure culture, (iii) the pathogen from the pure culture must cause the disease when inoculated into a healthy, susceptible laboratory animal, (iv) the pathogen must be re-isolated from the new host and shown to be the same as the originally inoculated pathogen. Furthermore, the same Covid hoaxsters have conned the whole world, and now especially India, into the utterly fictitious notion that that Covid vaccines actually work. Not only do these extremely toxic injections not work, even the FDA has yet to officially state on their website that they are safe and effective.</w:t>
      </w:r>
    </w:p>
    <w:p>
      <w:pPr>
        <w:spacing w:before="0" w:after="120" w:line="300" w:lineRule="exact"/>
        <w:jc w:val="both"/>
      </w:pPr>
      <w:r>
        <w:rPr>
          <w:rFonts w:ascii="Georgia" w:hAnsi="Georgia" w:cs="Georgia" w:eastAsia="Georgia"/>
          <w:b w:val="0"/>
          <w:i w:val="0"/>
          <w:sz w:val="22"/>
        </w:rPr>
        <w:t>FINAL WARNING About the Extremely Dangerous and Deadly COVID-19 Injections, Shots and Jabs</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India was chosen as a massive national experiment quite purposefully due to the depopulation goals of this Plandemic. Rural India is very vulnerable to being stampeded into the pen of vaccine compliance due to widespread ignorance and societal fear that surround infectious disease epidemics. Hence, it was quite easy to corral millions of unaware and unsuspecting Indians into this genocidal experiment.</w:t>
      </w:r>
    </w:p>
    <w:p>
      <w:pPr>
        <w:spacing w:before="0" w:after="120" w:line="300" w:lineRule="exact"/>
        <w:jc w:val="both"/>
      </w:pPr>
      <w:r>
        <w:rPr>
          <w:rFonts w:ascii="Georgia" w:hAnsi="Georgia" w:cs="Georgia" w:eastAsia="Georgia"/>
          <w:b w:val="0"/>
          <w:i w:val="0"/>
          <w:sz w:val="22"/>
        </w:rPr>
        <w:t>Just as Israel was used as the initial national poster child for the West in order to convince all the Western powers that the vax was okay, India is being used to convince the East that all is well with the exceedingly dangerous and deadly Covid shots.</w:t>
      </w:r>
    </w:p>
    <w:p>
      <w:pPr>
        <w:spacing w:before="0" w:after="120" w:line="300" w:lineRule="exact"/>
        <w:jc w:val="both"/>
      </w:pPr>
      <w:r>
        <w:rPr>
          <w:rFonts w:ascii="Georgia" w:hAnsi="Georgia" w:cs="Georgia" w:eastAsia="Georgia"/>
          <w:b w:val="0"/>
          <w:i w:val="0"/>
          <w:sz w:val="22"/>
        </w:rPr>
        <w:t>Even though very few geopolitical analysts have pointed it out, Tel Aviv has closely aligned with New Delhi regarding a number of very important global initiatives and causes. Prime Ministers Benjamin Netanyahu and Narendra Modi have both overtly and covertly collaborated to "Make India Great Again" through unprecedented transfers of technology and massive capital investment.</w:t>
      </w:r>
    </w:p>
    <w:p>
      <w:pPr>
        <w:spacing w:before="0" w:after="120" w:line="300" w:lineRule="exact"/>
        <w:jc w:val="both"/>
      </w:pPr>
      <w:r>
        <w:rPr>
          <w:rFonts w:ascii="Georgia" w:hAnsi="Georgia" w:cs="Georgia" w:eastAsia="Georgia"/>
          <w:b w:val="0"/>
          <w:i w:val="0"/>
          <w:sz w:val="22"/>
        </w:rPr>
        <w:t>The Indian Covid vaccination program was greatly facilitated through the assistance of Israel after Tel Aviv successfully vaccinated virtually the entire Israeli populace. In other words, Modi and Netanyahu have colluded throughout every aspect of OPERATION JAB INDIA.</w:t>
      </w:r>
    </w:p>
    <w:p>
      <w:pPr>
        <w:spacing w:before="0" w:after="120" w:line="300" w:lineRule="exact"/>
        <w:jc w:val="both"/>
      </w:pPr>
      <w:r>
        <w:rPr>
          <w:rFonts w:ascii="Georgia" w:hAnsi="Georgia" w:cs="Georgia" w:eastAsia="Georgia"/>
          <w:b w:val="0"/>
          <w:i w:val="0"/>
          <w:sz w:val="22"/>
        </w:rPr>
        <w:t>KEY POINT: The fastidiously engineered Covid crisis in India is being used in the same way that the NWO globalist cabal used it in the USA to bring about Donald Trump's 2020 election defeat (although he really did win by an overwhelming landslide). PM Modi is also a conservative nationalist whose party is under enormous political pressure to get the fake pandemic under control, a political party which is now suffering major losses at the polls. Basically, Modi has been given the ultimatum by his hidden Zionist masters: Either vaccinate every Indian and stop the Ivermectin ~ OR ~ lose the upcoming PM election. The reality is that he's destined to lose regardless of what he does at this point. especially after Modi has refused to enforce further lockdowns.</w:t>
      </w:r>
    </w:p>
    <w:p>
      <w:pPr>
        <w:spacing w:before="0" w:after="120" w:line="300" w:lineRule="exact"/>
        <w:jc w:val="both"/>
      </w:pPr>
      <w:r>
        <w:rPr>
          <w:rFonts w:ascii="Georgia" w:hAnsi="Georgia" w:cs="Georgia" w:eastAsia="Georgia"/>
          <w:b w:val="0"/>
          <w:i w:val="0"/>
          <w:sz w:val="22"/>
        </w:rPr>
        <w:t>The stark reality is that OPERATION JAB INDIA is just the next phase of a complex Zionist criminal conspiracy of bioterrorism being run by the Zio-Anglo-American Axis using both India and China as pawns on the global geopolitical chessboard to lock down planet Earth under the tyranny of a One World Government headquartered in Jerusalem and policed by a Global Security Superstate under the rubric of the rapidly emerging AI-directed COVID-1984.</w:t>
      </w:r>
    </w:p>
    <w:p>
      <w:pPr>
        <w:spacing w:before="0" w:after="120" w:line="300" w:lineRule="exact"/>
        <w:jc w:val="both"/>
      </w:pPr>
      <w:r>
        <w:rPr>
          <w:rFonts w:ascii="Georgia" w:hAnsi="Georgia" w:cs="Georgia" w:eastAsia="Georgia"/>
          <w:b w:val="0"/>
          <w:i w:val="0"/>
          <w:sz w:val="22"/>
        </w:rPr>
        <w:t>State of the Nation May 3, 2021</w:t>
      </w:r>
    </w:p>
    <w:p>
      <w:r>
        <w:br w:type="page"/>
      </w:r>
    </w:p>
    <w:p>
      <w:pPr>
        <w:pStyle w:val="Heading1"/>
        <w:spacing w:before="360" w:after="200" w:line="300" w:lineRule="exact"/>
        <w:jc w:val="center"/>
      </w:pPr>
      <w:r>
        <w:rPr>
          <w:rFonts w:ascii="Georgia" w:hAnsi="Georgia" w:cs="Georgia" w:eastAsia="Georgia"/>
          <w:b/>
          <w:i w:val="0"/>
          <w:color w:val="1F3864"/>
          <w:sz w:val="32"/>
        </w:rPr>
        <w:t>OPEN LETTER TO THE GLOBAL UNVACCINATED</w:t>
      </w:r>
    </w:p>
    <w:p>
      <w:pPr>
        <w:spacing w:before="0" w:after="120" w:line="300" w:lineRule="exact"/>
        <w:jc w:val="both"/>
      </w:pPr>
      <w:r>
        <w:rPr>
          <w:rFonts w:ascii="Georgia" w:hAnsi="Georgia" w:cs="Georgia" w:eastAsia="Georgia"/>
          <w:b w:val="0"/>
          <w:i w:val="0"/>
          <w:sz w:val="22"/>
        </w:rPr>
        <w:t>By a GROUP of EXPERTS</w:t>
      </w:r>
    </w:p>
    <w:p>
      <w:pPr>
        <w:spacing w:before="0" w:after="120" w:line="300" w:lineRule="exact"/>
        <w:jc w:val="both"/>
      </w:pPr>
      <w:r>
        <w:rPr>
          <w:rFonts w:ascii="Georgia" w:hAnsi="Georgia" w:cs="Georgia" w:eastAsia="Georgia"/>
          <w:b w:val="0"/>
          <w:i w:val="0"/>
          <w:sz w:val="22"/>
        </w:rPr>
        <w:t>A Letter to the Unvaccinated</w:t>
      </w:r>
    </w:p>
    <w:p>
      <w:pPr>
        <w:spacing w:before="0" w:after="120" w:line="300" w:lineRule="exact"/>
        <w:jc w:val="both"/>
      </w:pPr>
      <w:r>
        <w:rPr>
          <w:rFonts w:ascii="Georgia" w:hAnsi="Georgia" w:cs="Georgia" w:eastAsia="Georgia"/>
          <w:b w:val="0"/>
          <w:i w:val="0"/>
          <w:sz w:val="22"/>
        </w:rPr>
        <w:t>By Dr. Angela Durante, Prof Denis Rancourt, and et al. Ontario Canada Civil Liberties Association August 2021</w:t>
      </w:r>
    </w:p>
    <w:p>
      <w:pPr>
        <w:spacing w:before="0" w:after="120" w:line="300" w:lineRule="exact"/>
        <w:jc w:val="both"/>
      </w:pPr>
      <w:r>
        <w:rPr>
          <w:rFonts w:ascii="Georgia" w:hAnsi="Georgia" w:cs="Georgia" w:eastAsia="Georgia"/>
          <w:b w:val="0"/>
          <w:i w:val="0"/>
          <w:sz w:val="22"/>
        </w:rPr>
        <w:t>Open Letter to the global Unvaccinated</w:t>
      </w:r>
    </w:p>
    <w:p>
      <w:pPr>
        <w:spacing w:before="0" w:after="120" w:line="300" w:lineRule="exact"/>
        <w:jc w:val="both"/>
      </w:pPr>
      <w:r>
        <w:rPr>
          <w:rFonts w:ascii="Georgia" w:hAnsi="Georgia" w:cs="Georgia" w:eastAsia="Georgia"/>
          <w:b w:val="0"/>
          <w:i w:val="0"/>
          <w:sz w:val="22"/>
        </w:rPr>
        <w:t>"You are not alone! As of 28 July 2021, 29% of Canadians have not received a COVID-19 vaccine, and an additional 14% have received one shot. In the US and in the European Union, less than half the population is fully vaccinated, and even in Israel, the "world's lab" according to Pfizer, one third of people remain completely unvaccinated.</w:t>
      </w:r>
    </w:p>
    <w:p>
      <w:pPr>
        <w:spacing w:before="0" w:after="120" w:line="300" w:lineRule="exact"/>
        <w:jc w:val="both"/>
      </w:pPr>
      <w:r>
        <w:rPr>
          <w:rFonts w:ascii="Georgia" w:hAnsi="Georgia" w:cs="Georgia" w:eastAsia="Georgia"/>
          <w:b w:val="0"/>
          <w:i w:val="0"/>
          <w:sz w:val="22"/>
        </w:rPr>
        <w:t>Politicians and the media have taken a uniform view, scapegoating the unvaccinated for the troubles that have ensued after eighteen months of fearmongering and lockdowns. It's time to set the record straight.</w:t>
      </w:r>
    </w:p>
    <w:p>
      <w:pPr>
        <w:spacing w:before="0" w:after="120" w:line="300" w:lineRule="exact"/>
        <w:jc w:val="both"/>
      </w:pPr>
      <w:r>
        <w:rPr>
          <w:rFonts w:ascii="Georgia" w:hAnsi="Georgia" w:cs="Georgia" w:eastAsia="Georgia"/>
          <w:b w:val="0"/>
          <w:i w:val="0"/>
          <w:sz w:val="22"/>
        </w:rPr>
        <w:t>It is entirely reasonable and legitimate to say 'no' to insufficiently tested vaccines for which there is no reliable science. You have a right to assert guardianship of your body and to refuse medical treatments if you see fit. You are right to say 'no' to a violation of your dignity, your integrity and your bodily autonomy. It is your body, and you have the right to choose. You are right to fight for your children against their mass vaccination in school.</w:t>
      </w:r>
    </w:p>
    <w:p>
      <w:pPr>
        <w:spacing w:before="0" w:after="120" w:line="300" w:lineRule="exact"/>
        <w:jc w:val="both"/>
      </w:pPr>
      <w:r>
        <w:rPr>
          <w:rFonts w:ascii="Georgia" w:hAnsi="Georgia" w:cs="Georgia" w:eastAsia="Georgia"/>
          <w:b w:val="0"/>
          <w:i w:val="0"/>
          <w:sz w:val="22"/>
        </w:rPr>
        <w:t>You are right to question whether free and informed consent is at all possible under present circumstances. Long-term effects are unknown. Transgenerational effects are unknown. Vaccine-induced deregulation of natural immunity is unknown. Potential harm is unknown as the adverse event reporting is delayed, incomplete and inconsistent between jurisdictions.</w:t>
      </w:r>
    </w:p>
    <w:p>
      <w:pPr>
        <w:spacing w:before="0" w:after="120" w:line="300" w:lineRule="exact"/>
        <w:jc w:val="both"/>
      </w:pPr>
      <w:r>
        <w:rPr>
          <w:rFonts w:ascii="Georgia" w:hAnsi="Georgia" w:cs="Georgia" w:eastAsia="Georgia"/>
          <w:b w:val="0"/>
          <w:i w:val="0"/>
          <w:sz w:val="22"/>
        </w:rPr>
        <w:t>You are being targeted by mainstream media, government social engineering campaigns, unjust rules and policies, collaborating employers, and the social-media mob. You are being told that you are now the problem and that the world cannot get back to normal unless you get vaccinated. You are being viciously scapegoated by propaganda and pressured by others around you.</w:t>
      </w:r>
    </w:p>
    <w:p>
      <w:pPr>
        <w:spacing w:before="0" w:after="120" w:line="300" w:lineRule="exact"/>
        <w:jc w:val="both"/>
      </w:pPr>
      <w:r>
        <w:rPr>
          <w:rFonts w:ascii="Georgia" w:hAnsi="Georgia" w:cs="Georgia" w:eastAsia="Georgia"/>
          <w:b w:val="0"/>
          <w:i w:val="0"/>
          <w:sz w:val="22"/>
        </w:rPr>
        <w:t>Remember; there is nothing wrong with you. You are inaccurately accused of being a factory for new SARS-CoV- 2 variants, when in fact, according to leading scientists, your natural immune system generates immunity to multiple components of the virus. This will promote your protection against a vast range of viral variants and abrogates further spread to anyone else.</w:t>
      </w:r>
    </w:p>
    <w:p>
      <w:pPr>
        <w:spacing w:before="0" w:after="120" w:line="300" w:lineRule="exact"/>
        <w:jc w:val="both"/>
      </w:pPr>
      <w:r>
        <w:rPr>
          <w:rFonts w:ascii="Georgia" w:hAnsi="Georgia" w:cs="Georgia" w:eastAsia="Georgia"/>
          <w:b w:val="0"/>
          <w:i w:val="0"/>
          <w:sz w:val="22"/>
        </w:rPr>
        <w:t>You are justified in demanding independent peer-reviewed studies, not funded by multinational pharmaceutical companies. All the peer-reviewed studies of short-term safety and short-term efficacy have been funded, organized, coordinated, and supported by these for-profit corporations; and none of the study data have been made public or available to researchers who don't work for these companies.</w:t>
      </w:r>
    </w:p>
    <w:p>
      <w:pPr>
        <w:spacing w:before="0" w:after="120" w:line="300" w:lineRule="exact"/>
        <w:jc w:val="both"/>
      </w:pPr>
      <w:r>
        <w:rPr>
          <w:rFonts w:ascii="Georgia" w:hAnsi="Georgia" w:cs="Georgia" w:eastAsia="Georgia"/>
          <w:b w:val="0"/>
          <w:i w:val="0"/>
          <w:sz w:val="22"/>
        </w:rPr>
        <w:t>You are right to question the preliminary vaccine trial results. The claimed high values of relative efficacy rely on small numbers of tenuously determined "infections." The studies were also not blind, where people giving the injections admittedly knew or could deduce whether they were injecting the experimental vaccine or the placebo. This is not acceptable scientific methodology for vaccine trials.</w:t>
      </w:r>
    </w:p>
    <w:p>
      <w:pPr>
        <w:spacing w:before="0" w:after="120" w:line="300" w:lineRule="exact"/>
        <w:jc w:val="both"/>
      </w:pPr>
      <w:r>
        <w:rPr>
          <w:rFonts w:ascii="Georgia" w:hAnsi="Georgia" w:cs="Georgia" w:eastAsia="Georgia"/>
          <w:b w:val="0"/>
          <w:i w:val="0"/>
          <w:sz w:val="22"/>
        </w:rPr>
        <w:t>You are correct in your calls for a diversity of scientific opinions. Like in nature, we need a polyculture of information and its interpretations. And we don't have that right now. Choosing not to take the vaccine is holding space for reason, transparency and accountability to emerge.</w:t>
      </w:r>
    </w:p>
    <w:p>
      <w:pPr>
        <w:spacing w:before="0" w:after="120" w:line="300" w:lineRule="exact"/>
        <w:jc w:val="both"/>
      </w:pPr>
      <w:r>
        <w:rPr>
          <w:rFonts w:ascii="Georgia" w:hAnsi="Georgia" w:cs="Georgia" w:eastAsia="Georgia"/>
          <w:b w:val="0"/>
          <w:i w:val="0"/>
          <w:sz w:val="22"/>
        </w:rPr>
        <w:t>You are right to ask, 'What comes next when we give away authority over our own bodies?'</w:t>
      </w:r>
    </w:p>
    <w:p>
      <w:pPr>
        <w:spacing w:before="0" w:after="120" w:line="300" w:lineRule="exact"/>
        <w:jc w:val="both"/>
      </w:pPr>
      <w:r>
        <w:rPr>
          <w:rFonts w:ascii="Georgia" w:hAnsi="Georgia" w:cs="Georgia" w:eastAsia="Georgia"/>
          <w:b w:val="0"/>
          <w:i w:val="0"/>
          <w:sz w:val="22"/>
        </w:rPr>
        <w:t>Do not be intimidated. You are showing resilience, integrity and grit.</w:t>
      </w:r>
    </w:p>
    <w:p>
      <w:pPr>
        <w:spacing w:before="0" w:after="120" w:line="300" w:lineRule="exact"/>
        <w:jc w:val="both"/>
      </w:pPr>
      <w:r>
        <w:rPr>
          <w:rFonts w:ascii="Georgia" w:hAnsi="Georgia" w:cs="Georgia" w:eastAsia="Georgia"/>
          <w:b w:val="0"/>
          <w:i w:val="0"/>
          <w:sz w:val="22"/>
        </w:rPr>
        <w:t>You are coming together in your communities, making plans to help one another and standing for scientific accountability and free speech, which are required for society to thrive. We are among many who stand with you.</w:t>
      </w:r>
    </w:p>
    <w:p>
      <w:pPr>
        <w:spacing w:before="0" w:after="120" w:line="300" w:lineRule="exact"/>
        <w:jc w:val="both"/>
      </w:pPr>
      <w:r>
        <w:rPr>
          <w:rFonts w:ascii="Georgia" w:hAnsi="Georgia" w:cs="Georgia" w:eastAsia="Georgia"/>
          <w:b w:val="0"/>
          <w:i w:val="0"/>
          <w:sz w:val="22"/>
        </w:rPr>
        <w:t>Angela Durante, PhD Denis Rancourt, PhD Claus Rinner, PhD Laurent Leduc, PhD Donald Welsh, PhD John Zwaagstra, PhD Jan Vrbik, PhD Valentina Capurri, PhD"</w:t>
      </w:r>
    </w:p>
    <w:p>
      <w:r>
        <w:br w:type="page"/>
      </w:r>
    </w:p>
    <w:p>
      <w:pPr>
        <w:pStyle w:val="Heading1"/>
        <w:spacing w:before="360" w:after="200" w:line="300" w:lineRule="exact"/>
        <w:jc w:val="center"/>
      </w:pPr>
      <w:r>
        <w:rPr>
          <w:rFonts w:ascii="Georgia" w:hAnsi="Georgia" w:cs="Georgia" w:eastAsia="Georgia"/>
          <w:b/>
          <w:i w:val="0"/>
          <w:color w:val="1F3864"/>
          <w:sz w:val="32"/>
        </w:rPr>
        <w:t>Dr Gary D Barnett - The Noose Draws Tighter; Soon You'll be Dead</w:t>
      </w:r>
    </w:p>
    <w:p>
      <w:pPr>
        <w:spacing w:before="0" w:after="120" w:line="300" w:lineRule="exact"/>
        <w:jc w:val="both"/>
      </w:pPr>
      <w:r>
        <w:rPr>
          <w:rFonts w:ascii="Georgia" w:hAnsi="Georgia" w:cs="Georgia" w:eastAsia="Georgia"/>
          <w:b w:val="0"/>
          <w:i w:val="0"/>
          <w:sz w:val="22"/>
        </w:rPr>
        <w:t>August 24, 2021</w:t>
      </w:r>
    </w:p>
    <w:p>
      <w:pPr>
        <w:spacing w:before="0" w:after="120" w:line="300" w:lineRule="exact"/>
        <w:jc w:val="both"/>
      </w:pPr>
      <w:r>
        <w:rPr>
          <w:rFonts w:ascii="Georgia" w:hAnsi="Georgia" w:cs="Georgia" w:eastAsia="Georgia"/>
          <w:b w:val="0"/>
          <w:i w:val="0"/>
          <w:sz w:val="22"/>
        </w:rPr>
        <w:t>Americans are mostly complacent and compliant in the face of their impending demise. A pandemic with a survival rate of 99.7% is not a pandemic. A disease with no symptoms is not a disease. Unless we regain our common sense and realize covid is a political psy op and a hoax, we are finished.</w:t>
      </w:r>
    </w:p>
    <w:p>
      <w:pPr>
        <w:spacing w:before="0" w:after="120" w:line="300" w:lineRule="exact"/>
        <w:jc w:val="both"/>
      </w:pPr>
      <w:r>
        <w:rPr>
          <w:rFonts w:ascii="Georgia" w:hAnsi="Georgia" w:cs="Georgia" w:eastAsia="Georgia"/>
          <w:b w:val="0"/>
          <w:i w:val="0"/>
          <w:sz w:val="22"/>
        </w:rPr>
        <w:t>Barnett - "In order to gain freedom, one has to act free. Freedom has to be taken, not begged for, and this does not even require any violence or aggression; it just requires disobedience and dissent, and a refusal to comply with this heinous government's orders, mandates, and corrupt attempts to control you."</w:t>
      </w:r>
    </w:p>
    <w:p>
      <w:pPr>
        <w:spacing w:before="120" w:after="40" w:line="300" w:lineRule="exact"/>
        <w:jc w:val="both"/>
      </w:pPr>
      <w:r>
        <w:rPr>
          <w:rFonts w:ascii="Georgia" w:hAnsi="Georgia" w:cs="Georgia" w:eastAsia="Georgia"/>
          <w:b/>
          <w:i/>
          <w:sz w:val="22"/>
        </w:rPr>
        <w:t>Why Do I Do This?</w:t>
      </w:r>
    </w:p>
    <w:p>
      <w:pPr>
        <w:spacing w:before="0" w:after="120" w:line="300" w:lineRule="exact"/>
        <w:jc w:val="both"/>
      </w:pPr>
      <w:r>
        <w:rPr>
          <w:rFonts w:ascii="Georgia" w:hAnsi="Georgia" w:cs="Georgia" w:eastAsia="Georgia"/>
          <w:b w:val="0"/>
          <w:i w:val="0"/>
          <w:sz w:val="22"/>
        </w:rPr>
        <w:t>By Gary D. Barnett (henrymakow.com)</w:t>
      </w:r>
    </w:p>
    <w:p>
      <w:pPr>
        <w:spacing w:before="0" w:after="120" w:line="300" w:lineRule="exact"/>
        <w:jc w:val="both"/>
      </w:pPr>
      <w:r>
        <w:rPr>
          <w:rFonts w:ascii="Georgia" w:hAnsi="Georgia" w:cs="Georgia" w:eastAsia="Georgia"/>
          <w:b w:val="0"/>
          <w:i w:val="0"/>
          <w:sz w:val="22"/>
        </w:rPr>
        <w:t>I have been writing about these matters concerning freedom, liberty, and the sovereignty of the individual for over two decades, and look where we are today. I have watched as this country has continued to worsen every year since I was born, and now we face the ultimate challenge, and the only defence evident are the efforts of a minuscule few.</w:t>
      </w:r>
    </w:p>
    <w:p>
      <w:pPr>
        <w:spacing w:before="0" w:after="120" w:line="300" w:lineRule="exact"/>
        <w:jc w:val="both"/>
      </w:pPr>
      <w:r>
        <w:rPr>
          <w:rFonts w:ascii="Georgia" w:hAnsi="Georgia" w:cs="Georgia" w:eastAsia="Georgia"/>
          <w:b w:val="0"/>
          <w:i w:val="0"/>
          <w:sz w:val="22"/>
        </w:rPr>
        <w:t>Yes, there is talk of pushback and some threats to not comply, but it is nothing more than talk.</w:t>
      </w:r>
    </w:p>
    <w:p>
      <w:pPr>
        <w:spacing w:before="0" w:after="120" w:line="300" w:lineRule="exact"/>
        <w:jc w:val="both"/>
      </w:pPr>
      <w:r>
        <w:rPr>
          <w:rFonts w:ascii="Georgia" w:hAnsi="Georgia" w:cs="Georgia" w:eastAsia="Georgia"/>
          <w:b w:val="0"/>
          <w:i w:val="0"/>
          <w:sz w:val="22"/>
        </w:rPr>
        <w:t>There are more protests as well, at least in other parts of the world, but what is necessary is not protest after all, for protest in most cases is nothing more than an effort in futility. It is dependent on a weak population's reliance on their governing jailers giving them some relief.</w:t>
      </w:r>
    </w:p>
    <w:p>
      <w:pPr>
        <w:spacing w:before="0" w:after="120" w:line="300" w:lineRule="exact"/>
        <w:jc w:val="both"/>
      </w:pPr>
      <w:r>
        <w:rPr>
          <w:rFonts w:ascii="Georgia" w:hAnsi="Georgia" w:cs="Georgia" w:eastAsia="Georgia"/>
          <w:b w:val="0"/>
          <w:i w:val="0"/>
          <w:sz w:val="22"/>
        </w:rPr>
        <w:t>In order to gain freedom, one has to act free. Freedom has to be taken, not begged for, and this does not even require any violence or aggression; it just requires disobedience and dissent, and a refusal to comply with this heinous government's orders, mandates, and corrupt attempts to control you.</w:t>
      </w:r>
    </w:p>
    <w:p>
      <w:pPr>
        <w:spacing w:before="0" w:after="120" w:line="300" w:lineRule="exact"/>
        <w:jc w:val="both"/>
      </w:pPr>
      <w:r>
        <w:rPr>
          <w:rFonts w:ascii="Georgia" w:hAnsi="Georgia" w:cs="Georgia" w:eastAsia="Georgia"/>
          <w:b w:val="0"/>
          <w:i w:val="0"/>
          <w:sz w:val="22"/>
        </w:rPr>
        <w:t>The intent of the chosen and unchosen masters that have been allowed to reign over this weak and pathetic populace, have now become so bold as to be able to do as they please without scrutiny.</w:t>
      </w:r>
    </w:p>
    <w:p>
      <w:pPr>
        <w:spacing w:before="0" w:after="120" w:line="300" w:lineRule="exact"/>
        <w:jc w:val="both"/>
      </w:pPr>
      <w:r>
        <w:rPr>
          <w:rFonts w:ascii="Georgia" w:hAnsi="Georgia" w:cs="Georgia" w:eastAsia="Georgia"/>
          <w:b w:val="0"/>
          <w:i w:val="0"/>
          <w:sz w:val="22"/>
        </w:rPr>
        <w:t>The ignorance of Americans has reached such a level that virtually everything the state does to gain more power and control is applauded and immediately accepted by this crowd of frightened serfs that still believe they are free. The dullness of mind that is necessary in order for this takeover of society to take place is staggering beyond the imagination of any left with the ability to think even in simple terms. I am stunned by this posture, but I am not surprised in the least.</w:t>
      </w:r>
    </w:p>
    <w:p>
      <w:pPr>
        <w:spacing w:before="0" w:after="120" w:line="300" w:lineRule="exact"/>
        <w:jc w:val="both"/>
      </w:pPr>
      <w:r>
        <w:rPr>
          <w:rFonts w:ascii="Georgia" w:hAnsi="Georgia" w:cs="Georgia" w:eastAsia="Georgia"/>
          <w:b w:val="0"/>
          <w:i w:val="0"/>
          <w:sz w:val="22"/>
        </w:rPr>
        <w:t>Many have called me names, have told me I was too harsh and brutal in my approach, have said I only talked of doom, and have attempted to chastise me for telling the truth that they did not want to hear. I have been censored, threatened, shunned, and cursed, simply for warning about what is now here in plain sight. I have been labeled as a conspiracy nut, and ignored in the midst of rolling eyes. What are all these people thinking today as they watch their lives disappear?</w:t>
      </w:r>
    </w:p>
    <w:p>
      <w:pPr>
        <w:spacing w:before="0" w:after="120" w:line="300" w:lineRule="exact"/>
        <w:jc w:val="both"/>
      </w:pPr>
      <w:r>
        <w:rPr>
          <w:rFonts w:ascii="Georgia" w:hAnsi="Georgia" w:cs="Georgia" w:eastAsia="Georgia"/>
          <w:b w:val="0"/>
          <w:i w:val="0"/>
          <w:sz w:val="22"/>
        </w:rPr>
        <w:t>With the mass collusion of Bill gates and the Gates Foundation, the pharmaceutical industry, the government and world 'health' organizations, and the other worst criminal elements of society, the FDA approved what are ludicrously called 'Covid vaccines' today at Pfizer and BioNTech, the first of many, and now the beginning of the end is certainly here to stay.</w:t>
      </w:r>
    </w:p>
    <w:p>
      <w:pPr>
        <w:spacing w:before="0" w:after="120" w:line="300" w:lineRule="exact"/>
        <w:jc w:val="both"/>
      </w:pPr>
      <w:r>
        <w:rPr>
          <w:rFonts w:ascii="Georgia" w:hAnsi="Georgia" w:cs="Georgia" w:eastAsia="Georgia"/>
          <w:b w:val="0"/>
          <w:i w:val="0"/>
          <w:sz w:val="22"/>
        </w:rPr>
        <w:t>Within moments, New York, California, Puerto Rico, and likely more as I write this, are mandating that all get injected or else. Maybe this is a good time to say I told you so!</w:t>
      </w:r>
    </w:p>
    <w:p>
      <w:pPr>
        <w:spacing w:before="0" w:after="120" w:line="300" w:lineRule="exact"/>
        <w:jc w:val="both"/>
      </w:pPr>
      <w:r>
        <w:rPr>
          <w:rFonts w:ascii="Georgia" w:hAnsi="Georgia" w:cs="Georgia" w:eastAsia="Georgia"/>
          <w:b w:val="0"/>
          <w:i w:val="0"/>
          <w:sz w:val="22"/>
        </w:rPr>
        <w:t>Get ready if not willing to be a slave, to get fully injected with deadly poison in order to survive.</w:t>
      </w:r>
    </w:p>
    <w:p>
      <w:pPr>
        <w:spacing w:before="0" w:after="120" w:line="300" w:lineRule="exact"/>
        <w:jc w:val="both"/>
      </w:pPr>
      <w:r>
        <w:rPr>
          <w:rFonts w:ascii="Georgia" w:hAnsi="Georgia" w:cs="Georgia" w:eastAsia="Georgia"/>
          <w:b w:val="0"/>
          <w:i w:val="0"/>
          <w:sz w:val="22"/>
        </w:rPr>
        <w:t>Those of us unwilling to go along now are targets not only of the criminal and murderous United States dictatorship, but of all our neighbors and so-called friends.</w:t>
      </w:r>
    </w:p>
    <w:p>
      <w:pPr>
        <w:spacing w:before="0" w:after="120" w:line="300" w:lineRule="exact"/>
        <w:jc w:val="both"/>
      </w:pPr>
      <w:r>
        <w:rPr>
          <w:rFonts w:ascii="Georgia" w:hAnsi="Georgia" w:cs="Georgia" w:eastAsia="Georgia"/>
          <w:b w:val="0"/>
          <w:i w:val="0"/>
          <w:sz w:val="22"/>
        </w:rPr>
        <w:t>Soon, all ability to travel, all entry into shops, restaurants, grocery stores, schools, and any number of 'public' places will be closed off to those choosing to not get jabbed, but at this point, the aggression against the real intelligent dissenters will be ramped up to a very high level. It could easily become in the very near future nearly impossible to function without compliance.</w:t>
      </w:r>
    </w:p>
    <w:p>
      <w:pPr>
        <w:spacing w:before="0" w:after="120" w:line="300" w:lineRule="exact"/>
        <w:jc w:val="both"/>
      </w:pPr>
      <w:r>
        <w:rPr>
          <w:rFonts w:ascii="Georgia" w:hAnsi="Georgia" w:cs="Georgia" w:eastAsia="Georgia"/>
          <w:b w:val="0"/>
          <w:i w:val="0"/>
          <w:sz w:val="22"/>
        </w:rPr>
        <w:t>But this will not end with 'vaccine' mandates, it will end with total tyranny and death.</w:t>
      </w:r>
    </w:p>
    <w:p>
      <w:pPr>
        <w:spacing w:before="0" w:after="120" w:line="300" w:lineRule="exact"/>
        <w:jc w:val="both"/>
      </w:pPr>
      <w:r>
        <w:rPr>
          <w:rFonts w:ascii="Georgia" w:hAnsi="Georgia" w:cs="Georgia" w:eastAsia="Georgia"/>
          <w:b w:val="0"/>
          <w:i w:val="0"/>
          <w:sz w:val="22"/>
        </w:rPr>
        <w:t>The frustration is maddening, as knowing where this was headed for years is no consolation considering the hell we now face.</w:t>
      </w:r>
    </w:p>
    <w:p>
      <w:pPr>
        <w:spacing w:before="0" w:after="120" w:line="300" w:lineRule="exact"/>
        <w:jc w:val="both"/>
      </w:pPr>
      <w:r>
        <w:rPr>
          <w:rFonts w:ascii="Georgia" w:hAnsi="Georgia" w:cs="Georgia" w:eastAsia="Georgia"/>
          <w:b w:val="0"/>
          <w:i w:val="0"/>
          <w:sz w:val="22"/>
        </w:rPr>
        <w:t>In the days, weeks, and months ahead, this country will have changed into a totalitarian nightmare never experienced before in history.</w:t>
      </w:r>
    </w:p>
    <w:p>
      <w:pPr>
        <w:spacing w:before="0" w:after="120" w:line="300" w:lineRule="exact"/>
        <w:jc w:val="both"/>
      </w:pPr>
      <w:r>
        <w:rPr>
          <w:rFonts w:ascii="Georgia" w:hAnsi="Georgia" w:cs="Georgia" w:eastAsia="Georgia"/>
          <w:b w:val="0"/>
          <w:i w:val="0"/>
          <w:sz w:val="22"/>
        </w:rPr>
        <w:t>All your children are at great risk, and I say this not to be sensational, but to warn of the destruction of the minds and bodies of all the young that has been planned and openly announced over the entirety of this fake 'pandemic' by this wicked state, and of course, it was promoted once again today by the evil Biden.</w:t>
      </w:r>
    </w:p>
    <w:p>
      <w:pPr>
        <w:spacing w:before="0" w:after="120" w:line="300" w:lineRule="exact"/>
        <w:jc w:val="both"/>
      </w:pPr>
      <w:r>
        <w:rPr>
          <w:rFonts w:ascii="Georgia" w:hAnsi="Georgia" w:cs="Georgia" w:eastAsia="Georgia"/>
          <w:b w:val="0"/>
          <w:i w:val="0"/>
          <w:sz w:val="22"/>
        </w:rPr>
        <w:t>So why do I do this? Why do I write? Why do I continue in my attempts to wake up the pathetic masses? What is the point, when most are still asleep, and have no desire whatsoever to protect themselves or their families?</w:t>
      </w:r>
    </w:p>
    <w:p>
      <w:pPr>
        <w:spacing w:before="0" w:after="120" w:line="300" w:lineRule="exact"/>
        <w:jc w:val="both"/>
      </w:pPr>
      <w:r>
        <w:rPr>
          <w:rFonts w:ascii="Georgia" w:hAnsi="Georgia" w:cs="Georgia" w:eastAsia="Georgia"/>
          <w:b w:val="0"/>
          <w:i w:val="0"/>
          <w:sz w:val="22"/>
        </w:rPr>
        <w:t>I do so for myself and my family, because if I do nothing, my life will have no meaning, just as the bulk of the masses' lives have no meaning. So I will continue on, but I believe this will be at great risk the longer this travesty is allowed to continue.</w:t>
      </w:r>
    </w:p>
    <w:p>
      <w:pPr>
        <w:spacing w:before="0" w:after="120" w:line="300" w:lineRule="exact"/>
        <w:jc w:val="both"/>
      </w:pPr>
      <w:r>
        <w:rPr>
          <w:rFonts w:ascii="Georgia" w:hAnsi="Georgia" w:cs="Georgia" w:eastAsia="Georgia"/>
          <w:b w:val="0"/>
          <w:i w:val="0"/>
          <w:sz w:val="22"/>
        </w:rPr>
        <w:t>I will write and fight back for myself, my family, and all those that have the courage to stand up for what is right. I will defend at all costs against state aggression and never acquiesce to this state. As for those that wallow in self-pity, and refuse to speak out and disobey, that hide from the truth and expect to be protected by others, you are on your own.</w:t>
      </w:r>
    </w:p>
    <w:p>
      <w:pPr>
        <w:spacing w:before="0" w:after="120" w:line="300" w:lineRule="exact"/>
        <w:jc w:val="both"/>
      </w:pPr>
      <w:r>
        <w:rPr>
          <w:rFonts w:ascii="Georgia" w:hAnsi="Georgia" w:cs="Georgia" w:eastAsia="Georgia"/>
          <w:b w:val="0"/>
          <w:i w:val="0"/>
          <w:sz w:val="22"/>
        </w:rPr>
        <w:t>This society is mentally ill to the point of total apathetic confusion.</w:t>
      </w:r>
    </w:p>
    <w:p>
      <w:pPr>
        <w:spacing w:before="0" w:after="120" w:line="300" w:lineRule="exact"/>
        <w:jc w:val="both"/>
      </w:pPr>
      <w:r>
        <w:rPr>
          <w:rFonts w:ascii="Georgia" w:hAnsi="Georgia" w:cs="Georgia" w:eastAsia="Georgia"/>
          <w:b w:val="0"/>
          <w:i w:val="0"/>
          <w:sz w:val="22"/>
        </w:rPr>
        <w:t>Related- Today from Gary D Barnett - Medical Care for the Unvaccinated - Comply or Die Source links:</w:t>
      </w:r>
    </w:p>
    <w:p>
      <w:pPr>
        <w:spacing w:before="0" w:after="120" w:line="300" w:lineRule="exact"/>
        <w:jc w:val="both"/>
      </w:pPr>
      <w:r>
        <w:rPr>
          <w:rFonts w:ascii="Georgia" w:hAnsi="Georgia" w:cs="Georgia" w:eastAsia="Georgia"/>
          <w:b w:val="0"/>
          <w:i w:val="0"/>
          <w:sz w:val="22"/>
        </w:rPr>
        <w:t>FDA approves eugenist Gates 'vaccine'</w:t>
      </w:r>
    </w:p>
    <w:p>
      <w:pPr>
        <w:spacing w:before="0" w:after="120" w:line="300" w:lineRule="exact"/>
        <w:jc w:val="both"/>
      </w:pPr>
      <w:r>
        <w:rPr>
          <w:rFonts w:ascii="Georgia" w:hAnsi="Georgia" w:cs="Georgia" w:eastAsia="Georgia"/>
          <w:b w:val="0"/>
          <w:i w:val="0"/>
          <w:sz w:val="22"/>
        </w:rPr>
        <w:t>Military and states announce vaccine mandates within minutes of FDA approval Biden says employers, schools, and businesses should require 'Covid vaccination'</w:t>
      </w:r>
    </w:p>
    <w:p>
      <w:pPr>
        <w:spacing w:before="0" w:after="120" w:line="300" w:lineRule="exact"/>
        <w:jc w:val="both"/>
      </w:pPr>
      <w:r>
        <w:rPr>
          <w:rFonts w:ascii="Georgia" w:hAnsi="Georgia" w:cs="Georgia" w:eastAsia="Georgia"/>
          <w:b w:val="0"/>
          <w:i w:val="0"/>
          <w:sz w:val="22"/>
        </w:rPr>
        <w:t>Mass Psychosis: A killing of the Mind Copyright © 2021 GaryDBarnett.com</w:t>
      </w:r>
    </w:p>
    <w:p>
      <w:r>
        <w:br w:type="page"/>
      </w:r>
    </w:p>
    <w:p>
      <w:pPr>
        <w:pStyle w:val="Heading1"/>
        <w:spacing w:before="360" w:after="200" w:line="300" w:lineRule="exact"/>
        <w:jc w:val="center"/>
      </w:pPr>
      <w:r>
        <w:rPr>
          <w:rFonts w:ascii="Georgia" w:hAnsi="Georgia" w:cs="Georgia" w:eastAsia="Georgia"/>
          <w:b/>
          <w:i w:val="0"/>
          <w:color w:val="1F3864"/>
          <w:sz w:val="32"/>
        </w:rPr>
        <w:t>Herbal Detox</w:t>
      </w:r>
    </w:p>
    <w:p>
      <w:pPr>
        <w:spacing w:before="0" w:after="120" w:line="300" w:lineRule="exact"/>
        <w:jc w:val="both"/>
      </w:pPr>
      <w:r>
        <w:rPr>
          <w:rFonts w:ascii="Georgia" w:hAnsi="Georgia" w:cs="Georgia" w:eastAsia="Georgia"/>
          <w:b w:val="0"/>
          <w:i w:val="0"/>
          <w:sz w:val="22"/>
        </w:rPr>
        <w:t>Last night Friday 27 August 2021, I received a call from a family concerned of their parent ailing condition.</w:t>
      </w:r>
    </w:p>
    <w:p>
      <w:pPr>
        <w:spacing w:before="0" w:after="120" w:line="300" w:lineRule="exact"/>
        <w:jc w:val="both"/>
      </w:pPr>
      <w:r>
        <w:rPr>
          <w:rFonts w:ascii="Georgia" w:hAnsi="Georgia" w:cs="Georgia" w:eastAsia="Georgia"/>
          <w:b w:val="0"/>
          <w:i w:val="0"/>
          <w:sz w:val="22"/>
        </w:rPr>
        <w:t>I immediately asked for photos and scheduled a free consultation at Elite C&amp;C, where I am based weekends. On receiving the photos I notice severe painful oedema. I was extremely worried and told Family come immediately for consult as the high toxicity could be from a number of disorders, hear, liver, kidney....</w:t>
      </w:r>
    </w:p>
    <w:p>
      <w:pPr>
        <w:spacing w:before="0" w:after="120" w:line="300" w:lineRule="exact"/>
        <w:jc w:val="both"/>
      </w:pPr>
      <w:r>
        <w:rPr>
          <w:rFonts w:ascii="Georgia" w:hAnsi="Georgia" w:cs="Georgia" w:eastAsia="Georgia"/>
          <w:b w:val="0"/>
          <w:i w:val="0"/>
          <w:sz w:val="22"/>
        </w:rPr>
        <w:t>During consult I discovered that she was Vaccinated on the 27 July and since Vaccination her condition was failing. It was also revealed that her husband passed several days after her Vaccination, 31 July 2021. I was told that he was Vaccinated on 9 July. He passed on after Friday prayer with heart failure.</w:t>
      </w:r>
    </w:p>
    <w:p>
      <w:pPr>
        <w:spacing w:before="0" w:after="120" w:line="300" w:lineRule="exact"/>
        <w:jc w:val="both"/>
      </w:pPr>
      <w:r>
        <w:rPr>
          <w:rFonts w:ascii="Georgia" w:hAnsi="Georgia" w:cs="Georgia" w:eastAsia="Georgia"/>
          <w:b w:val="0"/>
          <w:i w:val="0"/>
          <w:sz w:val="22"/>
        </w:rPr>
        <w:t>Both clients never had any ailments, didn't suffer from any chronic ailments. I told the family to make contact with Vaccine Makers helpline to report the incident.</w:t>
      </w:r>
    </w:p>
    <w:p>
      <w:pPr>
        <w:spacing w:before="0" w:after="120" w:line="300" w:lineRule="exact"/>
        <w:jc w:val="both"/>
      </w:pPr>
      <w:r>
        <w:rPr>
          <w:rFonts w:ascii="Georgia" w:hAnsi="Georgia" w:cs="Georgia" w:eastAsia="Georgia"/>
          <w:b w:val="0"/>
          <w:i w:val="0"/>
          <w:sz w:val="22"/>
        </w:rPr>
        <w:t>I told the family we will immediately start with Herbal Detox. Explaining that we need to control inflammation throughout the body and help repair organ damages and inefficiency.</w:t>
      </w:r>
    </w:p>
    <w:p>
      <w:pPr>
        <w:spacing w:before="0" w:after="120" w:line="300" w:lineRule="exact"/>
        <w:jc w:val="both"/>
      </w:pPr>
      <w:r>
        <w:rPr>
          <w:rFonts w:ascii="Georgia" w:hAnsi="Georgia" w:cs="Georgia" w:eastAsia="Georgia"/>
          <w:b w:val="0"/>
          <w:i w:val="0"/>
          <w:sz w:val="22"/>
        </w:rPr>
        <w:t>Please keep this Grandmother in your noble dua for her betterment and well being. Inshaa Allah.</w:t>
      </w:r>
    </w:p>
    <w:p>
      <w:pPr>
        <w:spacing w:before="0" w:after="120" w:line="300" w:lineRule="exact"/>
        <w:jc w:val="both"/>
      </w:pPr>
      <w:r>
        <w:rPr>
          <w:rFonts w:ascii="Georgia" w:hAnsi="Georgia" w:cs="Georgia" w:eastAsia="Georgia"/>
          <w:b w:val="0"/>
          <w:i w:val="0"/>
          <w:sz w:val="22"/>
        </w:rPr>
        <w:t>This is but only one of so many families with Vaccine Injuries and death. I encourage more to make contact with me not just to help them recover from Vaccine Injury but from Long COVID as well.</w:t>
      </w:r>
    </w:p>
    <w:p>
      <w:pPr>
        <w:spacing w:before="0" w:after="120" w:line="300" w:lineRule="exact"/>
        <w:jc w:val="both"/>
      </w:pPr>
      <w:r>
        <w:rPr>
          <w:rFonts w:ascii="Georgia" w:hAnsi="Georgia" w:cs="Georgia" w:eastAsia="Georgia"/>
          <w:b w:val="0"/>
          <w:i w:val="0"/>
          <w:sz w:val="22"/>
        </w:rPr>
        <w:t>May Allah be pleased with our noble work and grant all those who need his assistance relief and quick recovery Inshaa Allah Ameen</w:t>
      </w:r>
    </w:p>
    <w:p>
      <w:pPr>
        <w:spacing w:before="0" w:after="120" w:line="300" w:lineRule="exact"/>
        <w:jc w:val="both"/>
      </w:pPr>
      <w:r>
        <w:rPr>
          <w:rFonts w:ascii="Georgia" w:hAnsi="Georgia" w:cs="Georgia" w:eastAsia="Georgia"/>
          <w:b w:val="0"/>
          <w:i w:val="0"/>
          <w:sz w:val="22"/>
        </w:rPr>
        <w:t>Brother: Yusuf Mallie Radio and TV Personality, Herbalist and Producer of NBC Organic Treatment Whatsapp 081 515 6694 Email: nbc.herbal@gmail.com</w:t>
      </w:r>
    </w:p>
    <w:p>
      <w:pPr>
        <w:pStyle w:val="Heading3"/>
        <w:spacing w:before="200" w:after="120" w:line="300" w:lineRule="exact"/>
        <w:jc w:val="left"/>
      </w:pPr>
      <w:r>
        <w:rPr>
          <w:rFonts w:ascii="Georgia" w:hAnsi="Georgia" w:cs="Georgia" w:eastAsia="Georgia"/>
          <w:b/>
          <w:i w:val="0"/>
          <w:color w:val="2E74B5"/>
          <w:sz w:val="24"/>
        </w:rPr>
        <w:t>Injection</w:t>
      </w:r>
    </w:p>
    <w:p>
      <w:pPr>
        <w:spacing w:before="0" w:after="120" w:line="300" w:lineRule="exact"/>
        <w:jc w:val="both"/>
      </w:pPr>
      <w:r>
        <w:rPr>
          <w:rFonts w:ascii="Georgia" w:hAnsi="Georgia" w:cs="Georgia" w:eastAsia="Georgia"/>
          <w:b w:val="0"/>
          <w:i w:val="0"/>
          <w:sz w:val="22"/>
        </w:rPr>
        <w:t>I always respect others decisions and opinions on SOME issues unfortunately when it comes to QURAN AND SUNNAH we all know it's not negotiable Never the less This is no fairy tale or sugar coated story One boeta took the jab last week in a dorpie near Malmesbury And immediately he didn't feel well Yesterday he walk to the local clinic in pain ect As he got to to the clinic gates he shouted "MENSE MOENIE DIE INJECTION VAT KYK HOE</w:t>
      </w:r>
    </w:p>
    <w:p>
      <w:pPr>
        <w:spacing w:before="0" w:after="120" w:line="300" w:lineRule="exact"/>
        <w:jc w:val="both"/>
      </w:pPr>
      <w:r>
        <w:rPr>
          <w:rFonts w:ascii="Georgia" w:hAnsi="Georgia" w:cs="Georgia" w:eastAsia="Georgia"/>
          <w:b w:val="0"/>
          <w:i w:val="0"/>
          <w:sz w:val="22"/>
        </w:rPr>
        <w:t>LYK EK VANDAG" [People must not take the injection, look how I look today] he then walk further and fell They took him inside on dr's room's bed Where he died few minutes after From their I personally took his body on our stretcher than to ghusl ghana etc. buried in that area This is no fairy tale nor sugar coated story I can personally give many such deaths Which we've personally buried We as undertakers can give u allot of such cases We are not afraid to talk out But so many traitors on social groups thus we rather don't speak out As u don't know who is who I were personally threatened immediately after I've exposed things On one undertakers group few months ago Sad how we differ of opinion and take it personal Indeed Allah knows best best Best duas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