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Friend of the Court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373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Preservation of life argument #preservelife Preservation of life has been the central discussion point by some quarters promoting their view that it warrants the preauthorization of human life, dignity, mind and progeny which they say is the higher objective of the shariah termed as the maqaasid and that the aversion of harm takes priority over the acquisition of benefit.</w:t>
      </w:r>
    </w:p>
    <w:p>
      <w:pPr>
        <w:spacing w:before="0" w:after="120" w:line="300" w:lineRule="exact"/>
        <w:jc w:val="both"/>
      </w:pPr>
      <w:r>
        <w:rPr>
          <w:rFonts w:ascii="Georgia" w:hAnsi="Georgia" w:cs="Georgia" w:eastAsia="Georgia"/>
          <w:b w:val="0"/>
          <w:i w:val="0"/>
          <w:sz w:val="22"/>
        </w:rPr>
        <w:t>We need to understand these terms in the context of our daily lives to ascertain if these fiqhi terms have been used correctly or misused. Firstly we as Muslims firmly believe that the death of every individual is predestined by Allah. The virus may be an excuse for someone's death, whilst majority of the those that have contracted the virus have recovered well *without a vaccine* for the Corona virus. This is the absolute power of Allah Taala that He heals and cures without means. We all know that the corona is an influenza. It's not certain that if someone is infected, the next person will definitely contract it from the infected In fact the *majority* after coming into contact with COVID-19 patients directly or indirectly did not contract the influenza. This brings us to the conclusion that it's probable that one may contract and not certain that he will contract. A probability in a probability is inconclusive and weak, not strong enough to be used used as a proof to support ones claim.</w:t>
      </w:r>
    </w:p>
    <w:p>
      <w:pPr>
        <w:spacing w:before="0" w:after="120" w:line="300" w:lineRule="exact"/>
        <w:jc w:val="both"/>
      </w:pPr>
      <w:r>
        <w:rPr>
          <w:rFonts w:ascii="Georgia" w:hAnsi="Georgia" w:cs="Georgia" w:eastAsia="Georgia"/>
          <w:b w:val="0"/>
          <w:i w:val="0"/>
          <w:sz w:val="22"/>
        </w:rPr>
        <w:t>Contextualize this to the state of affairs here in SA, bearing in mind that the preservation of life and that the aversion of harm takes priority over the acquisition of benefit, we are faced with murder and various other heneious crimes on a daily basis. Refer to saps website for the latest information announced by Min of police where he indicates that there are 57 reported murders daily in SA. This is not a probability, or a probability in a probability. This is yaqeeni and certainty I'm not going to delve into the stats of the reported attempted murders, kidnappings of high profile individuals, violent robberies at businesses on a daily basis which is a certainty and not a probability... Shouldn't they now pass a verdict to permanently suspend all congregational prayers call on all Muslim businesses to permanently shut down their businesses as the maqaasid warrants the priotorisation of human life, dignity, mind and progeny which they say is the higher objective of the shariah and that the aversion of harm takes priority over the acquisition of benefit?</w:t>
      </w:r>
    </w:p>
    <w:p>
      <w:pPr>
        <w:jc w:val="center"/>
      </w:pPr>
      <w:r>
        <w:drawing>
          <wp:inline xmlns:a="http://schemas.openxmlformats.org/drawingml/2006/main" xmlns:pic="http://schemas.openxmlformats.org/drawingml/2006/picture">
            <wp:extent cx="4206239" cy="268541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206239" cy="2685416"/>
                    </a:xfrm>
                    <a:prstGeom prst="rect"/>
                  </pic:spPr>
                </pic:pic>
              </a:graphicData>
            </a:graphic>
          </wp:inline>
        </w:drawing>
      </w:r>
    </w:p>
    <w:p>
      <w:pPr>
        <w:jc w:val="center"/>
      </w:pPr>
      <w:r>
        <w:drawing>
          <wp:inline xmlns:a="http://schemas.openxmlformats.org/drawingml/2006/main" xmlns:pic="http://schemas.openxmlformats.org/drawingml/2006/picture">
            <wp:extent cx="4206239" cy="2685416"/>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4206239" cy="2685416"/>
                    </a:xfrm>
                    <a:prstGeom prst="rect"/>
                  </pic:spPr>
                </pic:pic>
              </a:graphicData>
            </a:graphic>
          </wp:inline>
        </w:drawing>
      </w:r>
    </w:p>
    <w:p>
      <w:pPr>
        <w:spacing w:before="120" w:after="40" w:line="300" w:lineRule="exact"/>
        <w:jc w:val="both"/>
      </w:pPr>
      <w:r>
        <w:rPr>
          <w:rFonts w:ascii="Georgia" w:hAnsi="Georgia" w:cs="Georgia" w:eastAsia="Georgia"/>
          <w:b/>
          <w:i/>
          <w:sz w:val="22"/>
        </w:rPr>
        <w:t>"Verily, the munaafiqeen (attempt to) deceive Allah while He deceives them (i.e. Allah foils their plots). When they (the munaafiqeen) stand for Salaat, they stand indolently to show people (that they are Muslims), and they do not engage in Thikrullaah except a little</w:t>
      </w:r>
    </w:p>
    <w:p>
      <w:pPr>
        <w:spacing w:before="120" w:after="40" w:line="300" w:lineRule="exact"/>
        <w:jc w:val="both"/>
      </w:pPr>
      <w:r>
        <w:rPr>
          <w:rFonts w:ascii="Georgia" w:hAnsi="Georgia" w:cs="Georgia" w:eastAsia="Georgia"/>
          <w:b/>
          <w:i/>
          <w:sz w:val="22"/>
        </w:rPr>
        <w:t>(to deceive Muslims). They vacillate in between this. Neither are they towards this nor towards that. And whomever Allah misleads, never will you find for him a path</w:t>
      </w:r>
    </w:p>
    <w:p>
      <w:pPr>
        <w:spacing w:before="120" w:after="40" w:line="300" w:lineRule="exact"/>
        <w:jc w:val="both"/>
      </w:pPr>
      <w:r>
        <w:rPr>
          <w:rFonts w:ascii="Georgia" w:hAnsi="Georgia" w:cs="Georgia" w:eastAsia="Georgia"/>
          <w:b/>
          <w:i/>
          <w:sz w:val="22"/>
        </w:rPr>
        <w:t>(unto Rectitude)."</w:t>
      </w:r>
    </w:p>
    <w:p>
      <w:pPr>
        <w:spacing w:before="120" w:after="40" w:line="300" w:lineRule="exact"/>
        <w:jc w:val="both"/>
      </w:pPr>
      <w:r>
        <w:rPr>
          <w:rFonts w:ascii="Georgia" w:hAnsi="Georgia" w:cs="Georgia" w:eastAsia="Georgia"/>
          <w:b/>
          <w:i/>
          <w:sz w:val="22"/>
        </w:rPr>
        <w:t>(An-Nisaa', Aayat 143)</w:t>
      </w:r>
    </w:p>
    <w:p>
      <w:r>
        <w:br w:type="page"/>
      </w:r>
    </w:p>
    <w:p>
      <w:pPr>
        <w:pStyle w:val="Heading1"/>
        <w:spacing w:before="360" w:after="200" w:line="300" w:lineRule="exact"/>
        <w:jc w:val="center"/>
      </w:pPr>
      <w:r>
        <w:rPr>
          <w:rFonts w:ascii="Georgia" w:hAnsi="Georgia" w:cs="Georgia" w:eastAsia="Georgia"/>
          <w:b/>
          <w:i w:val="0"/>
          <w:color w:val="1F3864"/>
          <w:sz w:val="32"/>
        </w:rPr>
        <w:t>RESPONSE TO THE LIES AND SHENANIGANS OF BOGUS MUNAAFIQ 'uucsa'</w:t>
      </w:r>
    </w:p>
    <w:p>
      <w:pPr>
        <w:spacing w:before="0" w:after="120" w:line="300" w:lineRule="exact"/>
        <w:jc w:val="both"/>
      </w:pPr>
      <w:r>
        <w:rPr>
          <w:rFonts w:ascii="Georgia" w:hAnsi="Georgia" w:cs="Georgia" w:eastAsia="Georgia"/>
          <w:b w:val="0"/>
          <w:i w:val="0"/>
          <w:sz w:val="22"/>
        </w:rPr>
        <w:t>In a desperate bid to gain credibility in the Muslim community, the Bogus Munaafiq uucsa issued a statement to justify its haraam court stance calculated to retain the ban on the closure of the Musaajid and on the prohibition of performing the daily Fardh Salaat and Jumuah Salaat in the Musaajid. In its abortive, stupid justification littered with kufr, the munaafiq entity says: "The united ulama council of south Africa (uucsa), an umbrella body representing nine ulama formations in South Africa took a majority-decision (eight out of nine) to become Amicus Curiae (a friend of the court). The Jamiatul Ulama KZN did not support the decision."</w:t>
      </w:r>
    </w:p>
    <w:p>
      <w:r>
        <w:br w:type="page"/>
      </w:r>
    </w:p>
    <w:p>
      <w:pPr>
        <w:pStyle w:val="Heading1"/>
        <w:spacing w:before="360" w:after="200" w:line="300" w:lineRule="exact"/>
        <w:jc w:val="center"/>
      </w:pPr>
      <w:r>
        <w:rPr>
          <w:rFonts w:ascii="Georgia" w:hAnsi="Georgia" w:cs="Georgia" w:eastAsia="Georgia"/>
          <w:b/>
          <w:i w:val="0"/>
          <w:color w:val="1F3864"/>
          <w:sz w:val="32"/>
        </w:rPr>
        <w:t>LIE NO.1</w:t>
      </w:r>
    </w:p>
    <w:p>
      <w:pPr>
        <w:spacing w:before="0" w:after="120" w:line="300" w:lineRule="exact"/>
        <w:jc w:val="both"/>
      </w:pPr>
      <w:r>
        <w:rPr>
          <w:rFonts w:ascii="Georgia" w:hAnsi="Georgia" w:cs="Georgia" w:eastAsia="Georgia"/>
          <w:b w:val="0"/>
          <w:i w:val="0"/>
          <w:sz w:val="22"/>
        </w:rPr>
        <w:t>In addition to the Jamiatul Ulama KZN, the Council of Ulama Eastern Cape had likewise not supported Munaafiq Bhum and Munaafiq Karan in their application to become the Enemy of Allah.</w:t>
      </w:r>
    </w:p>
    <w:p>
      <w:r>
        <w:br w:type="page"/>
      </w:r>
    </w:p>
    <w:p>
      <w:pPr>
        <w:pStyle w:val="Heading1"/>
        <w:spacing w:before="360" w:after="200" w:line="300" w:lineRule="exact"/>
        <w:jc w:val="center"/>
      </w:pPr>
      <w:r>
        <w:rPr>
          <w:rFonts w:ascii="Georgia" w:hAnsi="Georgia" w:cs="Georgia" w:eastAsia="Georgia"/>
          <w:b/>
          <w:i w:val="0"/>
          <w:color w:val="1F3864"/>
          <w:sz w:val="32"/>
        </w:rPr>
        <w:t>LIE NO.2</w:t>
      </w:r>
    </w:p>
    <w:p>
      <w:pPr>
        <w:spacing w:before="0" w:after="120" w:line="300" w:lineRule="exact"/>
        <w:jc w:val="both"/>
      </w:pPr>
      <w:r>
        <w:rPr>
          <w:rFonts w:ascii="Georgia" w:hAnsi="Georgia" w:cs="Georgia" w:eastAsia="Georgia"/>
          <w:b w:val="0"/>
          <w:i w:val="0"/>
          <w:sz w:val="22"/>
        </w:rPr>
        <w:t>The paper body, Bogus uucsa is NOT an 'umbrella body'. The majority – or vast majority – of Ulama bodies and individual Ulama are NOT affiliated to this fong kong Munaafiq entity which is in reality only a handful of munaafiq characters – Bhum, Karan, Patel, etc. The bodies listed as its affiliates are puppets used as rubber stamps. Two bodies are of the Qabar Pujaari sect (Grave-Worshippers).</w:t>
      </w:r>
    </w:p>
    <w:p>
      <w:pPr>
        <w:spacing w:before="0" w:after="120" w:line="300" w:lineRule="exact"/>
        <w:jc w:val="both"/>
      </w:pPr>
      <w:r>
        <w:rPr>
          <w:rFonts w:ascii="Georgia" w:hAnsi="Georgia" w:cs="Georgia" w:eastAsia="Georgia"/>
          <w:b w:val="0"/>
          <w:i w:val="0"/>
          <w:sz w:val="22"/>
        </w:rPr>
        <w:t>The entity, 'ulema congress eastern cape, is a real non-existing phantom. Who are the 'ulema' of this imaginary body? There is only one half-a-'sheikh' in this paper entity whose job is to issue certificates to halaalize carrion and pork. This character has no other meaningful function.</w:t>
      </w:r>
    </w:p>
    <w:p>
      <w:pPr>
        <w:spacing w:before="0" w:after="120" w:line="300" w:lineRule="exact"/>
        <w:jc w:val="both"/>
      </w:pPr>
      <w:r>
        <w:rPr>
          <w:rFonts w:ascii="Georgia" w:hAnsi="Georgia" w:cs="Georgia" w:eastAsia="Georgia"/>
          <w:b w:val="0"/>
          <w:i w:val="0"/>
          <w:sz w:val="22"/>
        </w:rPr>
        <w:t>The haraam, kufr decisions of Bogus uucsa are the machinations of the tiny group of munaafiqs who have an extremely dark agenda of worldly and nafsaani objectives.</w:t>
      </w:r>
    </w:p>
    <w:p>
      <w:pPr>
        <w:spacing w:before="0" w:after="120" w:line="300" w:lineRule="exact"/>
        <w:jc w:val="both"/>
      </w:pPr>
      <w:r>
        <w:rPr>
          <w:rFonts w:ascii="Georgia" w:hAnsi="Georgia" w:cs="Georgia" w:eastAsia="Georgia"/>
          <w:b w:val="0"/>
          <w:i w:val="0"/>
          <w:sz w:val="22"/>
        </w:rPr>
        <w:t>The status of the munaafiq entity While this paper entity is at considerable pains to placate the Muslim community over its haraam stance of kufr with the obfuscation of being a 'friend of the court', in terms of the Shariah it being the Enemy of Allah is confirmed. Those who possess the shaitaani temerity to struggle desperately in a kuffaar court to have the Fardh Salaat banned and to ensure that the Musaajid remain closed, are most certainly the Enemies of Allah although they portray themselves as the friends of the court.</w:t>
      </w:r>
    </w:p>
    <w:p>
      <w:pPr>
        <w:spacing w:before="0" w:after="120" w:line="300" w:lineRule="exact"/>
        <w:jc w:val="both"/>
      </w:pPr>
      <w:r>
        <w:rPr>
          <w:rFonts w:ascii="Georgia" w:hAnsi="Georgia" w:cs="Georgia" w:eastAsia="Georgia"/>
          <w:b w:val="0"/>
          <w:i w:val="0"/>
          <w:sz w:val="22"/>
        </w:rPr>
        <w:t>They are the Enemies of Allah and His Rasool (Sallallahu alayhi wasallam). Referring to such vile criminals, the Qur'aan states:</w:t>
      </w:r>
    </w:p>
    <w:p>
      <w:pPr>
        <w:spacing w:before="120" w:after="120" w:line="300" w:lineRule="exact"/>
        <w:ind w:left="720" w:right="720"/>
        <w:jc w:val="center"/>
      </w:pPr>
      <w:r>
        <w:rPr>
          <w:rFonts w:ascii="Georgia" w:hAnsi="Georgia" w:cs="Georgia" w:eastAsia="Georgia"/>
          <w:b w:val="0"/>
          <w:i/>
          <w:sz w:val="22"/>
        </w:rPr>
        <w:t>"Thus, have We appointed for every Nabi enemies from the criminals." (Al-Furqaan, Aayat 31)</w:t>
      </w:r>
    </w:p>
    <w:p>
      <w:pPr>
        <w:spacing w:before="0" w:after="120" w:line="300" w:lineRule="exact"/>
        <w:jc w:val="both"/>
      </w:pPr>
      <w:r>
        <w:rPr>
          <w:rFonts w:ascii="Georgia" w:hAnsi="Georgia" w:cs="Georgia" w:eastAsia="Georgia"/>
          <w:b w:val="0"/>
          <w:i w:val="0"/>
          <w:sz w:val="22"/>
        </w:rPr>
        <w:t>Who is the Muslim who can ever doubt the fact that this Bogus uucsa cartel of munaafiqeen is the Enemy of Allah? Only enemies of Allah slog and enlist the aid of the kuffaar court to retain the ban on the closure of the Musaajid. They actually pleaded to prohibit the Fardh Salaat and Jumuah Salaat in the Musaajid. Indeed they have surpassed Iblees himself in the perpetration of treason against Allah Azza Wa Jal. Not even the munaafiqeen during the era of our Nabi (Sallallahu alayhi wasallam) had degenerated to such a degenerate sub-sewer gutter level where only sewer rats and munaafiqeen dwell.</w:t>
      </w:r>
    </w:p>
    <w:p>
      <w:pPr>
        <w:spacing w:before="0" w:after="120" w:line="300" w:lineRule="exact"/>
        <w:jc w:val="both"/>
      </w:pPr>
      <w:r>
        <w:rPr>
          <w:rFonts w:ascii="Georgia" w:hAnsi="Georgia" w:cs="Georgia" w:eastAsia="Georgia"/>
          <w:b w:val="0"/>
          <w:i w:val="0"/>
          <w:sz w:val="22"/>
        </w:rPr>
        <w:t>In its statement designed to obfuscate and mislead the Muslim community, the Munaafiqeen say:</w:t>
      </w:r>
    </w:p>
    <w:p>
      <w:pPr>
        <w:spacing w:before="120" w:after="120" w:line="300" w:lineRule="exact"/>
        <w:ind w:left="720" w:right="720"/>
        <w:jc w:val="center"/>
      </w:pPr>
      <w:r>
        <w:rPr>
          <w:rFonts w:ascii="Georgia" w:hAnsi="Georgia" w:cs="Georgia" w:eastAsia="Georgia"/>
          <w:b w:val="0"/>
          <w:i/>
          <w:sz w:val="22"/>
        </w:rPr>
        <w:t>"A friend of the court is a party who provides facts, and in the discretion of the court, evidence, to assist the court in making an informed decision."</w:t>
      </w:r>
    </w:p>
    <w:p>
      <w:pPr>
        <w:spacing w:before="0" w:after="120" w:line="300" w:lineRule="exact"/>
        <w:jc w:val="both"/>
      </w:pPr>
      <w:r>
        <w:rPr>
          <w:rFonts w:ascii="Georgia" w:hAnsi="Georgia" w:cs="Georgia" w:eastAsia="Georgia"/>
          <w:b w:val="0"/>
          <w:i w:val="0"/>
          <w:sz w:val="22"/>
        </w:rPr>
        <w:t>No sane Muslim can be misled by this satanic smokescreen. The Bogus munaafiq entity under guise of being the 'friend of the court' emphatically demonstrated in its rubbish acquittal that it was in reality the ENEMY OF ALLAH. Wallaah! The one and sole purpose for these munaafiqeen in their opposition to the Applicants who requested opening of the Musaajid, was to influence the court to refuse the request to open the Houses of Allah. Undoubtedly, these copro-villains provided the court with 'facts'. These facts were inspirations of shaitaan springing from the nifaaq embedded in their copro-hearts</w:t>
      </w:r>
    </w:p>
    <w:p>
      <w:pPr>
        <w:spacing w:before="0" w:after="120" w:line="300" w:lineRule="exact"/>
        <w:jc w:val="both"/>
      </w:pPr>
      <w:r>
        <w:rPr>
          <w:rFonts w:ascii="Georgia" w:hAnsi="Georgia" w:cs="Georgia" w:eastAsia="Georgia"/>
          <w:b w:val="0"/>
          <w:i w:val="0"/>
          <w:sz w:val="22"/>
        </w:rPr>
        <w:t>There in the kuffaar court stood the munaafiq pleading with the judge not to allow opening of the Musaajid and not to allow Salaat in the Musaajid. This was and is the bottom line and the top line of their satanic opposition for which they chose to become the Enemy of Allah. No Muslim can ever be duped by the satanically adorned assertions of the munaafiq entity.</w:t>
      </w:r>
    </w:p>
    <w:p>
      <w:pPr>
        <w:spacing w:before="0" w:after="120" w:line="300" w:lineRule="exact"/>
        <w:jc w:val="both"/>
      </w:pPr>
      <w:r>
        <w:rPr>
          <w:rFonts w:ascii="Georgia" w:hAnsi="Georgia" w:cs="Georgia" w:eastAsia="Georgia"/>
          <w:b w:val="0"/>
          <w:i w:val="0"/>
          <w:sz w:val="22"/>
        </w:rPr>
        <w:t>Their entire shaitaani argument was to secure the objective of keeping the Musaajid closed. The most abhorrent of places on earth to the Munaafiqeen are the Musaajid, and the most abhorrent of practices to the Munaafiqeen is Salaat. This was informed to the Ummah by Rasulullah (Sallallahu alayhi wasallam). It is unimaginable in the wildest dreams of the worst immoral sinner who is a Muslim to ever be a party of a satanic attempt to cancel Salaat and to strive for the closure of the Musaajid. Only a pure unadulterated munaafiq is capable of such a copro-villainous act of kufr.</w:t>
      </w:r>
    </w:p>
    <w:p>
      <w:pPr>
        <w:spacing w:before="0" w:after="120" w:line="300" w:lineRule="exact"/>
        <w:jc w:val="both"/>
      </w:pPr>
      <w:r>
        <w:rPr>
          <w:rFonts w:ascii="Georgia" w:hAnsi="Georgia" w:cs="Georgia" w:eastAsia="Georgia"/>
          <w:b w:val="0"/>
          <w:i w:val="0"/>
          <w:sz w:val="22"/>
        </w:rPr>
        <w:t>In a super satanic bid to justify its super kufr of standing up in opposition to Salaat and the Musaajid, this miserable Enemy of Allah says:</w:t>
      </w:r>
    </w:p>
    <w:p>
      <w:pPr>
        <w:spacing w:before="120" w:after="120" w:line="300" w:lineRule="exact"/>
        <w:ind w:left="720" w:right="720"/>
        <w:jc w:val="center"/>
      </w:pPr>
      <w:r>
        <w:rPr>
          <w:rFonts w:ascii="Georgia" w:hAnsi="Georgia" w:cs="Georgia" w:eastAsia="Georgia"/>
          <w:b w:val="0"/>
          <w:i/>
          <w:sz w:val="22"/>
        </w:rPr>
        <w:t>"uucsa feared a misrepresentation of the Shariah, and therefore applied to be a friend of the court because it felt obliged to represent the Shariah openly, honestly and consistently, illustrating the Maqasid Al Shariah and the expert advice it relied upon for the stance it has adopted."</w:t>
      </w:r>
    </w:p>
    <w:p>
      <w:pPr>
        <w:spacing w:before="0" w:after="120" w:line="300" w:lineRule="exact"/>
        <w:jc w:val="both"/>
      </w:pPr>
      <w:r>
        <w:rPr>
          <w:rFonts w:ascii="Georgia" w:hAnsi="Georgia" w:cs="Georgia" w:eastAsia="Georgia"/>
          <w:b w:val="0"/>
          <w:i w:val="0"/>
          <w:sz w:val="22"/>
        </w:rPr>
        <w:t>Shaitaan has undoubtedly polluted the brains and putrefied the hearts of these munaafiqeen, hence the request for the Musaajid to open for Salaat is a 'misrepresentation of the Shariah' for them. What greater kufr and villainous perfidy can a Muslim imagine? Salaat is the Central Pillar upholding the Structure of Islam. Minus Salaat the entire Structure collapses. The Musaajid are the sacred venues – the Houses of Allah – where Salaat has to be compulsorily performed. "Who is a greater oppressor than the one who prevents the Thikr of Allah in the Musaajid, and he strives (plots) in its destruction (the ruin and destruction of the Musaajid)?" (Baqarah, Aayat 114)</w:t>
      </w:r>
    </w:p>
    <w:p>
      <w:pPr>
        <w:spacing w:before="0" w:after="120" w:line="300" w:lineRule="exact"/>
        <w:jc w:val="both"/>
      </w:pPr>
      <w:r>
        <w:rPr>
          <w:rFonts w:ascii="Georgia" w:hAnsi="Georgia" w:cs="Georgia" w:eastAsia="Georgia"/>
          <w:b w:val="0"/>
          <w:i w:val="0"/>
          <w:sz w:val="22"/>
        </w:rPr>
        <w:t>The moron munaafiqeen in a puerile attempt to convey the idea of them being Islamic academics, ludicrously mentions the Fiqhi terminology Maqasid Al Shariah. What a silly, stupid joke! Munaafiqeen actively, covertly and now overtly satanically striving with the aid of the kuffaar court to abrogate Salaat and keep the Musaajid closed, speaking of 'Maqasid Al Shariah. What do these copro-munaafiqs know of the Maqaasid of Allah's Deen? What greater Maqsad of the Shariah is there than performing the Fardh Salaat and Jumuah Salaat in the Musaajid? Their drivel is indeed laughable.</w:t>
      </w:r>
    </w:p>
    <w:p>
      <w:pPr>
        <w:spacing w:before="0" w:after="120" w:line="300" w:lineRule="exact"/>
        <w:jc w:val="both"/>
      </w:pPr>
      <w:r>
        <w:rPr>
          <w:rFonts w:ascii="Georgia" w:hAnsi="Georgia" w:cs="Georgia" w:eastAsia="Georgia"/>
          <w:b w:val="0"/>
          <w:i w:val="0"/>
          <w:sz w:val="22"/>
        </w:rPr>
        <w:t>And what is their 'expert' advice? It is the advice of Iblees stated by Allah Ta'ala in His Glorious Qur'aan:</w:t>
      </w:r>
    </w:p>
    <w:p>
      <w:pPr>
        <w:spacing w:before="120" w:after="120" w:line="300" w:lineRule="exact"/>
        <w:ind w:left="720" w:right="720"/>
        <w:jc w:val="center"/>
      </w:pPr>
      <w:r>
        <w:rPr>
          <w:rFonts w:ascii="Georgia" w:hAnsi="Georgia" w:cs="Georgia" w:eastAsia="Georgia"/>
          <w:b w:val="0"/>
          <w:i/>
          <w:sz w:val="22"/>
        </w:rPr>
        <w:t>"Thus have We appointed for every Nabi enemies who are human devils and jinn devils. They mutually whisper to one another zukhraful qawl (devilish inspirations and deceptive statements) in order to deceive."</w:t>
      </w:r>
    </w:p>
    <w:p>
      <w:pPr>
        <w:spacing w:before="120" w:after="120" w:line="300" w:lineRule="exact"/>
        <w:ind w:left="720" w:right="720"/>
        <w:jc w:val="center"/>
      </w:pPr>
      <w:r>
        <w:rPr>
          <w:rFonts w:ascii="Georgia" w:hAnsi="Georgia" w:cs="Georgia" w:eastAsia="Georgia"/>
          <w:b w:val="0"/>
          <w:i/>
          <w:sz w:val="22"/>
        </w:rPr>
        <w:t>(Al-An'aam, Aayat 112)</w:t>
      </w:r>
    </w:p>
    <w:p>
      <w:pPr>
        <w:spacing w:before="0" w:after="120" w:line="300" w:lineRule="exact"/>
        <w:jc w:val="both"/>
      </w:pPr>
      <w:r>
        <w:rPr>
          <w:rFonts w:ascii="Georgia" w:hAnsi="Georgia" w:cs="Georgia" w:eastAsia="Georgia"/>
          <w:b w:val="0"/>
          <w:i w:val="0"/>
          <w:sz w:val="22"/>
        </w:rPr>
        <w:t>Their 'expert' advice and their stupid pleading to the court are the type of Zukhruful Qawl mentioned in the Aayat. They laboured with their satanically adorned argument of deception to show the court the 'necessity' and 'urgency' to keep the Musaajid closed and to ban Salaat in the Musaajid. Muslims will not be duped, and the Bogus Munaafiq entity will not succeed in hoodwinking the community on this issue of satanism which it has made its mission.</w:t>
      </w:r>
    </w:p>
    <w:p>
      <w:pPr>
        <w:spacing w:before="0" w:after="120" w:line="300" w:lineRule="exact"/>
        <w:jc w:val="both"/>
      </w:pPr>
      <w:r>
        <w:rPr>
          <w:rFonts w:ascii="Georgia" w:hAnsi="Georgia" w:cs="Georgia" w:eastAsia="Georgia"/>
          <w:b w:val="0"/>
          <w:i w:val="0"/>
          <w:sz w:val="22"/>
        </w:rPr>
        <w:t>Making another averment of satanic deception, the Munaafiq entity says:</w:t>
      </w:r>
    </w:p>
    <w:p>
      <w:pPr>
        <w:spacing w:before="120" w:after="120" w:line="300" w:lineRule="exact"/>
        <w:ind w:left="720" w:right="720"/>
        <w:jc w:val="center"/>
      </w:pPr>
      <w:r>
        <w:rPr>
          <w:rFonts w:ascii="Georgia" w:hAnsi="Georgia" w:cs="Georgia" w:eastAsia="Georgia"/>
          <w:b w:val="0"/>
          <w:i/>
          <w:sz w:val="22"/>
        </w:rPr>
        <w:t>"uucsa considers the views of the Applicants to be beliefs within the framework of the Shariah."</w:t>
      </w:r>
    </w:p>
    <w:p>
      <w:pPr>
        <w:spacing w:before="0" w:after="120" w:line="300" w:lineRule="exact"/>
        <w:jc w:val="both"/>
      </w:pPr>
      <w:r>
        <w:rPr>
          <w:rFonts w:ascii="Georgia" w:hAnsi="Georgia" w:cs="Georgia" w:eastAsia="Georgia"/>
          <w:b w:val="0"/>
          <w:i w:val="0"/>
          <w:sz w:val="22"/>
        </w:rPr>
        <w:t>Nifaaq means hypocrisy. This nifaaq of the Bogus entity is the very antithesis of Imaan. It eliminates every trace of Imaan, hence Allah Ta'ala has prepared in Jahannam for the Munaafiqeen, the deepest Pit known as Ad-Darkul Asfal minan Naar. This is at the very bottom of Hell-Fire. Below this Pit there is no level.</w:t>
      </w:r>
    </w:p>
    <w:p>
      <w:pPr>
        <w:spacing w:before="0" w:after="120" w:line="300" w:lineRule="exact"/>
        <w:jc w:val="both"/>
      </w:pPr>
      <w:r>
        <w:rPr>
          <w:rFonts w:ascii="Georgia" w:hAnsi="Georgia" w:cs="Georgia" w:eastAsia="Georgia"/>
          <w:b w:val="0"/>
          <w:i w:val="0"/>
          <w:sz w:val="22"/>
        </w:rPr>
        <w:t>A salient characteristic of the Munaafiq according to Rasulullah (Sallallahu alayhi wasallam) is that when he opens his rotten, stinking mouth he LIES. Designed to gain some sympathy and support from some of its erstwhile supporters who have now seen through the satanic smokescreen of these pillagers of Imaan, the haraam illegitimate Bogus copro-Munaafiq entity avers that "the views of the Applicants are beliefs within the framework of the Shariah". This is a colossal lie. They have no such belief. This statement is a propaganda stunt.</w:t>
      </w:r>
    </w:p>
    <w:p>
      <w:pPr>
        <w:spacing w:before="0" w:after="120" w:line="300" w:lineRule="exact"/>
        <w:jc w:val="both"/>
      </w:pPr>
      <w:r>
        <w:rPr>
          <w:rFonts w:ascii="Georgia" w:hAnsi="Georgia" w:cs="Georgia" w:eastAsia="Georgia"/>
          <w:b w:val="0"/>
          <w:i w:val="0"/>
          <w:sz w:val="22"/>
        </w:rPr>
        <w:t>How is it ever possible for Muslims to stand in a kuffaar court pleading to have 'beliefs which are within the framework of the Shariah' denied? And, these beliefs are the Fardh Salaat in the Musaajid, Jumuah in the Musaajid, and to open the Musaajid!</w:t>
      </w:r>
    </w:p>
    <w:p>
      <w:pPr>
        <w:spacing w:before="0" w:after="120" w:line="300" w:lineRule="exact"/>
        <w:jc w:val="both"/>
      </w:pPr>
      <w:r>
        <w:rPr>
          <w:rFonts w:ascii="Georgia" w:hAnsi="Georgia" w:cs="Georgia" w:eastAsia="Georgia"/>
          <w:b w:val="0"/>
          <w:i w:val="0"/>
          <w:sz w:val="22"/>
        </w:rPr>
        <w:t>Compounding their lie with more shaitaaniyat and copro-argument, the Munaafiq entity says:</w:t>
      </w:r>
    </w:p>
    <w:p>
      <w:pPr>
        <w:spacing w:before="120" w:after="120" w:line="300" w:lineRule="exact"/>
        <w:ind w:left="720" w:right="720"/>
        <w:jc w:val="center"/>
      </w:pPr>
      <w:r>
        <w:rPr>
          <w:rFonts w:ascii="Georgia" w:hAnsi="Georgia" w:cs="Georgia" w:eastAsia="Georgia"/>
          <w:b w:val="0"/>
          <w:i/>
          <w:sz w:val="22"/>
        </w:rPr>
        <w:t>"However, uucsa felt that the applicants had not given enough consideration to the overriding societal harm that might ensue if there was an unprepared, maverick application for a court sanctioned opening of all places of worship."</w:t>
      </w:r>
    </w:p>
    <w:p>
      <w:pPr>
        <w:spacing w:before="0" w:after="120" w:line="300" w:lineRule="exact"/>
        <w:jc w:val="both"/>
      </w:pPr>
      <w:r>
        <w:rPr>
          <w:rFonts w:ascii="Georgia" w:hAnsi="Georgia" w:cs="Georgia" w:eastAsia="Georgia"/>
          <w:b w:val="0"/>
          <w:i w:val="0"/>
          <w:sz w:val="22"/>
        </w:rPr>
        <w:t>Regardless of the attempt to present deceptive shaitaani inspirations to appear valid in the Shariah, the copro-Munaafiq is constrained to concede that it was opposing the request for opening the Musaajid. However, fully aware of the Imaani emotions of the Muslim community, this human devil says "all places of worship" despite being fully aware that the Applicants were requesting for the opening of their one Musjid, viz. the Meyerton Musjid. Whether an order granting this request would lead to the opening of all places of worship is of absolutely no concern. The concern here is the LIE, Falsehood and Shaitaaniyat of the Enemy of Allah. Is it possible for true Muslims to oppose a request for the Musaajid to be opened and for permission to be allowed to perform the Fardh Salaat and Jumuah Salaat in the Musaajid?</w:t>
      </w:r>
    </w:p>
    <w:p>
      <w:pPr>
        <w:spacing w:before="0" w:after="120" w:line="300" w:lineRule="exact"/>
        <w:jc w:val="both"/>
      </w:pPr>
      <w:r>
        <w:rPr>
          <w:rFonts w:ascii="Georgia" w:hAnsi="Georgia" w:cs="Georgia" w:eastAsia="Georgia"/>
          <w:b w:val="0"/>
          <w:i w:val="0"/>
          <w:sz w:val="22"/>
        </w:rPr>
        <w:t>Then the Friend of Iblees/the Enemy of Allah on its own version basis its opposition to Jamaat Salaat and the Musaajid on some ghost of "societal harm that might ensue". Firstly what is this societal harm bogey? Secondly, is it valid in terms of the Qur'aan and Sunnah to outlaw the greatest and most fundamental practice of Salaat on the basis of hallucination – a bogey which 'might' happen in the future?</w:t>
      </w:r>
    </w:p>
    <w:p>
      <w:pPr>
        <w:spacing w:before="0" w:after="120" w:line="300" w:lineRule="exact"/>
        <w:jc w:val="both"/>
      </w:pPr>
      <w:r>
        <w:rPr>
          <w:rFonts w:ascii="Georgia" w:hAnsi="Georgia" w:cs="Georgia" w:eastAsia="Georgia"/>
          <w:b w:val="0"/>
          <w:i w:val="0"/>
          <w:sz w:val="22"/>
        </w:rPr>
        <w:t>Furthermore, the 'maverick' applicants have the support of more than 200 Musaajid, of all the Darul Ulooms, of scores of Ulama, and of thousands of Muslims as the Petition confirms. On the basis of what criterion is the application to open the Musaajid 'maverick'? The stupidity of these copro-munaafiqs is quite vividly illustrated by their ignorance of even the meaning of the term 'maverick'. The moron advocate of the munaafiqs does not know even the meaning of this term.</w:t>
      </w:r>
    </w:p>
    <w:p>
      <w:pPr>
        <w:spacing w:before="0" w:after="120" w:line="300" w:lineRule="exact"/>
        <w:jc w:val="both"/>
      </w:pPr>
      <w:r>
        <w:rPr>
          <w:rFonts w:ascii="Georgia" w:hAnsi="Georgia" w:cs="Georgia" w:eastAsia="Georgia"/>
          <w:b w:val="0"/>
          <w:i w:val="0"/>
          <w:sz w:val="22"/>
        </w:rPr>
        <w:t>A maverick is a person "of independent or unorthodox views". The morons should consult their dictionaries. In the view held by the Applicants they are supported by the entire Ummah of the Ahlus Sunnah Wal Jamaah. The views of the Applicants are not 'independent'. The view that the Fardh Salaat with Jamaa't in the Musjid is Waajib, and the view that it is haraam to close the Musaajid are the views of the Qur'aan and Sunnah. There is Ijma' on these views. It is not the unorthodox view as the term 'maverick' seeks to convey to the kuffar court.</w:t>
      </w:r>
    </w:p>
    <w:p>
      <w:pPr>
        <w:spacing w:before="0" w:after="120" w:line="300" w:lineRule="exact"/>
        <w:jc w:val="both"/>
      </w:pPr>
      <w:r>
        <w:rPr>
          <w:rFonts w:ascii="Georgia" w:hAnsi="Georgia" w:cs="Georgia" w:eastAsia="Georgia"/>
          <w:b w:val="0"/>
          <w:i w:val="0"/>
          <w:sz w:val="22"/>
        </w:rPr>
        <w:t>The view of the Applicant is supported by the Mujlisul Ulama of S.A. with its list of more than 200 Musajid (this list is increasing). This supposedly 'maverick' view is supported by all the Darul Ulooms who are signatories to a joint letter to the President by 118 entities (Ulama and Deeni Institutions), and it is supported by another 83 Institutions of the Deen (Ulama, Madaaris and Musaajid) in a letter to the President seeking the very same concession sought by the Applicants. Furthermore, this 'maverick' view is supported by more than 5000 petitioners, and this number is increasing.</w:t>
      </w:r>
    </w:p>
    <w:p>
      <w:pPr>
        <w:spacing w:before="0" w:after="120" w:line="300" w:lineRule="exact"/>
        <w:jc w:val="both"/>
      </w:pPr>
      <w:r>
        <w:rPr>
          <w:rFonts w:ascii="Georgia" w:hAnsi="Georgia" w:cs="Georgia" w:eastAsia="Georgia"/>
          <w:b w:val="0"/>
          <w:i w:val="0"/>
          <w:sz w:val="22"/>
        </w:rPr>
        <w:t>Now whose view is maverick? The Munaafiqeen's view is unorthodox having absolutely no basis in the Shariah. It is a view of KUFR stemming from the rot of nifaaq in the hearts of these copro-mavericks.</w:t>
      </w:r>
    </w:p>
    <w:p>
      <w:pPr>
        <w:spacing w:before="0" w:after="120" w:line="300" w:lineRule="exact"/>
        <w:jc w:val="both"/>
      </w:pPr>
      <w:r>
        <w:rPr>
          <w:rFonts w:ascii="Georgia" w:hAnsi="Georgia" w:cs="Georgia" w:eastAsia="Georgia"/>
          <w:b w:val="0"/>
          <w:i w:val="0"/>
          <w:sz w:val="22"/>
        </w:rPr>
        <w:t>The 'societal harm' which 'overrides' the Fardh Commands of Allah Ta'ala are kufr figments of copro-minds of the copro-Munaafiqs.</w:t>
      </w:r>
    </w:p>
    <w:p>
      <w:pPr>
        <w:spacing w:before="0" w:after="120" w:line="300" w:lineRule="exact"/>
        <w:jc w:val="both"/>
      </w:pPr>
      <w:r>
        <w:rPr>
          <w:rFonts w:ascii="Georgia" w:hAnsi="Georgia" w:cs="Georgia" w:eastAsia="Georgia"/>
          <w:b w:val="0"/>
          <w:i w:val="0"/>
          <w:sz w:val="22"/>
        </w:rPr>
        <w:t>In its statement of deception, the uucsa Munaafiq makes a comparison of the views of the Applicants with its copro-views. Stating its view, the Munaafiq, in flagrant and blatant rejection of Rasulullah (Sallallahu alayhi wasallam) says that "disease is not contagious". The Munaafiqeen outrightly and blatantly reject this categorical assertion of our Nabi (Sallallahu alayhi wasallam) on which there is Consensus of the Ummah. What greater act of kufr is imaginable? Without even attempting to present some form of convoluted interpretation to save their skins from blatant kufr, these miserable inmates of Jahannam considered it best for their haraam, kufr application to summarily deny the claim of Rasulullah (Sallallahu alayhi wasallam) who said: "Laa adwaa" – There is no contagion.</w:t>
      </w:r>
    </w:p>
    <w:p>
      <w:pPr>
        <w:spacing w:before="0" w:after="120" w:line="300" w:lineRule="exact"/>
        <w:jc w:val="both"/>
      </w:pPr>
      <w:r>
        <w:rPr>
          <w:rFonts w:ascii="Georgia" w:hAnsi="Georgia" w:cs="Georgia" w:eastAsia="Georgia"/>
          <w:b w:val="0"/>
          <w:i w:val="0"/>
          <w:sz w:val="22"/>
        </w:rPr>
        <w:t>Our Nabi (Sallallahu alayhi wasallam) had forcefully refuted the contagion idea of the mushrikeen by logically presenting an argument for the understanding of those who contended that disease is contagious just as today these filthy copro-munaafiqs are doing.</w:t>
      </w:r>
    </w:p>
    <w:p>
      <w:pPr>
        <w:spacing w:before="0" w:after="120" w:line="300" w:lineRule="exact"/>
        <w:jc w:val="both"/>
      </w:pPr>
      <w:r>
        <w:rPr>
          <w:rFonts w:ascii="Georgia" w:hAnsi="Georgia" w:cs="Georgia" w:eastAsia="Georgia"/>
          <w:b w:val="0"/>
          <w:i w:val="0"/>
          <w:sz w:val="22"/>
        </w:rPr>
        <w:t>The uucsa munaafiq true to its munaafiq trademark of disgorging lies, says that it is the view of the Applicants that "the virus does not enter the Masjid". Never was this the claim of the Applicants. The claim is that the virus can act and perform only by the command of Allah Ta'ala. However, Rasulullah (Sallallahu alayhi wasallam) had assured that in general the Musaajid are safe from calamities, be the calamity of any kind whatsoever. But the emphasis is that the Musaajid are not spreaders of disease as are the malls, the taxis, and a host of other entities who all are permitted to operate. The munaafiqs have found that only the Musjid is the 'worst' spreader of the virus, hence has to remain closed.</w:t>
      </w:r>
    </w:p>
    <w:p>
      <w:pPr>
        <w:spacing w:before="0" w:after="120" w:line="300" w:lineRule="exact"/>
        <w:jc w:val="both"/>
      </w:pPr>
      <w:r>
        <w:rPr>
          <w:rFonts w:ascii="Georgia" w:hAnsi="Georgia" w:cs="Georgia" w:eastAsia="Georgia"/>
          <w:b w:val="0"/>
          <w:i w:val="0"/>
          <w:sz w:val="22"/>
        </w:rPr>
        <w:t>The Munaafiq entity says: "A Muslim has the duty not to potentially endanger others."</w:t>
      </w:r>
    </w:p>
    <w:p>
      <w:pPr>
        <w:spacing w:before="0" w:after="120" w:line="300" w:lineRule="exact"/>
        <w:jc w:val="both"/>
      </w:pPr>
      <w:r>
        <w:rPr>
          <w:rFonts w:ascii="Georgia" w:hAnsi="Georgia" w:cs="Georgia" w:eastAsia="Georgia"/>
          <w:b w:val="0"/>
          <w:i w:val="0"/>
          <w:sz w:val="22"/>
        </w:rPr>
        <w:t>The clear implication is that performing Salaat in the Musaajid is a danger to others. Here too, the Munaafiqeen blatantly reject Rasulullah's practice and the practice of the Sahaabah who all performed Salaat inside the Musaajid despite the raging plagues. Never did they absent themselves from the Musaajid. Never did they debar any one from the Musaajid. All the Muslimeen, those affected and those not affected, performed Salaat in the Musaajid standing shoulder to shoulder, not is some fong kong style inspired by Iblees.</w:t>
      </w:r>
    </w:p>
    <w:p>
      <w:pPr>
        <w:spacing w:before="0" w:after="120" w:line="300" w:lineRule="exact"/>
        <w:jc w:val="both"/>
      </w:pPr>
      <w:r>
        <w:rPr>
          <w:rFonts w:ascii="Georgia" w:hAnsi="Georgia" w:cs="Georgia" w:eastAsia="Georgia"/>
          <w:b w:val="0"/>
          <w:i w:val="0"/>
          <w:sz w:val="22"/>
        </w:rPr>
        <w:t>Stupidly stating its kufr view of the denial of performing Salaat in the Musjid, the Munaafiq Bogus uucsa says that according to the Applicants:</w:t>
      </w:r>
    </w:p>
    <w:p>
      <w:pPr>
        <w:spacing w:before="120" w:after="120" w:line="300" w:lineRule="exact"/>
        <w:ind w:left="720" w:right="720"/>
        <w:jc w:val="center"/>
      </w:pPr>
      <w:r>
        <w:rPr>
          <w:rFonts w:ascii="Georgia" w:hAnsi="Georgia" w:cs="Georgia" w:eastAsia="Georgia"/>
          <w:b w:val="0"/>
          <w:i/>
          <w:sz w:val="22"/>
        </w:rPr>
        <w:t>"It is fardh to read salaah with Jamaat in the masjid irrespective of the conditions such as pandemics."</w:t>
      </w:r>
    </w:p>
    <w:p>
      <w:pPr>
        <w:spacing w:before="0" w:after="120" w:line="300" w:lineRule="exact"/>
        <w:jc w:val="both"/>
      </w:pPr>
      <w:r>
        <w:rPr>
          <w:rFonts w:ascii="Georgia" w:hAnsi="Georgia" w:cs="Georgia" w:eastAsia="Georgia"/>
          <w:b w:val="0"/>
          <w:i w:val="0"/>
          <w:sz w:val="22"/>
        </w:rPr>
        <w:t>Most certainly, it is compulsory to perform the Fardh Salaat with Jamaa't in the Musjid regardless of pandemics bogey or real. This has been practically demonstrated by Rasulullah (Sallallahu alayhi wasallam). Never did they absent themselves from the Musjid because of plagues. This is the Shariah which the Applicants stated and which is supported by the Nusoos of the Shariah and the practical example of Rasulullah (Sallallahu alayhi wasallam) and the Salafus Saaliheen. There is no differing opinion in Islam on this issue. Only the Munaafiqeen refute it on the basis of the theories of the atheists.</w:t>
      </w:r>
    </w:p>
    <w:p>
      <w:pPr>
        <w:spacing w:before="0" w:after="120" w:line="300" w:lineRule="exact"/>
        <w:jc w:val="both"/>
      </w:pPr>
      <w:r>
        <w:rPr>
          <w:rFonts w:ascii="Georgia" w:hAnsi="Georgia" w:cs="Georgia" w:eastAsia="Georgia"/>
          <w:b w:val="0"/>
          <w:i w:val="0"/>
          <w:sz w:val="22"/>
        </w:rPr>
        <w:t>Then the copro-munaafiqs say regarding the aforementioned view of the Shariah:</w:t>
      </w:r>
    </w:p>
    <w:p>
      <w:pPr>
        <w:spacing w:before="120" w:after="120" w:line="300" w:lineRule="exact"/>
        <w:ind w:left="720" w:right="720"/>
        <w:jc w:val="center"/>
      </w:pPr>
      <w:r>
        <w:rPr>
          <w:rFonts w:ascii="Georgia" w:hAnsi="Georgia" w:cs="Georgia" w:eastAsia="Georgia"/>
          <w:b w:val="0"/>
          <w:i/>
          <w:sz w:val="22"/>
        </w:rPr>
        <w:t>"This changed on the day of the hearing, to a view that it is obligatory on a community to keep the masjids "open" with 3 adult male congregants and 4 male congregants for Jumuah."</w:t>
      </w:r>
    </w:p>
    <w:p>
      <w:pPr>
        <w:spacing w:before="0" w:after="120" w:line="300" w:lineRule="exact"/>
        <w:jc w:val="both"/>
      </w:pPr>
      <w:r>
        <w:rPr>
          <w:rFonts w:ascii="Georgia" w:hAnsi="Georgia" w:cs="Georgia" w:eastAsia="Georgia"/>
          <w:b w:val="0"/>
          <w:i w:val="0"/>
          <w:sz w:val="22"/>
        </w:rPr>
        <w:t>This is another satanic attempt to obfuscate. There is absolutely no substance in this stupidity. The view of the Shariah remains unchanged, immutable and irrefutable until the Day of Qiyaamah. Undoubtedly, it is Waajib to keep Musaajid open for all Salaat times. It is haraam to close the Musaajid when it is time for Salaat. Assuming that there is no Imaam and no Muath-thin in the Musjid, then too it remains Waajib for the mutawallis to ensure that the Musjid is open for anyone who wishes to perform Salaat, whether it is one or two or three or a million persons. Four musallis is conditional for the validity of Jumuah Salaat according to the Hanafi Math-hab.</w:t>
      </w:r>
    </w:p>
    <w:p>
      <w:pPr>
        <w:spacing w:before="0" w:after="120" w:line="300" w:lineRule="exact"/>
        <w:jc w:val="both"/>
      </w:pPr>
      <w:r>
        <w:rPr>
          <w:rFonts w:ascii="Georgia" w:hAnsi="Georgia" w:cs="Georgia" w:eastAsia="Georgia"/>
          <w:b w:val="0"/>
          <w:i w:val="0"/>
          <w:sz w:val="22"/>
        </w:rPr>
        <w:t>It is false – and falsehood is the salient attribute of the Munaafiqeen – to say that the view of the Applicants had changed. Nothing changed. Only the lies of the munaafiq advocate and his munaafiq clients change, vacillating from one lie to the other.</w:t>
      </w:r>
    </w:p>
    <w:p>
      <w:pPr>
        <w:spacing w:before="0" w:after="120" w:line="300" w:lineRule="exact"/>
        <w:jc w:val="both"/>
      </w:pPr>
      <w:r>
        <w:rPr>
          <w:rFonts w:ascii="Georgia" w:hAnsi="Georgia" w:cs="Georgia" w:eastAsia="Georgia"/>
          <w:b w:val="0"/>
          <w:i w:val="0"/>
          <w:sz w:val="22"/>
        </w:rPr>
        <w:t>It is common knowledge that the Applicants were not present in court to argue their case. The lawyers presented argument as they deemed appropriate. The Applicants were not even aware, and to this day are not aware of the actual arguments. Nevertheless, the lawyers being secular personnel, but of sound Imaan, presented argument to support the request of the Applicants according to their discretion. The claim that there was a change in the views of the Applicant is a blatant lie.</w:t>
      </w:r>
    </w:p>
    <w:p>
      <w:pPr>
        <w:spacing w:before="0" w:after="120" w:line="300" w:lineRule="exact"/>
        <w:jc w:val="both"/>
      </w:pPr>
      <w:r>
        <w:rPr>
          <w:rFonts w:ascii="Georgia" w:hAnsi="Georgia" w:cs="Georgia" w:eastAsia="Georgia"/>
          <w:b w:val="0"/>
          <w:i w:val="0"/>
          <w:sz w:val="22"/>
        </w:rPr>
        <w:t>The munaafiq Bogus uucsa stating their kufr in their own statement of abortive justification to gain the favour of Muslims, aver: "Suspend congregations in the masjid. (And the applicants' view is) Continue with multiple masjid congregations of 20 each regardless of the circumstances."</w:t>
      </w:r>
    </w:p>
    <w:p>
      <w:pPr>
        <w:spacing w:before="0" w:after="120" w:line="300" w:lineRule="exact"/>
        <w:jc w:val="both"/>
      </w:pPr>
      <w:r>
        <w:rPr>
          <w:rFonts w:ascii="Georgia" w:hAnsi="Georgia" w:cs="Georgia" w:eastAsia="Georgia"/>
          <w:b w:val="0"/>
          <w:i w:val="0"/>
          <w:sz w:val="22"/>
        </w:rPr>
        <w:t>In this satanic averment, the Enemy of Allah clarifies that it is averse to Jamaa't Salaat in the Musjid. It has thus confirmed its nifaaq and kufr. The Applicants on the other hand, desire and insist on Jamaa't Salaat in the Musjid regardless of circumstances. Regardless of plague and pandemic circumstances, Rasulullah (Sallallahu alayhi wasallam), the Sahaabah and the Salafus Saaliheen performed Jamaa't Salaat in the Musaajid with the premises jam-packed. The disease never deterred them from this Waajib hukm of the Shariah. And, why should drivel and a belief of kufr deter them from upholding a Fardh obligation? They did not believe in the kufr of contagion because Rasulullah (Sallallahu alayhi wasallam) emphatically said: "Laa adwaa".</w:t>
      </w:r>
    </w:p>
    <w:p>
      <w:pPr>
        <w:spacing w:before="0" w:after="120" w:line="300" w:lineRule="exact"/>
        <w:jc w:val="both"/>
      </w:pPr>
      <w:r>
        <w:rPr>
          <w:rFonts w:ascii="Georgia" w:hAnsi="Georgia" w:cs="Georgia" w:eastAsia="Georgia"/>
          <w:b w:val="0"/>
          <w:i w:val="0"/>
          <w:sz w:val="22"/>
        </w:rPr>
        <w:t>Claiming that the religious rights of Muslims have not been infringed by the government, the munaafiq Enemy of Allah, trying its level best to influence the court to maintain the ban on the closure of the Musaajid and on prohibition of Salaat in the Musaajid, says:</w:t>
      </w:r>
    </w:p>
    <w:p>
      <w:pPr>
        <w:spacing w:before="120" w:after="120" w:line="300" w:lineRule="exact"/>
        <w:ind w:left="720" w:right="720"/>
        <w:jc w:val="center"/>
      </w:pPr>
      <w:r>
        <w:rPr>
          <w:rFonts w:ascii="Georgia" w:hAnsi="Georgia" w:cs="Georgia" w:eastAsia="Georgia"/>
          <w:b w:val="0"/>
          <w:i/>
          <w:sz w:val="22"/>
        </w:rPr>
        <w:t>"(The Applicants' view is) that the lockdown regulations are an excessive violation of the Muslim's constitutional rights."</w:t>
      </w:r>
    </w:p>
    <w:p>
      <w:pPr>
        <w:spacing w:before="0" w:after="120" w:line="300" w:lineRule="exact"/>
        <w:jc w:val="both"/>
      </w:pPr>
      <w:r>
        <w:rPr>
          <w:rFonts w:ascii="Georgia" w:hAnsi="Georgia" w:cs="Georgia" w:eastAsia="Georgia"/>
          <w:b w:val="0"/>
          <w:i w:val="0"/>
          <w:sz w:val="22"/>
        </w:rPr>
        <w:t>Yes, this and more than this is the view of the Applicants and of the Muslim community. Closing our Musaajid and debarring us from performing Salaat in the Musaajid are acts of oppression which the Munaafiq Bocus uuucsa is supporting. Our constitutional and religious rights are blatantly and repressively being violated.</w:t>
      </w:r>
    </w:p>
    <w:p>
      <w:pPr>
        <w:spacing w:before="0" w:after="120" w:line="300" w:lineRule="exact"/>
        <w:jc w:val="both"/>
      </w:pPr>
      <w:r>
        <w:rPr>
          <w:rFonts w:ascii="Georgia" w:hAnsi="Georgia" w:cs="Georgia" w:eastAsia="Georgia"/>
          <w:b w:val="0"/>
          <w:i w:val="0"/>
          <w:sz w:val="22"/>
        </w:rPr>
        <w:t>The argument of Musjids being used as 'feeding stations, etc.' is not valid regardless of it having been made by the attorneys of the Applicants. The primary argument of the Applicants and of the Muslim community is that the closing of the Musaajid is unlawful oppression and a gross and cruel violation of our rights.</w:t>
      </w:r>
    </w:p>
    <w:p>
      <w:pPr>
        <w:spacing w:before="0" w:after="120" w:line="300" w:lineRule="exact"/>
        <w:jc w:val="both"/>
      </w:pPr>
      <w:r>
        <w:rPr>
          <w:rFonts w:ascii="Georgia" w:hAnsi="Georgia" w:cs="Georgia" w:eastAsia="Georgia"/>
          <w:b w:val="0"/>
          <w:i w:val="0"/>
          <w:sz w:val="22"/>
        </w:rPr>
        <w:t>Jamaa't Salaat is Waajib in the Musjid The Munaafiq exhibiting its trademark of lies and falsehood, says:</w:t>
      </w:r>
    </w:p>
    <w:p>
      <w:pPr>
        <w:spacing w:before="120" w:after="120" w:line="300" w:lineRule="exact"/>
        <w:ind w:left="720" w:right="720"/>
        <w:jc w:val="center"/>
      </w:pPr>
      <w:r>
        <w:rPr>
          <w:rFonts w:ascii="Georgia" w:hAnsi="Georgia" w:cs="Georgia" w:eastAsia="Georgia"/>
          <w:b w:val="0"/>
          <w:i/>
          <w:sz w:val="22"/>
        </w:rPr>
        <w:t>"It was precisely as a result of uucsa's involvement as amicus that the applicant was compelled to change its erroneous view that it is fard to perform salaah in congregation in a masjid. This is a departure from the preferred Hanafi view that salaah in congregation in the masjid is an emphasized though non-obligatory Sunnah."</w:t>
      </w:r>
    </w:p>
    <w:p>
      <w:pPr>
        <w:spacing w:before="0" w:after="120" w:line="300" w:lineRule="exact"/>
        <w:jc w:val="both"/>
      </w:pPr>
      <w:r>
        <w:rPr>
          <w:rFonts w:ascii="Georgia" w:hAnsi="Georgia" w:cs="Georgia" w:eastAsia="Georgia"/>
          <w:b w:val="0"/>
          <w:i w:val="0"/>
          <w:sz w:val="22"/>
        </w:rPr>
        <w:t>The Munaafiq Bhum, Munaafiq Karan and other fong kong shayaateen who constitute the Bogus uucsa have spoken utter copro-rubbish in this false averment. The Law of the Shariah never can change. That the performance of the Fardh Salaat in Jamaa't is COMPULSORY in the Musjid is the immutable Command of Allah Azza Wa Jal. All the Math-habs concur on this fact. The Munaafiq's rubbish statement makes not the slightest change in this immutable Fardh Act of the Shariah.</w:t>
      </w:r>
    </w:p>
    <w:p>
      <w:pPr>
        <w:spacing w:before="0" w:after="120" w:line="300" w:lineRule="exact"/>
        <w:jc w:val="both"/>
      </w:pPr>
      <w:r>
        <w:rPr>
          <w:rFonts w:ascii="Georgia" w:hAnsi="Georgia" w:cs="Georgia" w:eastAsia="Georgia"/>
          <w:b w:val="0"/>
          <w:i w:val="0"/>
          <w:sz w:val="22"/>
        </w:rPr>
        <w:t>The Munaafiq fellows who lack adequate expertise in the masaa-il of Istinja, talk absolute rubbish which they stupidly and falsely attribute to the Hanafi Math-hab. They do not have the haziest idea of the teachings of the Hanafi Math-hab nor of the other Math-habs. Munaafiq morons abhor Math-habs. Should they glean some hazy technicality in any Math-hab which they believe bolsters their conspiracy, they will cite and use it to override the Qur'aan and the explicit teachings of Rasulullah (Sallallahu alayhi wasallam). That is because they are Munaafiqs without a shred on Imaan.</w:t>
      </w:r>
    </w:p>
    <w:p>
      <w:pPr>
        <w:spacing w:before="0" w:after="120" w:line="300" w:lineRule="exact"/>
        <w:jc w:val="both"/>
      </w:pPr>
      <w:r>
        <w:rPr>
          <w:rFonts w:ascii="Georgia" w:hAnsi="Georgia" w:cs="Georgia" w:eastAsia="Georgia"/>
          <w:b w:val="0"/>
          <w:i w:val="0"/>
          <w:sz w:val="22"/>
        </w:rPr>
        <w:t>To clinch this issue and to dispel the rubbish which these agents of Iblees peddle, let us see what Rasulullah (Sallallahu alayhi wasallam) said about the Fardh Salaat in the Musjid.</w:t>
      </w:r>
    </w:p>
    <w:p>
      <w:pPr>
        <w:spacing w:before="0" w:after="120" w:line="300" w:lineRule="exact"/>
        <w:jc w:val="both"/>
      </w:pPr>
      <w:r>
        <w:rPr>
          <w:rFonts w:ascii="Georgia" w:hAnsi="Georgia" w:cs="Georgia" w:eastAsia="Georgia"/>
          <w:b w:val="0"/>
          <w:i w:val="0"/>
          <w:sz w:val="22"/>
        </w:rPr>
        <w:t>* "By That Being in Whose power is my life! I had resolved to have firewood gathered. Then, after the wood has been gathered, I shall order Salaat (Isha' to be performed). Athaan shall be called. Then I shall order a man to lead the Salaat while I proceed (to the homes of those) who are not present for Salaat (in the Musjid). Then I shall burn down their houses."</w:t>
      </w:r>
    </w:p>
    <w:p>
      <w:pPr>
        <w:spacing w:before="0" w:after="120" w:line="300" w:lineRule="exact"/>
        <w:jc w:val="both"/>
      </w:pPr>
      <w:r>
        <w:rPr>
          <w:rFonts w:ascii="Georgia" w:hAnsi="Georgia" w:cs="Georgia" w:eastAsia="Georgia"/>
          <w:b w:val="0"/>
          <w:i w:val="0"/>
          <w:sz w:val="22"/>
        </w:rPr>
        <w:t>* Hadhrat Abu Hurairah (Radhiyallahu anhu) said that a blind man came to Nabi (Sallallahu alayhi wasallam) and said: 'O Rasulullah! I do not have a guide to lead me to the Musjid.' Then he sought exemption (from attending Jamaat Salaat) so that he may perform Salaat in his home. Rasulullah (Sallallahu alayhi wasallam) consented. Then, as he was departing, Rasulullah (Sallallahu alayhi wasallam) recalled him and said: 'Can you hear the Athaan?' The blind man said: 'Yes'. Rasulullah (Sallallahu alayhi wasallam) said: 'In that case answer (the Athaan and attend Salaat in the Musjid)."</w:t>
      </w:r>
    </w:p>
    <w:p>
      <w:pPr>
        <w:spacing w:before="0" w:after="120" w:line="300" w:lineRule="exact"/>
        <w:jc w:val="both"/>
      </w:pPr>
      <w:r>
        <w:rPr>
          <w:rFonts w:ascii="Georgia" w:hAnsi="Georgia" w:cs="Georgia" w:eastAsia="Georgia"/>
          <w:b w:val="0"/>
          <w:i w:val="0"/>
          <w:sz w:val="22"/>
        </w:rPr>
        <w:t>* Hadhrat Abdullah Ibn Mas'ood (Radhiyallahu anhu) said: "Only a Munaafiq whose nifaaq is glaringly flagrant abstains from Jamaat Salaat. Even a sick man (during our times) would lean on the shoulders of two men and be brought for Jamaat Salaat.</w:t>
      </w:r>
    </w:p>
    <w:p>
      <w:pPr>
        <w:spacing w:before="0" w:after="120" w:line="300" w:lineRule="exact"/>
        <w:jc w:val="both"/>
      </w:pPr>
      <w:r>
        <w:rPr>
          <w:rFonts w:ascii="Georgia" w:hAnsi="Georgia" w:cs="Georgia" w:eastAsia="Georgia"/>
          <w:b w:val="0"/>
          <w:i w:val="0"/>
          <w:sz w:val="22"/>
        </w:rPr>
        <w:t>Undoubtedly, Nabi (Sallallahu alayhi wasallam) has shown us the paths of guidance. From these paths is the Musaajid where the Athaan is given……If you perform Salaat in your houses as the Munaafiqs do, then undoubtedly you will lose the Sunnah of your Nabi (Sallallahu alayhi wasallam). If you abandon the Sunnah of your Nabi (Sallallahu alayhi wasallam), then undoubtedly you will fall into deviation."</w:t>
      </w:r>
    </w:p>
    <w:p>
      <w:pPr>
        <w:spacing w:before="0" w:after="120" w:line="300" w:lineRule="exact"/>
        <w:jc w:val="both"/>
      </w:pPr>
      <w:r>
        <w:rPr>
          <w:rFonts w:ascii="Georgia" w:hAnsi="Georgia" w:cs="Georgia" w:eastAsia="Georgia"/>
          <w:b w:val="0"/>
          <w:i w:val="0"/>
          <w:sz w:val="22"/>
        </w:rPr>
        <w:t>* Mujaahid asked Hadhrat Abdullah Ibn Abbaas (Radhiyallahu anhu): "A man fasts every day and performs Salaat the entire night but he abstains from Jumuah Salaat and the daily Fardh Salaat in the Musjid. What is the ruling?" Hadhrat Ibn Abbaas (Radhiyallahu anhu) said: "He will enter into Jahannam."</w:t>
      </w:r>
    </w:p>
    <w:p>
      <w:pPr>
        <w:spacing w:before="0" w:after="120" w:line="300" w:lineRule="exact"/>
        <w:jc w:val="both"/>
      </w:pPr>
      <w:r>
        <w:rPr>
          <w:rFonts w:ascii="Georgia" w:hAnsi="Georgia" w:cs="Georgia" w:eastAsia="Georgia"/>
          <w:b w:val="0"/>
          <w:i w:val="0"/>
          <w:sz w:val="22"/>
        </w:rPr>
        <w:t>Thus, those who perform the Fardh Salaat in their homes are undoubtedly pure, unadulterated MUNAAFIQS. And worse than such munaafiqs are the MUNAAFIQS of Bogus uucsa who conspire and strive to destroy the Musaajid and sabotage Salaat. In its kufr pleadings this Bogus uucsa, this Enemy of Allah slinking and sliding into the court like a snake in the grass, portraying itself as a 'friend' of the kuffaar court, outclassed the State in its arguments. This Enemy of Allah argued more vigorously for the Musaajid to remain closed and for Muslims to be arrested and brutalized if they venture into the Musaajid to lay their heads at the Threshold of Allah's Door.</w:t>
      </w:r>
    </w:p>
    <w:p>
      <w:pPr>
        <w:spacing w:before="0" w:after="120" w:line="300" w:lineRule="exact"/>
        <w:jc w:val="both"/>
      </w:pPr>
      <w:r>
        <w:rPr>
          <w:rFonts w:ascii="Georgia" w:hAnsi="Georgia" w:cs="Georgia" w:eastAsia="Georgia"/>
          <w:b w:val="0"/>
          <w:i w:val="0"/>
          <w:sz w:val="22"/>
        </w:rPr>
        <w:t>By stabbing the Muslim community so brutally in the back, this Enemy of Allah has stabbed Rasulullah (Sallallahu alayhi wasallam) in the heart. Tears are cascading from the Silent Musjid Sentinels, and Blood is dripping from the Mubaarak Heart of Rasulullah (Sallallahu alayhi wasallam), and Wrath and La'nat are descending from the Arsh of Allah Azza Wa Jal. Bogus Munaafiq uucsa you are a million times more wretched than the Kilaabun Naar who will be driven into the lowest Pit of Jahannam.</w:t>
      </w:r>
    </w:p>
    <w:p>
      <w:pPr>
        <w:spacing w:before="0" w:after="120" w:line="300" w:lineRule="exact"/>
        <w:jc w:val="both"/>
      </w:pPr>
      <w:r>
        <w:rPr>
          <w:rFonts w:ascii="Georgia" w:hAnsi="Georgia" w:cs="Georgia" w:eastAsia="Georgia"/>
          <w:b w:val="0"/>
          <w:i w:val="0"/>
          <w:sz w:val="22"/>
        </w:rPr>
        <w:t>There was no departure from the Shariah, and no change in the view of the Community on the issue of the Fardh Salaat being Fardh with Jamaa't in the Musaajid.</w:t>
      </w:r>
    </w:p>
    <w:p>
      <w:pPr>
        <w:spacing w:before="0" w:after="120" w:line="300" w:lineRule="exact"/>
        <w:jc w:val="both"/>
      </w:pPr>
      <w:r>
        <w:rPr>
          <w:rFonts w:ascii="Georgia" w:hAnsi="Georgia" w:cs="Georgia" w:eastAsia="Georgia"/>
          <w:b w:val="0"/>
          <w:i w:val="0"/>
          <w:sz w:val="22"/>
        </w:rPr>
        <w:t>Stating another stercoraceous LIE, the Munaafiq Enemy of Allah, pretending to be the 'friend' of court, says:</w:t>
      </w:r>
    </w:p>
    <w:p>
      <w:pPr>
        <w:spacing w:before="120" w:after="120" w:line="300" w:lineRule="exact"/>
        <w:ind w:left="720" w:right="720"/>
        <w:jc w:val="center"/>
      </w:pPr>
      <w:r>
        <w:rPr>
          <w:rFonts w:ascii="Georgia" w:hAnsi="Georgia" w:cs="Georgia" w:eastAsia="Georgia"/>
          <w:b w:val="0"/>
          <w:i/>
          <w:sz w:val="22"/>
        </w:rPr>
        <w:t>"uucsa pointed out to the court that the Shariah position by the applicants regarding the impermissibility of reading salaah in congregation anywhere other than a masjid was incorrect."</w:t>
      </w:r>
    </w:p>
    <w:p>
      <w:pPr>
        <w:spacing w:before="0" w:after="120" w:line="300" w:lineRule="exact"/>
        <w:jc w:val="both"/>
      </w:pPr>
      <w:r>
        <w:rPr>
          <w:rFonts w:ascii="Georgia" w:hAnsi="Georgia" w:cs="Georgia" w:eastAsia="Georgia"/>
          <w:b w:val="0"/>
          <w:i w:val="0"/>
          <w:sz w:val="22"/>
        </w:rPr>
        <w:t>This is another blatant copro-LIE disgorged by the Enemy of Allah. It is haraam to perform Salaat in the house if you are able to get to the Musjid. Your house according to Rasulullah</w:t>
      </w:r>
    </w:p>
    <w:p>
      <w:pPr>
        <w:spacing w:before="0" w:after="120" w:line="300" w:lineRule="exact"/>
        <w:jc w:val="both"/>
      </w:pPr>
      <w:r>
        <w:rPr>
          <w:rFonts w:ascii="Georgia" w:hAnsi="Georgia" w:cs="Georgia" w:eastAsia="Georgia"/>
          <w:b w:val="0"/>
          <w:i w:val="0"/>
          <w:sz w:val="22"/>
        </w:rPr>
        <w:t>(Sallallahu alayhi wasallam) is fit for burning. Only Munaafiqs abstain from the Musjid. Muslims will perform Salaat in their homes only to escape government repression and the brutality of the government's police. It is a satanic canard to say that the Community – and the Applicants represented the Community – claimed that Jamaat Salaat is not valid anywhere other than in a Musjid. Yes, Hell-Fire is the abode of those who perform Salaat in their homes without valid Shar'i reasons, and a plague is excluded from such reasons.</w:t>
      </w:r>
    </w:p>
    <w:p>
      <w:pPr>
        <w:spacing w:before="0" w:after="120" w:line="300" w:lineRule="exact"/>
        <w:jc w:val="both"/>
      </w:pPr>
      <w:r>
        <w:rPr>
          <w:rFonts w:ascii="Georgia" w:hAnsi="Georgia" w:cs="Georgia" w:eastAsia="Georgia"/>
          <w:b w:val="0"/>
          <w:i w:val="0"/>
          <w:sz w:val="22"/>
        </w:rPr>
        <w:t>Attempting to justify being an Enemy of Allah, the Munaafiq Bogus uucsa says:</w:t>
      </w:r>
    </w:p>
    <w:p>
      <w:pPr>
        <w:spacing w:before="120" w:after="120" w:line="300" w:lineRule="exact"/>
        <w:ind w:left="720" w:right="720"/>
        <w:jc w:val="center"/>
      </w:pPr>
      <w:r>
        <w:rPr>
          <w:rFonts w:ascii="Georgia" w:hAnsi="Georgia" w:cs="Georgia" w:eastAsia="Georgia"/>
          <w:b w:val="0"/>
          <w:i/>
          <w:sz w:val="22"/>
        </w:rPr>
        <w:t>"It was necessary to do so, more particularly under the circumstances to prevent the image of Islam from being unintentionally distorted by the views."</w:t>
      </w:r>
    </w:p>
    <w:p>
      <w:pPr>
        <w:spacing w:before="0" w:after="120" w:line="300" w:lineRule="exact"/>
        <w:jc w:val="both"/>
      </w:pPr>
      <w:r>
        <w:rPr>
          <w:rFonts w:ascii="Georgia" w:hAnsi="Georgia" w:cs="Georgia" w:eastAsia="Georgia"/>
          <w:b w:val="0"/>
          <w:i w:val="0"/>
          <w:sz w:val="22"/>
        </w:rPr>
        <w:t>This satanic stupidity is bereft of substance. The Munaafiq Enemy of Allah has distorted and disgraced the image of Islam. Its nifaaq is glaringly conspicuous, for this human devil tells the court that performing Jamaat and Jumuah Salaat in the Musjid sullies the image of Islam. Allah Azza Wa Jal has commanded Jamaat Salaat in the Musjid, but the Enemy of Allah states that this very Divine Command 'distorts the image of Islam'. What do these Munaafiqs know of the image of Islam? The Bogus character's mission is not only to distort the image of Islam, but is to eliminate Islam with its rubbish, copro-opinions presented in the name of Islam. Every Muslim has now realized the villainy of this Enemy of Allah. No one can be hoodwinked by the lies of the Enemy of Allah.</w:t>
      </w:r>
    </w:p>
    <w:p>
      <w:pPr>
        <w:spacing w:before="0" w:after="120" w:line="300" w:lineRule="exact"/>
        <w:jc w:val="both"/>
      </w:pPr>
      <w:r>
        <w:rPr>
          <w:rFonts w:ascii="Georgia" w:hAnsi="Georgia" w:cs="Georgia" w:eastAsia="Georgia"/>
          <w:b w:val="0"/>
          <w:i w:val="0"/>
          <w:sz w:val="22"/>
        </w:rPr>
        <w:t>This shaitaan in human form, the Enemy of Allah, told the court that Jamaat Salaat in the Musaajid threatens the 'preservation of life' implying thereby that the Command of Allah Azza Wa Jal has no care for the 'preservation of life'. Therefore the court should abolish the Ordinance of Allah Azza Wa Jal by banning Salaat in the Musjid and by retaining the ban on the closure of the Musaajid. What greater perfidy and treason can be disgorged by Rubbishes who profess to be Muslims?</w:t>
      </w:r>
    </w:p>
    <w:p>
      <w:pPr>
        <w:spacing w:before="0" w:after="120" w:line="300" w:lineRule="exact"/>
        <w:jc w:val="both"/>
      </w:pPr>
      <w:r>
        <w:rPr>
          <w:rFonts w:ascii="Georgia" w:hAnsi="Georgia" w:cs="Georgia" w:eastAsia="Georgia"/>
          <w:b w:val="0"/>
          <w:i w:val="0"/>
          <w:sz w:val="22"/>
        </w:rPr>
        <w:t>This Enemy of Allah – this so-called friend of the court – implies that Rasulullah, the Sahaabah and the Salafus Saaliheen had no care for the 'preservation of life' when they flocked to and filled the Musaajid throughout the duration of such epidemics and pandemics which relegate the so-called corona virus into the limbo of oblivion. These illustrious Forebearers of Islam did not understand what 'preservation of life' is, but this Enemy of Allah does!</w:t>
      </w:r>
    </w:p>
    <w:p>
      <w:pPr>
        <w:spacing w:before="0" w:after="120" w:line="300" w:lineRule="exact"/>
        <w:jc w:val="both"/>
      </w:pPr>
      <w:r>
        <w:rPr>
          <w:rFonts w:ascii="Georgia" w:hAnsi="Georgia" w:cs="Georgia" w:eastAsia="Georgia"/>
          <w:b w:val="0"/>
          <w:i w:val="0"/>
          <w:sz w:val="22"/>
        </w:rPr>
        <w:t>Contrary to what this Shaitaan and Enemy of Allah says in its statement pleading for Muslim support with its abortive attempt to justify its arguments against Allah's Houses and His Commands, the Community unequivocally declares that both at the start and at the end, the position of the Applicants (i.e. of the Community) remained and remains the same, viz., Salaat in Jamaa't for every adult Muslim is Waajib in the Musjid, and that it is absolutely forbidden to close the Musaajid. There was no change and there is no change in this position which shall remain immutable until the Day of Qiyaamah.</w:t>
      </w:r>
    </w:p>
    <w:p>
      <w:pPr>
        <w:spacing w:before="0" w:after="120" w:line="300" w:lineRule="exact"/>
        <w:jc w:val="both"/>
      </w:pPr>
      <w:r>
        <w:rPr>
          <w:rFonts w:ascii="Georgia" w:hAnsi="Georgia" w:cs="Georgia" w:eastAsia="Georgia"/>
          <w:b w:val="0"/>
          <w:i w:val="0"/>
          <w:sz w:val="22"/>
        </w:rPr>
        <w:t>Uttering another rotten LIE, the Enemy of Allah says in its copro-justification:</w:t>
      </w:r>
    </w:p>
    <w:p>
      <w:pPr>
        <w:spacing w:before="120" w:after="120" w:line="300" w:lineRule="exact"/>
        <w:ind w:left="720" w:right="720"/>
        <w:jc w:val="center"/>
      </w:pPr>
      <w:r>
        <w:rPr>
          <w:rFonts w:ascii="Georgia" w:hAnsi="Georgia" w:cs="Georgia" w:eastAsia="Georgia"/>
          <w:b w:val="0"/>
          <w:i/>
          <w:sz w:val="22"/>
        </w:rPr>
        <w:t>"They then said salaah in congregation is only compulsory on those who hear the adhaan, unamplified."</w:t>
      </w:r>
    </w:p>
    <w:p>
      <w:pPr>
        <w:spacing w:before="0" w:after="120" w:line="300" w:lineRule="exact"/>
        <w:jc w:val="both"/>
      </w:pPr>
      <w:r>
        <w:rPr>
          <w:rFonts w:ascii="Georgia" w:hAnsi="Georgia" w:cs="Georgia" w:eastAsia="Georgia"/>
          <w:b w:val="0"/>
          <w:i w:val="0"/>
          <w:sz w:val="22"/>
        </w:rPr>
        <w:t>This was not the claim of the Community. Even if there is no Musjid in the vicinity, and even when Muslims are debarred from the Musjid by government repression and oppression, Jamaa't Salaat remains Waajib and shall be performed wherever possible. Jamaa't Salaat is Waajib even on prisoners if the zaalim guards do not prevent this. The claim that Jamaa't Salaat is compulsory only on those who can hear the Athaan is a satanic canard which the wretched Munaafiq Bogus uucsa have sucked out from their hearts convoluted with the Maradh of Nifaaq.</w:t>
      </w:r>
    </w:p>
    <w:p>
      <w:pPr>
        <w:spacing w:before="0" w:after="120" w:line="300" w:lineRule="exact"/>
        <w:jc w:val="both"/>
      </w:pPr>
      <w:r>
        <w:rPr>
          <w:rFonts w:ascii="Georgia" w:hAnsi="Georgia" w:cs="Georgia" w:eastAsia="Georgia"/>
          <w:b w:val="0"/>
          <w:i w:val="0"/>
          <w:sz w:val="22"/>
        </w:rPr>
        <w:t>The issue with which the Muslim Community dealt and which the Bogus has subverted and deliberately distorted and misrepresented is that in so far as the neighbourhood (Mahallah) Musjid is concerned, it is Waajib on only the local residents living within the vicinity of the Musjid to attend the Jamaat in that particular Musjid. In this respect, those who are able to hear the Muath-thin's Athaan Proclamation without the stupid, futile amplifier, have to compulsorily answer the Call of Allah Azza Wa Jal with their presence in the Musjid. If they ignore this Call and absent themselves from the Musjid without valid reason, then in a genuine Islamic State, they are liable for apprehension and even flogging. But today there is not a single Islamic State. All Muslim lands are governed by kuffaar and munaafiq regimes.</w:t>
      </w:r>
    </w:p>
    <w:p>
      <w:pPr>
        <w:spacing w:before="0" w:after="120" w:line="300" w:lineRule="exact"/>
        <w:jc w:val="both"/>
      </w:pPr>
      <w:r>
        <w:rPr>
          <w:rFonts w:ascii="Georgia" w:hAnsi="Georgia" w:cs="Georgia" w:eastAsia="Georgia"/>
          <w:b w:val="0"/>
          <w:i w:val="0"/>
          <w:sz w:val="22"/>
        </w:rPr>
        <w:t>Jamaa't Salaat remains compulsory on those Muslim males who are not near to a Musjid or who are unable to be in time for Jamaat at the Musjid due to lack of transport or due to government oppression and repression.</w:t>
      </w:r>
    </w:p>
    <w:p>
      <w:r>
        <w:br w:type="page"/>
      </w:r>
    </w:p>
    <w:p>
      <w:pPr>
        <w:pStyle w:val="Heading1"/>
        <w:spacing w:before="360" w:after="200" w:line="300" w:lineRule="exact"/>
        <w:jc w:val="center"/>
      </w:pPr>
      <w:r>
        <w:rPr>
          <w:rFonts w:ascii="Georgia" w:hAnsi="Georgia" w:cs="Georgia" w:eastAsia="Georgia"/>
          <w:b/>
          <w:i w:val="0"/>
          <w:color w:val="1F3864"/>
          <w:sz w:val="32"/>
        </w:rPr>
        <w:t>The canard of 'public interest'</w:t>
      </w:r>
    </w:p>
    <w:p>
      <w:pPr>
        <w:spacing w:before="0" w:after="120" w:line="300" w:lineRule="exact"/>
        <w:jc w:val="both"/>
      </w:pPr>
      <w:r>
        <w:rPr>
          <w:rFonts w:ascii="Georgia" w:hAnsi="Georgia" w:cs="Georgia" w:eastAsia="Georgia"/>
          <w:b w:val="0"/>
          <w:i w:val="0"/>
          <w:sz w:val="22"/>
        </w:rPr>
        <w:t>The moron Munaafiq Bogus uucsa says in its effluvium of kufr and nifaaq:</w:t>
      </w:r>
    </w:p>
    <w:p>
      <w:pPr>
        <w:spacing w:before="120" w:after="120" w:line="300" w:lineRule="exact"/>
        <w:ind w:left="720" w:right="720"/>
        <w:jc w:val="center"/>
      </w:pPr>
      <w:r>
        <w:rPr>
          <w:rFonts w:ascii="Georgia" w:hAnsi="Georgia" w:cs="Georgia" w:eastAsia="Georgia"/>
          <w:b w:val="0"/>
          <w:i/>
          <w:sz w:val="22"/>
        </w:rPr>
        <w:t>"uucsa on the other hand, consistently expanded on the Islamic maxim that advocates safeguarding public interest and repelling harm as a legitimate ground for preventing unhindered access to the Masjid." (Our emphasis)</w:t>
      </w:r>
    </w:p>
    <w:p>
      <w:pPr>
        <w:spacing w:before="0" w:after="120" w:line="300" w:lineRule="exact"/>
        <w:jc w:val="both"/>
      </w:pPr>
      <w:r>
        <w:rPr>
          <w:rFonts w:ascii="Georgia" w:hAnsi="Georgia" w:cs="Georgia" w:eastAsia="Georgia"/>
          <w:b w:val="0"/>
          <w:i w:val="0"/>
          <w:sz w:val="22"/>
        </w:rPr>
        <w:t>No matter how the illegitimate progeny of Iblees tries to make its kufr and nifaaq palatable to the Muslim Community with its fong kong, stupid misinterpretation intentionally designed to obfuscate and confuse the Muslim public, it will not succeed. It will not succeed to make any inroads into the minds and hearts of the Mu'mineen because the kufr and nifaaq are too glaring. This blatant kufr is indefensible and intolerable to Muslims.</w:t>
      </w:r>
    </w:p>
    <w:p>
      <w:pPr>
        <w:spacing w:before="0" w:after="120" w:line="300" w:lineRule="exact"/>
        <w:jc w:val="both"/>
      </w:pPr>
      <w:r>
        <w:rPr>
          <w:rFonts w:ascii="Georgia" w:hAnsi="Georgia" w:cs="Georgia" w:eastAsia="Georgia"/>
          <w:b w:val="0"/>
          <w:i w:val="0"/>
          <w:sz w:val="22"/>
        </w:rPr>
        <w:t>In the aforementioned rubbish, the Munaafiq has attempted to justify its glaring kufr – the kufr of pleading with the court to debar Muslims from the Musaajid – to keep the Musaajid close. Thus, the Munaafiq clutching at the straw of 'public interest' desperately and abortively labours to justify its plea to the court, namely: "Do not allow Muslims unhindered access to the Masjid." This statement alone crucifies the moron Munaafiq – this plea to the kuffaar court alone excommunicates this vile Bogus entity from the fold of Islam.</w:t>
      </w:r>
    </w:p>
    <w:p>
      <w:pPr>
        <w:spacing w:before="0" w:after="120" w:line="300" w:lineRule="exact"/>
        <w:jc w:val="both"/>
      </w:pPr>
      <w:r>
        <w:rPr>
          <w:rFonts w:ascii="Georgia" w:hAnsi="Georgia" w:cs="Georgia" w:eastAsia="Georgia"/>
          <w:b w:val="0"/>
          <w:i w:val="0"/>
          <w:sz w:val="22"/>
        </w:rPr>
        <w:t>Muslims need only ponder a bit to understand what exactly this illegitimate progeny of Iblees was asking the court in the name of Islam. This plea of glaring and blatant kufr encapsulates the following acts of kufr:</w:t>
      </w:r>
    </w:p>
    <w:p>
      <w:pPr>
        <w:spacing w:before="0" w:after="120" w:line="300" w:lineRule="exact"/>
        <w:jc w:val="both"/>
      </w:pPr>
      <w:r>
        <w:rPr>
          <w:rFonts w:ascii="Georgia" w:hAnsi="Georgia" w:cs="Georgia" w:eastAsia="Georgia"/>
          <w:b w:val="0"/>
          <w:i w:val="0"/>
          <w:sz w:val="22"/>
        </w:rPr>
        <w:t> Denial of the Fardh Command of Jamaa't Salaat  Denial of the Fardh Jumuah Salaat  Rasulullah (Sallallahu alayhi wasallam), the Sahaabah, the Salafus Saaliheen and the Ummah thereafter all had ignored the creature or the bogey of satanic 'public interest'.</w:t>
      </w:r>
    </w:p>
    <w:p>
      <w:pPr>
        <w:spacing w:before="0" w:after="120" w:line="300" w:lineRule="exact"/>
        <w:jc w:val="both"/>
      </w:pPr>
      <w:r>
        <w:rPr>
          <w:rFonts w:ascii="Georgia" w:hAnsi="Georgia" w:cs="Georgia" w:eastAsia="Georgia"/>
          <w:b w:val="0"/>
          <w:i w:val="0"/>
          <w:sz w:val="22"/>
        </w:rPr>
        <w:t> Rasulullah (Sallallahu alayhi wasallam) and the</w:t>
      </w:r>
    </w:p>
    <w:p>
      <w:pPr>
        <w:spacing w:before="0" w:after="120" w:line="300" w:lineRule="exact"/>
        <w:jc w:val="both"/>
      </w:pPr>
      <w:r>
        <w:rPr>
          <w:rFonts w:ascii="Georgia" w:hAnsi="Georgia" w:cs="Georgia" w:eastAsia="Georgia"/>
          <w:b w:val="0"/>
          <w:i w:val="0"/>
          <w:sz w:val="22"/>
        </w:rPr>
        <w:t>Sahaabah did not have the haziest idea of the concept of 'public interest', hence they flocked to the Musaajid during epidemics and pandemics, and in total violation and rejection of the kuffaar measures of 'social distancing', stood pressed against one another shoulder to shoulder petitioning Allah Ta'ala for succour and forgiveness.</w:t>
      </w:r>
    </w:p>
    <w:p>
      <w:pPr>
        <w:spacing w:before="0" w:after="120" w:line="300" w:lineRule="exact"/>
        <w:jc w:val="both"/>
      </w:pPr>
      <w:r>
        <w:rPr>
          <w:rFonts w:ascii="Georgia" w:hAnsi="Georgia" w:cs="Georgia" w:eastAsia="Georgia"/>
          <w:b w:val="0"/>
          <w:i w:val="0"/>
          <w:sz w:val="22"/>
        </w:rPr>
        <w:t> The entire Ummah from the era of our Nabi (Sallallahu alayhi wasallam) had failed to understand the meaning of 'public interest' and it is only this Munaafiq Bogus uucsa who has understood what this hallucination means.</w:t>
      </w:r>
    </w:p>
    <w:p>
      <w:pPr>
        <w:spacing w:before="0" w:after="120" w:line="300" w:lineRule="exact"/>
        <w:jc w:val="both"/>
      </w:pPr>
      <w:r>
        <w:rPr>
          <w:rFonts w:ascii="Georgia" w:hAnsi="Georgia" w:cs="Georgia" w:eastAsia="Georgia"/>
          <w:b w:val="0"/>
          <w:i w:val="0"/>
          <w:sz w:val="22"/>
        </w:rPr>
        <w:t>Epidemics are not new developments. These Divine Acts of Punishment existed since times immemorial. Islam is the Final and the Perfect Deen and Code of Life. The Qur'aan and the Sunnah have answers and solutions for every exigency and every development until the Day of Qiyaamah. By practical demonstration and verbal prescription, Rasulullah (Sallallahu alayhi wasallam) prescribed for us the remedy and solution for the Athaab of Allah Azza Wa Jal.</w:t>
      </w:r>
    </w:p>
    <w:p>
      <w:pPr>
        <w:spacing w:before="0" w:after="120" w:line="300" w:lineRule="exact"/>
        <w:jc w:val="both"/>
      </w:pPr>
      <w:r>
        <w:rPr>
          <w:rFonts w:ascii="Georgia" w:hAnsi="Georgia" w:cs="Georgia" w:eastAsia="Georgia"/>
          <w:b w:val="0"/>
          <w:i w:val="0"/>
          <w:sz w:val="22"/>
        </w:rPr>
        <w:t>The solution for a plague/epidemic/pandemic according to Rasulullah (Sallallahu alayhi wasallam) is nothing but Inaabat Ilal Laah, and Nabi-e-Kareem (Sallallahu alayhi wasallam) and his Sahaabah showed us that the vital and fundamental ingredient of this Remedy is to flock to the Musaajid – to fill the Musaajid – to stand shoulder to shoulder and to pour out the heart unto Allah Ta'ala.</w:t>
      </w:r>
    </w:p>
    <w:p>
      <w:pPr>
        <w:spacing w:before="0" w:after="120" w:line="300" w:lineRule="exact"/>
        <w:jc w:val="both"/>
      </w:pPr>
      <w:r>
        <w:rPr>
          <w:rFonts w:ascii="Georgia" w:hAnsi="Georgia" w:cs="Georgia" w:eastAsia="Georgia"/>
          <w:b w:val="0"/>
          <w:i w:val="0"/>
          <w:sz w:val="22"/>
        </w:rPr>
        <w:t>No vaccine can ever be the response for a plague. Vaccines are only responses for Mr. Bill Gate's pockets.</w:t>
      </w:r>
    </w:p>
    <w:p>
      <w:pPr>
        <w:spacing w:before="0" w:after="120" w:line="300" w:lineRule="exact"/>
        <w:jc w:val="both"/>
      </w:pPr>
      <w:r>
        <w:rPr>
          <w:rFonts w:ascii="Georgia" w:hAnsi="Georgia" w:cs="Georgia" w:eastAsia="Georgia"/>
          <w:b w:val="0"/>
          <w:i w:val="0"/>
          <w:sz w:val="22"/>
        </w:rPr>
        <w:t>'Public interest' from the Islamic perspective is not the destruction of the Deen. Prevention from Jamaa't Salaat in the Musjid and abolition of Jumuah Salaat are never acts executed for 'public interest'. What constitutes 'public interest' for non-Muslims is not necessarily public interest in terms of the Qur'aan and the Sunnah. In fact, numerous acts of 'public interest' of non-Muslims are acts of public destruction which lead to Jahannam.</w:t>
      </w:r>
    </w:p>
    <w:p>
      <w:pPr>
        <w:spacing w:before="0" w:after="120" w:line="300" w:lineRule="exact"/>
        <w:jc w:val="both"/>
      </w:pPr>
      <w:r>
        <w:rPr>
          <w:rFonts w:ascii="Georgia" w:hAnsi="Georgia" w:cs="Georgia" w:eastAsia="Georgia"/>
          <w:b w:val="0"/>
          <w:i w:val="0"/>
          <w:sz w:val="22"/>
        </w:rPr>
        <w:t>Bogus uucsa's 'consistent expansion' on its satanical hallucination if the 'maxim' is of the zukhruful qawl (satanically adorned statements of deception) mentioned in the Qur'aan Majeed. Trying to convey an image of Islamic authority, the moron Munaafiq stupidly and ludicrously mentions the term 'jalb al masalih wa daf'e al-mafasod'. This Shaitaan's attempt to sound Islamically academic is really a joke to laugh at and mock. This piece of stupidity is the excreta of the Munaafiq Karan. Of this principle, the juhala know exceptionally little. They are too stupid to give practical expression to this principle.</w:t>
      </w:r>
    </w:p>
    <w:p>
      <w:pPr>
        <w:spacing w:before="0" w:after="120" w:line="300" w:lineRule="exact"/>
        <w:jc w:val="both"/>
      </w:pPr>
      <w:r>
        <w:rPr>
          <w:rFonts w:ascii="Georgia" w:hAnsi="Georgia" w:cs="Georgia" w:eastAsia="Georgia"/>
          <w:b w:val="0"/>
          <w:i w:val="0"/>
          <w:sz w:val="22"/>
        </w:rPr>
        <w:t>It is indeed mind boggling to cite a Fiqhi principle which is the effect of Qiyaas to override the Qur'aan and the Sunnah. Despite the validity of the principle, it is satanic, haraam and moronic to abrogate or cancel or suspend or override the Qur'aan and a fundamental Practice / Injunction based on the primary Sources of the Shariah, namely the Qur'aan and the Sunnah. The Wujoob of Jamaat Salaat in the Musjid and Jumuah Salaat is structured on the Qur'aan and Ahaadith Mutawaatir which are of the highest class of authenticity on par with the Qur'aan. In fact, the authenticity of the Qur'aan itself is based of this category of Ahaadith.</w:t>
      </w:r>
    </w:p>
    <w:p>
      <w:pPr>
        <w:spacing w:before="0" w:after="120" w:line="300" w:lineRule="exact"/>
        <w:jc w:val="both"/>
      </w:pPr>
      <w:r>
        <w:rPr>
          <w:rFonts w:ascii="Georgia" w:hAnsi="Georgia" w:cs="Georgia" w:eastAsia="Georgia"/>
          <w:b w:val="0"/>
          <w:i w:val="0"/>
          <w:sz w:val="22"/>
        </w:rPr>
        <w:t>Debarring healthy people and even sickly people from the Musjid and closing the Musaajid NEVER come within the purview of this Shar'i principle as contended by these Munaafiq morons. They must submit to a teacher to acquire some expertise in the rules of Istinja'. Cape Town sheikhs are notorious for wallowing in excreta. These juhala suffice with toilet paper. They suffer from the malady of hydrophobia. They are the ones who may be debarred from the Musaajid on account of the najaasat of their bodies and garments. The Musaajid are places of purity and holiness. The sanctity of the Musaajid is defiled with the presence of MJC sheikhs solely on the grounds of their ceremonial impurity.</w:t>
      </w:r>
    </w:p>
    <w:p>
      <w:pPr>
        <w:spacing w:before="0" w:after="120" w:line="300" w:lineRule="exact"/>
        <w:jc w:val="both"/>
      </w:pPr>
      <w:r>
        <w:rPr>
          <w:rFonts w:ascii="Georgia" w:hAnsi="Georgia" w:cs="Georgia" w:eastAsia="Georgia"/>
          <w:b w:val="0"/>
          <w:i w:val="0"/>
          <w:sz w:val="22"/>
        </w:rPr>
        <w:t>These jaahil Munafiqeen are implying that Rasulullah (Sallallahu alayhi wasallam), the Sahaabah and the Aimmah-e-Mujtahideen who had formulated this principle were unaware of its operative parameters and occasions, hence they all attended the Musaajid together with the affected people during all and every plague which had ravaged the Lands of Islam from the very era of our Nabi (Sallallahu alayhi wasallam). The Shariah's fundamental ahkaam (injunctions) cannot be abolished or suspended on the basis of a mere theory. Furthermore, the principle which the moron has cited does not operate in respect of hallucinations and the theories spun by atheists. The harm about which the Munaafiq speaks is pure hallucination – a baatil theory propounded by a segment of the atheist scientists. It is a theory in violent conflict with the explicit command of Rasulullah (Sallallahu alayhi wasallam). He said: 'Laa adwaa- Disease is not contagious.', he followed it up with a logical refutation of the contrary claim.</w:t>
      </w:r>
    </w:p>
    <w:p>
      <w:pPr>
        <w:spacing w:before="0" w:after="120" w:line="300" w:lineRule="exact"/>
        <w:jc w:val="both"/>
      </w:pPr>
      <w:r>
        <w:rPr>
          <w:rFonts w:ascii="Georgia" w:hAnsi="Georgia" w:cs="Georgia" w:eastAsia="Georgia"/>
          <w:b w:val="0"/>
          <w:i w:val="0"/>
          <w:sz w:val="22"/>
        </w:rPr>
        <w:t>Now these Munaafiqeen are presenting a principle of the Shariah to refute Rasulullah (Sallallahu alayhi wasallam), and to refute the view on which there exists Ijmaa (Consensus) of the Ummah. Not even baboons will accept this moronic kufr which the moron Munaafiq has disgorged.</w:t>
      </w:r>
    </w:p>
    <w:p>
      <w:pPr>
        <w:spacing w:before="0" w:after="120" w:line="300" w:lineRule="exact"/>
        <w:jc w:val="both"/>
      </w:pPr>
      <w:r>
        <w:rPr>
          <w:rFonts w:ascii="Georgia" w:hAnsi="Georgia" w:cs="Georgia" w:eastAsia="Georgia"/>
          <w:b w:val="0"/>
          <w:i w:val="0"/>
          <w:sz w:val="22"/>
        </w:rPr>
        <w:t>The principle of according priority to an expediency over and above the Shar'i norm may not be invoked for a baboonic theory which is the excrement of atheistic brains. The danger must be a real existent, not a figment of a theory propounded by atheists. In fact, instead of the lie of 'saving life', global medical experts who have now recognized the international fraud underlying this 'pandemic' say: "the survival of life as we know it is at stake."</w:t>
      </w:r>
    </w:p>
    <w:p>
      <w:pPr>
        <w:spacing w:before="0" w:after="120" w:line="300" w:lineRule="exact"/>
        <w:jc w:val="both"/>
      </w:pPr>
      <w:r>
        <w:rPr>
          <w:rFonts w:ascii="Georgia" w:hAnsi="Georgia" w:cs="Georgia" w:eastAsia="Georgia"/>
          <w:b w:val="0"/>
          <w:i w:val="0"/>
          <w:sz w:val="22"/>
        </w:rPr>
        <w:t>If while performing Salaat there is a real imminent danger, e.g. a blind man falling into a pit, or the oil boiling over and about to start a fire, then this expediency incumbently warrants termination of the Salaat which shall be made qadha later. No command of the Shariah may be set aside on the basis of theories, and that too, theories of atheists. In fact, relevant to the current pandemic of panic, atheist medical global experts have debunked and decried the lockdown and the panic which have been reared on the hallucinatory theory of contracting the disease.</w:t>
      </w:r>
    </w:p>
    <w:p>
      <w:pPr>
        <w:spacing w:before="0" w:after="120" w:line="300" w:lineRule="exact"/>
        <w:jc w:val="both"/>
      </w:pPr>
      <w:r>
        <w:rPr>
          <w:rFonts w:ascii="Georgia" w:hAnsi="Georgia" w:cs="Georgia" w:eastAsia="Georgia"/>
          <w:b w:val="0"/>
          <w:i w:val="0"/>
          <w:sz w:val="22"/>
        </w:rPr>
        <w:t>Presenting more excrement, the Munaafiq Bogus uucsa arguing for the abolition of Fardh Jamaat Salaat and closure of the Musaajid, avers:</w:t>
      </w:r>
    </w:p>
    <w:p>
      <w:pPr>
        <w:spacing w:before="120" w:after="120" w:line="300" w:lineRule="exact"/>
        <w:ind w:left="720" w:right="720"/>
        <w:jc w:val="center"/>
      </w:pPr>
      <w:r>
        <w:rPr>
          <w:rFonts w:ascii="Georgia" w:hAnsi="Georgia" w:cs="Georgia" w:eastAsia="Georgia"/>
          <w:b w:val="0"/>
          <w:i/>
          <w:sz w:val="22"/>
        </w:rPr>
        <w:t>"When safeguarding public interest and repelling harm was compromised on other parts of the world, we witnessed the exponential spread of the virus. In the U.K. for instance, 'emerging evidence' suggests that the coronavirus is having a disproportionate impact on Muslims, partly due to the more frequent and more vibrant social interaction within the community."</w:t>
      </w:r>
    </w:p>
    <w:p>
      <w:pPr>
        <w:spacing w:before="0" w:after="120" w:line="300" w:lineRule="exact"/>
        <w:jc w:val="both"/>
      </w:pPr>
      <w:r>
        <w:rPr>
          <w:rFonts w:ascii="Georgia" w:hAnsi="Georgia" w:cs="Georgia" w:eastAsia="Georgia"/>
          <w:b w:val="0"/>
          <w:i w:val="0"/>
          <w:sz w:val="22"/>
        </w:rPr>
        <w:t>This averment displays the exponential kufr stemming from the rot of the Nifaaq in the hearts of these Munaafiqeen. The Munaafiq Bogus uucsa, wary and scared of the reaction of the Muslim community, cunningly disguises its hatred for the Musaajid with the statement: "vibrant social interaction within the Muslim community". This is a sly reference to Muslims attending the Musaajid for Salaat.</w:t>
      </w:r>
    </w:p>
    <w:p>
      <w:pPr>
        <w:spacing w:before="0" w:after="120" w:line="300" w:lineRule="exact"/>
        <w:jc w:val="both"/>
      </w:pPr>
      <w:r>
        <w:rPr>
          <w:rFonts w:ascii="Georgia" w:hAnsi="Georgia" w:cs="Georgia" w:eastAsia="Georgia"/>
          <w:b w:val="0"/>
          <w:i w:val="0"/>
          <w:sz w:val="22"/>
        </w:rPr>
        <w:t>In this rubbish statement the Munaafiq attributes the hallucinated 'exponential spread of the virus' to the Houses of Allah. This perfidious attitude speaks volumes for the Nifaaq of this Bogus uucsa molvis and sheikhs. The figures provided by the corona virus theorists are universally falsified. The 'exponential spread' of the ghost virus in the U.K. is the quotient of falsification of records and death certificates. This fact can no longer be refuted. Every man in the street also speaks disgustingly about this falsification of the death certificates. Regardless of the real cause of death, hospitals are under satanic instructions to record the death to Covid.</w:t>
      </w:r>
    </w:p>
    <w:p>
      <w:pPr>
        <w:spacing w:before="0" w:after="120" w:line="300" w:lineRule="exact"/>
        <w:jc w:val="both"/>
      </w:pPr>
      <w:r>
        <w:rPr>
          <w:rFonts w:ascii="Georgia" w:hAnsi="Georgia" w:cs="Georgia" w:eastAsia="Georgia"/>
          <w:b w:val="0"/>
          <w:i w:val="0"/>
          <w:sz w:val="22"/>
        </w:rPr>
        <w:t>The 'exponential' rubbish first atribted to Italy has been debunked by experts. In an article by Tomamasco Ebhardt, Chiara Remondini and Marco Bertacche, they state: Italy "More than 99% of Italy's coronavirus fatalities were people who suffered from previous medical conditions, according to a study by the country's national health authority."</w:t>
      </w:r>
    </w:p>
    <w:p>
      <w:pPr>
        <w:spacing w:before="120" w:after="120" w:line="300" w:lineRule="exact"/>
        <w:ind w:left="720" w:right="720"/>
        <w:jc w:val="center"/>
      </w:pPr>
      <w:r>
        <w:rPr>
          <w:rFonts w:ascii="Georgia" w:hAnsi="Georgia" w:cs="Georgia" w:eastAsia="Georgia"/>
          <w:b w:val="0"/>
          <w:i/>
          <w:sz w:val="22"/>
        </w:rPr>
        <w:t>"The Rome-based institute has examined medical records of about 18% of the country's coronavirus fatalities, finding that just three victims, or 0.8% of the total, had no previous pathology. Almost half of the victims suffered from at least three prior illnesses and about a fourth had either one or two previous conditions. More than 75% had high blood pressure, about 35% had diabetes and a third suffered from heart disease. The average age of those who've died from the virus in Italy is 79.5. …..All of Italy's victims under 40 have been males with serious existing medical conditions."</w:t>
      </w:r>
    </w:p>
    <w:p>
      <w:pPr>
        <w:pStyle w:val="Heading3"/>
        <w:spacing w:before="200" w:after="120" w:line="300" w:lineRule="exact"/>
        <w:jc w:val="left"/>
      </w:pPr>
      <w:r>
        <w:rPr>
          <w:rFonts w:ascii="Georgia" w:hAnsi="Georgia" w:cs="Georgia" w:eastAsia="Georgia"/>
          <w:b/>
          <w:i w:val="0"/>
          <w:color w:val="2E74B5"/>
          <w:sz w:val="24"/>
        </w:rPr>
        <w:t>U.S.A.</w:t>
      </w:r>
    </w:p>
    <w:p>
      <w:pPr>
        <w:spacing w:before="0" w:after="120" w:line="300" w:lineRule="exact"/>
        <w:jc w:val="both"/>
      </w:pPr>
      <w:r>
        <w:rPr>
          <w:rFonts w:ascii="Georgia" w:hAnsi="Georgia" w:cs="Georgia" w:eastAsia="Georgia"/>
          <w:b w:val="0"/>
          <w:i w:val="0"/>
          <w:sz w:val="22"/>
        </w:rPr>
        <w:t>WASHINGTON DC – In a stunning turn of events, Surgeon General Jerome Adams explained in an interview on live XM radio, that the Coronavirus Task Force has, effectively, dumped the Bill Gates / CDC / WHO predictive contagion model, and is now working with the real data.</w:t>
      </w:r>
    </w:p>
    <w:p>
      <w:pPr>
        <w:spacing w:before="0" w:after="120" w:line="300" w:lineRule="exact"/>
        <w:jc w:val="both"/>
      </w:pPr>
      <w:r>
        <w:rPr>
          <w:rFonts w:ascii="Georgia" w:hAnsi="Georgia" w:cs="Georgia" w:eastAsia="Georgia"/>
          <w:b w:val="0"/>
          <w:i w:val="0"/>
          <w:sz w:val="22"/>
        </w:rPr>
        <w:t>He explained on the Sirius XM's Breitbart News Daily host Alex Marlow, that given the new data, businesses will begin to re-open as early as May, others in June.</w:t>
      </w:r>
    </w:p>
    <w:p>
      <w:pPr>
        <w:spacing w:before="0" w:after="120" w:line="300" w:lineRule="exact"/>
        <w:jc w:val="both"/>
      </w:pPr>
      <w:r>
        <w:rPr>
          <w:rFonts w:ascii="Georgia" w:hAnsi="Georgia" w:cs="Georgia" w:eastAsia="Georgia"/>
          <w:b w:val="0"/>
          <w:i w:val="0"/>
          <w:sz w:val="22"/>
        </w:rPr>
        <w:t>This runs contrary to the out-and-out fear-mongering of Dr. Fauci and Bill Gates who have made a media tour, threatening the public that businesses may not re-open for six months to a year, or until and unless governments purchase their conveniently patented, big-pharma vaccination. According to Dr. Adams:</w:t>
      </w:r>
    </w:p>
    <w:p>
      <w:pPr>
        <w:spacing w:before="0" w:after="120" w:line="300" w:lineRule="exact"/>
        <w:jc w:val="both"/>
      </w:pPr>
      <w:r>
        <w:rPr>
          <w:rFonts w:ascii="Georgia" w:hAnsi="Georgia" w:cs="Georgia" w:eastAsia="Georgia"/>
          <w:b w:val="0"/>
          <w:i w:val="0"/>
          <w:sz w:val="22"/>
        </w:rPr>
        <w:t>"What the American people need to know now is we actually have data, and so we're tracking that data,"</w:t>
      </w:r>
    </w:p>
    <w:p>
      <w:pPr>
        <w:spacing w:before="0" w:after="120" w:line="300" w:lineRule="exact"/>
        <w:jc w:val="both"/>
      </w:pPr>
      <w:r>
        <w:rPr>
          <w:rFonts w:ascii="Georgia" w:hAnsi="Georgia" w:cs="Georgia" w:eastAsia="Georgia"/>
          <w:b w:val="0"/>
          <w:i w:val="0"/>
          <w:sz w:val="22"/>
        </w:rPr>
        <w:t>Before this about-face, which appears to have come as an order from the Trump administration in consultation with the findings of Dr. Adams, the task force was working with 'predictive models', which had been created by the Bill Gates dominated WHO and CDC. Dr. Fausti's control over the CDC has been criticized in the past for its for-profit motive in handling a range of illnesses from HIV to H1NI.</w:t>
      </w:r>
    </w:p>
    <w:p>
      <w:pPr>
        <w:spacing w:before="0" w:after="120" w:line="300" w:lineRule="exact"/>
        <w:jc w:val="both"/>
      </w:pPr>
      <w:r>
        <w:rPr>
          <w:rFonts w:ascii="Georgia" w:hAnsi="Georgia" w:cs="Georgia" w:eastAsia="Georgia"/>
          <w:b w:val="0"/>
          <w:i w:val="0"/>
          <w:sz w:val="22"/>
        </w:rPr>
        <w:t>In those inflated, 'fear-based' models, the deaths of millions worldwide, and hundreds of thousands in America, were touted. These were used as the basis for what many experts have termed a 'grossly disproportionate response'.</w:t>
      </w:r>
    </w:p>
    <w:p>
      <w:pPr>
        <w:spacing w:before="0" w:after="120" w:line="300" w:lineRule="exact"/>
        <w:jc w:val="both"/>
      </w:pPr>
      <w:r>
        <w:rPr>
          <w:rFonts w:ascii="Georgia" w:hAnsi="Georgia" w:cs="Georgia" w:eastAsia="Georgia"/>
          <w:b w:val="0"/>
          <w:i w:val="0"/>
          <w:sz w:val="22"/>
        </w:rPr>
        <w:t>Previously, the task force was working with predictive models, frequently criticized because of their tendency to exaggerate the possible effect of the virus on the United States. Models predicting the deaths of millions and hundreds of thousands in America appear to be overblown, as the real-time data is showing the death count much lower."</w:t>
      </w:r>
    </w:p>
    <w:p>
      <w:pPr>
        <w:spacing w:before="120" w:after="120" w:line="300" w:lineRule="exact"/>
        <w:ind w:left="720" w:right="720"/>
        <w:jc w:val="center"/>
      </w:pPr>
      <w:r>
        <w:rPr>
          <w:rFonts w:ascii="Georgia" w:hAnsi="Georgia" w:cs="Georgia" w:eastAsia="Georgia"/>
          <w:b w:val="0"/>
          <w:i/>
          <w:sz w:val="22"/>
        </w:rPr>
        <w:t>"In my research on the virus theory and having read everything possible that Dr.Lanka offered. I had to take the possibility of a viral fraud perpetrated by medical science and the pharmaceutical companies very seriously.</w:t>
      </w:r>
    </w:p>
    <w:p>
      <w:pPr>
        <w:spacing w:before="120" w:after="120" w:line="300" w:lineRule="exact"/>
        <w:ind w:left="720" w:right="720"/>
        <w:jc w:val="center"/>
      </w:pPr>
      <w:r>
        <w:rPr>
          <w:rFonts w:ascii="Georgia" w:hAnsi="Georgia" w:cs="Georgia" w:eastAsia="Georgia"/>
          <w:b w:val="0"/>
          <w:i/>
          <w:sz w:val="22"/>
        </w:rPr>
        <w:t>The question now is not whether there was a fraud but rather why at this time in our history fraud is being practiced globally with no attempts by anyone in their field, never mind the media, to keep people calm.</w:t>
      </w:r>
    </w:p>
    <w:p>
      <w:pPr>
        <w:spacing w:before="120" w:after="120" w:line="300" w:lineRule="exact"/>
        <w:ind w:left="720" w:right="720"/>
        <w:jc w:val="center"/>
      </w:pPr>
      <w:r>
        <w:rPr>
          <w:rFonts w:ascii="Georgia" w:hAnsi="Georgia" w:cs="Georgia" w:eastAsia="Georgia"/>
          <w:b w:val="0"/>
          <w:i/>
          <w:sz w:val="22"/>
        </w:rPr>
        <w:t>I believe that the measures being taken to "control a pandemic" are so unreasonable and extreme that ordinary people that have never believed in conspiracy theories are beginning to awaken from their sleep. I hope it continues because the survival of life as we know is at stake."</w:t>
      </w:r>
    </w:p>
    <w:p>
      <w:pPr>
        <w:spacing w:before="120" w:after="120" w:line="300" w:lineRule="exact"/>
        <w:ind w:left="720" w:right="720"/>
        <w:jc w:val="center"/>
      </w:pPr>
      <w:r>
        <w:rPr>
          <w:rFonts w:ascii="Georgia" w:hAnsi="Georgia" w:cs="Georgia" w:eastAsia="Georgia"/>
          <w:b w:val="0"/>
          <w:i/>
          <w:sz w:val="22"/>
        </w:rPr>
        <w:t>(GNM Online Seminars)</w:t>
      </w:r>
    </w:p>
    <w:p>
      <w:pPr>
        <w:spacing w:before="120" w:after="120" w:line="300" w:lineRule="exact"/>
        <w:ind w:left="720" w:right="720"/>
        <w:jc w:val="center"/>
      </w:pPr>
      <w:r>
        <w:rPr>
          <w:rFonts w:ascii="Georgia" w:hAnsi="Georgia" w:cs="Georgia" w:eastAsia="Georgia"/>
          <w:b w:val="0"/>
          <w:i/>
          <w:sz w:val="22"/>
        </w:rPr>
        <w:t>New Zealand "When initially informing the nation of the need for a full Level 4 lockdown, the rationale you put forward to the nation was, based on information from the global experts, that if these unprecedented extreme measures were not implemented, then upwards of 80,000 lives would potentially be lost…… The evidence is now very clear from the top down, from our 'global experts' that the severity of the COVID-19 virus has been blown out of proportion by an enormous margin, both in terms of the initial projected mortality rates globally, and in terms of actual reported numbers of deaths in each country. The evidence now clearly shows a level of global miscalculation and deception/manipulation of rates of death from COVID-19 that can only be described as medical and political fraud.</w:t>
      </w:r>
    </w:p>
    <w:p>
      <w:pPr>
        <w:spacing w:before="120" w:after="120" w:line="300" w:lineRule="exact"/>
        <w:ind w:left="720" w:right="720"/>
        <w:jc w:val="center"/>
      </w:pPr>
      <w:r>
        <w:rPr>
          <w:rFonts w:ascii="Georgia" w:hAnsi="Georgia" w:cs="Georgia" w:eastAsia="Georgia"/>
          <w:b w:val="0"/>
          <w:i/>
          <w:sz w:val="22"/>
        </w:rPr>
        <w:t>Now a few weeks further on, with the benefit of some hindsight, it is worth looking back at some of the those projected numbers that were used to justify an unprecedented global lockdown. US projected deaths 2.2 million (updated projection 50,000 to 60,000), UK projected deaths 500,000 (updated projection 25,000 to 30,000), and New Zealand projected deaths 80,000 (updated projection – perhaps 20). For purposes of comparison, annual death rates from normal flu are 40,000 to 80,000 in the US, 20,000 in the UK, and around 800 in New Zealand.</w:t>
      </w:r>
    </w:p>
    <w:p>
      <w:pPr>
        <w:spacing w:before="120" w:after="120" w:line="300" w:lineRule="exact"/>
        <w:ind w:left="720" w:right="720"/>
        <w:jc w:val="center"/>
      </w:pPr>
      <w:r>
        <w:rPr>
          <w:rFonts w:ascii="Georgia" w:hAnsi="Georgia" w:cs="Georgia" w:eastAsia="Georgia"/>
          <w:b w:val="0"/>
          <w:i/>
          <w:sz w:val="22"/>
        </w:rPr>
        <w:t>(Open Letter to the Prime Minister of New Zealnd)</w:t>
      </w:r>
    </w:p>
    <w:p>
      <w:pPr>
        <w:spacing w:before="0" w:after="120" w:line="300" w:lineRule="exact"/>
        <w:jc w:val="both"/>
      </w:pPr>
      <w:r>
        <w:rPr>
          <w:rFonts w:ascii="Georgia" w:hAnsi="Georgia" w:cs="Georgia" w:eastAsia="Georgia"/>
          <w:b w:val="0"/>
          <w:i w:val="0"/>
          <w:sz w:val="22"/>
        </w:rPr>
        <w:t>Massive Fraud – Fraudulent Falsification of Death Certificates "Hospitals around the world have a standard process for how deaths are categorised on their paperwork. To be listed as the flu being the cause of death it must be clear that flu was the primary cause of the person's death. That is normal hospital process. However, for whatever reason, hospitals around the world have been instructed to deviate from that process with regards COVID-19. Anyone dying from any kind of respiratory issue or any kind of flu like symptoms are required to be categorised as dying from COVID-19, even if they have not even been tested for COVID-19. So, if you had a pre-existing respiratory issue and then died of normal complications of this, you are listed as having died of COVID- 19 even if you haven't even been tested for COVID-19. Here we have the Sir Patrick Vallance, UK Chief Scientific Adviser confirming this fact, as did Dr Deborah Birx who is leading on COVID-19 medical advice for the United States. This is medical fraud. It is as simple as that.</w:t>
      </w:r>
    </w:p>
    <w:p>
      <w:pPr>
        <w:spacing w:before="0" w:after="120" w:line="300" w:lineRule="exact"/>
        <w:jc w:val="both"/>
      </w:pPr>
      <w:r>
        <w:rPr>
          <w:rFonts w:ascii="Georgia" w:hAnsi="Georgia" w:cs="Georgia" w:eastAsia="Georgia"/>
          <w:b w:val="0"/>
          <w:i w:val="0"/>
          <w:sz w:val="22"/>
        </w:rPr>
        <w:t>As well as this, if a person has at some point tested positive for COVID-19 and then subsequently dies of whatever cause, the hospitals are required to list the official cause of death as COVID-19 no matter what the actual cause of death might have been. For example, if someone was in the final stages of terminal cancer, or had had a massive stroke, but had previously tested positive for COVID-19, then the cause of death must be recorded as COVID-19. Just to make the point here with a crazy example, you could have some one tested positive for COVID-19 with zero symptoms and feeling absolutely fine, who is then run over by a bus. That person has to be listed as dying of COVID-19. We have to ask the very serious question of why this is being done like this? This has caused an enormous skewing of numbers on the rate of deaths from COVID-19. Listen here to the testimony of a Respiratory Therapist whistle blower in the United States as he describes this situation that seems to be consistent in hospitals across the world." (Open Letter to the New Zealand Prime Minister)</w:t>
      </w:r>
    </w:p>
    <w:p>
      <w:pPr>
        <w:spacing w:before="120" w:after="120" w:line="300" w:lineRule="exact"/>
        <w:ind w:left="720" w:right="720"/>
        <w:jc w:val="center"/>
      </w:pPr>
      <w:r>
        <w:rPr>
          <w:rFonts w:ascii="Georgia" w:hAnsi="Georgia" w:cs="Georgia" w:eastAsia="Georgia"/>
          <w:b w:val="0"/>
          <w:i/>
          <w:sz w:val="22"/>
        </w:rPr>
        <w:t>"Now turning to New Zealand. We currently have 14 deaths, mostly very elderly people with serious health issues. Yet 80,000 deaths were predicted by the global cartel-The Majlis) "You, the NZ government, the medical establishment, and the entire country should be extremely angry about what has happened to our country. It has been utterly devastated, seemingly for no justifiable reason other than a fraudulent level of misinformation, deceit, exaggeration, and hysteria from our so-called global experts. Extremely serious questions need be asked, investigations launched, and people and organisations held to account."</w:t>
      </w:r>
    </w:p>
    <w:p>
      <w:pPr>
        <w:spacing w:before="120" w:after="120" w:line="300" w:lineRule="exact"/>
        <w:ind w:left="720" w:right="720"/>
        <w:jc w:val="center"/>
      </w:pPr>
      <w:r>
        <w:rPr>
          <w:rFonts w:ascii="Georgia" w:hAnsi="Georgia" w:cs="Georgia" w:eastAsia="Georgia"/>
          <w:b w:val="0"/>
          <w:i/>
          <w:sz w:val="22"/>
        </w:rPr>
        <w:t>(Open letter to the New Zealand Prime Minister)</w:t>
      </w:r>
    </w:p>
    <w:p>
      <w:pPr>
        <w:spacing w:before="0" w:after="120" w:line="300" w:lineRule="exact"/>
        <w:jc w:val="both"/>
      </w:pPr>
      <w:r>
        <w:rPr>
          <w:rFonts w:ascii="Georgia" w:hAnsi="Georgia" w:cs="Georgia" w:eastAsia="Georgia"/>
          <w:b w:val="0"/>
          <w:i w:val="0"/>
          <w:sz w:val="22"/>
        </w:rPr>
        <w:t>U.K.</w:t>
      </w:r>
    </w:p>
    <w:p>
      <w:pPr>
        <w:spacing w:before="120" w:after="120" w:line="300" w:lineRule="exact"/>
        <w:ind w:left="720" w:right="720"/>
        <w:jc w:val="center"/>
      </w:pPr>
      <w:r>
        <w:rPr>
          <w:rFonts w:ascii="Georgia" w:hAnsi="Georgia" w:cs="Georgia" w:eastAsia="Georgia"/>
          <w:b w:val="0"/>
          <w:i/>
          <w:sz w:val="22"/>
        </w:rPr>
        <w:t>"NHS dance routines are a sensation. Most of this is based upon claims about deaths and stories about desperately overloaded hospitals struggling to cope with the pressure. Meanwhile, as millions of British people remain under house arrest, glued to their TV's and fondle pads, the data that has been released by official sources doesn't back up any of the tales we have been spun.</w:t>
      </w:r>
    </w:p>
    <w:p>
      <w:pPr>
        <w:spacing w:before="120" w:after="120" w:line="300" w:lineRule="exact"/>
        <w:ind w:left="720" w:right="720"/>
        <w:jc w:val="center"/>
      </w:pPr>
      <w:r>
        <w:rPr>
          <w:rFonts w:ascii="Georgia" w:hAnsi="Georgia" w:cs="Georgia" w:eastAsia="Georgia"/>
          <w:b w:val="0"/>
          <w:i/>
          <w:sz w:val="22"/>
        </w:rPr>
        <w:t>The Financial Times reported that close to half of the UK's hospital beds were empty. With just 60% of acute beds occupied, this is 30% less than this time of the year.</w:t>
      </w:r>
    </w:p>
    <w:p>
      <w:pPr>
        <w:spacing w:before="120" w:after="120" w:line="300" w:lineRule="exact"/>
        <w:ind w:left="720" w:right="720"/>
        <w:jc w:val="center"/>
      </w:pPr>
      <w:r>
        <w:rPr>
          <w:rFonts w:ascii="Georgia" w:hAnsi="Georgia" w:cs="Georgia" w:eastAsia="Georgia"/>
          <w:b w:val="0"/>
          <w:i/>
          <w:sz w:val="22"/>
        </w:rPr>
        <w:t>Reported C19 deaths can be registered without a test clearly diagnosing any coronavirus, let alone C19. The death can be signed off by a doctor who has never met the deceased and was nowhere near them when they died. To say this raises questions about the official reported statistics is an understatement. Questions in no way allege either medical malpractice or negligence. Neither are required for significant confusion to occur because the potential for widespread misreporting of causes of death seems to be a core element of the C19 MCCD process the State has constructed.</w:t>
      </w:r>
    </w:p>
    <w:p>
      <w:pPr>
        <w:spacing w:before="120" w:after="120" w:line="300" w:lineRule="exact"/>
        <w:ind w:left="720" w:right="720"/>
        <w:jc w:val="center"/>
      </w:pPr>
      <w:r>
        <w:rPr>
          <w:rFonts w:ascii="Georgia" w:hAnsi="Georgia" w:cs="Georgia" w:eastAsia="Georgia"/>
          <w:b w:val="0"/>
          <w:i/>
          <w:sz w:val="22"/>
        </w:rPr>
        <w:t>On the March 30th the MSM reported that the UK State had instructed the ONS (Official Of National Statistics) to change the way they record C10 deaths. Explaining the change to recording "mentions of COVID-19 an unnamed spokesperson for the ONS said: 'It will be based on mentions of Covid-19 on death certificates. It will include suspected cases of Covid-19 where someone has not been tested positive for Covid-10."</w:t>
      </w:r>
    </w:p>
    <w:p>
      <w:pPr>
        <w:spacing w:before="0" w:after="120" w:line="300" w:lineRule="exact"/>
        <w:jc w:val="both"/>
      </w:pPr>
      <w:r>
        <w:rPr>
          <w:rFonts w:ascii="Georgia" w:hAnsi="Georgia" w:cs="Georgia" w:eastAsia="Georgia"/>
          <w:b w:val="0"/>
          <w:i w:val="0"/>
          <w:sz w:val="22"/>
        </w:rPr>
        <w:t>Numerous Muslims have reported bizarre occurrences in UK hospitals. The figures released by these kuffaar are not accepted by even many non-Muslim global medical experts. The aforementioned reports of experts reveals the operation of Shaitaan who is the Director of this 'pandemic'. The following bizarre account also debunks the stupid, satanic claim made by Munaafiq Bogus uucsa regarding Muslim virus-victims in the U.K. Much of it is fake and fraud.</w:t>
      </w:r>
    </w:p>
    <w:p>
      <w:pPr>
        <w:spacing w:before="0" w:after="120" w:line="300" w:lineRule="exact"/>
        <w:jc w:val="both"/>
      </w:pPr>
      <w:r>
        <w:rPr>
          <w:rFonts w:ascii="Georgia" w:hAnsi="Georgia" w:cs="Georgia" w:eastAsia="Georgia"/>
          <w:b w:val="0"/>
          <w:i w:val="0"/>
          <w:sz w:val="22"/>
        </w:rPr>
        <w:t>The following is a message from the U.K.</w:t>
      </w:r>
    </w:p>
    <w:p>
      <w:pPr>
        <w:spacing w:before="0" w:after="120" w:line="300" w:lineRule="exact"/>
        <w:jc w:val="both"/>
      </w:pPr>
      <w:r>
        <w:rPr>
          <w:rFonts w:ascii="Georgia" w:hAnsi="Georgia" w:cs="Georgia" w:eastAsia="Georgia"/>
          <w:b w:val="0"/>
          <w:i w:val="0"/>
          <w:sz w:val="22"/>
        </w:rPr>
        <w:t>Leicester Muslims association "Assalamu alaykum It is strange and ironic that many people go to the hospital for other medical reasons, but are then tested for Corona Virus, which "unexpectedly" comes back positive despite not showing any symptoms. Some people then recover, and others sadly die, with the virus given as the reason.</w:t>
      </w:r>
    </w:p>
    <w:p>
      <w:pPr>
        <w:spacing w:before="0" w:after="120" w:line="300" w:lineRule="exact"/>
        <w:jc w:val="both"/>
      </w:pPr>
      <w:r>
        <w:rPr>
          <w:rFonts w:ascii="Georgia" w:hAnsi="Georgia" w:cs="Georgia" w:eastAsia="Georgia"/>
          <w:b w:val="0"/>
          <w:i w:val="0"/>
          <w:sz w:val="22"/>
        </w:rPr>
        <w:t>Something doesn't look right here. I personally think we should all be very weary of going to the hospital during these days, unless it is absolutely necessary.</w:t>
      </w:r>
    </w:p>
    <w:p>
      <w:pPr>
        <w:spacing w:before="0" w:after="120" w:line="300" w:lineRule="exact"/>
        <w:jc w:val="both"/>
      </w:pPr>
      <w:r>
        <w:rPr>
          <w:rFonts w:ascii="Georgia" w:hAnsi="Georgia" w:cs="Georgia" w:eastAsia="Georgia"/>
          <w:b w:val="0"/>
          <w:i w:val="0"/>
          <w:sz w:val="22"/>
        </w:rPr>
        <w:t>There have also been many accounts of people with firsthand experience that their family member is admitted to hospital and the staff tell them that everything is fine. However, a few hours later they receive a phone call that their loved one has suddenly died!</w:t>
      </w:r>
    </w:p>
    <w:p>
      <w:pPr>
        <w:spacing w:before="0" w:after="120" w:line="300" w:lineRule="exact"/>
        <w:jc w:val="both"/>
      </w:pPr>
      <w:r>
        <w:rPr>
          <w:rFonts w:ascii="Georgia" w:hAnsi="Georgia" w:cs="Georgia" w:eastAsia="Georgia"/>
          <w:b w:val="0"/>
          <w:i w:val="0"/>
          <w:sz w:val="22"/>
        </w:rPr>
        <w:t>Moreover, a report was published in the guardian yesterday that the head of the British Medical Association has called on the government to urgently investigate if and why black, Asian and minority ethnic people are more vulnerable to Covid-19, after the first 10 doctors in the UK named as having died from the virus were all Black, Asian and ethnic minority.</w:t>
      </w:r>
    </w:p>
    <w:p>
      <w:pPr>
        <w:spacing w:before="0" w:after="120" w:line="300" w:lineRule="exact"/>
        <w:jc w:val="both"/>
      </w:pPr>
      <w:r>
        <w:rPr>
          <w:rFonts w:ascii="Georgia" w:hAnsi="Georgia" w:cs="Georgia" w:eastAsia="Georgia"/>
          <w:b w:val="0"/>
          <w:i w:val="0"/>
          <w:sz w:val="22"/>
        </w:rPr>
        <w:t>Some things are not just right in these testing times. May Allah protect us and our loved ones. Ameen.</w:t>
      </w:r>
    </w:p>
    <w:p>
      <w:pPr>
        <w:spacing w:before="0" w:after="120" w:line="300" w:lineRule="exact"/>
        <w:jc w:val="both"/>
      </w:pPr>
      <w:r>
        <w:rPr>
          <w:rFonts w:ascii="Georgia" w:hAnsi="Georgia" w:cs="Georgia" w:eastAsia="Georgia"/>
          <w:b w:val="0"/>
          <w:i w:val="0"/>
          <w:sz w:val="22"/>
        </w:rPr>
        <w:t>- A concerned Muslim"</w:t>
      </w:r>
    </w:p>
    <w:p>
      <w:pPr>
        <w:spacing w:before="0" w:after="120" w:line="300" w:lineRule="exact"/>
        <w:jc w:val="both"/>
      </w:pPr>
      <w:r>
        <w:rPr>
          <w:rFonts w:ascii="Georgia" w:hAnsi="Georgia" w:cs="Georgia" w:eastAsia="Georgia"/>
          <w:b w:val="0"/>
          <w:i w:val="0"/>
          <w:sz w:val="22"/>
        </w:rPr>
        <w:t>Fraud and Satanism are being perpetrated on a massive scale universally. The Munaafiqeen who have sold their souls for worldly excrement and carrion to attain satanic objectives are presenting fiction as if it is holier and more authentic than the Qur'aan and Ahaadith. That is why Ad-Darkul Asfal Minan Naar will be their abode, and at the time of Maut they will suffer and suffer and only then understand the consequences of their wicked role in this satanic 'pandemic'. The La'nat of Allah Azza Wa Jal and His Malaaikah settles on the Bogus uucsa Munaafiqeen. They are among the vilest mal-oon specimen of epistasis.</w:t>
      </w:r>
    </w:p>
    <w:p>
      <w:pPr>
        <w:spacing w:before="0" w:after="120" w:line="300" w:lineRule="exact"/>
        <w:jc w:val="both"/>
      </w:pPr>
      <w:r>
        <w:rPr>
          <w:rFonts w:ascii="Georgia" w:hAnsi="Georgia" w:cs="Georgia" w:eastAsia="Georgia"/>
          <w:b w:val="0"/>
          <w:i w:val="0"/>
          <w:sz w:val="22"/>
        </w:rPr>
        <w:t>Adding more rubbish to their lies, the Bogus uucsa Munaafiq says:</w:t>
      </w:r>
    </w:p>
    <w:p>
      <w:pPr>
        <w:spacing w:before="120" w:after="120" w:line="300" w:lineRule="exact"/>
        <w:ind w:left="720" w:right="720"/>
        <w:jc w:val="center"/>
      </w:pPr>
      <w:r>
        <w:rPr>
          <w:rFonts w:ascii="Georgia" w:hAnsi="Georgia" w:cs="Georgia" w:eastAsia="Georgia"/>
          <w:b w:val="0"/>
          <w:i/>
          <w:sz w:val="22"/>
        </w:rPr>
        <w:t>"uucsa by its involvement dispelled the potentially dangerous notion that the Muslim Community as a whole were taking the government to court,…."</w:t>
      </w:r>
    </w:p>
    <w:p>
      <w:pPr>
        <w:spacing w:before="0" w:after="120" w:line="300" w:lineRule="exact"/>
        <w:jc w:val="both"/>
      </w:pPr>
      <w:r>
        <w:rPr>
          <w:rFonts w:ascii="Georgia" w:hAnsi="Georgia" w:cs="Georgia" w:eastAsia="Georgia"/>
          <w:b w:val="0"/>
          <w:i w:val="0"/>
          <w:sz w:val="22"/>
        </w:rPr>
        <w:t>The satanic trademark of the Munaafiqeen, according to Rasulullah (Sallallahu alayhi wasallam) is speaking lies. They feast on carrion and falsehood. The application was brought by two applicants. Nowhere in their papers was it even remotely implied that they were representing the Muslim Community of South Africa. Thus as far as the court was concerned, it was dealing with two persons.</w:t>
      </w:r>
    </w:p>
    <w:p>
      <w:pPr>
        <w:spacing w:before="0" w:after="120" w:line="300" w:lineRule="exact"/>
        <w:jc w:val="both"/>
      </w:pPr>
      <w:r>
        <w:rPr>
          <w:rFonts w:ascii="Georgia" w:hAnsi="Georgia" w:cs="Georgia" w:eastAsia="Georgia"/>
          <w:b w:val="0"/>
          <w:i w:val="0"/>
          <w:sz w:val="22"/>
        </w:rPr>
        <w:t>Whilst this is the fact relative to the court, hence no false notion was created, and there was therefore nothing to dispel, the reality is that the Applicants do represent the Muslim Community with the exclusion of the Qabar Pujaaris, the Munaafiqeen and the Zanaadaqah. The Applicants represented the Ahlus Sunnah Wal Jama'ah. All of the Rubbishes mentioned above are excluded not only from the Ahlus Sunnah, but from Islam itself. They are NOT Muslims. The petitions of thousands, the letters to the president by all the senior Ulama of the country, Darul Ulooms, and other Institutions bear loud and clear testimony that the Applicants are representative the Muslim Community on the issue of the Musaajid.</w:t>
      </w:r>
    </w:p>
    <w:p>
      <w:pPr>
        <w:spacing w:before="0" w:after="120" w:line="300" w:lineRule="exact"/>
        <w:jc w:val="both"/>
      </w:pPr>
      <w:r>
        <w:rPr>
          <w:rFonts w:ascii="Georgia" w:hAnsi="Georgia" w:cs="Georgia" w:eastAsia="Georgia"/>
          <w:b w:val="0"/>
          <w:i w:val="0"/>
          <w:sz w:val="22"/>
        </w:rPr>
        <w:t>Vomiting more kufr, the Iblees in human form, says:</w:t>
      </w:r>
    </w:p>
    <w:p>
      <w:pPr>
        <w:spacing w:before="120" w:after="120" w:line="300" w:lineRule="exact"/>
        <w:ind w:left="720" w:right="720"/>
        <w:jc w:val="center"/>
      </w:pPr>
      <w:r>
        <w:rPr>
          <w:rFonts w:ascii="Georgia" w:hAnsi="Georgia" w:cs="Georgia" w:eastAsia="Georgia"/>
          <w:b w:val="0"/>
          <w:i/>
          <w:sz w:val="22"/>
        </w:rPr>
        <w:t>"uucsa's decision to become a friend of the court, also counters the negative stereotyping that has inevitably resulted from a part of our community seeking a type of exceptional treatment over 60 million other citizens. We are not different to our fellow citizens ad we must stand with them, now more than ever."</w:t>
      </w:r>
    </w:p>
    <w:p>
      <w:pPr>
        <w:spacing w:before="0" w:after="120" w:line="300" w:lineRule="exact"/>
        <w:jc w:val="both"/>
      </w:pPr>
      <w:r>
        <w:rPr>
          <w:rFonts w:ascii="Georgia" w:hAnsi="Georgia" w:cs="Georgia" w:eastAsia="Georgia"/>
          <w:b w:val="0"/>
          <w:i w:val="0"/>
          <w:sz w:val="22"/>
        </w:rPr>
        <w:t>Rubbish satanic copro-rhetoric devoid of substance. The Applicants (i.e. the Muslim Community) were seeking nothing other than their constitutional and religious rights which the constitution grants them. The Applicants were not seeking any favour from the government. The government has the obligation of fulfilling our constitutional rights which it is suppressing and subjecting us to oppression.</w:t>
      </w:r>
    </w:p>
    <w:p>
      <w:pPr>
        <w:spacing w:before="0" w:after="120" w:line="300" w:lineRule="exact"/>
        <w:jc w:val="both"/>
      </w:pPr>
      <w:r>
        <w:rPr>
          <w:rFonts w:ascii="Georgia" w:hAnsi="Georgia" w:cs="Georgia" w:eastAsia="Georgia"/>
          <w:b w:val="0"/>
          <w:i w:val="0"/>
          <w:sz w:val="22"/>
        </w:rPr>
        <w:t>A host of other entities are being accorded 'exceptional treatment'. Furthermore, the rubbish munaafiqeen of Bogus uucsa have absolutely no relationship with more than 50 million 'fellow citizens' who abhor the satanic lockdown. They are starving and rioting all over the country. They are looting for food while the munaafiqeen are obese and feeding themselves gluttonously. They and all the government officials are living in luxury and comfort unaffected by the rigours of poverty and hardships of hunger, and the squalor of their hovels which are creating the violent uprisings for food. The cry is FOOD! HUNGER!</w:t>
      </w:r>
    </w:p>
    <w:p>
      <w:pPr>
        <w:spacing w:before="0" w:after="120" w:line="300" w:lineRule="exact"/>
        <w:jc w:val="both"/>
      </w:pPr>
      <w:r>
        <w:rPr>
          <w:rFonts w:ascii="Georgia" w:hAnsi="Georgia" w:cs="Georgia" w:eastAsia="Georgia"/>
          <w:b w:val="0"/>
          <w:i w:val="0"/>
          <w:sz w:val="22"/>
        </w:rPr>
        <w:t>These Munaafiqeen should visit the townships, the informal settlements and the squatter camps to understand the meaning of suffering – to understand how 50 million people hate the lockdown and the measures instituted by the government – to see and understand police brutality being committed not only on Muslims in the Musaajid, but on their own kind who are suffering.</w:t>
      </w:r>
    </w:p>
    <w:p>
      <w:pPr>
        <w:spacing w:before="0" w:after="120" w:line="300" w:lineRule="exact"/>
        <w:jc w:val="both"/>
      </w:pPr>
      <w:r>
        <w:rPr>
          <w:rFonts w:ascii="Georgia" w:hAnsi="Georgia" w:cs="Georgia" w:eastAsia="Georgia"/>
          <w:b w:val="0"/>
          <w:i w:val="0"/>
          <w:sz w:val="22"/>
        </w:rPr>
        <w:t>Besides a tiny minority of people who bask in affluence and enjoy cream and butter, rotten carrion and pork, and have all the amenities of life, the tens of millions are clamouring for an end to imprisonment just as the Applicants have been doing in court. They want bread. The uucsa devils are obese and afflicted with multiple diseases, the worst being NIFAAQ. Thus, this Enemy of Allah masquerading as the 'friend' of the court is a glutton who excels in the expertise of gluttonous eating and excreting. They reek of rijs from top to bottom, inside and outside.</w:t>
      </w:r>
    </w:p>
    <w:p>
      <w:pPr>
        <w:spacing w:before="0" w:after="120" w:line="300" w:lineRule="exact"/>
        <w:jc w:val="both"/>
      </w:pPr>
      <w:r>
        <w:rPr>
          <w:rFonts w:ascii="Georgia" w:hAnsi="Georgia" w:cs="Georgia" w:eastAsia="Georgia"/>
          <w:b w:val="0"/>
          <w:i w:val="0"/>
          <w:sz w:val="22"/>
        </w:rPr>
        <w:t>Realizing the hate the Community has for them, these Munaafiqeen, at pains to present an image acceptable to Muslims, say:</w:t>
      </w:r>
    </w:p>
    <w:p>
      <w:pPr>
        <w:spacing w:before="120" w:after="120" w:line="300" w:lineRule="exact"/>
        <w:ind w:left="720" w:right="720"/>
        <w:jc w:val="center"/>
      </w:pPr>
      <w:r>
        <w:rPr>
          <w:rFonts w:ascii="Georgia" w:hAnsi="Georgia" w:cs="Georgia" w:eastAsia="Georgia"/>
          <w:b w:val="0"/>
          <w:i/>
          <w:sz w:val="22"/>
        </w:rPr>
        <w:t>"Unfortunately, our attempt at safeguarding Muslim interests……has been characterized by some as an attempt to oppose the opening of the Masaajid. This is not correct."</w:t>
      </w:r>
    </w:p>
    <w:p>
      <w:pPr>
        <w:spacing w:before="0" w:after="120" w:line="300" w:lineRule="exact"/>
        <w:jc w:val="both"/>
      </w:pPr>
      <w:r>
        <w:rPr>
          <w:rFonts w:ascii="Georgia" w:hAnsi="Georgia" w:cs="Georgia" w:eastAsia="Georgia"/>
          <w:b w:val="0"/>
          <w:i w:val="0"/>
          <w:sz w:val="22"/>
        </w:rPr>
        <w:t>It is 100% CORRECT. The entire Muslim Community which excludes those mentioned above, views the action of this Enemy of Allah as a dastardly attempt to ensure that the Musaajid remain closed and that Muslims be prevented from performing Salaat in the Musaajid. Even secularists whose Imaan is sound, have understood the satanic and pernicious objective of the Munaafiq in its thinly veiled cover to portray itself as the 'friend' of the court while it is the FIEND of Allah.</w:t>
      </w:r>
    </w:p>
    <w:p>
      <w:pPr>
        <w:spacing w:before="0" w:after="120" w:line="300" w:lineRule="exact"/>
        <w:jc w:val="both"/>
      </w:pPr>
      <w:r>
        <w:rPr>
          <w:rFonts w:ascii="Georgia" w:hAnsi="Georgia" w:cs="Georgia" w:eastAsia="Georgia"/>
          <w:b w:val="0"/>
          <w:i w:val="0"/>
          <w:sz w:val="22"/>
        </w:rPr>
        <w:t>The statement of the Muslim Lawyers Association who are secularists, and of others appear in this treatise. The Enemy of Allah has, by its own traitorous conduct become a skunk emitting offensive odours which nauseate the Muslim Community. The sole objective of The Enemy of Allah was to destroy Muslim interests. The greatest Muslim interest is their Deen. This was the target of the Enemy of Allah, and all Muslims have realized this. The satanic ploy dubbed 'friend of the court' does not befool and befuddle Muslims.</w:t>
      </w:r>
    </w:p>
    <w:p>
      <w:pPr>
        <w:spacing w:before="120" w:after="120" w:line="300" w:lineRule="exact"/>
        <w:ind w:left="720" w:right="720"/>
        <w:jc w:val="center"/>
      </w:pPr>
      <w:r>
        <w:rPr>
          <w:rFonts w:ascii="Georgia" w:hAnsi="Georgia" w:cs="Georgia" w:eastAsia="Georgia"/>
          <w:b w:val="0"/>
          <w:i/>
          <w:sz w:val="22"/>
        </w:rPr>
        <w:t>Again, uttering kufr nonsense, the Enemy of Allah disgorges: "While we must guard against an unfettered restriction of our rights, we must consider restrictions in the appropriate context. We must not forget our obligations to society and our responsibility to avoid harm to others."</w:t>
      </w:r>
    </w:p>
    <w:p>
      <w:pPr>
        <w:spacing w:before="0" w:after="120" w:line="300" w:lineRule="exact"/>
        <w:jc w:val="both"/>
      </w:pPr>
      <w:r>
        <w:rPr>
          <w:rFonts w:ascii="Georgia" w:hAnsi="Georgia" w:cs="Georgia" w:eastAsia="Georgia"/>
          <w:b w:val="0"/>
          <w:i w:val="0"/>
          <w:sz w:val="22"/>
        </w:rPr>
        <w:t>The Enemy of Allah makes a mockery of its stupid attempt with this hollow, hypocritical façade of altruism. Our rights under government repression are suffering unfettered restriction. These essential rights relate to only worship – Salaat in the Musaajid which the illegitimate progeny of Iblees abhor.</w:t>
      </w:r>
    </w:p>
    <w:p>
      <w:pPr>
        <w:spacing w:before="0" w:after="120" w:line="300" w:lineRule="exact"/>
        <w:jc w:val="both"/>
      </w:pPr>
      <w:r>
        <w:rPr>
          <w:rFonts w:ascii="Georgia" w:hAnsi="Georgia" w:cs="Georgia" w:eastAsia="Georgia"/>
          <w:b w:val="0"/>
          <w:i w:val="0"/>
          <w:sz w:val="22"/>
        </w:rPr>
        <w:t>Salaat in the Musaajid does not harm society as the Rubbish Munaafiq contends. This Enemy of Allah reeks of nifaaq and kufr. These human shayaateen see harm in only the Musaajid. They have no clamour against the many other entities which are prime spreaders of disease. They see no harm in the malls, taxis, etc. Harm for them emerges from only the Houses of Allah Ta'ala. May the La'nat of Allah and His Malaaikah apprehend these sub-shayaateen beasts. They accuse the Muslim Community of abandoning some hallucinated 'obligations to society' while they propagate total abandonment of the Deen.</w:t>
      </w:r>
    </w:p>
    <w:p>
      <w:pPr>
        <w:spacing w:before="0" w:after="120" w:line="300" w:lineRule="exact"/>
        <w:jc w:val="both"/>
      </w:pPr>
      <w:r>
        <w:rPr>
          <w:rFonts w:ascii="Georgia" w:hAnsi="Georgia" w:cs="Georgia" w:eastAsia="Georgia"/>
          <w:b w:val="0"/>
          <w:i w:val="0"/>
          <w:sz w:val="22"/>
        </w:rPr>
        <w:t>The Fiend of Allah portraying itself as the 'friend of the court', says:</w:t>
      </w:r>
    </w:p>
    <w:p>
      <w:pPr>
        <w:spacing w:before="120" w:after="120" w:line="300" w:lineRule="exact"/>
        <w:ind w:left="720" w:right="720"/>
        <w:jc w:val="center"/>
      </w:pPr>
      <w:r>
        <w:rPr>
          <w:rFonts w:ascii="Georgia" w:hAnsi="Georgia" w:cs="Georgia" w:eastAsia="Georgia"/>
          <w:b w:val="0"/>
          <w:i/>
          <w:sz w:val="22"/>
        </w:rPr>
        <w:t>"Again, uucsa has been consistent from before the lockdown. The state contended, and uucsa agreed, that the rights sought to be protected are the right to life, the right to dignity, the right to access to healthcare and the right to an environment not harmful to ones health. These Maqaasid of the Shariah are also entrenched in the bill of rights of the South African constitution."</w:t>
      </w:r>
    </w:p>
    <w:p>
      <w:pPr>
        <w:spacing w:before="0" w:after="120" w:line="300" w:lineRule="exact"/>
        <w:jc w:val="both"/>
      </w:pPr>
      <w:r>
        <w:rPr>
          <w:rFonts w:ascii="Georgia" w:hAnsi="Georgia" w:cs="Georgia" w:eastAsia="Georgia"/>
          <w:b w:val="0"/>
          <w:i w:val="0"/>
          <w:sz w:val="22"/>
        </w:rPr>
        <w:t>This skullduggery reeks of kufr which the Enemy of Allah seeks to present as 'maqaasid' of the Shariah. The only victim which this Enemy of Allah could find to be in violation and negation of the hallucinated 'maqaasid' is the Musjid. The Musaajid and Salaat therein – the fulfilment of the Faraaidh Commands of Allah – are the only threats to the right to life and to the other rights mentioned by the Munaafiq. All the other filthy venues uphold these rights while the Musaajid are in violation. Clearly, shaitaan's urine has bedevilled the brains of the munaafiqeen of Bogus uucsa. About these munaafiq scoundrels, the Qur'aan Majeed states: "They do not stand except as stands the one who has been driven to insanity by the touch of shaitaan."</w:t>
      </w:r>
    </w:p>
    <w:p>
      <w:pPr>
        <w:spacing w:before="0" w:after="120" w:line="300" w:lineRule="exact"/>
        <w:jc w:val="both"/>
      </w:pPr>
      <w:r>
        <w:rPr>
          <w:rFonts w:ascii="Georgia" w:hAnsi="Georgia" w:cs="Georgia" w:eastAsia="Georgia"/>
          <w:b w:val="0"/>
          <w:i w:val="0"/>
          <w:sz w:val="22"/>
        </w:rPr>
        <w:t>The Munaafiq's struggle to have the Musaajid closed is based on the rights which it describes as 'maqaasid of the shariah'. The shariah of the Enemy of Allah is an ideology of kufr which is subservient to the constitution and in violent conflict with the Shariah of Allah Ta'ala. That is precisely why this evil entity has travelled all the way to ensure the suppression of Islamic rights and constitutional rights of Muslims to keep their Musaajid open and to perform Salaat therein. It seems that there is nothing more abhorrent for these munaafiq devils than seeing the Musaajid remain close and that Muslims are debarred from the Musaajid, and that Muslims are arrested and subjected to police brutality for performing Salaat in the Houses of Allah Ta'ala as commanded by Him.</w:t>
      </w:r>
    </w:p>
    <w:p>
      <w:pPr>
        <w:spacing w:before="0" w:after="120" w:line="300" w:lineRule="exact"/>
        <w:jc w:val="both"/>
      </w:pPr>
      <w:r>
        <w:rPr>
          <w:rFonts w:ascii="Georgia" w:hAnsi="Georgia" w:cs="Georgia" w:eastAsia="Georgia"/>
          <w:b w:val="0"/>
          <w:i w:val="0"/>
          <w:sz w:val="22"/>
        </w:rPr>
        <w:t>The very rights of the constitution to which the illegitimate progeny of Iblees refers, are also the rights which the State owes Muslims. By closing the Musaajid, by preventing Muslims from performing Salaat in the Musaajid, by arresting Muslims and by subjecting Muslims to police profanities and brutality, the rights of Muslims to life and dignity are brutally denied and trampled on.</w:t>
      </w:r>
    </w:p>
    <w:p>
      <w:pPr>
        <w:spacing w:before="0" w:after="120" w:line="300" w:lineRule="exact"/>
        <w:jc w:val="both"/>
      </w:pPr>
      <w:r>
        <w:rPr>
          <w:rFonts w:ascii="Georgia" w:hAnsi="Georgia" w:cs="Georgia" w:eastAsia="Georgia"/>
          <w:b w:val="0"/>
          <w:i w:val="0"/>
          <w:sz w:val="22"/>
        </w:rPr>
        <w:t>Among the Maqaasid of the Shariah is the dignity of the Mu'min. The dignity of the Mu'min has precedence over the dignity of others. This is our belief – the belief emphasized in the Qur'aan numerous times. The Qur'aan Majeed differentiates between the Mu'mineen and the Kaafireen. The Qur'aan Majeed categorically proclaims everlasting Jahannam for the Kaafireen, and describes them and the Munaafiqeen such as Bogus uucsa as Rijs.</w:t>
      </w:r>
    </w:p>
    <w:p>
      <w:pPr>
        <w:spacing w:before="0" w:after="120" w:line="300" w:lineRule="exact"/>
        <w:jc w:val="both"/>
      </w:pPr>
      <w:r>
        <w:rPr>
          <w:rFonts w:ascii="Georgia" w:hAnsi="Georgia" w:cs="Georgia" w:eastAsia="Georgia"/>
          <w:b w:val="0"/>
          <w:i w:val="0"/>
          <w:sz w:val="22"/>
        </w:rPr>
        <w:t>Snitching on the Mu'mineen is the occupation of only the Munaafiqeen. It is never possible for a true Mu'min to spy on Muslims and to report them for performing Salaat in the Musjid. Ask the ANC what was their attitude towards the snitchers of Bogus uucsa's type during the apartheid days. What would the ANC do with munaafiqeen whom they termed 'mpimpis'? Having so quickly forgotten their past, they now encourage snitching. This is a the job of only filthy rats which dwell at the very bottom of the sewer drains. Only thoroughbred munaafiqeen destined for the lowest pit in Hell-Fire will venture into the kuffaar court to plead and beg for the Musjid to remain closed and for Muslims to be prevented from performing the Fardh Salaat and Jumuah Salaat in the Musaajid. The Curse of Allah and His Angels settles on these filthiest of rats and snakes in the grass ever ready to stab Rasulullah (sallallahu alayhi wasallam) in the heart, and the Ummah in the back. Even secular Muslims are aghast at the perfidy and villainy displayed by the Bogus uucsa munaafiqeen.</w:t>
      </w:r>
    </w:p>
    <w:p>
      <w:pPr>
        <w:spacing w:before="0" w:after="120" w:line="300" w:lineRule="exact"/>
        <w:jc w:val="both"/>
      </w:pPr>
      <w:r>
        <w:rPr>
          <w:rFonts w:ascii="Georgia" w:hAnsi="Georgia" w:cs="Georgia" w:eastAsia="Georgia"/>
          <w:b w:val="0"/>
          <w:i w:val="0"/>
          <w:sz w:val="22"/>
        </w:rPr>
        <w:t>Among the Maqaasid of the Shariah is to maintain the Musaajid open for Salaat. Hence, the Qur'aan Majeed states about these most contemptible villain Munaafiqeen of Bogus uucsa:</w:t>
      </w:r>
    </w:p>
    <w:p>
      <w:pPr>
        <w:spacing w:before="120" w:after="40" w:line="300" w:lineRule="exact"/>
        <w:jc w:val="both"/>
      </w:pPr>
      <w:r>
        <w:rPr>
          <w:rFonts w:ascii="Georgia" w:hAnsi="Georgia" w:cs="Georgia" w:eastAsia="Georgia"/>
          <w:b/>
          <w:i/>
          <w:sz w:val="22"/>
        </w:rPr>
        <w:t>"Who is a greater oppressor than the one who prevents the Thikr of Allah in the Musaajid, and he strives (plots) in its destruction?" (Baqarah, Aayat 114)</w:t>
      </w:r>
    </w:p>
    <w:p>
      <w:pPr>
        <w:spacing w:before="0" w:after="120" w:line="300" w:lineRule="exact"/>
        <w:jc w:val="both"/>
      </w:pPr>
      <w:r>
        <w:rPr>
          <w:rFonts w:ascii="Georgia" w:hAnsi="Georgia" w:cs="Georgia" w:eastAsia="Georgia"/>
          <w:b w:val="0"/>
          <w:i w:val="0"/>
          <w:sz w:val="22"/>
        </w:rPr>
        <w:t>The munaafiqeen of Bogus uucsa are worse than even the mushrikeen. In the tafseer of this Aayat, the Mufassireen say that the one who commits these vilest of misdeeds surpasses the villainy of the mushrikeen.</w:t>
      </w:r>
    </w:p>
    <w:p>
      <w:pPr>
        <w:spacing w:before="0" w:after="120" w:line="300" w:lineRule="exact"/>
        <w:jc w:val="both"/>
      </w:pPr>
      <w:r>
        <w:rPr>
          <w:rFonts w:ascii="Georgia" w:hAnsi="Georgia" w:cs="Georgia" w:eastAsia="Georgia"/>
          <w:b w:val="0"/>
          <w:i w:val="0"/>
          <w:sz w:val="22"/>
        </w:rPr>
        <w:t>Among the Maqaasid of the Shariah is to uphold Imaadud Deen (The Pillar of the Deen), viz. the Fardh Salaat with Jamaat in the Musjid. Hence Rasulullah (Sallallahu alayhi wasallam) said:</w:t>
      </w:r>
    </w:p>
    <w:p>
      <w:pPr>
        <w:spacing w:before="120" w:after="40" w:line="300" w:lineRule="exact"/>
        <w:jc w:val="both"/>
      </w:pPr>
      <w:r>
        <w:rPr>
          <w:rFonts w:ascii="Georgia" w:hAnsi="Georgia" w:cs="Georgia" w:eastAsia="Georgia"/>
          <w:b/>
          <w:i/>
          <w:sz w:val="22"/>
        </w:rPr>
        <w:t>"I take oath by the One in Whose control is my life! Most certainly, I had resolved to command the gathering of firewood. After it has been gathered, the Athaan shall be given. Then I shall command a person to lead the Salaat. He will then lead the Salaat while I shall proceed to those people who are not present for Salaat (in the Musjid). Then I shall burn down their houses."</w:t>
      </w:r>
    </w:p>
    <w:p>
      <w:pPr>
        <w:spacing w:before="120" w:after="40" w:line="300" w:lineRule="exact"/>
        <w:jc w:val="both"/>
      </w:pPr>
      <w:r>
        <w:rPr>
          <w:rFonts w:ascii="Georgia" w:hAnsi="Georgia" w:cs="Georgia" w:eastAsia="Georgia"/>
          <w:b/>
          <w:i/>
          <w:sz w:val="22"/>
        </w:rPr>
        <w:t>(Bukhaari and Muslim)</w:t>
      </w:r>
    </w:p>
    <w:p>
      <w:pPr>
        <w:spacing w:before="0" w:after="120" w:line="300" w:lineRule="exact"/>
        <w:jc w:val="both"/>
      </w:pPr>
      <w:r>
        <w:rPr>
          <w:rFonts w:ascii="Georgia" w:hAnsi="Georgia" w:cs="Georgia" w:eastAsia="Georgia"/>
          <w:b w:val="0"/>
          <w:i w:val="0"/>
          <w:sz w:val="22"/>
        </w:rPr>
        <w:t>All other objectives are petty in relation to these Maqaasid of paramount importance. Never ever do these Maqaasid detract from the sanctity of life and the honour of Insaan.</w:t>
      </w:r>
    </w:p>
    <w:p>
      <w:pPr>
        <w:spacing w:before="0" w:after="120" w:line="300" w:lineRule="exact"/>
        <w:jc w:val="both"/>
      </w:pPr>
      <w:r>
        <w:rPr>
          <w:rFonts w:ascii="Georgia" w:hAnsi="Georgia" w:cs="Georgia" w:eastAsia="Georgia"/>
          <w:b w:val="0"/>
          <w:i w:val="0"/>
          <w:sz w:val="22"/>
        </w:rPr>
        <w:t>Like a contemptible dog licking its wounds, the Bogus munaafiq uucsa laments:</w:t>
      </w:r>
    </w:p>
    <w:p>
      <w:pPr>
        <w:spacing w:before="120" w:after="120" w:line="300" w:lineRule="exact"/>
        <w:ind w:left="720" w:right="720"/>
        <w:jc w:val="center"/>
      </w:pPr>
      <w:r>
        <w:rPr>
          <w:rFonts w:ascii="Georgia" w:hAnsi="Georgia" w:cs="Georgia" w:eastAsia="Georgia"/>
          <w:b w:val="0"/>
          <w:i/>
          <w:sz w:val="22"/>
        </w:rPr>
        <w:t>"uucsa's sincere attempt at safeguarding the image and beauty of Islam and illustrating the merciful conduct of our beloved Prophet Muhammad has been interpreted as an attempt to oppose the "opening of the masaajid".</w:t>
      </w:r>
    </w:p>
    <w:p>
      <w:pPr>
        <w:spacing w:before="0" w:after="120" w:line="300" w:lineRule="exact"/>
        <w:jc w:val="both"/>
      </w:pPr>
      <w:r>
        <w:rPr>
          <w:rFonts w:ascii="Georgia" w:hAnsi="Georgia" w:cs="Georgia" w:eastAsia="Georgia"/>
          <w:b w:val="0"/>
          <w:i w:val="0"/>
          <w:sz w:val="22"/>
        </w:rPr>
        <w:t>There has been no attempt whatsoever by anyone to forge the interpretation which this Enemy of Allah alleges. The entire Muslim community, even secular personnel and ordinary Muslims, are unanimous in crucifying the Munaafiq for its villainous perfidy of striving to keep the Musaajid closed.</w:t>
      </w:r>
    </w:p>
    <w:p>
      <w:pPr>
        <w:spacing w:before="0" w:after="120" w:line="300" w:lineRule="exact"/>
        <w:jc w:val="both"/>
      </w:pPr>
      <w:r>
        <w:rPr>
          <w:rFonts w:ascii="Georgia" w:hAnsi="Georgia" w:cs="Georgia" w:eastAsia="Georgia"/>
          <w:b w:val="0"/>
          <w:i w:val="0"/>
          <w:sz w:val="22"/>
        </w:rPr>
        <w:t>Even the dumbest Muslim scoffs at this silly lament of the Enemy of Allah. O Munaafiq! Your skin cannot be saved. You are among the worst of Murtaddeen. The lowest Pit in hell-Fire is your abode. You are the enemy of our Beloved Nabi (Sallallahu alayhi wasallam).</w:t>
      </w:r>
    </w:p>
    <w:p>
      <w:pPr>
        <w:spacing w:before="0" w:after="120" w:line="300" w:lineRule="exact"/>
        <w:jc w:val="both"/>
      </w:pPr>
      <w:r>
        <w:rPr>
          <w:rFonts w:ascii="Georgia" w:hAnsi="Georgia" w:cs="Georgia" w:eastAsia="Georgia"/>
          <w:b w:val="0"/>
          <w:i w:val="0"/>
          <w:sz w:val="22"/>
        </w:rPr>
        <w:t>People are not fools as you are. Your ostensible holy protestations cannot vindicate your disgusting conduct and your act of so flagrantly and blatantly opposing the opening of the Musaajid in the court of the kuffaar. Go and commit suicide to purify the surface of the earth from scum of your kind.</w:t>
      </w:r>
    </w:p>
    <w:p>
      <w:pPr>
        <w:spacing w:before="0" w:after="120" w:line="300" w:lineRule="exact"/>
        <w:jc w:val="both"/>
      </w:pPr>
      <w:r>
        <w:rPr>
          <w:rFonts w:ascii="Georgia" w:hAnsi="Georgia" w:cs="Georgia" w:eastAsia="Georgia"/>
          <w:b w:val="0"/>
          <w:i w:val="0"/>
          <w:sz w:val="22"/>
        </w:rPr>
        <w:t>What does this Enemy of Allah know about our Beloved Nabi (Sallallahu alayhi wasallam)? Its entire acquittal in the court was repeated stabbing our Nabi (Sallallahu alayhi wasallam) in the heart. You have the Sacred Blood of Rasulullah (Sallallahu alayhi wasallam) on your filthy hands. Your perfidious act is like that of Lu'lu, the Shiah fire-worshipper who had plunged his dagger multiple times in the sacred body of Sayyiduna Umar Bin Khattaab, the Second Khalifah during Fajr Salaat. There is no difference. Continue with your perfidy. There is no escape for you.</w:t>
      </w:r>
    </w:p>
    <w:p>
      <w:pPr>
        <w:spacing w:before="0" w:after="120" w:line="300" w:lineRule="exact"/>
        <w:jc w:val="both"/>
      </w:pPr>
      <w:r>
        <w:rPr>
          <w:rFonts w:ascii="Georgia" w:hAnsi="Georgia" w:cs="Georgia" w:eastAsia="Georgia"/>
          <w:b w:val="0"/>
          <w:i w:val="0"/>
          <w:sz w:val="22"/>
        </w:rPr>
        <w:t>Disgorging another yarn of rubbish in a futile attempt to gain Muslim support, the Enemy of Allah Azza Wa Jal, laments: "We live in unprecedented times which calls for equally unprecedented measures even if they are unpopular."</w:t>
      </w:r>
    </w:p>
    <w:p>
      <w:pPr>
        <w:spacing w:before="0" w:after="120" w:line="300" w:lineRule="exact"/>
        <w:jc w:val="both"/>
      </w:pPr>
      <w:r>
        <w:rPr>
          <w:rFonts w:ascii="Georgia" w:hAnsi="Georgia" w:cs="Georgia" w:eastAsia="Georgia"/>
          <w:b w:val="0"/>
          <w:i w:val="0"/>
          <w:sz w:val="22"/>
        </w:rPr>
        <w:t>The only unprecedented thing we can see is the perfidy, villainy and rotten snitching of this Fiend of Allah. Nothing is ever unprecedented in so far as the Musjid and the Faraaidh of Allah Ta'ala are concerned. 'Unprecedented measures' which target our Deen are part of the Satanist plot to extinguish Islam.</w:t>
      </w:r>
    </w:p>
    <w:p>
      <w:pPr>
        <w:spacing w:before="0" w:after="120" w:line="300" w:lineRule="exact"/>
        <w:jc w:val="both"/>
      </w:pPr>
      <w:r>
        <w:rPr>
          <w:rFonts w:ascii="Georgia" w:hAnsi="Georgia" w:cs="Georgia" w:eastAsia="Georgia"/>
          <w:b w:val="0"/>
          <w:i w:val="0"/>
          <w:sz w:val="22"/>
        </w:rPr>
        <w:t>In the context of the current bogey plague, the call of the munaafiqeen is most certainly 'unprecedented' in the annals of Islam. While Rasulullah (Sallallahu alayhi wasallam), the Sahaabah, the Salafus Saaliheen and the later generations of the Ummah never discerned any need whatsoever to ban Salaat in the Musaajid, to ban Jumuah Salaat and to close the Musaajid during plagues and epidemics of the most devastating kinds, these Rubbish munaafiqs pleaded with the kuffaar court to retain the ban on the Musaajid and Salaat. Most assuredly, this was satanically unprecedented. It will still cause this Fiend of Allah – this 'friend of the court' to suffer and rot.</w:t>
      </w:r>
    </w:p>
    <w:p>
      <w:pPr>
        <w:spacing w:before="0" w:after="120" w:line="300" w:lineRule="exact"/>
        <w:jc w:val="both"/>
      </w:pPr>
      <w:r>
        <w:rPr>
          <w:rFonts w:ascii="Georgia" w:hAnsi="Georgia" w:cs="Georgia" w:eastAsia="Georgia"/>
          <w:b w:val="0"/>
          <w:i w:val="0"/>
          <w:sz w:val="22"/>
        </w:rPr>
        <w:t>The Fiend of Allah parading as the 'friend of the kuffaar court', arguing vigorously for the closure of the Musaajid, says in its copro-statement:</w:t>
      </w:r>
    </w:p>
    <w:p>
      <w:pPr>
        <w:spacing w:before="120" w:after="120" w:line="300" w:lineRule="exact"/>
        <w:ind w:left="720" w:right="720"/>
        <w:jc w:val="center"/>
      </w:pPr>
      <w:r>
        <w:rPr>
          <w:rFonts w:ascii="Georgia" w:hAnsi="Georgia" w:cs="Georgia" w:eastAsia="Georgia"/>
          <w:b w:val="0"/>
          <w:i/>
          <w:sz w:val="22"/>
        </w:rPr>
        <w:t>"Leadership demands from us an uncompromising adherence to established Islamic principles as espoused by the leading scholars of the world."</w:t>
      </w:r>
    </w:p>
    <w:p>
      <w:pPr>
        <w:spacing w:before="0" w:after="120" w:line="300" w:lineRule="exact"/>
        <w:jc w:val="both"/>
      </w:pPr>
      <w:r>
        <w:rPr>
          <w:rFonts w:ascii="Georgia" w:hAnsi="Georgia" w:cs="Georgia" w:eastAsia="Georgia"/>
          <w:b w:val="0"/>
          <w:i w:val="0"/>
          <w:sz w:val="22"/>
        </w:rPr>
        <w:t>This averment is a perfect example of the zukhruful qawl (satanically adorned statements of deception) mentioned in the Qur'aan Majeed:</w:t>
      </w:r>
    </w:p>
    <w:p>
      <w:pPr>
        <w:spacing w:before="120" w:after="40" w:line="300" w:lineRule="exact"/>
        <w:jc w:val="both"/>
      </w:pPr>
      <w:r>
        <w:rPr>
          <w:rFonts w:ascii="Georgia" w:hAnsi="Georgia" w:cs="Georgia" w:eastAsia="Georgia"/>
          <w:b/>
          <w:i/>
          <w:sz w:val="22"/>
        </w:rPr>
        <w:t>"Thus, have We appointed for every Nabi enemies who are shayaateenul ins (human devils) and shayaateenul jinn (jinn devils). Some of them whisper to others (from among them) zukhrufal qawl (satanically adorned statements) to deceive." (Al-An'aam, Aayat 112)</w:t>
      </w:r>
    </w:p>
    <w:p>
      <w:pPr>
        <w:spacing w:before="0" w:after="120" w:line="300" w:lineRule="exact"/>
        <w:jc w:val="both"/>
      </w:pPr>
      <w:r>
        <w:rPr>
          <w:rFonts w:ascii="Georgia" w:hAnsi="Georgia" w:cs="Georgia" w:eastAsia="Georgia"/>
          <w:b w:val="0"/>
          <w:i w:val="0"/>
          <w:sz w:val="22"/>
        </w:rPr>
        <w:t>It is indeed mind boggling that a Devil in human form, speaks about 'Islamic principles' while in the same breath he condemns the Musaajid, accusing the Houses of Allah to be disease-carriers and spreaders of plagues, etc. The Bogus Dajjaal munaafiq's 'friend of the court' testament is cluttered with anti-Musjid and anti-Salaat arguments, yet this illegitimate progeny of Iblees dare speaks about 'Islamic principles'. Even ignorant Muslims cannot be befuddled by such brazen hypocrisy regardless of the cosmetic attempts to conceal the filth. The stench of the satanic rijs is too overwhelming and nauseating for the hearts of the Mu'mineen.</w:t>
      </w:r>
    </w:p>
    <w:p>
      <w:pPr>
        <w:spacing w:before="0" w:after="120" w:line="300" w:lineRule="exact"/>
        <w:jc w:val="both"/>
      </w:pPr>
      <w:r>
        <w:rPr>
          <w:rFonts w:ascii="Georgia" w:hAnsi="Georgia" w:cs="Georgia" w:eastAsia="Georgia"/>
          <w:b w:val="0"/>
          <w:i w:val="0"/>
          <w:sz w:val="22"/>
        </w:rPr>
        <w:t>The so-called 'leading scholars' who espouse the objectives of the Munaafiq scoundrel Bogus uucsa, are scholars for dollars. They are all birds of a feather. They lack the haziest idea of the meaning and Maqaasid of Islam. The miserable epistasis stupidly speaks of 'uncompromising adherence to Islamic principles', but this Enemy of Allah – the 'friend' of the kuffaar court- is the very first khinzeer among all the other khanaazeer to damn the Musaajid and Salaat.</w:t>
      </w:r>
    </w:p>
    <w:p>
      <w:pPr>
        <w:spacing w:before="0" w:after="120" w:line="300" w:lineRule="exact"/>
        <w:jc w:val="both"/>
      </w:pPr>
      <w:r>
        <w:rPr>
          <w:rFonts w:ascii="Georgia" w:hAnsi="Georgia" w:cs="Georgia" w:eastAsia="Georgia"/>
          <w:b w:val="0"/>
          <w:i w:val="0"/>
          <w:sz w:val="22"/>
        </w:rPr>
        <w:t>There never was a better exhibition and a more wonderful exposure of the munaafiqeen as has been demonstrated in this case. It is indeed a Bounty of Allah Ta'ala on the Ummah to have created the circumstance of this case to expose the villains of Nifaaq.</w:t>
      </w:r>
    </w:p>
    <w:p>
      <w:pPr>
        <w:spacing w:before="0" w:after="120" w:line="300" w:lineRule="exact"/>
        <w:jc w:val="both"/>
      </w:pPr>
      <w:r>
        <w:rPr>
          <w:rFonts w:ascii="Georgia" w:hAnsi="Georgia" w:cs="Georgia" w:eastAsia="Georgia"/>
          <w:b w:val="0"/>
          <w:i w:val="0"/>
          <w:sz w:val="22"/>
        </w:rPr>
        <w:t>The implication is tantamount in explicitly accusing Rasulullah (Sallallahu alayhi wasallam), the Sahaabah and the Salafus Saaliheen of having failed to uncompromisingly adhere to Islamic principles. In the satanic understanding of this copro-creep Bogus Munaafiq entity, Rasulullah (Sallallahu alayhi wasallam) and his Sahaabah had no understanding of Islamic principles, hence like the Mu'mineen of today, they had allowed Salaat in the Musaajid, kept the Musaajid open and 'recklessly' flocked to the Musaajid without the confounded stupid face masks, and without observing the clownish stupidity of 'social distancing' in the Musaajid. Indeed the stage for Dajjaal is being diligently prepared.</w:t>
      </w:r>
    </w:p>
    <w:p>
      <w:pPr>
        <w:spacing w:before="0" w:after="120" w:line="300" w:lineRule="exact"/>
        <w:jc w:val="both"/>
      </w:pPr>
      <w:r>
        <w:rPr>
          <w:rFonts w:ascii="Georgia" w:hAnsi="Georgia" w:cs="Georgia" w:eastAsia="Georgia"/>
          <w:b w:val="0"/>
          <w:i w:val="0"/>
          <w:sz w:val="22"/>
        </w:rPr>
        <w:t>The Copro-Rubbishes speak about their pe-lockdown closing of the Musaajid and limiting the number of musallis as examples of "the spirit and essence of Islamic teachings of social responsibility". These miserable inmates of Hell-Fire are not expected to understand that their rubbish averment is an insidious invective in condemnation and damnation of our Nabi (Sallallahu alayhi wasallam) and his Sahaabah.</w:t>
      </w:r>
    </w:p>
    <w:p>
      <w:pPr>
        <w:spacing w:before="0" w:after="120" w:line="300" w:lineRule="exact"/>
        <w:jc w:val="both"/>
      </w:pPr>
      <w:r>
        <w:rPr>
          <w:rFonts w:ascii="Georgia" w:hAnsi="Georgia" w:cs="Georgia" w:eastAsia="Georgia"/>
          <w:b w:val="0"/>
          <w:i w:val="0"/>
          <w:sz w:val="22"/>
        </w:rPr>
        <w:t>There is not a shred of shame in these illegitimate sons of Iblees. In their bootlicking madness to gain favour with the government, they pre-empted the government. All the way licking the boots of the government, these miserable specimens of the worst kind of vermin, demonstrated their obsequiousness by showing the authorities that they have done the dirty work of closing the Musjids under their control and banned Muslims from the Fardh Salaat and Jumuah Salaat.</w:t>
      </w:r>
    </w:p>
    <w:p>
      <w:pPr>
        <w:spacing w:before="0" w:after="120" w:line="300" w:lineRule="exact"/>
        <w:jc w:val="both"/>
      </w:pPr>
      <w:r>
        <w:rPr>
          <w:rFonts w:ascii="Georgia" w:hAnsi="Georgia" w:cs="Georgia" w:eastAsia="Georgia"/>
          <w:b w:val="0"/>
          <w:i w:val="0"/>
          <w:sz w:val="22"/>
        </w:rPr>
        <w:t>They perpetrated all of the treasonous villainies to gain some pats on their backs from the government and for the attainment of other evil, pernicious shaitaani objectives. May Allah's La'nat and the La'nat of the Malaaikah devour them. It is indeed an utter disgrace that those who profess to be Muslims claiming that Rasulullah (Sallallahu alayhi wasallam) and his Sahaabah lacked the spirit and essence of Islamic teachings, and that they had no conception of the creature they dub 'social responsibility".</w:t>
      </w:r>
    </w:p>
    <w:p>
      <w:pPr>
        <w:spacing w:before="0" w:after="120" w:line="300" w:lineRule="exact"/>
        <w:jc w:val="both"/>
      </w:pPr>
      <w:r>
        <w:rPr>
          <w:rFonts w:ascii="Georgia" w:hAnsi="Georgia" w:cs="Georgia" w:eastAsia="Georgia"/>
          <w:b w:val="0"/>
          <w:i w:val="0"/>
          <w:sz w:val="22"/>
        </w:rPr>
        <w:t>Nauthubillaah! Rasulullah (Sallallahu alayhi wasallam) had no conception of 'social responsibility'! Nauthubillah! The Sahaabah had no conception of 'social responsibility! That is why they never ever closed the Musaajid and never ever banned Salaat in the Musjid even during the height of ravaging epidemics. May these munaafiqeen rot and perish in their rot which they shall not escape.</w:t>
      </w:r>
    </w:p>
    <w:p>
      <w:pPr>
        <w:spacing w:before="0" w:after="120" w:line="300" w:lineRule="exact"/>
        <w:jc w:val="both"/>
      </w:pPr>
      <w:r>
        <w:rPr>
          <w:rFonts w:ascii="Georgia" w:hAnsi="Georgia" w:cs="Georgia" w:eastAsia="Georgia"/>
          <w:b w:val="0"/>
          <w:i w:val="0"/>
          <w:sz w:val="22"/>
        </w:rPr>
        <w:t>Illustrating its bootlicking attribute, the Fiend of Allah – the 'friend of the court – trucking at the boots, avers:</w:t>
      </w:r>
    </w:p>
    <w:p>
      <w:pPr>
        <w:spacing w:before="120" w:after="120" w:line="300" w:lineRule="exact"/>
        <w:ind w:left="720" w:right="720"/>
        <w:jc w:val="center"/>
      </w:pPr>
      <w:r>
        <w:rPr>
          <w:rFonts w:ascii="Georgia" w:hAnsi="Georgia" w:cs="Georgia" w:eastAsia="Georgia"/>
          <w:b w:val="0"/>
          <w:i/>
          <w:sz w:val="22"/>
        </w:rPr>
        <w:t>"The President announced last night, that there will be no lifting of the lockdown restrictions on gatherings at sports, cultural and religious events, including places of worship……..We ask all Muslims to continue to abide by the regulations."</w:t>
      </w:r>
    </w:p>
    <w:p>
      <w:pPr>
        <w:spacing w:before="0" w:after="120" w:line="300" w:lineRule="exact"/>
        <w:jc w:val="both"/>
      </w:pPr>
      <w:r>
        <w:rPr>
          <w:rFonts w:ascii="Georgia" w:hAnsi="Georgia" w:cs="Georgia" w:eastAsia="Georgia"/>
          <w:b w:val="0"/>
          <w:i w:val="0"/>
          <w:sz w:val="22"/>
        </w:rPr>
        <w:t>The announcement was made by the ma'bood of the Munaafiqeen, not by our Ma'bood – not by the Ma'bood of Muslims. Muslims do not heed the kufr rubbish asked by the Munaafiq Bogus uucsa. Muslims follow the Call of Allah Azza Wa Jal. Currently they are on the Makki Sunnah of Rasulullah (Sallallahu alayhi wasallam) – the Sunnah to which Zuhr and Asr Salaat testify and which the Ummah has perpetually commemorated since the time of our Nabi (Sallallahu alayhi wasallam). We continue perpetuating this Makki Sunnah of our Nabi (Sallallahu alayhi wasallam) and the Sahaabah.</w:t>
      </w:r>
    </w:p>
    <w:p>
      <w:pPr>
        <w:spacing w:before="0" w:after="120" w:line="300" w:lineRule="exact"/>
        <w:jc w:val="both"/>
      </w:pPr>
      <w:r>
        <w:rPr>
          <w:rFonts w:ascii="Georgia" w:hAnsi="Georgia" w:cs="Georgia" w:eastAsia="Georgia"/>
          <w:b w:val="0"/>
          <w:i w:val="0"/>
          <w:sz w:val="22"/>
        </w:rPr>
        <w:t>Allah's protection is with the Mu'mineen. There are sacrifices to be made by the Mu'mineen in their determination to uphold the fundamentals of Islam in the shadow of the Sunnah of Rasulullah (Sallallahu alayhi wasallam) demonstrated during the Makki phase of Nubuwwat. While we are hopelessly deficient in the Taqwa which the Sahaabah had and while we are grossly deficient in Rohaani stamina, nevertheless, we shall endeavour to emulate them in their Shadows. The Mu'mineen will continue performing Salaat in the Makki Sunnah style and accept to be brutalized by the government's oppression.</w:t>
      </w:r>
    </w:p>
    <w:p>
      <w:pPr>
        <w:spacing w:before="0" w:after="120" w:line="300" w:lineRule="exact"/>
        <w:jc w:val="both"/>
      </w:pPr>
      <w:r>
        <w:rPr>
          <w:rFonts w:ascii="Georgia" w:hAnsi="Georgia" w:cs="Georgia" w:eastAsia="Georgia"/>
          <w:b w:val="0"/>
          <w:i w:val="0"/>
          <w:sz w:val="22"/>
        </w:rPr>
        <w:t>Meanwhile the munaafiq snitchers and mpimpis can derive pleasure in reporting Muslims who perform Salaat in the Musaajid. Allah Ta'ala will break your necks. No scoundrel, no zaalim and no munaafiq will escape the Lash and the La'nat of Allah Azza Wa Jal.</w:t>
      </w:r>
    </w:p>
    <w:p>
      <w:pPr>
        <w:spacing w:before="120" w:after="120" w:line="300" w:lineRule="exact"/>
        <w:ind w:left="720" w:right="720"/>
        <w:jc w:val="center"/>
      </w:pPr>
      <w:r>
        <w:rPr>
          <w:rFonts w:ascii="Georgia" w:hAnsi="Georgia" w:cs="Georgia" w:eastAsia="Georgia"/>
          <w:b w:val="0"/>
          <w:i/>
          <w:sz w:val="22"/>
        </w:rPr>
        <w:t>We warn these Rubbish Munaafiqeen! Rasulullah (Sallallahu alayhi wasallam) said: "The Curse of the Mazloom rises above the clouds. The Portals of the Heaven are opened for it. (Thus, it rises to the Arsh of Allah Azza Wa Jal). Then Rabb (Allah Ta'ala) says: 'By My Might! By My Splendor! Most assuredly, I shall aid you even if it is after some time."</w:t>
      </w:r>
    </w:p>
    <w:p>
      <w:pPr>
        <w:spacing w:before="0" w:after="120" w:line="300" w:lineRule="exact"/>
        <w:jc w:val="both"/>
      </w:pPr>
      <w:r>
        <w:rPr>
          <w:rFonts w:ascii="Georgia" w:hAnsi="Georgia" w:cs="Georgia" w:eastAsia="Georgia"/>
          <w:b w:val="0"/>
          <w:i w:val="0"/>
          <w:sz w:val="22"/>
        </w:rPr>
        <w:t>O Munaafiqeen of Bogus uucsa and all other anti-Musjid, anti-Islam Munaafiqeen! Remember well that you will not escape Allah's dreadful Athaab. And, you will not have to wait for the Aakhirah. It will apprehend you right here in this dunya. Allah's armies and security forces are all over the show.</w:t>
      </w:r>
    </w:p>
    <w:p>
      <w:pPr>
        <w:spacing w:before="120" w:after="120" w:line="300" w:lineRule="exact"/>
        <w:ind w:left="720" w:right="720"/>
        <w:jc w:val="center"/>
      </w:pPr>
      <w:r>
        <w:rPr>
          <w:rFonts w:ascii="Georgia" w:hAnsi="Georgia" w:cs="Georgia" w:eastAsia="Georgia"/>
          <w:b w:val="0"/>
          <w:i/>
          <w:sz w:val="22"/>
        </w:rPr>
        <w:t>"No one knows the armies of your Rabb except He." (Qur'aan)</w:t>
      </w:r>
    </w:p>
    <w:p>
      <w:pPr>
        <w:pStyle w:val="Heading3"/>
        <w:spacing w:before="200" w:after="120" w:line="300" w:lineRule="exact"/>
        <w:jc w:val="left"/>
      </w:pPr>
      <w:r>
        <w:rPr>
          <w:rFonts w:ascii="Georgia" w:hAnsi="Georgia" w:cs="Georgia" w:eastAsia="Georgia"/>
          <w:b/>
          <w:i w:val="0"/>
          <w:color w:val="2E74B5"/>
          <w:sz w:val="24"/>
        </w:rPr>
        <w:t>SYNOPSIS</w:t>
      </w:r>
    </w:p>
    <w:p>
      <w:pPr>
        <w:spacing w:before="0" w:after="120" w:line="300" w:lineRule="exact"/>
        <w:jc w:val="both"/>
      </w:pPr>
      <w:r>
        <w:rPr>
          <w:rFonts w:ascii="Georgia" w:hAnsi="Georgia" w:cs="Georgia" w:eastAsia="Georgia"/>
          <w:b w:val="0"/>
          <w:i w:val="0"/>
          <w:sz w:val="22"/>
        </w:rPr>
        <w:t>Regardless of the technical and legal arguments put up by the attorneys of the Applicants, the Case of the Muslim Community – the Case of Islam in this issue is brief and crisp. In their endeavor to secure a verdict for the opening of the Musaajid, the attorneys presented their own arguments with their legal knowledge and understanding in the backdrop. Some of the arguments are in terms of the Shariah untenable. Here we state the actual Case of the Applicants, that is, the Case of the Shariah.</w:t>
      </w:r>
    </w:p>
    <w:p>
      <w:pPr>
        <w:spacing w:before="0" w:after="120" w:line="300" w:lineRule="exact"/>
        <w:jc w:val="both"/>
      </w:pPr>
      <w:r>
        <w:rPr>
          <w:rFonts w:ascii="Georgia" w:hAnsi="Georgia" w:cs="Georgia" w:eastAsia="Georgia"/>
          <w:b w:val="0"/>
          <w:i w:val="0"/>
          <w:sz w:val="22"/>
        </w:rPr>
        <w:t>The Demands of the Shariah In ventilating these demands it should be well understood that we are not asking the government for concessions and favours. We are only asking the government to desist from repression and oppression – to desist from trampling on our religious and constitutional rights. The virus is an exceptionally lame excuse for this cruel violation of our rights. If the government is intransigently adamant in denial of our constitutional and religious rights, we assign the matter to Allah Azza Wa Jal. We say in the words of the Qur'aan: "Unto Allah do I assign my affairs." Allah Ta'ala will most certainly undertake to execute the task of protecting us against the oppression which the Munaafiq Fiend of Allah, Bogus uucsa is supporting. Thus, our demands are that:</w:t>
      </w:r>
    </w:p>
    <w:p>
      <w:pPr>
        <w:spacing w:before="0" w:after="120" w:line="300" w:lineRule="exact"/>
        <w:jc w:val="both"/>
      </w:pPr>
      <w:r>
        <w:rPr>
          <w:rFonts w:ascii="Georgia" w:hAnsi="Georgia" w:cs="Georgia" w:eastAsia="Georgia"/>
          <w:b w:val="0"/>
          <w:i w:val="0"/>
          <w:sz w:val="22"/>
        </w:rPr>
        <w:t> Our Musaajid should be opened</w:t>
      </w:r>
    </w:p>
    <w:p>
      <w:pPr>
        <w:spacing w:before="0" w:after="120" w:line="300" w:lineRule="exact"/>
        <w:jc w:val="both"/>
      </w:pPr>
      <w:r>
        <w:rPr>
          <w:rFonts w:ascii="Georgia" w:hAnsi="Georgia" w:cs="Georgia" w:eastAsia="Georgia"/>
          <w:b w:val="0"/>
          <w:i w:val="0"/>
          <w:sz w:val="22"/>
        </w:rPr>
        <w:t> We must be allowed to worship in our Musaajid with freedom</w:t>
      </w:r>
    </w:p>
    <w:p>
      <w:pPr>
        <w:spacing w:before="0" w:after="120" w:line="300" w:lineRule="exact"/>
        <w:jc w:val="both"/>
      </w:pPr>
      <w:r>
        <w:rPr>
          <w:rFonts w:ascii="Georgia" w:hAnsi="Georgia" w:cs="Georgia" w:eastAsia="Georgia"/>
          <w:b w:val="0"/>
          <w:i w:val="0"/>
          <w:sz w:val="22"/>
        </w:rPr>
        <w:t> Our numbers must not be restricted  The mockery of 'social distancing' shall not be imposed on us in the Musaajid</w:t>
      </w:r>
    </w:p>
    <w:p>
      <w:pPr>
        <w:spacing w:before="0" w:after="120" w:line="300" w:lineRule="exact"/>
        <w:jc w:val="both"/>
      </w:pPr>
      <w:r>
        <w:rPr>
          <w:rFonts w:ascii="Georgia" w:hAnsi="Georgia" w:cs="Georgia" w:eastAsia="Georgia"/>
          <w:b w:val="0"/>
          <w:i w:val="0"/>
          <w:sz w:val="22"/>
        </w:rPr>
        <w:t> Any measure which is unacceptable to the Shariah must not be forced on us in the Musaajid.</w:t>
      </w:r>
    </w:p>
    <w:p>
      <w:pPr>
        <w:spacing w:before="0" w:after="120" w:line="300" w:lineRule="exact"/>
        <w:jc w:val="both"/>
      </w:pPr>
      <w:r>
        <w:rPr>
          <w:rFonts w:ascii="Georgia" w:hAnsi="Georgia" w:cs="Georgia" w:eastAsia="Georgia"/>
          <w:b w:val="0"/>
          <w:i w:val="0"/>
          <w:sz w:val="22"/>
        </w:rPr>
        <w:t>Anything less than this demand is unacceptable to our Shariah, hence unacceptable for the Mu'mineen. These ludicrous measures may be imposed in the mosques under control of the bootlicking Munaafiqeen.</w:t>
      </w:r>
    </w:p>
    <w:p>
      <w:pPr>
        <w:spacing w:before="0" w:after="120" w:line="300" w:lineRule="exact"/>
        <w:jc w:val="both"/>
      </w:pPr>
      <w:r>
        <w:rPr>
          <w:rFonts w:ascii="Georgia" w:hAnsi="Georgia" w:cs="Georgia" w:eastAsia="Georgia"/>
          <w:b w:val="0"/>
          <w:i w:val="0"/>
          <w:sz w:val="22"/>
        </w:rPr>
        <w:t>Highlights of the Bogus Munaafiq uucsa – the basis of their anti-Musjid stance – the basis of their detestation for Islam</w:t>
      </w:r>
    </w:p>
    <w:p>
      <w:pPr>
        <w:spacing w:before="0" w:after="120" w:line="300" w:lineRule="exact"/>
        <w:jc w:val="both"/>
      </w:pPr>
      <w:r>
        <w:rPr>
          <w:rFonts w:ascii="Georgia" w:hAnsi="Georgia" w:cs="Georgia" w:eastAsia="Georgia"/>
          <w:b w:val="0"/>
          <w:i w:val="0"/>
          <w:sz w:val="22"/>
        </w:rPr>
        <w:t>The primary basis for the opposition of these human devils consists of three satanic ingredients:</w:t>
      </w:r>
    </w:p>
    <w:p>
      <w:pPr>
        <w:spacing w:before="0" w:after="120" w:line="300" w:lineRule="exact"/>
        <w:jc w:val="both"/>
      </w:pPr>
      <w:r>
        <w:rPr>
          <w:rFonts w:ascii="Georgia" w:hAnsi="Georgia" w:cs="Georgia" w:eastAsia="Georgia"/>
          <w:b w:val="0"/>
          <w:i w:val="0"/>
          <w:sz w:val="22"/>
        </w:rPr>
        <w:t>(1) That the Musaajid are a threat to "the right of life". (2) That the Musaajid are a threat to the "right of dignity". (3) That the Musaajid are a threat to the "right of healthcare and to the right to an environment not harmful to one's health."</w:t>
      </w:r>
    </w:p>
    <w:p>
      <w:pPr>
        <w:spacing w:before="0" w:after="120" w:line="300" w:lineRule="exact"/>
        <w:jc w:val="both"/>
      </w:pPr>
      <w:r>
        <w:rPr>
          <w:rFonts w:ascii="Georgia" w:hAnsi="Georgia" w:cs="Georgia" w:eastAsia="Georgia"/>
          <w:b w:val="0"/>
          <w:i w:val="0"/>
          <w:sz w:val="22"/>
        </w:rPr>
        <w:t>These three satanic ingredients of their Opposition to the Musjid, can be ascertained in their futile and desperate statement issued to gain support from Muslims for their most contemptible opposition in court against the Musaajid.</w:t>
      </w:r>
    </w:p>
    <w:p>
      <w:pPr>
        <w:spacing w:before="0" w:after="120" w:line="300" w:lineRule="exact"/>
        <w:jc w:val="both"/>
      </w:pPr>
      <w:r>
        <w:rPr>
          <w:rFonts w:ascii="Georgia" w:hAnsi="Georgia" w:cs="Georgia" w:eastAsia="Georgia"/>
          <w:b w:val="0"/>
          <w:i w:val="0"/>
          <w:sz w:val="22"/>
        </w:rPr>
        <w:t>In their brains polluted and convoluted with shaitaan's urine, the Bogus uucsa could discern the denial of these "rights' by only the Houses of Allah Ta'ala. All other venues and entities which in terms of the contagious disease concept of the atheists are confirmed spreaders of the virus, conveniently escaped the attention of the Munaafiqeen. Their focus was targeted on only the Musaajid.</w:t>
      </w:r>
    </w:p>
    <w:p>
      <w:pPr>
        <w:spacing w:before="0" w:after="120" w:line="300" w:lineRule="exact"/>
        <w:jc w:val="both"/>
      </w:pPr>
      <w:r>
        <w:rPr>
          <w:rFonts w:ascii="Georgia" w:hAnsi="Georgia" w:cs="Georgia" w:eastAsia="Georgia"/>
          <w:b w:val="0"/>
          <w:i w:val="0"/>
          <w:sz w:val="22"/>
        </w:rPr>
        <w:t>The malls, the taxi industry, the mines, the streets, etc. are, according to the Munaafiqeen, quite safe and not as dangerous as the Musaajid for spreading the disease, And, now in the wake of the partial relaxation of the draconian measures of the 'military' lockdown, 50 people are allowed to attend auction sales. The beaches have become crowded with even semi-clad females. "Social distancing' is mocked by these crowds of people all over the show. But Muslims are not allowed to perform Salaat in the serene atmosphere and tranquility of the Musaajid.</w:t>
      </w:r>
    </w:p>
    <w:p>
      <w:r>
        <w:br w:type="page"/>
      </w:r>
    </w:p>
    <w:p>
      <w:pPr>
        <w:pStyle w:val="Heading1"/>
        <w:spacing w:before="360" w:after="200" w:line="300" w:lineRule="exact"/>
        <w:jc w:val="center"/>
      </w:pPr>
      <w:r>
        <w:rPr>
          <w:rFonts w:ascii="Georgia" w:hAnsi="Georgia" w:cs="Georgia" w:eastAsia="Georgia"/>
          <w:b/>
          <w:i w:val="0"/>
          <w:color w:val="1F3864"/>
          <w:sz w:val="32"/>
        </w:rPr>
        <w:t>ALLAH'S ULTIMATUM FOR THE MUNAAFIQEEN</w:t>
      </w:r>
    </w:p>
    <w:p>
      <w:pPr>
        <w:spacing w:before="120" w:after="120" w:line="300" w:lineRule="exact"/>
        <w:ind w:left="720" w:right="720"/>
        <w:jc w:val="center"/>
      </w:pPr>
      <w:r>
        <w:rPr>
          <w:rFonts w:ascii="Georgia" w:hAnsi="Georgia" w:cs="Georgia" w:eastAsia="Georgia"/>
          <w:b w:val="0"/>
          <w:i/>
          <w:sz w:val="22"/>
        </w:rPr>
        <w:t>* "Allah has promised the male munaafiqs and the female munaafiqs and the kuffaar the Fire of Jahannam wherein they shall dwell forever. Allah has cursed them, and for them is the established (everlasting) punishment."</w:t>
      </w:r>
    </w:p>
    <w:p>
      <w:pPr>
        <w:spacing w:before="120" w:after="120" w:line="300" w:lineRule="exact"/>
        <w:ind w:left="720" w:right="720"/>
        <w:jc w:val="center"/>
      </w:pPr>
      <w:r>
        <w:rPr>
          <w:rFonts w:ascii="Georgia" w:hAnsi="Georgia" w:cs="Georgia" w:eastAsia="Georgia"/>
          <w:b w:val="0"/>
          <w:i/>
          <w:sz w:val="22"/>
        </w:rPr>
        <w:t>(At-Taubah, Aayat 68)</w:t>
      </w:r>
    </w:p>
    <w:p>
      <w:pPr>
        <w:spacing w:before="120" w:after="120" w:line="300" w:lineRule="exact"/>
        <w:ind w:left="720" w:right="720"/>
        <w:jc w:val="center"/>
      </w:pPr>
      <w:r>
        <w:rPr>
          <w:rFonts w:ascii="Georgia" w:hAnsi="Georgia" w:cs="Georgia" w:eastAsia="Georgia"/>
          <w:b w:val="0"/>
          <w:i/>
          <w:sz w:val="22"/>
        </w:rPr>
        <w:t>* "What do they (these munaafiqeen) not know that he who opposes Allah and His Rasool, verily for him is the Fire of Jahannam wherein he shall dwell forever. Indeed that is the great disgrace." (At-Taubah, Aayat 53)</w:t>
      </w:r>
    </w:p>
    <w:p>
      <w:pPr>
        <w:spacing w:before="120" w:after="120" w:line="300" w:lineRule="exact"/>
        <w:ind w:left="720" w:right="720"/>
        <w:jc w:val="center"/>
      </w:pPr>
      <w:r>
        <w:rPr>
          <w:rFonts w:ascii="Georgia" w:hAnsi="Georgia" w:cs="Georgia" w:eastAsia="Georgia"/>
          <w:b w:val="0"/>
          <w:i/>
          <w:sz w:val="22"/>
        </w:rPr>
        <w:t>* "Those in whose hearts is the maradh (disease of nifaaq), it increase them in filth upon filth, and they perish as kaafiroon." (At-Taubah, Aayat 125)</w:t>
      </w:r>
    </w:p>
    <w:p>
      <w:pPr>
        <w:spacing w:before="120" w:after="120" w:line="300" w:lineRule="exact"/>
        <w:ind w:left="720" w:right="720"/>
        <w:jc w:val="center"/>
      </w:pPr>
      <w:r>
        <w:rPr>
          <w:rFonts w:ascii="Georgia" w:hAnsi="Georgia" w:cs="Georgia" w:eastAsia="Georgia"/>
          <w:b w:val="0"/>
          <w:i/>
          <w:sz w:val="22"/>
        </w:rPr>
        <w:t>* "Behold! La'nat of Allah is on the zaalimeen. They are the ones who prevent from the Path of Allah (such as Bogus uucsa striving to close the Musaajid), and they seek therein crookedness (with the satanic arguments). (In reality) they deny the Aakhirah." (Hood, Aayat 18)</w:t>
      </w:r>
    </w:p>
    <w:p>
      <w:pPr>
        <w:spacing w:before="120" w:after="120" w:line="300" w:lineRule="exact"/>
        <w:ind w:left="720" w:right="720"/>
        <w:jc w:val="center"/>
      </w:pPr>
      <w:r>
        <w:rPr>
          <w:rFonts w:ascii="Georgia" w:hAnsi="Georgia" w:cs="Georgia" w:eastAsia="Georgia"/>
          <w:b w:val="0"/>
          <w:i/>
          <w:sz w:val="22"/>
        </w:rPr>
        <w:t>* "Only for Allah, for His Rasool and for the Mu'mineen is Izzat (Honour), but the Munaafiqeen (are to stupid, hence) they do not know." (Al-Munaafiqoon, Aayat 8)</w:t>
      </w:r>
    </w:p>
    <w:p>
      <w:pPr>
        <w:spacing w:before="120" w:after="40" w:line="300" w:lineRule="exact"/>
        <w:jc w:val="both"/>
      </w:pPr>
      <w:r>
        <w:rPr>
          <w:rFonts w:ascii="Georgia" w:hAnsi="Georgia" w:cs="Georgia" w:eastAsia="Georgia"/>
          <w:b/>
          <w:i/>
          <w:sz w:val="22"/>
        </w:rPr>
        <w:t>"Indeed they (are the ones) whom Allah curses and whom all the Laa-inoon (Cursers) curse."</w:t>
      </w:r>
    </w:p>
    <w:p>
      <w:pPr>
        <w:spacing w:before="120" w:after="40" w:line="300" w:lineRule="exact"/>
        <w:jc w:val="both"/>
      </w:pPr>
      <w:r>
        <w:rPr>
          <w:rFonts w:ascii="Georgia" w:hAnsi="Georgia" w:cs="Georgia" w:eastAsia="Georgia"/>
          <w:b/>
          <w:i/>
          <w:sz w:val="22"/>
        </w:rPr>
        <w:t>(Al-Baqarah, Aayat 159)</w:t>
      </w:r>
    </w:p>
    <w:p>
      <w:pPr>
        <w:spacing w:before="120" w:after="40" w:line="300" w:lineRule="exact"/>
        <w:jc w:val="both"/>
      </w:pPr>
      <w:r>
        <w:rPr>
          <w:rFonts w:ascii="Georgia" w:hAnsi="Georgia" w:cs="Georgia" w:eastAsia="Georgia"/>
          <w:b/>
          <w:i/>
          <w:sz w:val="22"/>
        </w:rPr>
        <w:t>"How can Allah guide people who commit kufr after their Imaan (i.e. after being Mu'min), and they had testified that the Rasool is True, and</w:t>
      </w:r>
    </w:p>
    <w:p>
      <w:pPr>
        <w:spacing w:before="120" w:after="40" w:line="300" w:lineRule="exact"/>
        <w:jc w:val="both"/>
      </w:pPr>
      <w:r>
        <w:rPr>
          <w:rFonts w:ascii="Georgia" w:hAnsi="Georgia" w:cs="Georgia" w:eastAsia="Georgia"/>
          <w:b/>
          <w:i/>
          <w:sz w:val="22"/>
        </w:rPr>
        <w:t>(after) there came to them the Clear Proofs?</w:t>
      </w:r>
    </w:p>
    <w:p>
      <w:pPr>
        <w:spacing w:before="120" w:after="40" w:line="300" w:lineRule="exact"/>
        <w:jc w:val="both"/>
      </w:pPr>
      <w:r>
        <w:rPr>
          <w:rFonts w:ascii="Georgia" w:hAnsi="Georgia" w:cs="Georgia" w:eastAsia="Georgia"/>
          <w:b/>
          <w:i/>
          <w:sz w:val="22"/>
        </w:rPr>
        <w:t>Allah does not guide people who are zaalimeen."</w:t>
      </w:r>
    </w:p>
    <w:p>
      <w:pPr>
        <w:spacing w:before="120" w:after="40" w:line="300" w:lineRule="exact"/>
        <w:jc w:val="both"/>
      </w:pPr>
      <w:r>
        <w:rPr>
          <w:rFonts w:ascii="Georgia" w:hAnsi="Georgia" w:cs="Georgia" w:eastAsia="Georgia"/>
          <w:b/>
          <w:i/>
          <w:sz w:val="22"/>
        </w:rPr>
        <w:t>Indeed, their punishment is that on them is the</w:t>
      </w:r>
    </w:p>
    <w:p>
      <w:pPr>
        <w:spacing w:before="120" w:after="40" w:line="300" w:lineRule="exact"/>
        <w:jc w:val="both"/>
      </w:pPr>
      <w:r>
        <w:rPr>
          <w:rFonts w:ascii="Georgia" w:hAnsi="Georgia" w:cs="Georgia" w:eastAsia="Georgia"/>
          <w:b/>
          <w:i/>
          <w:sz w:val="22"/>
        </w:rPr>
        <w:t>LA'NAT (CURSE) of Allah, of the Angels and of entire mankind (in fact even of all the Angels).</w:t>
      </w:r>
    </w:p>
    <w:p>
      <w:pPr>
        <w:spacing w:before="120" w:after="40" w:line="300" w:lineRule="exact"/>
        <w:jc w:val="both"/>
      </w:pPr>
      <w:r>
        <w:rPr>
          <w:rFonts w:ascii="Georgia" w:hAnsi="Georgia" w:cs="Georgia" w:eastAsia="Georgia"/>
          <w:b/>
          <w:i/>
          <w:sz w:val="22"/>
        </w:rPr>
        <w:t>In it (i.e. in all of this La'nat in Jahannam) will they dwell forever. The punishment shall not be lightened for them nor shall they be given any respite."</w:t>
      </w:r>
    </w:p>
    <w:p>
      <w:pPr>
        <w:spacing w:before="120" w:after="40" w:line="300" w:lineRule="exact"/>
        <w:jc w:val="both"/>
      </w:pPr>
      <w:r>
        <w:rPr>
          <w:rFonts w:ascii="Georgia" w:hAnsi="Georgia" w:cs="Georgia" w:eastAsia="Georgia"/>
          <w:b/>
          <w:i/>
          <w:sz w:val="22"/>
        </w:rPr>
        <w:t>(Aal-e-Imraan, 86, 87, 88)</w:t>
      </w:r>
    </w:p>
    <w:p>
      <w:pPr>
        <w:spacing w:before="0" w:after="120" w:line="300" w:lineRule="exact"/>
        <w:jc w:val="both"/>
      </w:pPr>
      <w:r>
        <w:rPr>
          <w:rFonts w:ascii="Georgia" w:hAnsi="Georgia" w:cs="Georgia" w:eastAsia="Georgia"/>
          <w:b w:val="0"/>
          <w:i w:val="0"/>
          <w:sz w:val="22"/>
        </w:rPr>
        <w:t>The essence of the Fiend of Allah –"Not to Open the Mosques"</w:t>
      </w:r>
    </w:p>
    <w:p>
      <w:pPr>
        <w:spacing w:before="120" w:after="40" w:line="300" w:lineRule="exact"/>
        <w:jc w:val="both"/>
      </w:pPr>
      <w:r>
        <w:rPr>
          <w:rFonts w:ascii="Georgia" w:hAnsi="Georgia" w:cs="Georgia" w:eastAsia="Georgia"/>
          <w:b/>
          <w:i/>
          <w:sz w:val="22"/>
        </w:rPr>
        <w:t>On 23 APRIL 2020 ADVOCATE Yusuf Dockrat comments:</w:t>
      </w:r>
    </w:p>
    <w:p>
      <w:pPr>
        <w:spacing w:before="120" w:after="40" w:line="300" w:lineRule="exact"/>
        <w:jc w:val="both"/>
      </w:pPr>
      <w:r>
        <w:rPr>
          <w:rFonts w:ascii="Georgia" w:hAnsi="Georgia" w:cs="Georgia" w:eastAsia="Georgia"/>
          <w:b/>
          <w:i/>
          <w:sz w:val="22"/>
        </w:rPr>
        <w:t>"But the difficulty the Applicants have had throughout is:</w:t>
      </w:r>
    </w:p>
    <w:p>
      <w:pPr>
        <w:spacing w:before="120" w:after="40" w:line="300" w:lineRule="exact"/>
        <w:jc w:val="both"/>
      </w:pPr>
      <w:r>
        <w:rPr>
          <w:rFonts w:ascii="Georgia" w:hAnsi="Georgia" w:cs="Georgia" w:eastAsia="Georgia"/>
          <w:b/>
          <w:i/>
          <w:sz w:val="22"/>
        </w:rPr>
        <w:t>Why would UUCSA take it upon itself, without any compulsion to bring an application to intervene? and in that intervention, to say no less than 'My Lady' and that is the court 'to not open the Mosques' - that's the essence of what their position was.</w:t>
      </w:r>
    </w:p>
    <w:p>
      <w:pPr>
        <w:spacing w:before="120" w:after="40" w:line="300" w:lineRule="exact"/>
        <w:jc w:val="both"/>
      </w:pPr>
      <w:r>
        <w:rPr>
          <w:rFonts w:ascii="Georgia" w:hAnsi="Georgia" w:cs="Georgia" w:eastAsia="Georgia"/>
          <w:b/>
          <w:i/>
          <w:sz w:val="22"/>
        </w:rPr>
        <w:t>And the only question I have for people or the suggestion I have is:</w:t>
      </w:r>
    </w:p>
    <w:p>
      <w:pPr>
        <w:spacing w:before="120" w:after="40" w:line="300" w:lineRule="exact"/>
        <w:jc w:val="both"/>
      </w:pPr>
      <w:r>
        <w:rPr>
          <w:rFonts w:ascii="Georgia" w:hAnsi="Georgia" w:cs="Georgia" w:eastAsia="Georgia"/>
          <w:b/>
          <w:i/>
          <w:sz w:val="22"/>
        </w:rPr>
        <w:t>Think carefully about whether you think that's a simple two Muslims not fighting against each other and not finding peace or is there some ulterior purpose to prevent this? and</w:t>
      </w:r>
    </w:p>
    <w:p>
      <w:pPr>
        <w:spacing w:before="120" w:after="40" w:line="300" w:lineRule="exact"/>
        <w:jc w:val="both"/>
      </w:pPr>
      <w:r>
        <w:rPr>
          <w:rFonts w:ascii="Georgia" w:hAnsi="Georgia" w:cs="Georgia" w:eastAsia="Georgia"/>
          <w:b/>
          <w:i/>
          <w:sz w:val="22"/>
        </w:rPr>
        <w:t>Secondly why are we allowing this to happen in the Ummah that one body intervenes to prevent another body from securing the fulfilment of what it considers, in this Deen to be the faraa'idh? Simple as that.</w:t>
      </w:r>
    </w:p>
    <w:p>
      <w:pPr>
        <w:spacing w:before="0" w:after="120" w:line="300" w:lineRule="exact"/>
        <w:jc w:val="both"/>
      </w:pPr>
      <w:r>
        <w:rPr>
          <w:rFonts w:ascii="Georgia" w:hAnsi="Georgia" w:cs="Georgia" w:eastAsia="Georgia"/>
          <w:b w:val="0"/>
          <w:i w:val="0"/>
          <w:sz w:val="22"/>
        </w:rPr>
        <w:t>Advocate Emran Vawda's view of the intervention by the Fiend of Allah</w:t>
      </w:r>
    </w:p>
    <w:p>
      <w:pPr>
        <w:spacing w:before="0" w:after="120" w:line="300" w:lineRule="exact"/>
        <w:jc w:val="both"/>
      </w:pPr>
      <w:r>
        <w:rPr>
          <w:rFonts w:ascii="Georgia" w:hAnsi="Georgia" w:cs="Georgia" w:eastAsia="Georgia"/>
          <w:b w:val="0"/>
          <w:i w:val="0"/>
          <w:sz w:val="22"/>
        </w:rPr>
        <w:t>In response to the application by UUCSA to the court</w:t>
      </w:r>
    </w:p>
    <w:p>
      <w:pPr>
        <w:spacing w:before="0" w:after="120" w:line="300" w:lineRule="exact"/>
        <w:jc w:val="both"/>
      </w:pPr>
      <w:r>
        <w:rPr>
          <w:rFonts w:ascii="Georgia" w:hAnsi="Georgia" w:cs="Georgia" w:eastAsia="Georgia"/>
          <w:b w:val="0"/>
          <w:i w:val="0"/>
          <w:sz w:val="22"/>
        </w:rPr>
        <w:t>The First and Second Applicants are two Maulanas, and the Third Applicant is a Musjid organisation. The Majlis does not feature as a party. However, since the Applicants rely on the views of the Majlis, they are being made to carry the burden for whatever the Majlis says or does. This is a repeat of the same 'Guilty by Association' phenomenon I had previously referred to.</w:t>
      </w:r>
    </w:p>
    <w:p>
      <w:pPr>
        <w:spacing w:before="0" w:after="120" w:line="300" w:lineRule="exact"/>
        <w:jc w:val="both"/>
      </w:pPr>
      <w:r>
        <w:rPr>
          <w:rFonts w:ascii="Georgia" w:hAnsi="Georgia" w:cs="Georgia" w:eastAsia="Georgia"/>
          <w:b w:val="0"/>
          <w:i w:val="0"/>
          <w:sz w:val="22"/>
        </w:rPr>
        <w:t>The Applicants clearly state in their papers that they do not represent all South African Muslims. The relief sought does *not* impose anything on other persons. Those who elect to have their Musjids closed will still be able to do so. At best, if the relief is granted, it will allow those places of worship who want to congregate to approach a Magistrate, and apply for permission, with necessary conditions, to be allowed to have congregations.</w:t>
      </w:r>
    </w:p>
    <w:p>
      <w:pPr>
        <w:spacing w:before="0" w:after="120" w:line="300" w:lineRule="exact"/>
        <w:jc w:val="both"/>
      </w:pPr>
      <w:r>
        <w:rPr>
          <w:rFonts w:ascii="Georgia" w:hAnsi="Georgia" w:cs="Georgia" w:eastAsia="Georgia"/>
          <w:b w:val="0"/>
          <w:i w:val="0"/>
          <w:sz w:val="22"/>
        </w:rPr>
        <w:t>The Applicants accept that they follow a particular interpretation. They are not imposing that interpretation on anyone. However, based on their understanding they feel that they have a right to have their Musjids open.</w:t>
      </w:r>
    </w:p>
    <w:p>
      <w:pPr>
        <w:spacing w:before="0" w:after="120" w:line="300" w:lineRule="exact"/>
        <w:jc w:val="both"/>
      </w:pPr>
      <w:r>
        <w:rPr>
          <w:rFonts w:ascii="Georgia" w:hAnsi="Georgia" w:cs="Georgia" w:eastAsia="Georgia"/>
          <w:b w:val="0"/>
          <w:i w:val="0"/>
          <w:sz w:val="22"/>
        </w:rPr>
        <w:t>This argument that the applicants are creating an impression that they speak on behalf of all Muslim is a *deliberate misrepresentation* resorted to as a face saving exercise.</w:t>
      </w:r>
    </w:p>
    <w:p>
      <w:pPr>
        <w:spacing w:before="0" w:after="120" w:line="300" w:lineRule="exact"/>
        <w:jc w:val="both"/>
      </w:pPr>
      <w:r>
        <w:rPr>
          <w:rFonts w:ascii="Georgia" w:hAnsi="Georgia" w:cs="Georgia" w:eastAsia="Georgia"/>
          <w:b w:val="0"/>
          <w:i w:val="0"/>
          <w:sz w:val="22"/>
        </w:rPr>
        <w:t>UUCSA should not pretend to be simply *observers*. They are actively undermining the Applicants' case under the name of being 'a friend of the court'. Any seasoned lawyer will tell you, no Amicus is a neutral observer. Ultimately, an Amicus supports one side or the other. In this case UUCSA has its guns out to discredit the Applicants' case.</w:t>
      </w:r>
    </w:p>
    <w:p>
      <w:pPr>
        <w:spacing w:before="0" w:after="120" w:line="300" w:lineRule="exact"/>
        <w:jc w:val="both"/>
      </w:pPr>
      <w:r>
        <w:rPr>
          <w:rFonts w:ascii="Georgia" w:hAnsi="Georgia" w:cs="Georgia" w:eastAsia="Georgia"/>
          <w:b w:val="0"/>
          <w:i w:val="0"/>
          <w:sz w:val="22"/>
        </w:rPr>
        <w:t>The article says that the outcome could potentially affect all South Africans. Firstly, there are hundreds of cases every year in our courts which potentially affect the whole country, but UUCSA does not join in as an Amicus. Secondly, the relief if granted will not be binding on anyone. In other words, the day after the order is granted they will be in the same legal position they were on the day before the order was granted. At best, it creates an option. If people chose to ignore that option, nothing has changed.</w:t>
      </w:r>
    </w:p>
    <w:p>
      <w:pPr>
        <w:spacing w:before="0" w:after="120" w:line="300" w:lineRule="exact"/>
        <w:jc w:val="both"/>
      </w:pPr>
      <w:r>
        <w:rPr>
          <w:rFonts w:ascii="Georgia" w:hAnsi="Georgia" w:cs="Georgia" w:eastAsia="Georgia"/>
          <w:b w:val="0"/>
          <w:i w:val="0"/>
          <w:sz w:val="22"/>
        </w:rPr>
        <w:t>UUCSA advances arguments that Salaah with Jamaat is not as important as the Applicants contend it is. Why can UUCSA not respect the Applicants' view which they wish to hold?</w:t>
      </w:r>
    </w:p>
    <w:p>
      <w:pPr>
        <w:spacing w:before="0" w:after="120" w:line="300" w:lineRule="exact"/>
        <w:jc w:val="both"/>
      </w:pPr>
      <w:r>
        <w:rPr>
          <w:rFonts w:ascii="Georgia" w:hAnsi="Georgia" w:cs="Georgia" w:eastAsia="Georgia"/>
          <w:b w:val="0"/>
          <w:i w:val="0"/>
          <w:sz w:val="22"/>
        </w:rPr>
        <w:t>In a condescending manner, UUCSA is claiming to be the only correct voice as far as understanding the Shariah is concerned. They are in effect shouting out: You are too stupid, so we have to intervene to save you from your own stupidity.</w:t>
      </w:r>
    </w:p>
    <w:p>
      <w:pPr>
        <w:spacing w:before="0" w:after="120" w:line="300" w:lineRule="exact"/>
        <w:jc w:val="both"/>
      </w:pPr>
      <w:r>
        <w:rPr>
          <w:rFonts w:ascii="Georgia" w:hAnsi="Georgia" w:cs="Georgia" w:eastAsia="Georgia"/>
          <w:b w:val="0"/>
          <w:i w:val="0"/>
          <w:sz w:val="22"/>
        </w:rPr>
        <w:t>At best, UUCSA should have kept silent. Why interfere and be an obstacle in another Muslim's attempt to advance what he feels is his Islamic right? If you do not want to go to the Musjid, or feel it is not the correct thing to do, then why be an impediment to another Muslim's attempt to do so? You will not be responsible for his actions, nor is he asking your opinion.</w:t>
      </w:r>
    </w:p>
    <w:p>
      <w:r>
        <w:br w:type="page"/>
      </w:r>
    </w:p>
    <w:p>
      <w:pPr>
        <w:pStyle w:val="Heading1"/>
        <w:spacing w:before="360" w:after="200" w:line="300" w:lineRule="exact"/>
        <w:jc w:val="center"/>
      </w:pPr>
      <w:r>
        <w:rPr>
          <w:rFonts w:ascii="Georgia" w:hAnsi="Georgia" w:cs="Georgia" w:eastAsia="Georgia"/>
          <w:b/>
          <w:i w:val="0"/>
          <w:color w:val="1F3864"/>
          <w:sz w:val="32"/>
        </w:rPr>
        <w:t>VIEWS OF OTHERS THE INSANE BOOTLICKING ATTEMPT OF BOGUS</w:t>
      </w:r>
    </w:p>
    <w:p>
      <w:pPr>
        <w:spacing w:before="0" w:after="120" w:line="300" w:lineRule="exact"/>
        <w:jc w:val="both"/>
      </w:pPr>
      <w:r>
        <w:rPr>
          <w:rFonts w:ascii="Georgia" w:hAnsi="Georgia" w:cs="Georgia" w:eastAsia="Georgia"/>
          <w:b w:val="0"/>
          <w:i w:val="0"/>
          <w:sz w:val="22"/>
        </w:rPr>
        <w:t>uucsa SIMPLIFIED POINTS ON THE MUNAAFIQEEN UUCSA, ITS MURTAD PRESIDENT AND THE WHOLE LOT OF SCHOLARS FOR DOLLARS WHO CURRY FAVOUR WITH THE GOVERNMENT AND THE SHIAS!!!!</w:t>
      </w:r>
    </w:p>
    <w:p>
      <w:pPr>
        <w:spacing w:before="0" w:after="120" w:line="300" w:lineRule="exact"/>
        <w:jc w:val="both"/>
      </w:pPr>
      <w:r>
        <w:rPr>
          <w:rFonts w:ascii="Georgia" w:hAnsi="Georgia" w:cs="Georgia" w:eastAsia="Georgia"/>
          <w:b w:val="0"/>
          <w:i w:val="0"/>
          <w:sz w:val="22"/>
        </w:rPr>
        <w:t>1. The following are the points which are extracted and edited regarding UUCSA and the court case made by the honourable Hazrat Mufti AK Hoosen Sahib in his report-back program on Thursday, 6th Ramadhaan 1441 – 30th April 2020. 1. UUCSA went in as 'friends' of the court. Was that the right thing to do? Ask any Muslim who has common sense about this. When on the one hand, a group is trying to legally - without violating any law - go to court to get a leeway for opening the Masaajid, then what business did you had to go and sabotage that? But, there are ulterior motives and personal vendettas they have against Moulana Ahmad Sadek and Mufti AK Hosen, and other things that go on in it. 2. Now the whole world can see you are Munaafiqeen! This is written as the darkest day in SA history and Muslim history, that people tried to keep the Masjids open and you said, nay, keep it closed. What an absolute disgrace!</w:t>
      </w:r>
    </w:p>
    <w:p>
      <w:pPr>
        <w:spacing w:before="0" w:after="120" w:line="300" w:lineRule="exact"/>
        <w:jc w:val="both"/>
      </w:pPr>
      <w:r>
        <w:rPr>
          <w:rFonts w:ascii="Georgia" w:hAnsi="Georgia" w:cs="Georgia" w:eastAsia="Georgia"/>
          <w:b w:val="0"/>
          <w:i w:val="0"/>
          <w:sz w:val="22"/>
        </w:rPr>
        <w:t>3. We salute the Muslim Lawyers Association and those who drafted the letter on the debacle of UUCSA.</w:t>
      </w:r>
    </w:p>
    <w:p>
      <w:pPr>
        <w:spacing w:before="0" w:after="120" w:line="300" w:lineRule="exact"/>
        <w:jc w:val="both"/>
      </w:pPr>
      <w:r>
        <w:rPr>
          <w:rFonts w:ascii="Georgia" w:hAnsi="Georgia" w:cs="Georgia" w:eastAsia="Georgia"/>
          <w:b w:val="0"/>
          <w:i w:val="0"/>
          <w:sz w:val="22"/>
        </w:rPr>
        <w:t>4. And to the Molvis and shaykhs currying favour with the government and Shias, getting money from the Shi'as,Wallahi you are Munaafiqeen!</w:t>
      </w:r>
    </w:p>
    <w:p>
      <w:pPr>
        <w:spacing w:before="0" w:after="120" w:line="300" w:lineRule="exact"/>
        <w:jc w:val="both"/>
      </w:pPr>
      <w:r>
        <w:rPr>
          <w:rFonts w:ascii="Georgia" w:hAnsi="Georgia" w:cs="Georgia" w:eastAsia="Georgia"/>
          <w:b w:val="0"/>
          <w:i w:val="0"/>
          <w:sz w:val="22"/>
        </w:rPr>
        <w:t>5. And to the two bodies (Jamiat KZN and Eastern Cape Ulama Council) that pulled out from uucsa's going as "friends of the court", we salute you!</w:t>
      </w:r>
    </w:p>
    <w:p>
      <w:pPr>
        <w:spacing w:before="0" w:after="120" w:line="300" w:lineRule="exact"/>
        <w:jc w:val="both"/>
      </w:pPr>
      <w:r>
        <w:rPr>
          <w:rFonts w:ascii="Georgia" w:hAnsi="Georgia" w:cs="Georgia" w:eastAsia="Georgia"/>
          <w:b w:val="0"/>
          <w:i w:val="0"/>
          <w:sz w:val="22"/>
        </w:rPr>
        <w:t>6. Although in UUCSA's statement they only mentioned Jamiat KZN. I wonder who they want to deceive? People saw that Eastern Cape Ulama were not part of it, but it wasn't mentioned in the letter, and this is a deception!</w:t>
      </w:r>
    </w:p>
    <w:p>
      <w:pPr>
        <w:spacing w:before="0" w:after="120" w:line="300" w:lineRule="exact"/>
        <w:jc w:val="both"/>
      </w:pPr>
      <w:r>
        <w:rPr>
          <w:rFonts w:ascii="Georgia" w:hAnsi="Georgia" w:cs="Georgia" w:eastAsia="Georgia"/>
          <w:b w:val="0"/>
          <w:i w:val="0"/>
          <w:sz w:val="22"/>
        </w:rPr>
        <w:t>7. That letter of uucsa wasn't signed!</w:t>
      </w:r>
    </w:p>
    <w:p>
      <w:pPr>
        <w:spacing w:before="0" w:after="120" w:line="300" w:lineRule="exact"/>
        <w:jc w:val="both"/>
      </w:pPr>
      <w:r>
        <w:rPr>
          <w:rFonts w:ascii="Georgia" w:hAnsi="Georgia" w:cs="Georgia" w:eastAsia="Georgia"/>
          <w:b w:val="0"/>
          <w:i w:val="0"/>
          <w:sz w:val="22"/>
        </w:rPr>
        <w:t>8. So what happened to your Murtad president? A person who said what is wrong if you go to a Hindu wedding and go around the idols and fire. He said there is nothing wrong in this.</w:t>
      </w:r>
    </w:p>
    <w:p>
      <w:pPr>
        <w:spacing w:before="0" w:after="120" w:line="300" w:lineRule="exact"/>
        <w:jc w:val="both"/>
      </w:pPr>
      <w:r>
        <w:rPr>
          <w:rFonts w:ascii="Georgia" w:hAnsi="Georgia" w:cs="Georgia" w:eastAsia="Georgia"/>
          <w:b w:val="0"/>
          <w:i w:val="0"/>
          <w:sz w:val="22"/>
        </w:rPr>
        <w:t>9. He was asked to apologize, but he said there's nothing to apologize. So is this not Irtidaad (becoming a Murtad)? What a shame and disgrace! Today we have to call you Munaafiqeen and your president a Murtad.</w:t>
      </w:r>
    </w:p>
    <w:p>
      <w:pPr>
        <w:spacing w:before="0" w:after="120" w:line="300" w:lineRule="exact"/>
        <w:jc w:val="both"/>
      </w:pPr>
      <w:r>
        <w:rPr>
          <w:rFonts w:ascii="Georgia" w:hAnsi="Georgia" w:cs="Georgia" w:eastAsia="Georgia"/>
          <w:b w:val="0"/>
          <w:i w:val="0"/>
          <w:sz w:val="22"/>
        </w:rPr>
        <w:t>10. This is the darkest day! It will be written and recorded that the crooked Molvis and shaykhs did this in SA. Your children will look at you one day and ask 'Abba, how could you do such a thing.?'</w:t>
      </w:r>
    </w:p>
    <w:p>
      <w:pPr>
        <w:spacing w:before="0" w:after="120" w:line="300" w:lineRule="exact"/>
        <w:jc w:val="both"/>
      </w:pPr>
      <w:r>
        <w:rPr>
          <w:rFonts w:ascii="Georgia" w:hAnsi="Georgia" w:cs="Georgia" w:eastAsia="Georgia"/>
          <w:b w:val="0"/>
          <w:i w:val="0"/>
          <w:sz w:val="22"/>
        </w:rPr>
        <w:t>11. Make Taubah, it's not too late! Make a public announcement that you made a huge mistake.</w:t>
      </w:r>
    </w:p>
    <w:p>
      <w:pPr>
        <w:spacing w:before="0" w:after="120" w:line="300" w:lineRule="exact"/>
        <w:jc w:val="both"/>
      </w:pPr>
      <w:r>
        <w:rPr>
          <w:rFonts w:ascii="Georgia" w:hAnsi="Georgia" w:cs="Georgia" w:eastAsia="Georgia"/>
          <w:b w:val="0"/>
          <w:i w:val="0"/>
          <w:sz w:val="22"/>
        </w:rPr>
        <w:t>12. It is Haraam to give the "friends of the court" any donations. It is Haraam to support these organisations. Unless you are a Munaafiq yourself, then it is different issue. Aljinsu-yameelu-ilal-jins (a kind is attracted to its kind- birds ofm a feather flock together).</w:t>
      </w:r>
    </w:p>
    <w:p>
      <w:pPr>
        <w:spacing w:before="0" w:after="120" w:line="300" w:lineRule="exact"/>
        <w:jc w:val="both"/>
      </w:pPr>
      <w:r>
        <w:rPr>
          <w:rFonts w:ascii="Georgia" w:hAnsi="Georgia" w:cs="Georgia" w:eastAsia="Georgia"/>
          <w:b w:val="0"/>
          <w:i w:val="0"/>
          <w:sz w:val="22"/>
        </w:rPr>
        <w:t>13. It is a challenge to uucsa: We told you to defend the Naamoos (honour) of the Sahaabah from the hatred and vulgarity of the Shi'as. We defeated them (Shi'as) in their home ground in Iran, and here in SA. Come on, pass a public statement as to what is your stance regarding the current Shia's in Iran, Lebanon, Pakistan and SA. Publicly say they are Kuffar and out of Islaam!</w:t>
      </w:r>
    </w:p>
    <w:p>
      <w:pPr>
        <w:spacing w:before="0" w:after="120" w:line="300" w:lineRule="exact"/>
        <w:jc w:val="both"/>
      </w:pPr>
      <w:r>
        <w:rPr>
          <w:rFonts w:ascii="Georgia" w:hAnsi="Georgia" w:cs="Georgia" w:eastAsia="Georgia"/>
          <w:b w:val="0"/>
          <w:i w:val="0"/>
          <w:sz w:val="22"/>
        </w:rPr>
        <w:t>14. Come, show us your Imaan!</w:t>
      </w:r>
    </w:p>
    <w:p>
      <w:pPr>
        <w:spacing w:before="0" w:after="120" w:line="300" w:lineRule="exact"/>
        <w:jc w:val="both"/>
      </w:pPr>
      <w:r>
        <w:rPr>
          <w:rFonts w:ascii="Georgia" w:hAnsi="Georgia" w:cs="Georgia" w:eastAsia="Georgia"/>
          <w:b w:val="0"/>
          <w:i w:val="0"/>
          <w:sz w:val="22"/>
        </w:rPr>
        <w:t>15. If you can't do this, the label will stay with you that you are a group who have sold your Imaan for some Dollars, therefore you are scholars for dollars!</w:t>
      </w:r>
    </w:p>
    <w:p>
      <w:pPr>
        <w:spacing w:before="0" w:after="120" w:line="300" w:lineRule="exact"/>
        <w:jc w:val="both"/>
      </w:pPr>
      <w:r>
        <w:rPr>
          <w:rFonts w:ascii="Georgia" w:hAnsi="Georgia" w:cs="Georgia" w:eastAsia="Georgia"/>
          <w:b w:val="0"/>
          <w:i w:val="0"/>
          <w:sz w:val="22"/>
        </w:rPr>
        <w:t>16. You know from where the money is coming that is why you curry favour with SA government. Such a corrupt government, just to curry favour with them??? Almost every state owned company is in Sakaraat today – Eskom, SAA – just for that (money or honour or whatever), you curry favour with them? Innalillahai-wa-innaailaihiraaji'oon!!!!</w:t>
      </w:r>
    </w:p>
    <w:p>
      <w:pPr>
        <w:spacing w:before="0" w:after="120" w:line="300" w:lineRule="exact"/>
        <w:jc w:val="both"/>
      </w:pPr>
      <w:r>
        <w:rPr>
          <w:rFonts w:ascii="Georgia" w:hAnsi="Georgia" w:cs="Georgia" w:eastAsia="Georgia"/>
          <w:b w:val="0"/>
          <w:i w:val="0"/>
          <w:sz w:val="22"/>
        </w:rPr>
        <w:t>17. You want to speak of Hazrat Moulana Husain Ahmad Madani? It is a shame and disgrace to do so. They gave their life to speak the Haq! Not like you!!!</w:t>
      </w:r>
    </w:p>
    <w:p>
      <w:pPr>
        <w:spacing w:before="0" w:after="120" w:line="300" w:lineRule="exact"/>
        <w:jc w:val="both"/>
      </w:pPr>
      <w:r>
        <w:rPr>
          <w:rFonts w:ascii="Georgia" w:hAnsi="Georgia" w:cs="Georgia" w:eastAsia="Georgia"/>
          <w:b w:val="0"/>
          <w:i w:val="0"/>
          <w:sz w:val="22"/>
        </w:rPr>
        <w:t>18. You want to speak about Imam Abu Hanifa? He passed away in jail for standing for the Haq.</w:t>
      </w:r>
    </w:p>
    <w:p>
      <w:pPr>
        <w:spacing w:before="0" w:after="120" w:line="300" w:lineRule="exact"/>
        <w:jc w:val="both"/>
      </w:pPr>
      <w:r>
        <w:rPr>
          <w:rFonts w:ascii="Georgia" w:hAnsi="Georgia" w:cs="Georgia" w:eastAsia="Georgia"/>
          <w:b w:val="0"/>
          <w:i w:val="0"/>
          <w:sz w:val="22"/>
        </w:rPr>
        <w:t>19. You want to speak about Imam Ahmad ibn Hambal? He took the whipping and lashing, but he never gave in for the Haq!</w:t>
      </w:r>
    </w:p>
    <w:p>
      <w:pPr>
        <w:spacing w:before="0" w:after="120" w:line="300" w:lineRule="exact"/>
        <w:jc w:val="both"/>
      </w:pPr>
      <w:r>
        <w:rPr>
          <w:rFonts w:ascii="Georgia" w:hAnsi="Georgia" w:cs="Georgia" w:eastAsia="Georgia"/>
          <w:b w:val="0"/>
          <w:i w:val="0"/>
          <w:sz w:val="22"/>
        </w:rPr>
        <w:t>20. Those are real and genuine Ulama!</w:t>
      </w:r>
    </w:p>
    <w:p>
      <w:pPr>
        <w:spacing w:before="0" w:after="120" w:line="300" w:lineRule="exact"/>
        <w:jc w:val="both"/>
      </w:pPr>
      <w:r>
        <w:rPr>
          <w:rFonts w:ascii="Georgia" w:hAnsi="Georgia" w:cs="Georgia" w:eastAsia="Georgia"/>
          <w:b w:val="0"/>
          <w:i w:val="0"/>
          <w:sz w:val="22"/>
        </w:rPr>
        <w:t>21. Not people who sell their Deen for dollars!</w:t>
      </w:r>
    </w:p>
    <w:p>
      <w:pPr>
        <w:spacing w:before="0" w:after="120" w:line="300" w:lineRule="exact"/>
        <w:jc w:val="both"/>
      </w:pPr>
      <w:r>
        <w:rPr>
          <w:rFonts w:ascii="Georgia" w:hAnsi="Georgia" w:cs="Georgia" w:eastAsia="Georgia"/>
          <w:b w:val="0"/>
          <w:i w:val="0"/>
          <w:sz w:val="22"/>
        </w:rPr>
        <w:t>22. Not people who sell Deen to curry favour with the government.</w:t>
      </w:r>
    </w:p>
    <w:p>
      <w:pPr>
        <w:spacing w:before="0" w:after="120" w:line="300" w:lineRule="exact"/>
        <w:jc w:val="both"/>
      </w:pPr>
      <w:r>
        <w:rPr>
          <w:rFonts w:ascii="Georgia" w:hAnsi="Georgia" w:cs="Georgia" w:eastAsia="Georgia"/>
          <w:b w:val="0"/>
          <w:i w:val="0"/>
          <w:sz w:val="22"/>
        </w:rPr>
        <w:t>23. Besides the two bodies who withdrew from uucsa's going to court, we call the rest of uucsa Munaafiqeen, until they make a public taubah and pass a fatwa on their stance on the Shias.</w:t>
      </w:r>
    </w:p>
    <w:p>
      <w:pPr>
        <w:spacing w:before="0" w:after="120" w:line="300" w:lineRule="exact"/>
        <w:jc w:val="both"/>
      </w:pPr>
      <w:r>
        <w:rPr>
          <w:rFonts w:ascii="Georgia" w:hAnsi="Georgia" w:cs="Georgia" w:eastAsia="Georgia"/>
          <w:b w:val="0"/>
          <w:i w:val="0"/>
          <w:sz w:val="22"/>
        </w:rPr>
        <w:t>24. All this should be done with their signatures!</w:t>
      </w:r>
    </w:p>
    <w:p>
      <w:pPr>
        <w:spacing w:before="0" w:after="120" w:line="300" w:lineRule="exact"/>
        <w:jc w:val="both"/>
      </w:pPr>
      <w:r>
        <w:rPr>
          <w:rFonts w:ascii="Georgia" w:hAnsi="Georgia" w:cs="Georgia" w:eastAsia="Georgia"/>
          <w:b w:val="0"/>
          <w:i w:val="0"/>
          <w:sz w:val="22"/>
        </w:rPr>
        <w:t>COMMENT BY THE WRITER WHO COMPILED THESE POINTS:</w:t>
      </w:r>
    </w:p>
    <w:p>
      <w:pPr>
        <w:spacing w:before="0" w:after="120" w:line="300" w:lineRule="exact"/>
        <w:jc w:val="both"/>
      </w:pPr>
      <w:r>
        <w:rPr>
          <w:rFonts w:ascii="Georgia" w:hAnsi="Georgia" w:cs="Georgia" w:eastAsia="Georgia"/>
          <w:b w:val="0"/>
          <w:i w:val="0"/>
          <w:sz w:val="22"/>
        </w:rPr>
        <w:t>WAKE UP, O SA Muslims! What type of future Ummah you want SA to have? If these rascals are given monies by the SA Muslims whether Zakaat, Lillah, Sadkah, Qurbani money, Fitra, Fidya, etc., they will keep on propagating their filth. Therefore, STOP ALL your contributions to them!!!!</w:t>
      </w:r>
    </w:p>
    <w:p>
      <w:pPr>
        <w:pStyle w:val="Heading3"/>
        <w:spacing w:before="200" w:after="120" w:line="300" w:lineRule="exact"/>
        <w:jc w:val="left"/>
      </w:pPr>
      <w:r>
        <w:rPr>
          <w:rFonts w:ascii="Georgia" w:hAnsi="Georgia" w:cs="Georgia" w:eastAsia="Georgia"/>
          <w:b/>
          <w:i w:val="0"/>
          <w:color w:val="2E74B5"/>
          <w:sz w:val="24"/>
        </w:rPr>
        <w:t>OPEN LETTER TO UUCSA.</w:t>
      </w:r>
    </w:p>
    <w:p>
      <w:pPr>
        <w:spacing w:before="0" w:after="120" w:line="300" w:lineRule="exact"/>
        <w:jc w:val="both"/>
      </w:pPr>
      <w:r>
        <w:rPr>
          <w:rFonts w:ascii="Georgia" w:hAnsi="Georgia" w:cs="Georgia" w:eastAsia="Georgia"/>
          <w:b w:val="0"/>
          <w:i w:val="0"/>
          <w:sz w:val="22"/>
        </w:rPr>
        <w:t>In the Name of Allah the Most Beneficent &amp; Most Merciful.</w:t>
      </w:r>
    </w:p>
    <w:p>
      <w:pPr>
        <w:spacing w:before="0" w:after="120" w:line="300" w:lineRule="exact"/>
        <w:jc w:val="both"/>
      </w:pPr>
      <w:r>
        <w:rPr>
          <w:rFonts w:ascii="Georgia" w:hAnsi="Georgia" w:cs="Georgia" w:eastAsia="Georgia"/>
          <w:b w:val="0"/>
          <w:i w:val="0"/>
          <w:sz w:val="22"/>
        </w:rPr>
        <w:t>Peace &amp; Blessing on our beloved Prophet Muhammed (Sallallahu alayhi wasallam)</w:t>
      </w:r>
    </w:p>
    <w:p>
      <w:pPr>
        <w:spacing w:before="0" w:after="120" w:line="300" w:lineRule="exact"/>
        <w:jc w:val="both"/>
      </w:pPr>
      <w:r>
        <w:rPr>
          <w:rFonts w:ascii="Georgia" w:hAnsi="Georgia" w:cs="Georgia" w:eastAsia="Georgia"/>
          <w:b w:val="0"/>
          <w:i w:val="0"/>
          <w:sz w:val="22"/>
        </w:rPr>
        <w:t>Re: Government's New Risk Adjustment Strategy.</w:t>
      </w:r>
    </w:p>
    <w:p>
      <w:pPr>
        <w:spacing w:before="0" w:after="120" w:line="300" w:lineRule="exact"/>
        <w:jc w:val="both"/>
      </w:pPr>
      <w:r>
        <w:rPr>
          <w:rFonts w:ascii="Georgia" w:hAnsi="Georgia" w:cs="Georgia" w:eastAsia="Georgia"/>
          <w:b w:val="0"/>
          <w:i w:val="0"/>
          <w:sz w:val="22"/>
        </w:rPr>
        <w:t>I have read your most recent news letter with great enthusiasm and excitement.</w:t>
      </w:r>
    </w:p>
    <w:p>
      <w:pPr>
        <w:spacing w:before="0" w:after="120" w:line="300" w:lineRule="exact"/>
        <w:jc w:val="both"/>
      </w:pPr>
      <w:r>
        <w:rPr>
          <w:rFonts w:ascii="Georgia" w:hAnsi="Georgia" w:cs="Georgia" w:eastAsia="Georgia"/>
          <w:b w:val="0"/>
          <w:i w:val="0"/>
          <w:sz w:val="22"/>
        </w:rPr>
        <w:t>You began by stating how painfully saddened you were to witness the closure of our masjids. You expressed sadness and longing for the spirit of togetherness that the congregational prayer evokes in the masjid, especially during the month of Ramadan. Subhanallah! It was very touching and beautifully prosed.</w:t>
      </w:r>
    </w:p>
    <w:p>
      <w:pPr>
        <w:spacing w:before="0" w:after="120" w:line="300" w:lineRule="exact"/>
        <w:jc w:val="both"/>
      </w:pPr>
      <w:r>
        <w:rPr>
          <w:rFonts w:ascii="Georgia" w:hAnsi="Georgia" w:cs="Georgia" w:eastAsia="Georgia"/>
          <w:b w:val="0"/>
          <w:i w:val="0"/>
          <w:sz w:val="22"/>
        </w:rPr>
        <w:t>You then went on to say that UUCSA endeavours to work with government for the return to congregational worship for our community. Alhamdullilah, what a noble desire and that you will be engaging soon at a national level, with amongst others, the Minister of Health in this regard. Mashallah.</w:t>
      </w:r>
    </w:p>
    <w:p>
      <w:pPr>
        <w:spacing w:before="0" w:after="120" w:line="300" w:lineRule="exact"/>
        <w:jc w:val="both"/>
      </w:pPr>
      <w:r>
        <w:rPr>
          <w:rFonts w:ascii="Georgia" w:hAnsi="Georgia" w:cs="Georgia" w:eastAsia="Georgia"/>
          <w:b w:val="0"/>
          <w:i w:val="0"/>
          <w:sz w:val="22"/>
        </w:rPr>
        <w:t>You further state that UUCSA notes the judgement handed down by the High court of South Africa, on the 30th April 2020. In this case you were proudly admitted as so-called "friends" of the court ( Amicus Cure).</w:t>
      </w:r>
    </w:p>
    <w:p>
      <w:pPr>
        <w:spacing w:before="0" w:after="120" w:line="300" w:lineRule="exact"/>
        <w:jc w:val="both"/>
      </w:pPr>
      <w:r>
        <w:rPr>
          <w:rFonts w:ascii="Georgia" w:hAnsi="Georgia" w:cs="Georgia" w:eastAsia="Georgia"/>
          <w:b w:val="0"/>
          <w:i w:val="0"/>
          <w:sz w:val="22"/>
        </w:rPr>
        <w:t>This case was introduced by two individuals and an institution against the state. It's purpose to declare unconstitutional certain provisions of the lockdown regulations, in sofar, as it relates to congregational worship. The application was sadly dismissed.</w:t>
      </w:r>
    </w:p>
    <w:p>
      <w:pPr>
        <w:spacing w:before="0" w:after="120" w:line="300" w:lineRule="exact"/>
        <w:jc w:val="both"/>
      </w:pPr>
      <w:r>
        <w:rPr>
          <w:rFonts w:ascii="Georgia" w:hAnsi="Georgia" w:cs="Georgia" w:eastAsia="Georgia"/>
          <w:b w:val="0"/>
          <w:i w:val="0"/>
          <w:sz w:val="22"/>
        </w:rPr>
        <w:t>You go on to say that there can be nothing but sadness in your hearts at the ongoing closures of our Masjids, due to the Covid Pandemic. Allahuakbar!</w:t>
      </w:r>
    </w:p>
    <w:p>
      <w:pPr>
        <w:spacing w:before="0" w:after="120" w:line="300" w:lineRule="exact"/>
        <w:jc w:val="both"/>
      </w:pPr>
      <w:r>
        <w:rPr>
          <w:rFonts w:ascii="Georgia" w:hAnsi="Georgia" w:cs="Georgia" w:eastAsia="Georgia"/>
          <w:b w:val="0"/>
          <w:i w:val="0"/>
          <w:sz w:val="22"/>
        </w:rPr>
        <w:t>My excitement and enthusiasm was short lived. I had to reread the above narrative a few times. To my surprise and disappointment I realised, that despite the sadness you openly expressed regarding the essence of congregational prayer and opening of mosques, you actually assisted the courts in STOPPING the congregational prayers, opening of mosques and supported its criminalisation- Nauzubillah!</w:t>
      </w:r>
    </w:p>
    <w:p>
      <w:pPr>
        <w:spacing w:before="0" w:after="120" w:line="300" w:lineRule="exact"/>
        <w:jc w:val="both"/>
      </w:pPr>
      <w:r>
        <w:rPr>
          <w:rFonts w:ascii="Georgia" w:hAnsi="Georgia" w:cs="Georgia" w:eastAsia="Georgia"/>
          <w:b w:val="0"/>
          <w:i w:val="0"/>
          <w:sz w:val="22"/>
        </w:rPr>
        <w:t>Why is it that UUCSA developed amnesia in a day? You, assisted the state in stopping the opening of mosques and supported its criminalisation, and now a day later you are waxing lyrically about opening mosques. Who could do that? Who could behave in such a fashion?</w:t>
      </w:r>
    </w:p>
    <w:p>
      <w:pPr>
        <w:spacing w:before="120" w:after="40" w:line="300" w:lineRule="exact"/>
        <w:jc w:val="both"/>
      </w:pPr>
      <w:r>
        <w:rPr>
          <w:rFonts w:ascii="Georgia" w:hAnsi="Georgia" w:cs="Georgia" w:eastAsia="Georgia"/>
          <w:b/>
          <w:i/>
          <w:sz w:val="22"/>
        </w:rPr>
        <w:t>(ONLY MUNAAFIQEEN – The Majlis)</w:t>
      </w:r>
    </w:p>
    <w:p>
      <w:pPr>
        <w:spacing w:before="0" w:after="120" w:line="300" w:lineRule="exact"/>
        <w:jc w:val="both"/>
      </w:pPr>
      <w:r>
        <w:rPr>
          <w:rFonts w:ascii="Georgia" w:hAnsi="Georgia" w:cs="Georgia" w:eastAsia="Georgia"/>
          <w:b w:val="0"/>
          <w:i w:val="0"/>
          <w:sz w:val="22"/>
        </w:rPr>
        <w:t>Allahuakbar! The answer came to me in ayah 142 Sura An-Nisa, wherein Allah says:</w:t>
      </w:r>
    </w:p>
    <w:p>
      <w:pPr>
        <w:spacing w:before="0" w:after="120" w:line="300" w:lineRule="exact"/>
        <w:jc w:val="both"/>
      </w:pPr>
      <w:r>
        <w:rPr>
          <w:rFonts w:ascii="Georgia" w:hAnsi="Georgia" w:cs="Georgia" w:eastAsia="Georgia"/>
          <w:b w:val="0"/>
          <w:i w:val="0"/>
          <w:sz w:val="22"/>
        </w:rPr>
        <w:t>"The Hypocrites (Munaafiqeen) seek to deceive Allah, but it is Allah who deceived them."</w:t>
      </w:r>
    </w:p>
    <w:p>
      <w:pPr>
        <w:spacing w:before="0" w:after="120" w:line="300" w:lineRule="exact"/>
        <w:jc w:val="both"/>
      </w:pPr>
      <w:r>
        <w:rPr>
          <w:rFonts w:ascii="Georgia" w:hAnsi="Georgia" w:cs="Georgia" w:eastAsia="Georgia"/>
          <w:b w:val="0"/>
          <w:i w:val="0"/>
          <w:sz w:val="22"/>
        </w:rPr>
        <w:t>And in ayah 145 Sura An- Nisa Allah says:</w:t>
      </w:r>
    </w:p>
    <w:p>
      <w:pPr>
        <w:spacing w:before="0" w:after="120" w:line="300" w:lineRule="exact"/>
        <w:jc w:val="both"/>
      </w:pPr>
      <w:r>
        <w:rPr>
          <w:rFonts w:ascii="Georgia" w:hAnsi="Georgia" w:cs="Georgia" w:eastAsia="Georgia"/>
          <w:b w:val="0"/>
          <w:i w:val="0"/>
          <w:sz w:val="22"/>
        </w:rPr>
        <w:t>" Surely the Hypocrites (will be) in the lowest depths of the fire and you will not find for them any helper."</w:t>
      </w:r>
    </w:p>
    <w:p>
      <w:pPr>
        <w:spacing w:before="0" w:after="120" w:line="300" w:lineRule="exact"/>
        <w:jc w:val="both"/>
      </w:pPr>
      <w:r>
        <w:rPr>
          <w:rFonts w:ascii="Georgia" w:hAnsi="Georgia" w:cs="Georgia" w:eastAsia="Georgia"/>
          <w:b w:val="0"/>
          <w:i w:val="0"/>
          <w:sz w:val="22"/>
        </w:rPr>
        <w:t>Let us understand your role in the closure of the mosques:-</w:t>
      </w:r>
    </w:p>
    <w:p>
      <w:pPr>
        <w:spacing w:before="0" w:after="120" w:line="300" w:lineRule="exact"/>
        <w:jc w:val="both"/>
      </w:pPr>
      <w:r>
        <w:rPr>
          <w:rFonts w:ascii="Georgia" w:hAnsi="Georgia" w:cs="Georgia" w:eastAsia="Georgia"/>
          <w:b w:val="0"/>
          <w:i w:val="0"/>
          <w:sz w:val="22"/>
        </w:rPr>
        <w:t>1. When an attorney wrote to the President, wherein he exercised his client's democratic right with regards to requesting relaxations to rules surrounding congregational prayer in a mosque, UUCSA and its ilk fired off a salvo of letters instructing the president not to accede to any request being made.</w:t>
      </w:r>
    </w:p>
    <w:p>
      <w:pPr>
        <w:spacing w:before="0" w:after="120" w:line="300" w:lineRule="exact"/>
        <w:jc w:val="both"/>
      </w:pPr>
      <w:r>
        <w:rPr>
          <w:rFonts w:ascii="Georgia" w:hAnsi="Georgia" w:cs="Georgia" w:eastAsia="Georgia"/>
          <w:b w:val="0"/>
          <w:i w:val="0"/>
          <w:sz w:val="22"/>
        </w:rPr>
        <w:t>I ask then, why did UUCSA and its ilk choose to do that?</w:t>
      </w:r>
    </w:p>
    <w:p>
      <w:pPr>
        <w:spacing w:before="0" w:after="120" w:line="300" w:lineRule="exact"/>
        <w:jc w:val="both"/>
      </w:pPr>
      <w:r>
        <w:rPr>
          <w:rFonts w:ascii="Georgia" w:hAnsi="Georgia" w:cs="Georgia" w:eastAsia="Georgia"/>
          <w:b w:val="0"/>
          <w:i w:val="0"/>
          <w:sz w:val="22"/>
        </w:rPr>
        <w:t>Does the president and his advisors not have the mental faculties to assess the request? Does UUCSA and its ilk believe that it is more intelligent and wise then all the presidents men? I doubt it.</w:t>
      </w:r>
    </w:p>
    <w:p>
      <w:pPr>
        <w:spacing w:before="0" w:after="120" w:line="300" w:lineRule="exact"/>
        <w:jc w:val="both"/>
      </w:pPr>
      <w:r>
        <w:rPr>
          <w:rFonts w:ascii="Georgia" w:hAnsi="Georgia" w:cs="Georgia" w:eastAsia="Georgia"/>
          <w:b w:val="0"/>
          <w:i w:val="0"/>
          <w:sz w:val="22"/>
        </w:rPr>
        <w:t>2. When UUCSA heard that there was going to be a court Challenge against the state regarding the lockdown regulations, you and your ilk once again reared your heads to become so called "friends" of the court (You were in fact friends of the state). (And FIENDS of Allah – The Majlis)</w:t>
      </w:r>
    </w:p>
    <w:p>
      <w:pPr>
        <w:spacing w:before="0" w:after="120" w:line="300" w:lineRule="exact"/>
        <w:jc w:val="both"/>
      </w:pPr>
      <w:r>
        <w:rPr>
          <w:rFonts w:ascii="Georgia" w:hAnsi="Georgia" w:cs="Georgia" w:eastAsia="Georgia"/>
          <w:b w:val="0"/>
          <w:i w:val="0"/>
          <w:sz w:val="22"/>
        </w:rPr>
        <w:t>Even after a senior member of the legal fraternity requested a member from Jamiat Ulama South Africa / UUCSA to abstain from opposing the action and let the court decide, UUCSA refused.</w:t>
      </w:r>
    </w:p>
    <w:p>
      <w:pPr>
        <w:spacing w:before="0" w:after="120" w:line="300" w:lineRule="exact"/>
        <w:jc w:val="both"/>
      </w:pPr>
      <w:r>
        <w:rPr>
          <w:rFonts w:ascii="Georgia" w:hAnsi="Georgia" w:cs="Georgia" w:eastAsia="Georgia"/>
          <w:b w:val="0"/>
          <w:i w:val="0"/>
          <w:sz w:val="22"/>
        </w:rPr>
        <w:t>UUCSA felt that it was their obligation to oppose a fellow Muslim Brother who was simply requesting leniency on regulations regarding congregational prayers and attendance at mosques.</w:t>
      </w:r>
    </w:p>
    <w:p>
      <w:pPr>
        <w:spacing w:before="0" w:after="120" w:line="300" w:lineRule="exact"/>
        <w:jc w:val="both"/>
      </w:pPr>
      <w:r>
        <w:rPr>
          <w:rFonts w:ascii="Georgia" w:hAnsi="Georgia" w:cs="Georgia" w:eastAsia="Georgia"/>
          <w:b w:val="0"/>
          <w:i w:val="0"/>
          <w:sz w:val="22"/>
        </w:rPr>
        <w:t>UUCSA even refused to support the request for minimum congregational prayer with 4 people. Nauzubillah! Allah Says in Surah Al- Baqara verse 114 "And who are more unjust than those who bar from the mosques of Allah that his name should be remembered?"</w:t>
      </w:r>
    </w:p>
    <w:p>
      <w:pPr>
        <w:spacing w:before="0" w:after="120" w:line="300" w:lineRule="exact"/>
        <w:jc w:val="both"/>
      </w:pPr>
      <w:r>
        <w:rPr>
          <w:rFonts w:ascii="Georgia" w:hAnsi="Georgia" w:cs="Georgia" w:eastAsia="Georgia"/>
          <w:b w:val="0"/>
          <w:i w:val="0"/>
          <w:sz w:val="22"/>
        </w:rPr>
        <w:t>This behaviour from UUCSA and its ilk begs the question: Who are you actually representing?</w:t>
      </w:r>
    </w:p>
    <w:p>
      <w:pPr>
        <w:spacing w:before="0" w:after="120" w:line="300" w:lineRule="exact"/>
        <w:jc w:val="both"/>
      </w:pPr>
      <w:r>
        <w:rPr>
          <w:rFonts w:ascii="Georgia" w:hAnsi="Georgia" w:cs="Georgia" w:eastAsia="Georgia"/>
          <w:b w:val="0"/>
          <w:i w:val="0"/>
          <w:sz w:val="22"/>
        </w:rPr>
        <w:t>It appears as if UUCSA wishes to position themselves as the gatekeepers of the Muslim Ummah of South Africa. No matter concerning the Muslim Community can or can't happen without your approval. Nauzubillah!</w:t>
      </w:r>
    </w:p>
    <w:p>
      <w:pPr>
        <w:spacing w:before="0" w:after="120" w:line="300" w:lineRule="exact"/>
        <w:jc w:val="both"/>
      </w:pPr>
      <w:r>
        <w:rPr>
          <w:rFonts w:ascii="Georgia" w:hAnsi="Georgia" w:cs="Georgia" w:eastAsia="Georgia"/>
          <w:b w:val="0"/>
          <w:i w:val="0"/>
          <w:sz w:val="22"/>
        </w:rPr>
        <w:t>UUCSA and its ilk have, on numerous occasions, shown their true colours. If they have to choose between the Mumin and the nasarah they will without a doubt side with the nasarah. There are many instances which prove this. Allah says in Surah An-Nisa ayah 144 "O you who believe! Take not the unbelievers as friends instead of the believers. Do you desire to give Allah a clear Warrant against you?"</w:t>
      </w:r>
    </w:p>
    <w:p>
      <w:pPr>
        <w:spacing w:before="0" w:after="120" w:line="300" w:lineRule="exact"/>
        <w:jc w:val="both"/>
      </w:pPr>
      <w:r>
        <w:rPr>
          <w:rFonts w:ascii="Georgia" w:hAnsi="Georgia" w:cs="Georgia" w:eastAsia="Georgia"/>
          <w:b w:val="0"/>
          <w:i w:val="0"/>
          <w:sz w:val="22"/>
        </w:rPr>
        <w:t>You, UUCSA, and all of your ilk should hang your heads in shame. Your nafs and egos have brought upon the Muslim Ummah a shame which cannot be undone.</w:t>
      </w:r>
    </w:p>
    <w:p>
      <w:pPr>
        <w:spacing w:before="0" w:after="120" w:line="300" w:lineRule="exact"/>
        <w:jc w:val="both"/>
      </w:pPr>
      <w:r>
        <w:rPr>
          <w:rFonts w:ascii="Georgia" w:hAnsi="Georgia" w:cs="Georgia" w:eastAsia="Georgia"/>
          <w:b w:val="0"/>
          <w:i w:val="0"/>
          <w:sz w:val="22"/>
        </w:rPr>
        <w:t>You will be remembered throughout history for your hypocrisy and your insistence on going against your fellow Muslim Brothers. I humbly make dua that the Almighty Grant you and your ilk hidiyat and a clean heart. Allah Knows best.</w:t>
      </w:r>
    </w:p>
    <w:p>
      <w:pPr>
        <w:spacing w:before="0" w:after="120" w:line="300" w:lineRule="exact"/>
        <w:jc w:val="both"/>
      </w:pPr>
      <w:r>
        <w:rPr>
          <w:rFonts w:ascii="Georgia" w:hAnsi="Georgia" w:cs="Georgia" w:eastAsia="Georgia"/>
          <w:b w:val="0"/>
          <w:i w:val="0"/>
          <w:sz w:val="22"/>
        </w:rPr>
        <w:t>2 May 2020 Unsigned just like how you taught the UMMAH to do so on many occasions in your letters because of your hypocrisy.</w:t>
      </w:r>
    </w:p>
    <w:p>
      <w:r>
        <w:br w:type="page"/>
      </w:r>
    </w:p>
    <w:p>
      <w:pPr>
        <w:pStyle w:val="Heading1"/>
        <w:spacing w:before="360" w:after="200" w:line="300" w:lineRule="exact"/>
        <w:jc w:val="center"/>
      </w:pPr>
      <w:r>
        <w:rPr>
          <w:rFonts w:ascii="Georgia" w:hAnsi="Georgia" w:cs="Georgia" w:eastAsia="Georgia"/>
          <w:b/>
          <w:i w:val="0"/>
          <w:color w:val="1F3864"/>
          <w:sz w:val="32"/>
        </w:rPr>
        <w:t>THE BOGUS MUNAAFIQ UUCSA CAN NO LONGER FOOL MUSLIMS!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