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Humurum Mustanfirah 'The Flight of Wild Donkeys'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383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MINAB (UK) (The Mosques &amp; Imaams National Advisory Board)</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120" w:line="300" w:lineRule="exact"/>
        <w:ind w:left="720" w:right="720"/>
        <w:jc w:val="center"/>
      </w:pPr>
      <w:r>
        <w:rPr>
          <w:rFonts w:ascii="Georgia" w:hAnsi="Georgia" w:cs="Georgia" w:eastAsia="Georgia"/>
          <w:b w:val="0"/>
          <w:i/>
          <w:sz w:val="22"/>
        </w:rPr>
        <w:t>"What is the matter with them that they disregard (with aversion) tathkirah (advice and admonition) as if they are</w:t>
      </w:r>
    </w:p>
    <w:p>
      <w:pPr>
        <w:spacing w:before="120" w:after="120" w:line="300" w:lineRule="exact"/>
        <w:ind w:left="720" w:right="720"/>
        <w:jc w:val="center"/>
      </w:pPr>
      <w:r>
        <w:rPr>
          <w:rFonts w:ascii="Georgia" w:hAnsi="Georgia" w:cs="Georgia" w:eastAsia="Georgia"/>
          <w:b w:val="0"/>
          <w:i/>
          <w:sz w:val="22"/>
        </w:rPr>
        <w:t>WILD DONKEYS FLEEING FROM A LION"</w:t>
      </w:r>
    </w:p>
    <w:p>
      <w:pPr>
        <w:spacing w:before="120" w:after="120" w:line="300" w:lineRule="exact"/>
        <w:ind w:left="720" w:right="720"/>
        <w:jc w:val="center"/>
      </w:pPr>
      <w:r>
        <w:rPr>
          <w:rFonts w:ascii="Georgia" w:hAnsi="Georgia" w:cs="Georgia" w:eastAsia="Georgia"/>
          <w:b w:val="0"/>
          <w:i/>
          <w:sz w:val="22"/>
        </w:rPr>
        <w:t>(Al-Mud-dath-thir, 49, 50, 51)</w:t>
      </w:r>
    </w:p>
    <w:p>
      <w:pPr>
        <w:spacing w:before="0" w:after="120" w:line="300" w:lineRule="exact"/>
        <w:jc w:val="both"/>
      </w:pPr>
      <w:r>
        <w:rPr>
          <w:rFonts w:ascii="Georgia" w:hAnsi="Georgia" w:cs="Georgia" w:eastAsia="Georgia"/>
          <w:b w:val="0"/>
          <w:i w:val="0"/>
          <w:sz w:val="22"/>
        </w:rPr>
        <w:t>MINAB –the so-called Mosques &amp; Imams National Advisory Board of UK, is most appropriately depicted in the Qur'aan Majeed as Humurum Mustanfirah or "Wild Donkeys which flee from a Lion". The Lion in Qur'aanic context of the relevant Aayat refers to the Shariah of Allah Ta'ala. Those who take flight from the Shariah and seek guidance and direction elsewhere are termed by Allah Ta'ala 'Humurum Mustanfirah' (Wild Donkeys).</w:t>
      </w:r>
    </w:p>
    <w:p>
      <w:pPr>
        <w:spacing w:before="0" w:after="120" w:line="300" w:lineRule="exact"/>
        <w:jc w:val="both"/>
      </w:pPr>
      <w:r>
        <w:rPr>
          <w:rFonts w:ascii="Georgia" w:hAnsi="Georgia" w:cs="Georgia" w:eastAsia="Georgia"/>
          <w:b w:val="0"/>
          <w:i w:val="0"/>
          <w:sz w:val="22"/>
        </w:rPr>
        <w:t>This group of charlatans masquerading as Ulama have become agents peddling the haraam vaccine – Devil's Potion – for the Pharma Satanists. These miserable characters have descended into a cesspool of inequity with their fraudulent interpretations of the Qur'aan and Ahaadith to accord Shar'i sanction to the Potion of Iblees.</w:t>
      </w:r>
    </w:p>
    <w:p>
      <w:pPr>
        <w:spacing w:before="0" w:after="120" w:line="300" w:lineRule="exact"/>
        <w:jc w:val="both"/>
      </w:pPr>
      <w:r>
        <w:rPr>
          <w:rFonts w:ascii="Georgia" w:hAnsi="Georgia" w:cs="Georgia" w:eastAsia="Georgia"/>
          <w:b w:val="0"/>
          <w:i w:val="0"/>
          <w:sz w:val="22"/>
        </w:rPr>
        <w:t>These juhhaal Wild Donkeys fleeing from the Shariah shamelessly peddle the haraam wares of the Pharma Cartel despite the grave harms and filth of the devilish potions – harms and filth confirmed by innumerable experts in a deluge of writings. Acting as agents for the government and the Pharma Satanists, they have betrayed Islam and the Ummah. Indeed they are among the Signs of Qiyaamah. Rasulullah (Sallallahu alayhi wasallam) said that towards the approach of Qiyaamah "the worst of the people will be the ulama". The assembly of the ulama-e-soo' (evil ulama) is the worst calamity which has befallen the Ummah. The primary factor for the ruin of the Ummah is Hizbush Shaitaan (the Legion of the Devil) among whom are the Wild Donkeys of the UK Minab.</w:t>
      </w:r>
    </w:p>
    <w:p>
      <w:pPr>
        <w:spacing w:before="0" w:after="120" w:line="300" w:lineRule="exact"/>
        <w:jc w:val="both"/>
      </w:pPr>
      <w:r>
        <w:rPr>
          <w:rFonts w:ascii="Georgia" w:hAnsi="Georgia" w:cs="Georgia" w:eastAsia="Georgia"/>
          <w:b w:val="0"/>
          <w:i w:val="0"/>
          <w:sz w:val="22"/>
        </w:rPr>
        <w:t>The ensuing pages are a brief rebuttal of the copro-drivel which the Wild Donkeys have excreted and deceptively adorned with Qur'aanic Aayaat and Hadith narrations to bamboozle unwary and ignorant Muslims. These miserable Wild Donkeys have, without any compunction, deemed it appropriate to bring the Pharma Satanists within the ambit of Qur'aanic approval thereby bestowing an elevated pedestal to the kuffaar Satanists who have been responsible for maiming, injuring and killing millions of people, mostly children, with their haraam poisonous devilish potions.</w:t>
      </w:r>
    </w:p>
    <w:p>
      <w:pPr>
        <w:spacing w:before="0" w:after="120" w:line="300" w:lineRule="exact"/>
        <w:jc w:val="both"/>
      </w:pPr>
      <w:r>
        <w:rPr>
          <w:rFonts w:ascii="Georgia" w:hAnsi="Georgia" w:cs="Georgia" w:eastAsia="Georgia"/>
          <w:b w:val="0"/>
          <w:i w:val="0"/>
          <w:sz w:val="22"/>
        </w:rPr>
        <w:t>With bootlicking and hindlicking these Wild Donkeys of the UK Minab are crawling behind the Yahood and Nasaara into the 'lizard's hole' in their drunken stupor of emulation. This sordid satanic degree of imitating and following the Yahood and Nasaara has been termed by Rasulullah (Sallallahu alayhi wasallam), 'following into the lizard's hole'.</w:t>
      </w:r>
    </w:p>
    <w:p>
      <w:pPr>
        <w:spacing w:before="0" w:after="120" w:line="300" w:lineRule="exact"/>
        <w:jc w:val="both"/>
      </w:pPr>
      <w:r>
        <w:rPr>
          <w:rFonts w:ascii="Georgia" w:hAnsi="Georgia" w:cs="Georgia" w:eastAsia="Georgia"/>
          <w:b w:val="0"/>
          <w:i w:val="0"/>
          <w:sz w:val="22"/>
        </w:rPr>
        <w:t>It is their belief that the vaccine potion of Iblees can thwart Malakul Maut, and that Maut can be averted by means of the satanic method of vaccination, i.e. the injection of filth and poison into the human body. Their total intellectual enslavement to the kuffaar has transformed these vile molvis and sheikhs into Wild Donkeys who flee from the Lion, i.e. from the Shariah of Allah Ta'ala.</w:t>
      </w:r>
    </w:p>
    <w:p>
      <w:pPr>
        <w:spacing w:before="0" w:after="120" w:line="300" w:lineRule="exact"/>
        <w:jc w:val="both"/>
      </w:pPr>
      <w:r>
        <w:rPr>
          <w:rFonts w:ascii="Georgia" w:hAnsi="Georgia" w:cs="Georgia" w:eastAsia="Georgia"/>
          <w:b w:val="0"/>
          <w:i w:val="0"/>
          <w:sz w:val="22"/>
        </w:rPr>
        <w:t>Muslims should beware of these charlatans who masquerade as Islamic authorities. They are experts in shaitaaniyat. For the safety of Imaan and for the protection of physical health, the shaitaani advices of the Wild Donkeys must be incumbently rebuffed.</w:t>
      </w:r>
    </w:p>
    <w:p>
      <w:r>
        <w:br w:type="page"/>
      </w:r>
    </w:p>
    <w:p>
      <w:pPr>
        <w:pStyle w:val="Heading1"/>
        <w:spacing w:before="360" w:after="200" w:line="300" w:lineRule="exact"/>
        <w:jc w:val="center"/>
      </w:pPr>
      <w:r>
        <w:rPr>
          <w:rFonts w:ascii="Georgia" w:hAnsi="Georgia" w:cs="Georgia" w:eastAsia="Georgia"/>
          <w:b/>
          <w:i w:val="0"/>
          <w:color w:val="1F3864"/>
          <w:sz w:val="32"/>
        </w:rPr>
        <w:t>HUMURUM MUSTANFIRAH 'THE FLIGHT OF WILD DONKEYS'</w:t>
      </w:r>
    </w:p>
    <w:p>
      <w:pPr>
        <w:spacing w:before="120" w:after="120" w:line="300" w:lineRule="exact"/>
        <w:ind w:left="720" w:right="720"/>
        <w:jc w:val="center"/>
      </w:pPr>
      <w:r>
        <w:rPr>
          <w:rFonts w:ascii="Georgia" w:hAnsi="Georgia" w:cs="Georgia" w:eastAsia="Georgia"/>
          <w:b w:val="0"/>
          <w:i/>
          <w:sz w:val="22"/>
        </w:rPr>
        <w:t>"What is the matter with them for ignoring the tathkirah (i.e. the Qur'aan and Sunnah)? Like wild donkeys do they flee from the Lion"</w:t>
      </w:r>
    </w:p>
    <w:p>
      <w:pPr>
        <w:spacing w:before="120" w:after="120" w:line="300" w:lineRule="exact"/>
        <w:ind w:left="720" w:right="720"/>
        <w:jc w:val="center"/>
      </w:pPr>
      <w:r>
        <w:rPr>
          <w:rFonts w:ascii="Georgia" w:hAnsi="Georgia" w:cs="Georgia" w:eastAsia="Georgia"/>
          <w:b w:val="0"/>
          <w:i/>
          <w:sz w:val="22"/>
        </w:rPr>
        <w:t>(Al-Muddath-thir, Aayaat 49, 50, 51)</w:t>
      </w:r>
    </w:p>
    <w:p>
      <w:pPr>
        <w:spacing w:before="0" w:after="120" w:line="300" w:lineRule="exact"/>
        <w:jc w:val="both"/>
      </w:pPr>
      <w:r>
        <w:rPr>
          <w:rFonts w:ascii="Georgia" w:hAnsi="Georgia" w:cs="Georgia" w:eastAsia="Georgia"/>
          <w:b w:val="0"/>
          <w:i w:val="0"/>
          <w:sz w:val="22"/>
        </w:rPr>
        <w:t>This Qur'aanic epithet adequately describes the likes of the UK body called MINAB (The Mosques &amp; Imams National Advisory Board).</w:t>
      </w:r>
    </w:p>
    <w:p>
      <w:pPr>
        <w:spacing w:before="0" w:after="120" w:line="300" w:lineRule="exact"/>
        <w:jc w:val="both"/>
      </w:pPr>
      <w:r>
        <w:rPr>
          <w:rFonts w:ascii="Georgia" w:hAnsi="Georgia" w:cs="Georgia" w:eastAsia="Georgia"/>
          <w:b w:val="0"/>
          <w:i w:val="0"/>
          <w:sz w:val="22"/>
        </w:rPr>
        <w:t>The 'imams' of this miscreant body have acquitted themselves like wild donkeys fleeing from a Lion. The Lion is the Shariah of Allah Ta'ala. These juhala UK imams of the silly cartel are like Humurum Mustanfirah.</w:t>
      </w:r>
    </w:p>
    <w:p>
      <w:pPr>
        <w:spacing w:before="0" w:after="120" w:line="300" w:lineRule="exact"/>
        <w:jc w:val="both"/>
      </w:pPr>
      <w:r>
        <w:rPr>
          <w:rFonts w:ascii="Georgia" w:hAnsi="Georgia" w:cs="Georgia" w:eastAsia="Georgia"/>
          <w:b w:val="0"/>
          <w:i w:val="0"/>
          <w:sz w:val="22"/>
        </w:rPr>
        <w:t>The position of this cartel of wild donkeys as outlined in their article on the satanic covid vaccines, is the position which the atheists have excreted into their brains. It is a haraam position which has absolutely no support in the Shariah.</w:t>
      </w:r>
    </w:p>
    <w:p>
      <w:pPr>
        <w:spacing w:before="0" w:after="120" w:line="300" w:lineRule="exact"/>
        <w:jc w:val="both"/>
      </w:pPr>
      <w:r>
        <w:rPr>
          <w:rFonts w:ascii="Georgia" w:hAnsi="Georgia" w:cs="Georgia" w:eastAsia="Georgia"/>
          <w:b w:val="0"/>
          <w:i w:val="0"/>
          <w:sz w:val="22"/>
        </w:rPr>
        <w:t>In its misguided article, the Minab wild donkeys bray:</w:t>
      </w:r>
    </w:p>
    <w:p>
      <w:pPr>
        <w:spacing w:before="120" w:after="120" w:line="300" w:lineRule="exact"/>
        <w:ind w:left="720" w:right="720"/>
        <w:jc w:val="center"/>
      </w:pPr>
      <w:r>
        <w:rPr>
          <w:rFonts w:ascii="Georgia" w:hAnsi="Georgia" w:cs="Georgia" w:eastAsia="Georgia"/>
          <w:b w:val="0"/>
          <w:i/>
          <w:sz w:val="22"/>
        </w:rPr>
        <w:t>"It is certainly difficult for anyone not to feel a sense of fear, anxiety, and helplessness during the pandemic. We are being tested in our priorities and our ability to cope in a time of confusion and despair."</w:t>
      </w:r>
    </w:p>
    <w:p>
      <w:pPr>
        <w:spacing w:before="0" w:after="120" w:line="300" w:lineRule="exact"/>
        <w:jc w:val="both"/>
      </w:pPr>
      <w:r>
        <w:rPr>
          <w:rFonts w:ascii="Georgia" w:hAnsi="Georgia" w:cs="Georgia" w:eastAsia="Georgia"/>
          <w:b w:val="0"/>
          <w:i w:val="0"/>
          <w:sz w:val="22"/>
        </w:rPr>
        <w:t>If these Wild Donkeys had a valid understanding of the Qur'aan and Sunnah, they would not have disgorged bunkum to advertise their jahaalat (ignorance). The true Mu'min believes and knows that every atom in creation operates by the direct intervention of Allah Ta'ala. Even the movement of an ant and the rizq of a worm in the darkness of the earth underground is provided by Allah Ta'ala Who has direct control.</w:t>
      </w:r>
    </w:p>
    <w:p>
      <w:pPr>
        <w:spacing w:before="0" w:after="120" w:line="300" w:lineRule="exact"/>
        <w:jc w:val="both"/>
      </w:pPr>
      <w:r>
        <w:rPr>
          <w:rFonts w:ascii="Georgia" w:hAnsi="Georgia" w:cs="Georgia" w:eastAsia="Georgia"/>
          <w:b w:val="0"/>
          <w:i w:val="0"/>
          <w:sz w:val="22"/>
        </w:rPr>
        <w:t>The 'sense of fear, anxiety and helplessness', is the attribute of those who have either no Imaan or of those whose Imaan dangles on a thread. They are on a disastrous precipice of the Fire. Of concern to the Mu'mineen are only the assault on the Deen which the vile molvis, moron sheikhs and wild donkeys such as the Minab gang are aiding and abetting. All of these Wild Donkeys and Hizbush Shaitaan (the Cartel of Iblees) are in league with the atheists kuffaar in the plot to undermine Allah's Shariah, hence they flee from the Shariah (the Lion) and seek succour in the kufr hypothesis and satanic theories of the atheists.</w:t>
      </w:r>
    </w:p>
    <w:p>
      <w:pPr>
        <w:spacing w:before="0" w:after="120" w:line="300" w:lineRule="exact"/>
        <w:jc w:val="both"/>
      </w:pPr>
      <w:r>
        <w:rPr>
          <w:rFonts w:ascii="Georgia" w:hAnsi="Georgia" w:cs="Georgia" w:eastAsia="Georgia"/>
          <w:b w:val="0"/>
          <w:i w:val="0"/>
          <w:sz w:val="22"/>
        </w:rPr>
        <w:t>Muslims who have their focus on Allah Ta'ala are not 'helpless'. Wild Donkeys are helpless and dwell in confusion. Confusion and despair are not among the attributes of the Mu'mineen. The Qur'aan Majeed's theme is: "Only the kaafireen despair of Allah's Mercy."</w:t>
      </w:r>
    </w:p>
    <w:p>
      <w:pPr>
        <w:spacing w:before="0" w:after="120" w:line="300" w:lineRule="exact"/>
        <w:jc w:val="both"/>
      </w:pPr>
      <w:r>
        <w:rPr>
          <w:rFonts w:ascii="Georgia" w:hAnsi="Georgia" w:cs="Georgia" w:eastAsia="Georgia"/>
          <w:b w:val="0"/>
          <w:i w:val="0"/>
          <w:sz w:val="22"/>
        </w:rPr>
        <w:t>Tawakkul Beginning their zigzag trajectory to convince Muslims that the haraam vaccines are halaal, the Humurum Mustanfirah aver:</w:t>
      </w:r>
    </w:p>
    <w:p>
      <w:pPr>
        <w:spacing w:before="120" w:after="120" w:line="300" w:lineRule="exact"/>
        <w:ind w:left="720" w:right="720"/>
        <w:jc w:val="center"/>
      </w:pPr>
      <w:r>
        <w:rPr>
          <w:rFonts w:ascii="Georgia" w:hAnsi="Georgia" w:cs="Georgia" w:eastAsia="Georgia"/>
          <w:b w:val="0"/>
          <w:i/>
          <w:sz w:val="22"/>
        </w:rPr>
        <w:t>"Tawakul (reliance on Allah) does not preclude taking measures to relieve oneself and others from tribulation."</w:t>
      </w:r>
    </w:p>
    <w:p>
      <w:pPr>
        <w:spacing w:before="0" w:after="120" w:line="300" w:lineRule="exact"/>
        <w:jc w:val="both"/>
      </w:pPr>
      <w:r>
        <w:rPr>
          <w:rFonts w:ascii="Georgia" w:hAnsi="Georgia" w:cs="Georgia" w:eastAsia="Georgia"/>
          <w:b w:val="0"/>
          <w:i w:val="0"/>
          <w:sz w:val="22"/>
        </w:rPr>
        <w:t>The purport of this statement is to minimize the significance and importance of Tawakkul. The Tawakkul dimension has been introduced as a red herring to deflect the focus from the Shariah – from the haraam protocols and haraam vaccines. Regarding Tawakkul, Rasulullah (Sallallahu alayhi wasallam) said:</w:t>
      </w:r>
    </w:p>
    <w:p>
      <w:pPr>
        <w:spacing w:before="120" w:after="120" w:line="300" w:lineRule="exact"/>
        <w:ind w:left="720" w:right="720"/>
        <w:jc w:val="center"/>
      </w:pPr>
      <w:r>
        <w:rPr>
          <w:rFonts w:ascii="Georgia" w:hAnsi="Georgia" w:cs="Georgia" w:eastAsia="Georgia"/>
          <w:b w:val="0"/>
          <w:i/>
          <w:sz w:val="22"/>
        </w:rPr>
        <w:t>"If you adopt Tawakkul in the proper meaning of Tawakkul, Allah will feed you like He feeds the birds. They emerge (from their nests) hungry in the morning, and return satiated by the evening."</w:t>
      </w:r>
    </w:p>
    <w:p>
      <w:pPr>
        <w:spacing w:before="0" w:after="120" w:line="300" w:lineRule="exact"/>
        <w:jc w:val="both"/>
      </w:pPr>
      <w:r>
        <w:rPr>
          <w:rFonts w:ascii="Georgia" w:hAnsi="Georgia" w:cs="Georgia" w:eastAsia="Georgia"/>
          <w:b w:val="0"/>
          <w:i w:val="0"/>
          <w:sz w:val="22"/>
        </w:rPr>
        <w:t>The Minab characters are addressing an audience consisting of crass materialists – people who have sold themselves to the dunya. The brains of these people are not conducive for cognitive engagement. They have no need for pontification in the realm of Taqwa and Tawakkul. None of them submit to the demands of Tawakkul. Tawakkul is the furthest from their minds. What then is the purpose of harping negatively on Tawakkul? Tawakkul is a superfluous introduction into the satanic covid protocols/vaccine debate. The Wild Donkeys and Hizbush Shaitaan have cunningly introduced Tawakkul as a red herring. It is a dishonest diversionary tactic for the obfuscation of the ignorant and unwary.</w:t>
      </w:r>
    </w:p>
    <w:p>
      <w:pPr>
        <w:spacing w:before="0" w:after="120" w:line="300" w:lineRule="exact"/>
        <w:jc w:val="both"/>
      </w:pPr>
      <w:r>
        <w:rPr>
          <w:rFonts w:ascii="Georgia" w:hAnsi="Georgia" w:cs="Georgia" w:eastAsia="Georgia"/>
          <w:b w:val="0"/>
          <w:i w:val="0"/>
          <w:sz w:val="22"/>
        </w:rPr>
        <w:t>The Ulama-e-Haqq who are opposing and damning the devil's protocols and the potion of the devil, i.e. vaccines, are not stating the case of the Shariah on the basis of Taqwa/Tawakkul. The basis for the prohibition is the Zaahiri Law of the Shariah, which does not touch on the Taqwa factor. Every moron understands that despite the cultivation of Taqwa being an imperative demand of the Qur'aan and Sunnah, the Fatwa for mass consumption and implementation by the rank and file is NOT the product of Taqwa.</w:t>
      </w:r>
    </w:p>
    <w:p>
      <w:pPr>
        <w:spacing w:before="0" w:after="120" w:line="300" w:lineRule="exact"/>
        <w:jc w:val="both"/>
      </w:pPr>
      <w:r>
        <w:rPr>
          <w:rFonts w:ascii="Georgia" w:hAnsi="Georgia" w:cs="Georgia" w:eastAsia="Georgia"/>
          <w:b w:val="0"/>
          <w:i w:val="0"/>
          <w:sz w:val="22"/>
        </w:rPr>
        <w:t>What the Ulama – the true and genuine Ulama – claim regarding the villainy of the views of the bootlicking Wild Donkeys and Hizbush Shaitaan, pertains to simple, straightforward issues of halaal and haraam. It is not an issue of high Taqwa which precludes latitude and concession within the confines of the Shariah. Taqwa is something else. It is a concept of which the Wild Donkeys of the UK and the moron molvis of Hizbush Shaitaan lack the haziest understanding.</w:t>
      </w:r>
    </w:p>
    <w:p>
      <w:pPr>
        <w:spacing w:before="0" w:after="120" w:line="300" w:lineRule="exact"/>
        <w:jc w:val="both"/>
      </w:pPr>
      <w:r>
        <w:rPr>
          <w:rFonts w:ascii="Georgia" w:hAnsi="Georgia" w:cs="Georgia" w:eastAsia="Georgia"/>
          <w:b w:val="0"/>
          <w:i w:val="0"/>
          <w:sz w:val="22"/>
        </w:rPr>
        <w:t>The twaddle which they disgorge is the effect of brains having been rendered dysfunctional by either the 'touch of shaitaan' or by divinely cast rijs (filth) on their brains as a result of their treacherous simulacrum which is the logical acquisition of bootlicking the atheists for the achievement of worldly and nafsaani objectives. Regarding the touch of Iblees, the Qur'aan Majeed states:</w:t>
      </w:r>
    </w:p>
    <w:p>
      <w:pPr>
        <w:spacing w:before="120" w:after="120" w:line="300" w:lineRule="exact"/>
        <w:ind w:left="720" w:right="720"/>
        <w:jc w:val="center"/>
      </w:pPr>
      <w:r>
        <w:rPr>
          <w:rFonts w:ascii="Georgia" w:hAnsi="Georgia" w:cs="Georgia" w:eastAsia="Georgia"/>
          <w:b w:val="0"/>
          <w:i/>
          <w:sz w:val="22"/>
        </w:rPr>
        <w:t>"They do not stand except as one who has been driven to insanity by the touch of shaitaan."</w:t>
      </w:r>
    </w:p>
    <w:p>
      <w:pPr>
        <w:spacing w:before="0" w:after="120" w:line="300" w:lineRule="exact"/>
        <w:jc w:val="both"/>
      </w:pPr>
      <w:r>
        <w:rPr>
          <w:rFonts w:ascii="Georgia" w:hAnsi="Georgia" w:cs="Georgia" w:eastAsia="Georgia"/>
          <w:b w:val="0"/>
          <w:i w:val="0"/>
          <w:sz w:val="22"/>
        </w:rPr>
        <w:t>Thus, they suffer from the malady of Takhabbatush Shaitaan (satanic manipulation of the brains). Regarding divinely cast rijs, Allah Ta'ala says in the Qur'aan Majeed:</w:t>
      </w:r>
    </w:p>
    <w:p>
      <w:pPr>
        <w:spacing w:before="120" w:after="120" w:line="300" w:lineRule="exact"/>
        <w:ind w:left="720" w:right="720"/>
        <w:jc w:val="center"/>
      </w:pPr>
      <w:r>
        <w:rPr>
          <w:rFonts w:ascii="Georgia" w:hAnsi="Georgia" w:cs="Georgia" w:eastAsia="Georgia"/>
          <w:b w:val="0"/>
          <w:i/>
          <w:sz w:val="22"/>
        </w:rPr>
        <w:t>"Thus, does Allah cast RIJS (filth) on those who lack intelligence."</w:t>
      </w:r>
    </w:p>
    <w:p>
      <w:pPr>
        <w:spacing w:before="0" w:after="120" w:line="300" w:lineRule="exact"/>
        <w:jc w:val="both"/>
      </w:pPr>
      <w:r>
        <w:rPr>
          <w:rFonts w:ascii="Georgia" w:hAnsi="Georgia" w:cs="Georgia" w:eastAsia="Georgia"/>
          <w:b w:val="0"/>
          <w:i w:val="0"/>
          <w:sz w:val="22"/>
        </w:rPr>
        <w:t>All bootlickers of the atheists and kuffaar in general are bereft of intelligence, i.e. Aql adorned with Taqwa which is vital for the sustainment of Imaan. However, the Fatwa of hurmat, i.e. the prohibition of the devil's potion and protocols, is not reared on the premises of Taqwa and Tawakkul.</w:t>
      </w:r>
    </w:p>
    <w:p>
      <w:pPr>
        <w:spacing w:before="0" w:after="120" w:line="300" w:lineRule="exact"/>
        <w:jc w:val="both"/>
      </w:pPr>
      <w:r>
        <w:rPr>
          <w:rFonts w:ascii="Georgia" w:hAnsi="Georgia" w:cs="Georgia" w:eastAsia="Georgia"/>
          <w:b w:val="0"/>
          <w:i w:val="0"/>
          <w:sz w:val="22"/>
        </w:rPr>
        <w:t>In simple terms, the genuine Ulama say that the potion of Iblees (vaccines) and the protocols of Iblees are HARAAM on the basis of Nusoos of the Shariah. This hurmat is not contended on the basis of Tawakkul or Taqwa. The cultivation of Taqwa is Waajib for all Mu'mineen. It is not the preserve of the select Auliya. In fact the Auliya of lofty status had once been members of the laity. It was by the cultivation of Taqwa that they attained their lofty pedestal of Roohaaniyat and Qurb (Nearness) to Allah Ta'ala.</w:t>
      </w:r>
    </w:p>
    <w:p>
      <w:pPr>
        <w:spacing w:before="0" w:after="120" w:line="300" w:lineRule="exact"/>
        <w:jc w:val="both"/>
      </w:pPr>
      <w:r>
        <w:rPr>
          <w:rFonts w:ascii="Georgia" w:hAnsi="Georgia" w:cs="Georgia" w:eastAsia="Georgia"/>
          <w:b w:val="0"/>
          <w:i w:val="0"/>
          <w:sz w:val="22"/>
        </w:rPr>
        <w:t>The minimum degree of Taqwa which is Waajib on every Mu'min is to dwell within the confines of the Zaahiri Shariah. Rasulullah (Sallallahu alayhi wasallam) said: "Halaal is clear (conspicuously clear). Haraam is clear. In between is the category of Mushtabah." Abstention from Mushtabah (Doubtful) is WAAJIB. It is not optional as the Wild Donkeys and others of their satanic ilk propagate. Adherence to the Fiqhi demands of the Zaahiri Shariah is incumbent, and this is not Taqwa or Tawakkul, etc.</w:t>
      </w:r>
    </w:p>
    <w:p>
      <w:pPr>
        <w:spacing w:before="0" w:after="120" w:line="300" w:lineRule="exact"/>
        <w:jc w:val="both"/>
      </w:pPr>
      <w:r>
        <w:rPr>
          <w:rFonts w:ascii="Georgia" w:hAnsi="Georgia" w:cs="Georgia" w:eastAsia="Georgia"/>
          <w:b w:val="0"/>
          <w:i w:val="0"/>
          <w:sz w:val="22"/>
        </w:rPr>
        <w:t>Abstention from consuming carrion, pork and liquor is not within the scope of the Taqwa which is the speciality of the select Auliya and Sufiya. Such abstention is compulsory for all Muslims. This is the minimum degree of imperative Taqwa below which there is no other degree. So, when it is said that the potion of Iblees (the vaccine) and the protocols of Iblees (mask, devil's distance, etc.) are haraam, the fatwa comes within the purview of that minimum degree of Taqwa which incumbently necessitates abstention from carrion, pork, liquor, fornication, etc. Thus, the fatwa of prohibition regarding carrion does not belong to the realm of higher Taqwa of which Tawakkul is a major attribute. The fatwa proclaiming liquor and pork haraam is not within the purview of Taqwa and Tawakkul. But this is precisely the falsehood which the Humurum Mustanfirah and Hizbush Shaitaan are satanically camouflaging with Deeni terminology and justifying with Qur'aanic verses and Hadith narrations which do not have the remotest relationship with the issues under debate.</w:t>
      </w:r>
    </w:p>
    <w:p>
      <w:pPr>
        <w:spacing w:before="0" w:after="120" w:line="300" w:lineRule="exact"/>
        <w:jc w:val="both"/>
      </w:pPr>
      <w:r>
        <w:rPr>
          <w:rFonts w:ascii="Georgia" w:hAnsi="Georgia" w:cs="Georgia" w:eastAsia="Georgia"/>
          <w:b w:val="0"/>
          <w:i w:val="0"/>
          <w:sz w:val="22"/>
        </w:rPr>
        <w:t>This is why they are branded as 'zigzaggers'. They commence their deception with a deeni hue to mislead the masses. But the conclusion of their corrupt 'fatwas' is invariably in diametric conflict with the Zaahiri Shariah. The measures which the Wild Donkeys and Hizbush Shaitaan promote at the behest of their atheist masters are not condemned by the Ulama on the basis of Tawakkul. There are glaringly conspicuous Qur'aanic and Hadith Nusoos to substantiate the prohibition. We have explained the basis of the prohibition in numerous articles and booklets which are available on our website.</w:t>
      </w:r>
    </w:p>
    <w:p>
      <w:pPr>
        <w:spacing w:before="0" w:after="120" w:line="300" w:lineRule="exact"/>
        <w:jc w:val="both"/>
      </w:pPr>
      <w:r>
        <w:rPr>
          <w:rFonts w:ascii="Georgia" w:hAnsi="Georgia" w:cs="Georgia" w:eastAsia="Georgia"/>
          <w:b w:val="0"/>
          <w:i w:val="0"/>
          <w:sz w:val="22"/>
        </w:rPr>
        <w:t>With cunning hyperbole in their stupid writings and talks, they create the red herring of Tawakkul to bamboozle people. Thus, these Wild Donkeys say: "Believing in Allah's decree (qadr) whilst resorting to the means which Allah has set out in order to achieve outcomes is part of the sunnah of the Prophet Muhammad (peace be upon him). The Prophet (peace and blessings be upon him) has famously advised: Tie the camel and trust in Allah."</w:t>
      </w:r>
    </w:p>
    <w:p>
      <w:pPr>
        <w:spacing w:before="0" w:after="120" w:line="300" w:lineRule="exact"/>
        <w:jc w:val="both"/>
      </w:pPr>
      <w:r>
        <w:rPr>
          <w:rFonts w:ascii="Georgia" w:hAnsi="Georgia" w:cs="Georgia" w:eastAsia="Georgia"/>
          <w:b w:val="0"/>
          <w:i w:val="0"/>
          <w:sz w:val="22"/>
        </w:rPr>
        <w:t>This is their kind of typical shenanigan motivated by nothing other than bootlicking the kuffaar, the atheists and the government who has become their deity and idol of worship. Their aforementioned averment is not contested or rejected. However, they have cunningly misapplied their brains and dishonestly presented this averment to deceive and misguide.</w:t>
      </w:r>
    </w:p>
    <w:p>
      <w:pPr>
        <w:spacing w:before="0" w:after="120" w:line="300" w:lineRule="exact"/>
        <w:jc w:val="both"/>
      </w:pPr>
      <w:r>
        <w:rPr>
          <w:rFonts w:ascii="Georgia" w:hAnsi="Georgia" w:cs="Georgia" w:eastAsia="Georgia"/>
          <w:b w:val="0"/>
          <w:i w:val="0"/>
          <w:sz w:val="22"/>
        </w:rPr>
        <w:t>Allah Azza Wa Jal has undoubtedly created for us means and ways of attaining our lawful worldly objects. There is absolutely no contention on this issue.</w:t>
      </w:r>
    </w:p>
    <w:p>
      <w:pPr>
        <w:spacing w:before="0" w:after="120" w:line="300" w:lineRule="exact"/>
        <w:jc w:val="both"/>
      </w:pPr>
      <w:r>
        <w:rPr>
          <w:rFonts w:ascii="Georgia" w:hAnsi="Georgia" w:cs="Georgia" w:eastAsia="Georgia"/>
          <w:b w:val="0"/>
          <w:i w:val="0"/>
          <w:sz w:val="22"/>
        </w:rPr>
        <w:t>No one has claimed anything in abnegation of this reality. The Ulama who proclaim the hurmat of the potion and protocols of Iblees, utilize all the lawful means, ways and agencies permitted by the Shariah for the acquisition of needs. So why should they exclude from the ambit of permissibility the means which these Agents of Iblees are propagating? The simple response is that the methods and means advocated by the Wild Donkeys at the behest of the atheists are HARAAM. The ways and means allowed by the Shariah are halaal creations of Allah Ta'ala. When the Ulama say that carrion is haraam, it will be only an agent of Iblees who will falsify this truth by claiming that mutton is halaal and that those who say that carrion is haraam are relying on Tawakkul.</w:t>
      </w:r>
    </w:p>
    <w:p>
      <w:pPr>
        <w:spacing w:before="0" w:after="120" w:line="300" w:lineRule="exact"/>
        <w:jc w:val="both"/>
      </w:pPr>
      <w:r>
        <w:rPr>
          <w:rFonts w:ascii="Georgia" w:hAnsi="Georgia" w:cs="Georgia" w:eastAsia="Georgia"/>
          <w:b w:val="0"/>
          <w:i w:val="0"/>
          <w:sz w:val="22"/>
        </w:rPr>
        <w:t>Rasulullah (Sallallahu alayhi wasallam) said: "Allah has not created the cure of my Ummah in things which are haraam." Haraam measures are for the kuffaar and shayaateen, not for Muslims. Allah's Decree precludes utilization and adoption of haraam medicine and ways which are not created for this Ummah. To "achieve outcomes" by resorting to the "means set out" by Allah, never means the adoption of haraam, of filth, of ways which are in conflict with the Shariah, and all of this at the behest of the atheists who dangle the chimera of haraam dollars in front of these molvis and sheikhs – the Wild Donkeys – to achieve their conspiratorial goals with the aid of the bootlicking Wild Donkeys. Only halaal ways are permitted. But the whole gamut of covid measures offered to the Wild Donkeys by the atheists is HARAAM in terms of the Zaahiri Shariah, not on the basis of Tawakkul as the moron donkeys claim.</w:t>
      </w:r>
    </w:p>
    <w:p>
      <w:pPr>
        <w:spacing w:before="0" w:after="120" w:line="300" w:lineRule="exact"/>
        <w:jc w:val="both"/>
      </w:pPr>
      <w:r>
        <w:rPr>
          <w:rFonts w:ascii="Georgia" w:hAnsi="Georgia" w:cs="Georgia" w:eastAsia="Georgia"/>
          <w:b w:val="0"/>
          <w:i w:val="0"/>
          <w:sz w:val="22"/>
        </w:rPr>
        <w:t>No one has denied the validity of tying the camel. But this never means employment of haraam measures. The camel has to be tied correctly, not throttled to death. The camel is a halaal measure while the devil's protocols and potions are absolutely haraam. The analogy is thus false, cunning and misleading.</w:t>
      </w:r>
    </w:p>
    <w:p>
      <w:pPr>
        <w:spacing w:before="120" w:after="120" w:line="300" w:lineRule="exact"/>
        <w:ind w:left="720" w:right="720"/>
        <w:jc w:val="center"/>
      </w:pPr>
      <w:r>
        <w:rPr>
          <w:rFonts w:ascii="Georgia" w:hAnsi="Georgia" w:cs="Georgia" w:eastAsia="Georgia"/>
          <w:b w:val="0"/>
          <w:i/>
          <w:sz w:val="22"/>
        </w:rPr>
        <w:t>Continuing the narrative of falsehood by spinning another lie, the Wild Donkeys of the UK minab, say: "One of the lessons we learn from this Prophetic statement is that we need to use all resources available to us and make reasonable efforts to achieve what is in our interests, while at the same time relying entirely on Allah for the outcome." (Our emphasis).</w:t>
      </w:r>
    </w:p>
    <w:p>
      <w:pPr>
        <w:spacing w:before="0" w:after="120" w:line="300" w:lineRule="exact"/>
        <w:jc w:val="both"/>
      </w:pPr>
      <w:r>
        <w:rPr>
          <w:rFonts w:ascii="Georgia" w:hAnsi="Georgia" w:cs="Georgia" w:eastAsia="Georgia"/>
          <w:b w:val="0"/>
          <w:i w:val="0"/>
          <w:sz w:val="22"/>
        </w:rPr>
        <w:t>This is false. It is not permissible for Muslims to use all available resources. Urine, excrement, liquor, pork and many haraam items are also available resources in which there are cures and other benefits, but Islam proscribes filth, poison and the like. The utilization of all available resources is not permissible for Muslims.</w:t>
      </w:r>
    </w:p>
    <w:p>
      <w:pPr>
        <w:spacing w:before="0" w:after="120" w:line="300" w:lineRule="exact"/>
        <w:jc w:val="both"/>
      </w:pPr>
      <w:r>
        <w:rPr>
          <w:rFonts w:ascii="Georgia" w:hAnsi="Georgia" w:cs="Georgia" w:eastAsia="Georgia"/>
          <w:b w:val="0"/>
          <w:i w:val="0"/>
          <w:sz w:val="22"/>
        </w:rPr>
        <w:t>Yes, it is befitting for atheists, mushrikeen and kuffaar in general to make use of all available resources. Muslims in this dunya are living in a veritable spiritual minefield. We are constrained by the Command of Allah Ta'ala to pick our way through this labyrinth of meandering pathways in this minefield. Without care, we shall blow up our Imaan.</w:t>
      </w:r>
    </w:p>
    <w:p>
      <w:pPr>
        <w:spacing w:before="0" w:after="120" w:line="300" w:lineRule="exact"/>
        <w:jc w:val="both"/>
      </w:pPr>
      <w:r>
        <w:rPr>
          <w:rFonts w:ascii="Georgia" w:hAnsi="Georgia" w:cs="Georgia" w:eastAsia="Georgia"/>
          <w:b w:val="0"/>
          <w:i w:val="0"/>
          <w:sz w:val="22"/>
        </w:rPr>
        <w:t>Another palpable lie is their hollow advice of "relying entirely on Allah". This is a dastardly canard. If they had even understood the meaning and purport of this statement, never would they have ventured to halaalize the filth, harms and poisons of the protocols and vaccines of the atheists. Reliance on Allah Ta'ala is the very antithesis of utilizing haraam measures on which settles the Curse of Allah Ta'ala. Reliance on Allah Ta'ala gravitates the servant to halaal and tayyib, not to haraam and najaasat.</w:t>
      </w:r>
    </w:p>
    <w:p>
      <w:pPr>
        <w:spacing w:before="0" w:after="120" w:line="300" w:lineRule="exact"/>
        <w:jc w:val="both"/>
      </w:pPr>
      <w:r>
        <w:rPr>
          <w:rFonts w:ascii="Georgia" w:hAnsi="Georgia" w:cs="Georgia" w:eastAsia="Georgia"/>
          <w:b w:val="0"/>
          <w:i w:val="0"/>
          <w:sz w:val="22"/>
        </w:rPr>
        <w:t>Covid vaccines Echoing the tune of their masters, the bootlicking morons of the UK minab cartel of wild donkeys, say: "Since the beginning of this pandemic, efforts have been made across the globe to develop a treatment to save lives. Thankfully, within a short period of time human endeavours have born results and vaccines against covid-19 have emerged."</w:t>
      </w:r>
    </w:p>
    <w:p>
      <w:pPr>
        <w:spacing w:before="0" w:after="120" w:line="300" w:lineRule="exact"/>
        <w:jc w:val="both"/>
      </w:pPr>
      <w:r>
        <w:rPr>
          <w:rFonts w:ascii="Georgia" w:hAnsi="Georgia" w:cs="Georgia" w:eastAsia="Georgia"/>
          <w:b w:val="0"/>
          <w:i w:val="0"/>
          <w:sz w:val="22"/>
        </w:rPr>
        <w:t>These morons whose brains are destitute and intellectually bankrupt exhibit their ignorance of the meaning of a pandemic and the meaning of treatment. The handful of people whose deaths are attributed to the covid virus could never have been saved by any means or treatment which the accumulation of human and jinn brains could fabricate. The Qur'aan Majeed informs us:</w:t>
      </w:r>
    </w:p>
    <w:p>
      <w:pPr>
        <w:spacing w:before="120" w:after="120" w:line="300" w:lineRule="exact"/>
        <w:ind w:left="720" w:right="720"/>
        <w:jc w:val="center"/>
      </w:pPr>
      <w:r>
        <w:rPr>
          <w:rFonts w:ascii="Georgia" w:hAnsi="Georgia" w:cs="Georgia" w:eastAsia="Georgia"/>
          <w:b w:val="0"/>
          <w:i/>
          <w:sz w:val="22"/>
        </w:rPr>
        <w:t>"No person will die except with the permission of Allah at the appointed time."</w:t>
      </w:r>
    </w:p>
    <w:p>
      <w:pPr>
        <w:spacing w:before="0" w:after="120" w:line="300" w:lineRule="exact"/>
        <w:jc w:val="both"/>
      </w:pPr>
      <w:r>
        <w:rPr>
          <w:rFonts w:ascii="Georgia" w:hAnsi="Georgia" w:cs="Georgia" w:eastAsia="Georgia"/>
          <w:b w:val="0"/>
          <w:i w:val="0"/>
          <w:sz w:val="22"/>
        </w:rPr>
        <w:t>Relative to the population of the world the fraudulently recorded 'covid' deaths are an insignificant number. More people die annually with the usual seasonal influenza and other causes. Experts have compiled statistics to prove the fraud and falsehood of the covid plot engineered by the Bill Gates cartel which has harnessed the UK Wild Donkeys and Hizbush Shaitaan for promoting their satanic covid wares. Innumerable kuffaar experts and scientists have proven the harms and filth of the vaccines. But the gang of plotters simply ignores the deluge of evidence which has exposed the plot. But the jaahil molvis and sheikhs in pursuit of nafsaani objectives continue dancing like baboons to the tune and dictation of the atheists who are hell-bent on the boodle of billions of dollars in the wake of the Devil's Potions.</w:t>
      </w:r>
    </w:p>
    <w:p>
      <w:pPr>
        <w:spacing w:before="0" w:after="120" w:line="300" w:lineRule="exact"/>
        <w:jc w:val="both"/>
      </w:pPr>
      <w:r>
        <w:rPr>
          <w:rFonts w:ascii="Georgia" w:hAnsi="Georgia" w:cs="Georgia" w:eastAsia="Georgia"/>
          <w:b w:val="0"/>
          <w:i w:val="0"/>
          <w:sz w:val="22"/>
        </w:rPr>
        <w:t>The belief that those who have died during this bogus 'pandemic' would not have died if there had been the latest Devil's Potion, is categoric KUFR. Everyone dies at his/her prescribed moment of Maut. The belief of the ability to save lives is extremely and satanically contagious. This rabidly contagious spiritual disease has infected innumerable molvis and vast masses of the Ummah who all believe in the 'power' of the atheists to save lives with their filthy, poisonous satanic concoctions. That the UK Wild Donkeys of minab subscribe to this belief of shirk is conspicuous from their socialistically prepared article designed to advertise the shaitaani vaccine wares of the atheists whom they are bootlicking. Their advice to Muslims regarding the Devil's Potion and protocols is a disingenuous attempt to accord Islamic credulity and acceptability for the 'pandemic' narrative of their atheist masters.</w:t>
      </w:r>
    </w:p>
    <w:p>
      <w:pPr>
        <w:spacing w:before="0" w:after="120" w:line="300" w:lineRule="exact"/>
        <w:jc w:val="both"/>
      </w:pPr>
      <w:r>
        <w:rPr>
          <w:rFonts w:ascii="Georgia" w:hAnsi="Georgia" w:cs="Georgia" w:eastAsia="Georgia"/>
          <w:b w:val="0"/>
          <w:i w:val="0"/>
          <w:sz w:val="22"/>
        </w:rPr>
        <w:t>It is imperative for Muslims to understand that entire reliance on Allah Ta'ala deceptively and hypocritically mentioned by the Wild Donkeys is not a mental hobby which could be fitted into the ideas and theories of the atheists. Islam is immitigable. Its Shariah is not available for expurgation of any of its tenets which the modernist Muslim's brain diseased with atheism deems to be antique. Thus, the Laa adwaa (Disease is not contagious) concept substantiated by Wahi may not be interpreted immiscibly to strike a balance with the kufr theories of the atheist scientists and doctors whose brains are all fitted with the straitjackets of kufr by the intellectual brothels known as universities.</w:t>
      </w:r>
    </w:p>
    <w:p>
      <w:pPr>
        <w:spacing w:before="0" w:after="120" w:line="300" w:lineRule="exact"/>
        <w:jc w:val="both"/>
      </w:pPr>
      <w:r>
        <w:rPr>
          <w:rFonts w:ascii="Georgia" w:hAnsi="Georgia" w:cs="Georgia" w:eastAsia="Georgia"/>
          <w:b w:val="0"/>
          <w:i w:val="0"/>
          <w:sz w:val="22"/>
        </w:rPr>
        <w:t>Disgorging and displaying their gross stupidity which reveals their intellectual enslavement to the atheists, the minab Wild Donkeys say:</w:t>
      </w:r>
    </w:p>
    <w:p>
      <w:pPr>
        <w:spacing w:before="120" w:after="120" w:line="300" w:lineRule="exact"/>
        <w:ind w:left="720" w:right="720"/>
        <w:jc w:val="center"/>
      </w:pPr>
      <w:r>
        <w:rPr>
          <w:rFonts w:ascii="Georgia" w:hAnsi="Georgia" w:cs="Georgia" w:eastAsia="Georgia"/>
          <w:b w:val="0"/>
          <w:i/>
          <w:sz w:val="22"/>
        </w:rPr>
        <w:t>"The Pfizer/BioNTech, Oxford-AstraZeneca and Moderna vaccines have been approved by the Medicines and Healthcare Products Regulatory Authority (MHRA), which is regarded as the most credible and trustworthy authority of its kind in the world."</w:t>
      </w:r>
    </w:p>
    <w:p>
      <w:pPr>
        <w:spacing w:before="0" w:after="120" w:line="300" w:lineRule="exact"/>
        <w:jc w:val="both"/>
      </w:pPr>
      <w:r>
        <w:rPr>
          <w:rFonts w:ascii="Georgia" w:hAnsi="Georgia" w:cs="Georgia" w:eastAsia="Georgia"/>
          <w:b w:val="0"/>
          <w:i w:val="0"/>
          <w:sz w:val="22"/>
        </w:rPr>
        <w:t>The monstrous stupidity of these Wild Donkeys is indeed laughable. Who did the "approval" of the potion of shaitaan manufactured by the Bill Gates conspirators? And, who has regarded the mercenary kufr body MHRA to be the "most credible and trustworthy authority in the world"? The testification of atheists of other atheists has no validity in the Shariah. Approval and accreditation of atheists by atheists are an apodal of the obscurum per obscurius kind which the minab Wild Donkeys have elevated to the status of Wahi. With such silly and stupid 'approval' these miserable UK molvis and stupid imams seek to override the Shariah and make palatable for Muslims the devil's potions and concoctions, and that is the effect of total eschatological bankruptcy. Their 'belief' in Allah Ta'ala and His Shariah is restricted to verbal profession devoid of the heart's conviction.</w:t>
      </w:r>
    </w:p>
    <w:p>
      <w:pPr>
        <w:spacing w:before="0" w:after="120" w:line="300" w:lineRule="exact"/>
        <w:jc w:val="both"/>
      </w:pPr>
      <w:r>
        <w:rPr>
          <w:rFonts w:ascii="Georgia" w:hAnsi="Georgia" w:cs="Georgia" w:eastAsia="Georgia"/>
          <w:b w:val="0"/>
          <w:i w:val="0"/>
          <w:sz w:val="22"/>
        </w:rPr>
        <w:t>Mu'mineen search for the approval or disproval of the Shariah. What is not trustworthy and credible in terms of the Shariah is the product of Iblees. Instead of providing Shar'i approval, the moron Wild Donkeys in pursuit of their worldly objectives equate the approval of atheists to the approval of the Shariah. What is wholly untrustworthy in terms of the Shariah has become trustworthy for this miserable cartel of molvis and imams who are unable to distinguish between right and left, night and day.</w:t>
      </w:r>
    </w:p>
    <w:p>
      <w:pPr>
        <w:spacing w:before="0" w:after="120" w:line="300" w:lineRule="exact"/>
        <w:jc w:val="both"/>
      </w:pPr>
      <w:r>
        <w:rPr>
          <w:rFonts w:ascii="Georgia" w:hAnsi="Georgia" w:cs="Georgia" w:eastAsia="Georgia"/>
          <w:b w:val="0"/>
          <w:i w:val="0"/>
          <w:sz w:val="22"/>
        </w:rPr>
        <w:t>The 'level of scrutiny vaccines are facing is unprecedented' and entirely acceptable to the juhala of minab who are all the dollar slaves of the atheists plotters. The knowledge of the morons regarding the devil's potions is absolutely nil. Based on their nil awareness of the vaccine Rijs, they most audaciously issued their confounded satanic 'halaal certificate' to entrap the ignorant masses. Their approval is devoid of any Shar'i substance. They should spell out their corrupt, shaitaani basis for their baatil claim of</w:t>
      </w:r>
    </w:p>
    <w:p>
      <w:pPr>
        <w:spacing w:before="0" w:after="120" w:line="300" w:lineRule="exact"/>
        <w:jc w:val="both"/>
      </w:pPr>
      <w:r>
        <w:rPr>
          <w:rFonts w:ascii="Georgia" w:hAnsi="Georgia" w:cs="Georgia" w:eastAsia="Georgia"/>
          <w:b w:val="0"/>
          <w:i w:val="0"/>
          <w:sz w:val="22"/>
        </w:rPr>
        <w:t>'approval'. Valid approval is only approval in terms of the Shariah, and so too is trustworthiness.</w:t>
      </w:r>
    </w:p>
    <w:p>
      <w:pPr>
        <w:spacing w:before="0" w:after="120" w:line="300" w:lineRule="exact"/>
        <w:jc w:val="both"/>
      </w:pPr>
      <w:r>
        <w:rPr>
          <w:rFonts w:ascii="Georgia" w:hAnsi="Georgia" w:cs="Georgia" w:eastAsia="Georgia"/>
          <w:b w:val="0"/>
          <w:i w:val="0"/>
          <w:sz w:val="22"/>
        </w:rPr>
        <w:t>Compounding their confusion and jahaalat, the Wild Donkeys aver:</w:t>
      </w:r>
    </w:p>
    <w:p>
      <w:pPr>
        <w:spacing w:before="120" w:after="120" w:line="300" w:lineRule="exact"/>
        <w:ind w:left="720" w:right="720"/>
        <w:jc w:val="center"/>
      </w:pPr>
      <w:r>
        <w:rPr>
          <w:rFonts w:ascii="Georgia" w:hAnsi="Georgia" w:cs="Georgia" w:eastAsia="Georgia"/>
          <w:b w:val="0"/>
          <w:i/>
          <w:sz w:val="22"/>
        </w:rPr>
        <w:t>"The British Islamic Medical Association (BIMA) have also shown confidence in the vaccines and are recommending taking vaccines."</w:t>
      </w:r>
    </w:p>
    <w:p>
      <w:pPr>
        <w:spacing w:before="0" w:after="120" w:line="300" w:lineRule="exact"/>
        <w:jc w:val="both"/>
      </w:pPr>
      <w:r>
        <w:rPr>
          <w:rFonts w:ascii="Georgia" w:hAnsi="Georgia" w:cs="Georgia" w:eastAsia="Georgia"/>
          <w:b w:val="0"/>
          <w:i w:val="0"/>
          <w:sz w:val="22"/>
        </w:rPr>
        <w:t>The recommendation and confidence displayed by the morons of the so-called 'islamic' doctors cartel is in fact darkness piled on darkness as Allah Ta'ala says in the Qur'aan Majeed:</w:t>
      </w:r>
    </w:p>
    <w:p>
      <w:pPr>
        <w:spacing w:before="120" w:after="120" w:line="300" w:lineRule="exact"/>
        <w:ind w:left="720" w:right="720"/>
        <w:jc w:val="center"/>
      </w:pPr>
      <w:r>
        <w:rPr>
          <w:rFonts w:ascii="Georgia" w:hAnsi="Georgia" w:cs="Georgia" w:eastAsia="Georgia"/>
          <w:b w:val="0"/>
          <w:i/>
          <w:sz w:val="22"/>
        </w:rPr>
        <w:t>"(The likeness of their misdeeds) is like darkness (zulmat on zulmat) in a deep ocean. He (the moron) is covered (in this darkness) by wave upon wave above which there is a (dark) cloud: darkness piled on darkness. When he (the wild donkey) takes out his hand, he is unable to see it. He for whom Allah has not ordained Noor, there will be no Noor."</w:t>
      </w:r>
    </w:p>
    <w:p>
      <w:pPr>
        <w:spacing w:before="0" w:after="120" w:line="300" w:lineRule="exact"/>
        <w:jc w:val="both"/>
      </w:pPr>
      <w:r>
        <w:rPr>
          <w:rFonts w:ascii="Georgia" w:hAnsi="Georgia" w:cs="Georgia" w:eastAsia="Georgia"/>
          <w:b w:val="0"/>
          <w:i w:val="0"/>
          <w:sz w:val="22"/>
        </w:rPr>
        <w:t>These zanaaqdah doctors dwell in intense darkness piled on darkness. But these jaahil molvis of the minab cartel of wild donkeys turn to these zanaaqdah for guidance instead of turning to Allah's Shariah (the Qur'aan and Sunnah) for directive and guidance. The vast majority of so-called Muslim doctors hooked on to so-called 'islamic' medical groupings are in fact murtaddeen masquerading as Muslims.</w:t>
      </w:r>
    </w:p>
    <w:p>
      <w:pPr>
        <w:spacing w:before="0" w:after="120" w:line="300" w:lineRule="exact"/>
        <w:jc w:val="both"/>
      </w:pPr>
      <w:r>
        <w:rPr>
          <w:rFonts w:ascii="Georgia" w:hAnsi="Georgia" w:cs="Georgia" w:eastAsia="Georgia"/>
          <w:b w:val="0"/>
          <w:i w:val="0"/>
          <w:sz w:val="22"/>
        </w:rPr>
        <w:t>The mudhilleen of minab, in furtherance of the Bill Gates conspiracy, deliberately turn a blind eye towards the mass of conflicting evidence – expert, scientific evidence damning the claims of the sorcerers of the 'approved' vaccines. These scientist who condemn the vaccines as well as the gamut of Ibleesi protocols are of the same hue of atheism as are the slaves of Bill Gates. They are not some orthodox Ulama inhabiting remote villages, who have no understanding of the satanic medicines and remedies saturated with filth and poisons. Why do these Wild Donkeys confine their stupid superficial scrutiny to only the narratives which strike responsive chords in the plots of Bill Gates?</w:t>
      </w:r>
    </w:p>
    <w:p>
      <w:pPr>
        <w:spacing w:before="0" w:after="120" w:line="300" w:lineRule="exact"/>
        <w:jc w:val="both"/>
      </w:pPr>
      <w:r>
        <w:rPr>
          <w:rFonts w:ascii="Georgia" w:hAnsi="Georgia" w:cs="Georgia" w:eastAsia="Georgia"/>
          <w:b w:val="0"/>
          <w:i w:val="0"/>
          <w:sz w:val="22"/>
        </w:rPr>
        <w:t>Any Mufti who has some Khauf for Allah Ta'ala will look at all the available information of all hues of expertise before issuing a fatwa on a matter of which his knowledge is nil. But the moron Wild Donkeys pretend that the only opinion existing on the Devil's Potions is the view of the slaves of Bills Gates. They conduct themselves in the same style as the mainstream press which propounds and promotes only the satanism excreted by Bill Gates and his company of Devils.</w:t>
      </w:r>
    </w:p>
    <w:p>
      <w:pPr>
        <w:spacing w:before="0" w:after="120" w:line="300" w:lineRule="exact"/>
        <w:jc w:val="both"/>
      </w:pPr>
      <w:r>
        <w:rPr>
          <w:rFonts w:ascii="Georgia" w:hAnsi="Georgia" w:cs="Georgia" w:eastAsia="Georgia"/>
          <w:b w:val="0"/>
          <w:i w:val="0"/>
          <w:sz w:val="22"/>
        </w:rPr>
        <w:t>The bestowal of confidence in vaccines by the zanadaqah doctors is no better than approval by Iblees himself. Ulama are required to present Shar'i evidence. In this regard, the minab Humurum Mustanfirah and Hizbush Shaitaan have miserably failed.</w:t>
      </w:r>
    </w:p>
    <w:p>
      <w:pPr>
        <w:pStyle w:val="Heading3"/>
        <w:spacing w:before="200" w:after="120" w:line="300" w:lineRule="exact"/>
        <w:jc w:val="left"/>
      </w:pPr>
      <w:r>
        <w:rPr>
          <w:rFonts w:ascii="Georgia" w:hAnsi="Georgia" w:cs="Georgia" w:eastAsia="Georgia"/>
          <w:b/>
          <w:i w:val="0"/>
          <w:color w:val="2E74B5"/>
          <w:sz w:val="24"/>
        </w:rPr>
        <w:t>Myths?</w:t>
      </w:r>
    </w:p>
    <w:p>
      <w:pPr>
        <w:spacing w:before="0" w:after="120" w:line="300" w:lineRule="exact"/>
        <w:jc w:val="both"/>
      </w:pPr>
      <w:r>
        <w:rPr>
          <w:rFonts w:ascii="Georgia" w:hAnsi="Georgia" w:cs="Georgia" w:eastAsia="Georgia"/>
          <w:b w:val="0"/>
          <w:i w:val="0"/>
          <w:sz w:val="22"/>
        </w:rPr>
        <w:t>In a disingenuous attempt to vindicate their satanic stance, the Wild Donkeys of minab allege:</w:t>
      </w:r>
    </w:p>
    <w:p>
      <w:pPr>
        <w:spacing w:before="120" w:after="120" w:line="300" w:lineRule="exact"/>
        <w:ind w:left="720" w:right="720"/>
        <w:jc w:val="center"/>
      </w:pPr>
      <w:r>
        <w:rPr>
          <w:rFonts w:ascii="Georgia" w:hAnsi="Georgia" w:cs="Georgia" w:eastAsia="Georgia"/>
          <w:b w:val="0"/>
          <w:i/>
          <w:sz w:val="22"/>
        </w:rPr>
        <w:t>"The emergence of the vaccines has also raised some legitimate questions but at the same time some myths are also being circulated by poorly informed individuals."</w:t>
      </w:r>
    </w:p>
    <w:p>
      <w:pPr>
        <w:spacing w:before="0" w:after="120" w:line="300" w:lineRule="exact"/>
        <w:jc w:val="both"/>
      </w:pPr>
      <w:r>
        <w:rPr>
          <w:rFonts w:ascii="Georgia" w:hAnsi="Georgia" w:cs="Georgia" w:eastAsia="Georgia"/>
          <w:b w:val="0"/>
          <w:i w:val="0"/>
          <w:sz w:val="22"/>
        </w:rPr>
        <w:t>What are these 'myths', and who is/are circulating them? The legitimate questions all arise from the contrary view and claim of top atheist scientists and expert kuffaar doctors who vehemently deny and deride the vaccines and those behind the sinister satanic plot. They are not "poorly informed individuals" as the Wild Donkeys allege. It is stupidly and satanically arbitrary to reject the contrary opinion, and to dogmatically assert the view which conforms to Bill Gates and his Pharma cartel. While the vaccine theory propounded by the Pharma devils is a myth, the Wild Donkeys proclaim the opposite view of expert scientists as 'myths'. The opposite view is not the opinion of Ulama who lack in the knowledge of modern science. The view which condemns and damns the view of Bill Gates and the Pharma satanists, is the opinion of atheist scientists and kuffaar doctors who are not the slaves of Bill Gates as are these Wild Donkeys and the doctors of the so-called 'islamic' medical associations.</w:t>
      </w:r>
    </w:p>
    <w:p>
      <w:r>
        <w:br w:type="page"/>
      </w:r>
    </w:p>
    <w:p>
      <w:pPr>
        <w:pStyle w:val="Heading1"/>
        <w:spacing w:before="360" w:after="200" w:line="300" w:lineRule="exact"/>
        <w:jc w:val="center"/>
      </w:pPr>
      <w:r>
        <w:rPr>
          <w:rFonts w:ascii="Georgia" w:hAnsi="Georgia" w:cs="Georgia" w:eastAsia="Georgia"/>
          <w:b/>
          <w:i w:val="0"/>
          <w:color w:val="1F3864"/>
          <w:sz w:val="32"/>
        </w:rPr>
        <w:t>Preservation of life?</w:t>
      </w:r>
    </w:p>
    <w:p>
      <w:pPr>
        <w:spacing w:before="120" w:after="120" w:line="300" w:lineRule="exact"/>
        <w:ind w:left="720" w:right="720"/>
        <w:jc w:val="center"/>
      </w:pPr>
      <w:r>
        <w:rPr>
          <w:rFonts w:ascii="Georgia" w:hAnsi="Georgia" w:cs="Georgia" w:eastAsia="Georgia"/>
          <w:b w:val="0"/>
          <w:i/>
          <w:sz w:val="22"/>
        </w:rPr>
        <w:t>Arguing in favour of the Devil's Potions and protocols, the minab Wild Donkeys say: "Whilst Allah is the ultimate Healer, we are encouraged to do our best to preserve the gift of life given to us by Allah. The Qur'an commands: "….do not cast yourselves into the jaws of ruin by your own hands and do your best. Allah loves those who do good."</w:t>
      </w:r>
    </w:p>
    <w:p>
      <w:pPr>
        <w:spacing w:before="0" w:after="120" w:line="300" w:lineRule="exact"/>
        <w:jc w:val="both"/>
      </w:pPr>
      <w:r>
        <w:rPr>
          <w:rFonts w:ascii="Georgia" w:hAnsi="Georgia" w:cs="Georgia" w:eastAsia="Georgia"/>
          <w:b w:val="0"/>
          <w:i w:val="0"/>
          <w:sz w:val="22"/>
        </w:rPr>
        <w:t>This glorious Qur'aanic Aayat has absolutely no reference and no relationship with the devil's vaccines. Preservation of life stated in this Aayat firstly does not preclude Taqwa which constrains abstention from adoption of even lawful methods, e.g. abstention from medical treatment, abstention from earning for those devoted to Ibaadat, etc. Abstention from medicine is permissible in the unanimous opinion of all authorities of the Shariah. Thus, he who abstains from medicines and dies ostensibly as a result of his abstention does not come within the purview of the castigation stated in this Qur'aanic Aayat.</w:t>
      </w:r>
    </w:p>
    <w:p>
      <w:pPr>
        <w:spacing w:before="0" w:after="120" w:line="300" w:lineRule="exact"/>
        <w:jc w:val="both"/>
      </w:pPr>
      <w:r>
        <w:rPr>
          <w:rFonts w:ascii="Georgia" w:hAnsi="Georgia" w:cs="Georgia" w:eastAsia="Georgia"/>
          <w:b w:val="0"/>
          <w:i w:val="0"/>
          <w:sz w:val="22"/>
        </w:rPr>
        <w:t>Once, Hadhrat Umar (Radhiyallahu anhu) was confined to bed with severe illness. When it was suggested to call a physician, Hadhrat Umar (Radhiyallahu anhu) commented: "If I know that my cure is in only raising my hand and touching my forehead, I shall not do so."</w:t>
      </w:r>
    </w:p>
    <w:p>
      <w:pPr>
        <w:spacing w:before="0" w:after="120" w:line="300" w:lineRule="exact"/>
        <w:jc w:val="both"/>
      </w:pPr>
      <w:r>
        <w:rPr>
          <w:rFonts w:ascii="Georgia" w:hAnsi="Georgia" w:cs="Georgia" w:eastAsia="Georgia"/>
          <w:b w:val="0"/>
          <w:i w:val="0"/>
          <w:sz w:val="22"/>
        </w:rPr>
        <w:t>This was the attitude of numerous Auliya, and even of pious persons who were not of the level of Wilaayat of the selected Auliya. Casting oneself "into the jaws of ruin" refers to the perpetration of haraam acts. Thus, in this regard, submitting to the satanic system of vaccination will come within the scope of the prohibition stated in this Aayat. In other words, according to this Aayat, it is haraam to adopt vaccination. It is haraam to have the excrement of satanic filth and poison injected into the human body which is an Amaanat to preserve and sustain. It is haraam for both healthy and sick persons to cast themselves into ruin by adopting the haraam satanic system of vaccination.</w:t>
      </w:r>
    </w:p>
    <w:p>
      <w:pPr>
        <w:spacing w:before="0" w:after="120" w:line="300" w:lineRule="exact"/>
        <w:jc w:val="both"/>
      </w:pPr>
      <w:r>
        <w:rPr>
          <w:rFonts w:ascii="Georgia" w:hAnsi="Georgia" w:cs="Georgia" w:eastAsia="Georgia"/>
          <w:b w:val="0"/>
          <w:i w:val="0"/>
          <w:sz w:val="22"/>
        </w:rPr>
        <w:t>The stupidity of the Wild Donkeys becomes more apparent with their gross misinterpretation of the Aayat. The actual purport of the Aayat and its Shaan-e-Nuzool were abstention from Jihad against the Kuffaar. Hadhrat Ayyub Ansaari (Radhiyallahu anhu) explained that this Aayat was revealed to castigate the Ansaar of Madinah who had commenced attending to their farms and businesses at the cost of non-participation in Jihaad. As a result of this Qur'aanic stricture, Hadhrat Ayyub Ansaari (Radhiyallahu anhu) devoted the balance of his life in Jihaad. He was finally martyred in the attack on Constantinople and there he lies buried at the walls of this city.</w:t>
      </w:r>
    </w:p>
    <w:p>
      <w:pPr>
        <w:spacing w:before="0" w:after="120" w:line="300" w:lineRule="exact"/>
        <w:jc w:val="both"/>
      </w:pPr>
      <w:r>
        <w:rPr>
          <w:rFonts w:ascii="Georgia" w:hAnsi="Georgia" w:cs="Georgia" w:eastAsia="Georgia"/>
          <w:b w:val="0"/>
          <w:i w:val="0"/>
          <w:sz w:val="22"/>
        </w:rPr>
        <w:t>One of the basis for the hurmat of vaccines is this very same Aayat cited by the Wild Donkeys of the UK minab. The proven dangers and harms, and the content of Rijs, render vaccines haraam, hence submitting to this satanism is to cast oneself into the jaws of ruin which is haraam.</w:t>
      </w:r>
    </w:p>
    <w:p>
      <w:pPr>
        <w:spacing w:before="0" w:after="120" w:line="300" w:lineRule="exact"/>
        <w:jc w:val="both"/>
      </w:pPr>
      <w:r>
        <w:rPr>
          <w:rFonts w:ascii="Georgia" w:hAnsi="Georgia" w:cs="Georgia" w:eastAsia="Georgia"/>
          <w:b w:val="0"/>
          <w:i w:val="0"/>
          <w:sz w:val="22"/>
        </w:rPr>
        <w:t>Further misinterpreting this Qur'aanic Aayat, the U.K. Wild Donkeys say:</w:t>
      </w:r>
    </w:p>
    <w:p>
      <w:pPr>
        <w:spacing w:before="120" w:after="120" w:line="300" w:lineRule="exact"/>
        <w:ind w:left="720" w:right="720"/>
        <w:jc w:val="center"/>
      </w:pPr>
      <w:r>
        <w:rPr>
          <w:rFonts w:ascii="Georgia" w:hAnsi="Georgia" w:cs="Georgia" w:eastAsia="Georgia"/>
          <w:b w:val="0"/>
          <w:i/>
          <w:sz w:val="22"/>
        </w:rPr>
        <w:t>"Classic Maqasid al-Shariah (the higher objectives of Islamic law) consider the protection and preservation of life as the cardinal value of Islamic morality. In addition to saving one's own life, Islam emphasises the need to save others' lives too."</w:t>
      </w:r>
    </w:p>
    <w:p>
      <w:pPr>
        <w:spacing w:before="0" w:after="120" w:line="300" w:lineRule="exact"/>
        <w:jc w:val="both"/>
      </w:pPr>
      <w:r>
        <w:rPr>
          <w:rFonts w:ascii="Georgia" w:hAnsi="Georgia" w:cs="Georgia" w:eastAsia="Georgia"/>
          <w:b w:val="0"/>
          <w:i w:val="0"/>
          <w:sz w:val="22"/>
        </w:rPr>
        <w:t>This is the type of 'classic' misinterpretation of zanaadaqah designed to misguide the ignorant and unwary with deception motivated by worldly and nafsaani goals and desires. The devil's concoctions (vaccines and the covid protocols), are on the contrary haraam and can never be regarded as endeavours to preserve life. Because Bill Gates and other Pharma Satanists wallowing in kufr and janaabat maintain that their evil potions and tricks are life preserving, only morons of the worst type will bring such satanism within the scope of the Higher Objectives of Islam.</w:t>
      </w:r>
    </w:p>
    <w:p>
      <w:pPr>
        <w:spacing w:before="0" w:after="120" w:line="300" w:lineRule="exact"/>
        <w:jc w:val="both"/>
      </w:pPr>
      <w:r>
        <w:rPr>
          <w:rFonts w:ascii="Georgia" w:hAnsi="Georgia" w:cs="Georgia" w:eastAsia="Georgia"/>
          <w:b w:val="0"/>
          <w:i w:val="0"/>
          <w:sz w:val="22"/>
        </w:rPr>
        <w:t>Among the foremost and most important aspects of Maqaasid of the Shariah is abstention from Haraam which has priority and greater significance than engrossment in Nafl Ibaadat. Furthermore, while the utilization of halaal medicine is mubaah, abstention therefrom even if it leads to death is NEVER in conflict with any precept of the Shariah. The lopsided corrupt understanding of Maqaasid-e-Shariah of the moron Wild Donkeys and others of the same hue and ilk is utterly baseless having no standing in the Shariah.</w:t>
      </w:r>
    </w:p>
    <w:p>
      <w:pPr>
        <w:spacing w:before="0" w:after="120" w:line="300" w:lineRule="exact"/>
        <w:jc w:val="both"/>
      </w:pPr>
      <w:r>
        <w:rPr>
          <w:rFonts w:ascii="Georgia" w:hAnsi="Georgia" w:cs="Georgia" w:eastAsia="Georgia"/>
          <w:b w:val="0"/>
          <w:i w:val="0"/>
          <w:sz w:val="22"/>
        </w:rPr>
        <w:t>While abstention from halaal medicine is permissible, and for some laudable on the basis of Taqwa, abstention from vaccines is Waajib since these satanic potions are haraam harmful substances of the devil. Only brains convoluted by satanism understand abstention from haraam, from poison and filth to be in conflict with the Maqaasid-e-Shariah.</w:t>
      </w:r>
    </w:p>
    <w:p>
      <w:pPr>
        <w:spacing w:before="0" w:after="120" w:line="300" w:lineRule="exact"/>
        <w:jc w:val="both"/>
      </w:pPr>
      <w:r>
        <w:rPr>
          <w:rFonts w:ascii="Georgia" w:hAnsi="Georgia" w:cs="Georgia" w:eastAsia="Georgia"/>
          <w:b w:val="0"/>
          <w:i w:val="0"/>
          <w:sz w:val="22"/>
        </w:rPr>
        <w:t>Maiming, injuring and killing people with the Devil's Potion are not ways which Islam tolerates for the so-called 'preservation of life'. Preservation of life until its moment of expiry, is valid and permissible only in ways which are valid in terms of the Shariah. But a method which itself causes ruin and destruction NEVER comes within the purview of even Ibaahat (Permissibility), leave alone incumbency.</w:t>
      </w:r>
    </w:p>
    <w:p>
      <w:pPr>
        <w:spacing w:before="0" w:after="120" w:line="300" w:lineRule="exact"/>
        <w:jc w:val="both"/>
      </w:pPr>
      <w:r>
        <w:rPr>
          <w:rFonts w:ascii="Georgia" w:hAnsi="Georgia" w:cs="Georgia" w:eastAsia="Georgia"/>
          <w:b w:val="0"/>
          <w:i w:val="0"/>
          <w:sz w:val="22"/>
        </w:rPr>
        <w:t>For people of weak Imaan, Tadaawi bil haraam (haraam medicine/treatment) is mubaah (permissible). It is not incumbent. But treatment with vaccines is haraam for the simple reason that it is the opposite of medicine. It is filth and poison which injure, maim and kill. It can never be brought within the purview of Tadaawi bil haraam. One of the conditions for the permissibility of adopting this rule, is that there must be shifa' (cure) in the haraam medicine. But in regard to vaccines, instead of shifa', it ruins, injures, maims and kills. It causes diseases to flourish. It is thus satanically erroneous and fallacious to argue the haraam vaccine on the basis of Tadaawi bil haraam.</w:t>
      </w:r>
    </w:p>
    <w:p>
      <w:pPr>
        <w:spacing w:before="0" w:after="120" w:line="300" w:lineRule="exact"/>
        <w:jc w:val="both"/>
      </w:pPr>
      <w:r>
        <w:rPr>
          <w:rFonts w:ascii="Georgia" w:hAnsi="Georgia" w:cs="Georgia" w:eastAsia="Georgia"/>
          <w:b w:val="0"/>
          <w:i w:val="0"/>
          <w:sz w:val="22"/>
        </w:rPr>
        <w:t>In fact, the morons of minab have even elevated this shaitaani excrement to the pedestal of Wujoob. Indeed, their brains have been corrupted by the urination of Iblees. With breath-taking jahaalat, these Wild Donkeys say:</w:t>
      </w:r>
    </w:p>
    <w:p>
      <w:pPr>
        <w:spacing w:before="0" w:after="120" w:line="300" w:lineRule="exact"/>
        <w:jc w:val="both"/>
      </w:pPr>
      <w:r>
        <w:rPr>
          <w:rFonts w:ascii="Georgia" w:hAnsi="Georgia" w:cs="Georgia" w:eastAsia="Georgia"/>
          <w:b w:val="0"/>
          <w:i w:val="0"/>
          <w:sz w:val="22"/>
        </w:rPr>
        <w:t>"Intentionally exposing oneself to a life-threatening disease, or refusing treatment is like facilitating one's death." Then the juhala liken this to 'suicide'. The rijs with which Allah Ta'ala has cursed these Wild Donkeys is conspicuously portrayed by their submission to the Bill Gates cult of satanism.</w:t>
      </w:r>
    </w:p>
    <w:p>
      <w:pPr>
        <w:spacing w:before="0" w:after="120" w:line="300" w:lineRule="exact"/>
        <w:jc w:val="both"/>
      </w:pPr>
      <w:r>
        <w:rPr>
          <w:rFonts w:ascii="Georgia" w:hAnsi="Georgia" w:cs="Georgia" w:eastAsia="Georgia"/>
          <w:b w:val="0"/>
          <w:i w:val="0"/>
          <w:sz w:val="22"/>
        </w:rPr>
        <w:t>On what basis have these moron devils concluded that abstention from medical treatment is suicide? What is the proof for this blatantly false 'fatwa' sucked from the thumb of shaitaan? Abstention from halaal medicine was the norm for the Auliya. Abstention from haraam medicine, despite permissibility, was the practice of even Muslims of little Taqwa. Even today, innumerable Muslims abstain from medicines which have alcohol as an ingredient.</w:t>
      </w:r>
    </w:p>
    <w:p>
      <w:pPr>
        <w:spacing w:before="0" w:after="120" w:line="300" w:lineRule="exact"/>
        <w:jc w:val="both"/>
      </w:pPr>
      <w:r>
        <w:rPr>
          <w:rFonts w:ascii="Georgia" w:hAnsi="Georgia" w:cs="Georgia" w:eastAsia="Georgia"/>
          <w:b w:val="0"/>
          <w:i w:val="0"/>
          <w:sz w:val="22"/>
        </w:rPr>
        <w:t>While abstention from halaal medicine belongs to the domain of Taqwa and Tawakkul, abstention from vaccines is Waajib because these substances are not medicine, not even haraam medicine. It is Satanist poison and filth. Only morons whose brains have been convoluted by the spell of Iblees are capable of claiming that such filth and poisons as vaccines come within the scope of medicine, and that too 'waajib' medicine. There is no concept of Waajib medicine in Islam.</w:t>
      </w:r>
    </w:p>
    <w:p>
      <w:pPr>
        <w:spacing w:before="0" w:after="120" w:line="300" w:lineRule="exact"/>
        <w:jc w:val="both"/>
      </w:pPr>
      <w:r>
        <w:rPr>
          <w:rFonts w:ascii="Georgia" w:hAnsi="Georgia" w:cs="Georgia" w:eastAsia="Georgia"/>
          <w:b w:val="0"/>
          <w:i w:val="0"/>
          <w:sz w:val="22"/>
        </w:rPr>
        <w:t>Further, what is the meaning of "Intentionally exposing oneself to a life-threatening disease…."? In their warped understanding, this means to abstain from the satanic covid protocols and the devil's potion. On the contrary, abstention from these devilish effects is compulsory. The 'exposure' which these morons have mentioned is based on their belief that disease is contagious, hence according to their corrupt understanding it is necessary to follow all the haraam protocols which the atheists have designed for their hallucinations.</w:t>
      </w:r>
    </w:p>
    <w:p>
      <w:pPr>
        <w:spacing w:before="0" w:after="120" w:line="300" w:lineRule="exact"/>
        <w:jc w:val="both"/>
      </w:pPr>
      <w:r>
        <w:rPr>
          <w:rFonts w:ascii="Georgia" w:hAnsi="Georgia" w:cs="Georgia" w:eastAsia="Georgia"/>
          <w:b w:val="0"/>
          <w:i w:val="0"/>
          <w:sz w:val="22"/>
        </w:rPr>
        <w:t>On the other hand, those who do not subscribe to the kufr belief of contagion have no qualms mixing with the sick and ailing. Rasulullah (Sallallahu alayhi wasallam) ate with the leper from one bowel. He instructed the leper to "have tawakkul and to eat". While this is exposure to a life-threatening disease according to the Wild Donkeys, it is most laudable to Muslims whose beliefs have not been corrupted by satanism.</w:t>
      </w:r>
    </w:p>
    <w:p>
      <w:pPr>
        <w:spacing w:before="0" w:after="120" w:line="300" w:lineRule="exact"/>
        <w:jc w:val="both"/>
      </w:pPr>
      <w:r>
        <w:rPr>
          <w:rFonts w:ascii="Georgia" w:hAnsi="Georgia" w:cs="Georgia" w:eastAsia="Georgia"/>
          <w:b w:val="0"/>
          <w:i w:val="0"/>
          <w:sz w:val="22"/>
        </w:rPr>
        <w:t>Propounding more copro-rubbish, the Wild Donkeys of the UK minab say:</w:t>
      </w:r>
    </w:p>
    <w:p>
      <w:pPr>
        <w:spacing w:before="120" w:after="120" w:line="300" w:lineRule="exact"/>
        <w:ind w:left="720" w:right="720"/>
        <w:jc w:val="center"/>
      </w:pPr>
      <w:r>
        <w:rPr>
          <w:rFonts w:ascii="Georgia" w:hAnsi="Georgia" w:cs="Georgia" w:eastAsia="Georgia"/>
          <w:b w:val="0"/>
          <w:i/>
          <w:sz w:val="22"/>
        </w:rPr>
        <w:t>"Seeking medical treatment or getting vaccine can be considered as part of belief in the power of Allah."</w:t>
      </w:r>
    </w:p>
    <w:p>
      <w:pPr>
        <w:spacing w:before="0" w:after="120" w:line="300" w:lineRule="exact"/>
        <w:jc w:val="both"/>
      </w:pPr>
      <w:r>
        <w:rPr>
          <w:rFonts w:ascii="Georgia" w:hAnsi="Georgia" w:cs="Georgia" w:eastAsia="Georgia"/>
          <w:b w:val="0"/>
          <w:i w:val="0"/>
          <w:sz w:val="22"/>
        </w:rPr>
        <w:t>They have further exhibited their jahaalat with their stupid interpolation. Seeking medical treatment is permissible. Its predication to Aqeedah (Belief) is the same as believing that eating bread and drinking water are permissible. In other words, it is incumbent to believe that whatever is not haraam is permissible. But it is utterly false to aver that it is part of belief to incumbently submit to medical treatment. In addition, with regard to vaccine treatment, it is haraam filth and poison, hence abstention is Waajib. While urine has medical properties according to kuffaar experts, vaccines are satanic poisons and filth concocted by the Pharma Satanists for the billions of boodle-dollars which this satanism will rake in for them. There is simply no scope in Islam for vaccines as being medicine, not even medicine of the haraam variety.</w:t>
      </w:r>
    </w:p>
    <w:p>
      <w:pPr>
        <w:spacing w:before="0" w:after="120" w:line="300" w:lineRule="exact"/>
        <w:jc w:val="both"/>
      </w:pPr>
      <w:r>
        <w:rPr>
          <w:rFonts w:ascii="Georgia" w:hAnsi="Georgia" w:cs="Georgia" w:eastAsia="Georgia"/>
          <w:b w:val="0"/>
          <w:i w:val="0"/>
          <w:sz w:val="22"/>
        </w:rPr>
        <w:t>There exist a plethora of articles and books published by kuffaar scientists and experts on the dangers, harms and filth of vaccines. Searchers of the truth must necessarily study such books in order to gain an informed idea of the satanism which the Wild UK Donkeys are propagating at the behest of the Pharma conspirators.</w:t>
      </w:r>
    </w:p>
    <w:p>
      <w:pPr>
        <w:spacing w:before="0" w:after="120" w:line="300" w:lineRule="exact"/>
        <w:jc w:val="both"/>
      </w:pPr>
      <w:r>
        <w:rPr>
          <w:rFonts w:ascii="Georgia" w:hAnsi="Georgia" w:cs="Georgia" w:eastAsia="Georgia"/>
          <w:b w:val="0"/>
          <w:i w:val="0"/>
          <w:sz w:val="22"/>
        </w:rPr>
        <w:t>Disease and its cure In another bamboozling attempt, the Wild Donkeys cite the following Hadith:</w:t>
      </w:r>
    </w:p>
    <w:p>
      <w:pPr>
        <w:spacing w:before="120" w:after="120" w:line="300" w:lineRule="exact"/>
        <w:ind w:left="720" w:right="720"/>
        <w:jc w:val="center"/>
      </w:pPr>
      <w:r>
        <w:rPr>
          <w:rFonts w:ascii="Georgia" w:hAnsi="Georgia" w:cs="Georgia" w:eastAsia="Georgia"/>
          <w:b w:val="0"/>
          <w:i/>
          <w:sz w:val="22"/>
        </w:rPr>
        <w:t>"Allah did not send down any disease but that He also sent its cure. So treat sickness, but do not use anything haraam."</w:t>
      </w:r>
    </w:p>
    <w:p>
      <w:pPr>
        <w:spacing w:before="0" w:after="120" w:line="300" w:lineRule="exact"/>
        <w:jc w:val="both"/>
      </w:pPr>
      <w:r>
        <w:rPr>
          <w:rFonts w:ascii="Georgia" w:hAnsi="Georgia" w:cs="Georgia" w:eastAsia="Georgia"/>
          <w:b w:val="0"/>
          <w:i w:val="0"/>
          <w:sz w:val="22"/>
        </w:rPr>
        <w:t>The morons whilst citing this Hadith, remain blind to the command to "not use anything haraam". Haraam ingredients and filth constitute the fundamental basis of western medicine. While there are cures for all sicknesses in the millions of species in the plant kingdom, the atheist scientists gravitate primarily to najaasat. Thus, they perennially search for cures in filth such as blood, excrement, urine, pus, foetal matter, carrion, especially pork, human organs, etc., etc. They inject filth from diseased animals into the bodies of healthy humans. But Allah Ta'ala has not created filth to be cures for Muslims, hence Rasulullah (Sallallahu alayhi wasallam) said: "Allah has not created cure for my Ummah in things made haraam for them." Haraam and najaasat are favourites of the devils. Since these atheists worship devils, they gravitate towards satanism, hence their obsession with najaasat.</w:t>
      </w:r>
    </w:p>
    <w:p>
      <w:pPr>
        <w:spacing w:before="0" w:after="120" w:line="300" w:lineRule="exact"/>
        <w:jc w:val="both"/>
      </w:pPr>
      <w:r>
        <w:rPr>
          <w:rFonts w:ascii="Georgia" w:hAnsi="Georgia" w:cs="Georgia" w:eastAsia="Georgia"/>
          <w:b w:val="0"/>
          <w:i w:val="0"/>
          <w:sz w:val="22"/>
        </w:rPr>
        <w:t>The abovementioned Hadith cited by the Wild Donkeys is a conspicuous indictment against the vaccine filth-poison. This Hadith damns vaccines, but the Wild Donkeys who have cited it are too stupid to understand that they have shot themselves in the foot with this citation. Vaccines are concoctions of haraam, najaasat and poisons. There is neither secret nor conundrum in this fact which is corroborated by a deluge of evidence, but the moron U.K. molvis remain blind, and that is because their confounded hearts are blind. The Qur'aan Majeed condemning such Humurum Mustanfirah says:</w:t>
      </w:r>
    </w:p>
    <w:p>
      <w:pPr>
        <w:spacing w:before="120" w:after="120" w:line="300" w:lineRule="exact"/>
        <w:ind w:left="720" w:right="720"/>
        <w:jc w:val="center"/>
      </w:pPr>
      <w:r>
        <w:rPr>
          <w:rFonts w:ascii="Georgia" w:hAnsi="Georgia" w:cs="Georgia" w:eastAsia="Georgia"/>
          <w:b w:val="0"/>
          <w:i/>
          <w:sz w:val="22"/>
        </w:rPr>
        <w:t>"The (physical) eyes are not blind. But the hearts within the breasts are blind."</w:t>
      </w:r>
    </w:p>
    <w:p>
      <w:pPr>
        <w:spacing w:before="0" w:after="120" w:line="300" w:lineRule="exact"/>
        <w:jc w:val="both"/>
      </w:pPr>
      <w:r>
        <w:rPr>
          <w:rFonts w:ascii="Georgia" w:hAnsi="Georgia" w:cs="Georgia" w:eastAsia="Georgia"/>
          <w:b w:val="0"/>
          <w:i w:val="0"/>
          <w:sz w:val="22"/>
        </w:rPr>
        <w:t>When even beneficial medicine which is haraam may not be used according to this Hadith, by what stretch of intelligence is it permissible to use the satanic harmful concoctions prepared by the Pharma Satanists to treat even diseased people? The notoriety of injecting healthy persons with this shaitaani excrement is mind boggling. It is gargantuan satanism which stuns the Imaani brain. The Donkeys have cited this Hadith only to further display their cognitive dissonance.</w:t>
      </w:r>
    </w:p>
    <w:p>
      <w:pPr>
        <w:spacing w:before="0" w:after="120" w:line="300" w:lineRule="exact"/>
        <w:jc w:val="both"/>
      </w:pPr>
      <w:r>
        <w:rPr>
          <w:rFonts w:ascii="Georgia" w:hAnsi="Georgia" w:cs="Georgia" w:eastAsia="Georgia"/>
          <w:b w:val="0"/>
          <w:i w:val="0"/>
          <w:sz w:val="22"/>
        </w:rPr>
        <w:t>Displaying more compound jahaalat, the moron scholars for dollars say:</w:t>
      </w:r>
    </w:p>
    <w:p>
      <w:pPr>
        <w:spacing w:before="120" w:after="120" w:line="300" w:lineRule="exact"/>
        <w:ind w:left="720" w:right="720"/>
        <w:jc w:val="center"/>
      </w:pPr>
      <w:r>
        <w:rPr>
          <w:rFonts w:ascii="Georgia" w:hAnsi="Georgia" w:cs="Georgia" w:eastAsia="Georgia"/>
          <w:b w:val="0"/>
          <w:i/>
          <w:sz w:val="22"/>
        </w:rPr>
        <w:t>"In another Hadith, the Prophet (peace be upon him) has urged that one should "seek out cure". Accordingly, protecting oneself and others from potentially a life-threatening situation, getting vaccinated can be considered as seeking out cure that has been ultimately sent by the Lord Almighty."</w:t>
      </w:r>
    </w:p>
    <w:p>
      <w:pPr>
        <w:spacing w:before="0" w:after="120" w:line="300" w:lineRule="exact"/>
        <w:jc w:val="both"/>
      </w:pPr>
      <w:r>
        <w:rPr>
          <w:rFonts w:ascii="Georgia" w:hAnsi="Georgia" w:cs="Georgia" w:eastAsia="Georgia"/>
          <w:b w:val="0"/>
          <w:i w:val="0"/>
          <w:sz w:val="22"/>
        </w:rPr>
        <w:t>They shamelessly utter a blatant LIE on Allah Azza Wa Jal. The mushrikeen were notorious for claiming that their shirk and its artefacts were divine inspirations. These Wild Donkeys are following in the satanic footsteps of the mushrikeen by heaping falsehood on Allah Ta'ala. Allah Ta'ala does not command adoption of filth and najaasat as cure. Rasulullah (Sallallahu alayhi wasallam) said: "Verily Allah is Nazeef (pure and clean). He loves nazaafat." But these morons have attributed condonation of filth and haraam to Allah Ta'ala.</w:t>
      </w:r>
    </w:p>
    <w:p>
      <w:pPr>
        <w:spacing w:before="0" w:after="120" w:line="300" w:lineRule="exact"/>
        <w:jc w:val="both"/>
      </w:pPr>
      <w:r>
        <w:rPr>
          <w:rFonts w:ascii="Georgia" w:hAnsi="Georgia" w:cs="Georgia" w:eastAsia="Georgia"/>
          <w:b w:val="0"/>
          <w:i w:val="0"/>
          <w:sz w:val="22"/>
        </w:rPr>
        <w:t>The search for cure, even every moron who is sincere can understand, must be restricted to halaal and tayyib substances, not to excrement, urine, blood, pus and necrotized tissues of diseased animals. Allah Ta'ala does not send haraam and najaasat for the cure of His creation. Vaccines are satanic potions of filth and poisons. On what basis can such satanic filth "be considered as seeking out cure that has been ultimately sent by the Lord Almighty." ???? They endeavour to assuage their conscience with just any straw they can lay hands on, hence they stupidly cite Ahaadith and Qur'aanic Aayaat which they utilize and mismanipulate to extrapolate 'fatwas' appeasing to the shayaateen and the atheists whose boots they are licking.</w:t>
      </w:r>
    </w:p>
    <w:p>
      <w:r>
        <w:br w:type="page"/>
      </w:r>
    </w:p>
    <w:p>
      <w:pPr>
        <w:pStyle w:val="Heading1"/>
        <w:spacing w:before="360" w:after="200" w:line="300" w:lineRule="exact"/>
        <w:jc w:val="center"/>
      </w:pPr>
      <w:r>
        <w:rPr>
          <w:rFonts w:ascii="Georgia" w:hAnsi="Georgia" w:cs="Georgia" w:eastAsia="Georgia"/>
          <w:b/>
          <w:i w:val="0"/>
          <w:color w:val="1F3864"/>
          <w:sz w:val="32"/>
        </w:rPr>
        <w:t>Haraam substances of vaccines The Wild Donkeys of the UK minab allege:</w:t>
      </w:r>
    </w:p>
    <w:p>
      <w:pPr>
        <w:spacing w:before="120" w:after="120" w:line="300" w:lineRule="exact"/>
        <w:ind w:left="720" w:right="720"/>
        <w:jc w:val="center"/>
      </w:pPr>
      <w:r>
        <w:rPr>
          <w:rFonts w:ascii="Georgia" w:hAnsi="Georgia" w:cs="Georgia" w:eastAsia="Georgia"/>
          <w:b w:val="0"/>
          <w:i/>
          <w:sz w:val="22"/>
        </w:rPr>
        <w:t>"It is factually incorrect to say that the vaccines contain foetal cells and therefore should not be used. We are informed that the vaccines were not produced using foetal cell-lines in the final production of the vaccine. …..Further no animal products have been used to produce the vaccines that are being used in Britain."</w:t>
      </w:r>
    </w:p>
    <w:p>
      <w:pPr>
        <w:spacing w:before="0" w:after="120" w:line="300" w:lineRule="exact"/>
        <w:jc w:val="both"/>
      </w:pPr>
      <w:r>
        <w:rPr>
          <w:rFonts w:ascii="Georgia" w:hAnsi="Georgia" w:cs="Georgia" w:eastAsia="Georgia"/>
          <w:b w:val="0"/>
          <w:i w:val="0"/>
          <w:sz w:val="22"/>
        </w:rPr>
        <w:t>What is the basis for these claims? They rely on the information disgorged to them by the Pharma Satanists who pay billions of dollars to governments and to a variety of non-governmental entities such as the Wild Donkeys and Hizbush Shaitaan outfits all over the world to promote their shaitaani potions. Lies are inherent in shayaateen and their agents. They thrive on lies, falsehood, filth and whatever is haraam.</w:t>
      </w:r>
    </w:p>
    <w:p>
      <w:pPr>
        <w:spacing w:before="0" w:after="120" w:line="300" w:lineRule="exact"/>
        <w:jc w:val="both"/>
      </w:pPr>
      <w:r>
        <w:rPr>
          <w:rFonts w:ascii="Georgia" w:hAnsi="Georgia" w:cs="Georgia" w:eastAsia="Georgia"/>
          <w:b w:val="0"/>
          <w:i w:val="0"/>
          <w:sz w:val="22"/>
        </w:rPr>
        <w:t>These Wild Donkeys, due to their commitment to the Pharma dollar creed, refuse to intelligently study the research documents and writings of the experts and scientists who have substantiated with scientific evidence the filth and danger of vaccines. Or perhaps they are too stupid to understand what the experts say, hence they content themselves with the kufr effluvium which their atheist masters vomit into their brains. Or the despicable worldly objectives which they are pursuing constrain them to pretend that no credible evidence exists to knock the bottom out of the claims of the Pharma Satanists.</w:t>
      </w:r>
    </w:p>
    <w:p>
      <w:pPr>
        <w:spacing w:before="0" w:after="120" w:line="300" w:lineRule="exact"/>
        <w:jc w:val="both"/>
      </w:pPr>
      <w:r>
        <w:rPr>
          <w:rFonts w:ascii="Georgia" w:hAnsi="Georgia" w:cs="Georgia" w:eastAsia="Georgia"/>
          <w:b w:val="0"/>
          <w:i w:val="0"/>
          <w:sz w:val="22"/>
        </w:rPr>
        <w:t>For ascertaining factual information regarding the vaccines, the need is to acquire this from independent researchers, not from the manufacturers of the devil's potion. Neither is the word of the vaccine manufacturers reliable nor is the stupid opinion of the UK Wild Donkeys of minab credible. The assurance and information provided by the criminals are to be summarily rejected. The truth cannot be expected from the Pharma Satanists whose sole objective is the billions of dollars.</w:t>
      </w:r>
    </w:p>
    <w:p>
      <w:pPr>
        <w:spacing w:before="0" w:after="120" w:line="300" w:lineRule="exact"/>
        <w:jc w:val="both"/>
      </w:pPr>
      <w:r>
        <w:rPr>
          <w:rFonts w:ascii="Georgia" w:hAnsi="Georgia" w:cs="Georgia" w:eastAsia="Georgia"/>
          <w:b w:val="0"/>
          <w:i w:val="0"/>
          <w:sz w:val="22"/>
        </w:rPr>
        <w:t>The cunning morons of minab say that foetal cells are not used in "the final production of the vaccine". Thus the morons concede that foetal matter is used at some stage of the production of Shaitaan's potion. It devolves on these juhala to examine the claims of the other experts and to refute each claim scientifically with valid evidence. Each claim of the opposition should be scrutinized and refuted factually and scientifically with evidence. It is simply stupid and unacceptable to just say: "It is factually incorrect to say that the vaccines contain haraam substances…." The opponents of the Pharma Satanists advance very very cogent scientific evidence for their condemnation and damnation of the Devil's Potion. Such solid evidence cannot be dismissed by mere arbitrary denial without providing counter scientific evidence from the atheists whose slaves these donkey-molvis have become.</w:t>
      </w:r>
    </w:p>
    <w:p>
      <w:r>
        <w:br w:type="page"/>
      </w:r>
    </w:p>
    <w:p>
      <w:pPr>
        <w:pStyle w:val="Heading1"/>
        <w:spacing w:before="360" w:after="200" w:line="300" w:lineRule="exact"/>
        <w:jc w:val="center"/>
      </w:pPr>
      <w:r>
        <w:rPr>
          <w:rFonts w:ascii="Georgia" w:hAnsi="Georgia" w:cs="Georgia" w:eastAsia="Georgia"/>
          <w:b/>
          <w:i w:val="0"/>
          <w:color w:val="1F3864"/>
          <w:sz w:val="32"/>
        </w:rPr>
        <w:t>The Qalbul Maahiyat red herring</w:t>
      </w:r>
    </w:p>
    <w:p>
      <w:pPr>
        <w:spacing w:before="0" w:after="120" w:line="300" w:lineRule="exact"/>
        <w:jc w:val="both"/>
      </w:pPr>
      <w:r>
        <w:rPr>
          <w:rFonts w:ascii="Georgia" w:hAnsi="Georgia" w:cs="Georgia" w:eastAsia="Georgia"/>
          <w:b w:val="0"/>
          <w:i w:val="0"/>
          <w:sz w:val="22"/>
        </w:rPr>
        <w:t>Another red herring of the Wild Donkeys is their presentation of the Qalbul Maahiyat principle. The total metamorphosis of a substance creates a different consequence. By means of metamorphosis a formerly haraam substance changes into halaal. The morons have presented this principle to support the vaccines whose ingredients are undeniably haraam. Their argument is that the filth and foetal matter, etc. due to the process of metamorphosis have been transformed into halaal substances. Their conclusion is ludicrously baseless and is simply clutching at another straw to support the Pharma Thugs and Devils.</w:t>
      </w:r>
    </w:p>
    <w:p>
      <w:pPr>
        <w:spacing w:before="0" w:after="120" w:line="300" w:lineRule="exact"/>
        <w:jc w:val="both"/>
      </w:pPr>
      <w:r>
        <w:rPr>
          <w:rFonts w:ascii="Georgia" w:hAnsi="Georgia" w:cs="Georgia" w:eastAsia="Georgia"/>
          <w:b w:val="0"/>
          <w:i w:val="0"/>
          <w:sz w:val="22"/>
        </w:rPr>
        <w:t>The metamorphosis of the haraam filth and poisons in vaccines is like the change which wine, excrement, urine, blood and pus added to dough undergo during the baking process to produce bread or cake. No intelligent person whose mind is not filthied and necrotized with kufr will ever accept that such bread/cake is halaal and tayyib fit for Muslim consumption.</w:t>
      </w:r>
    </w:p>
    <w:p>
      <w:pPr>
        <w:spacing w:before="0" w:after="120" w:line="300" w:lineRule="exact"/>
        <w:jc w:val="both"/>
      </w:pPr>
      <w:r>
        <w:rPr>
          <w:rFonts w:ascii="Georgia" w:hAnsi="Georgia" w:cs="Georgia" w:eastAsia="Georgia"/>
          <w:b w:val="0"/>
          <w:i w:val="0"/>
          <w:sz w:val="22"/>
        </w:rPr>
        <w:t>The Wild Donkeys have latched onto this principle to pull wool over the eyes of the ignorant masses. Furthermore, why are they concerned with the metamorphosis principle when they maintain that the ingredients of the Devil's Potion are halaal according to the information fed to them by the Pharma Satanist conspirators?</w:t>
      </w:r>
    </w:p>
    <w:p>
      <w:pPr>
        <w:spacing w:before="0" w:after="120" w:line="300" w:lineRule="exact"/>
        <w:jc w:val="both"/>
      </w:pPr>
      <w:r>
        <w:rPr>
          <w:rFonts w:ascii="Georgia" w:hAnsi="Georgia" w:cs="Georgia" w:eastAsia="Georgia"/>
          <w:b w:val="0"/>
          <w:i w:val="0"/>
          <w:sz w:val="22"/>
        </w:rPr>
        <w:t>Should we momentarily entertain the metamorphosis idea of the RIJS of which vaccines constitute, then too, vaccines having been proven to be disastrously destructive and ruinous, remain haraam. This potion of shaitaan can never be regarded as medicine. It's a combination of filth and poison. Thus, even if all the ingredients are 'halaal', it will not be permissible to inject the devil's poison into the body.</w:t>
      </w:r>
    </w:p>
    <w:p>
      <w:pPr>
        <w:pStyle w:val="Heading3"/>
        <w:spacing w:before="200" w:after="120" w:line="300" w:lineRule="exact"/>
        <w:jc w:val="left"/>
      </w:pPr>
      <w:r>
        <w:rPr>
          <w:rFonts w:ascii="Georgia" w:hAnsi="Georgia" w:cs="Georgia" w:eastAsia="Georgia"/>
          <w:b/>
          <w:i w:val="0"/>
          <w:color w:val="2E74B5"/>
          <w:sz w:val="24"/>
        </w:rPr>
        <w:t>Vaccination?</w:t>
      </w:r>
    </w:p>
    <w:p>
      <w:pPr>
        <w:spacing w:before="0" w:after="120" w:line="300" w:lineRule="exact"/>
        <w:jc w:val="both"/>
      </w:pPr>
      <w:r>
        <w:rPr>
          <w:rFonts w:ascii="Georgia" w:hAnsi="Georgia" w:cs="Georgia" w:eastAsia="Georgia"/>
          <w:b w:val="0"/>
          <w:i w:val="0"/>
          <w:sz w:val="22"/>
        </w:rPr>
        <w:t>The Wild Donkeys of UK minab, making a preposterously false claim state:</w:t>
      </w:r>
    </w:p>
    <w:p>
      <w:pPr>
        <w:spacing w:before="120" w:after="120" w:line="300" w:lineRule="exact"/>
        <w:ind w:left="720" w:right="720"/>
        <w:jc w:val="center"/>
      </w:pPr>
      <w:r>
        <w:rPr>
          <w:rFonts w:ascii="Georgia" w:hAnsi="Georgia" w:cs="Georgia" w:eastAsia="Georgia"/>
          <w:b w:val="0"/>
          <w:i/>
          <w:sz w:val="22"/>
        </w:rPr>
        <w:t>"Vaccination is a well-established and protective procedure against infectious diseases…."</w:t>
      </w:r>
    </w:p>
    <w:p>
      <w:pPr>
        <w:spacing w:before="0" w:after="120" w:line="300" w:lineRule="exact"/>
        <w:jc w:val="both"/>
      </w:pPr>
      <w:r>
        <w:rPr>
          <w:rFonts w:ascii="Georgia" w:hAnsi="Georgia" w:cs="Georgia" w:eastAsia="Georgia"/>
          <w:b w:val="0"/>
          <w:i w:val="0"/>
          <w:sz w:val="22"/>
        </w:rPr>
        <w:t>This averment, in addition to its palpable falsehood, is kufr. Rasulullah (Sallallahu alayhi wasallam) had refuted with great clarity the kufr belief of disease being infectious/contagious. This theory of the atheists is the self-same hypothesis of the mushrikeen of bygone times. Islam has no truck with beliefs of kufr and shirk. The Wild Donkeys are promoting the agenda of the atheists in diametric conflict with the Shariah.</w:t>
      </w:r>
    </w:p>
    <w:p>
      <w:pPr>
        <w:spacing w:before="0" w:after="120" w:line="300" w:lineRule="exact"/>
        <w:jc w:val="both"/>
      </w:pPr>
      <w:r>
        <w:rPr>
          <w:rFonts w:ascii="Georgia" w:hAnsi="Georgia" w:cs="Georgia" w:eastAsia="Georgia"/>
          <w:b w:val="0"/>
          <w:i w:val="0"/>
          <w:sz w:val="22"/>
        </w:rPr>
        <w:t>Furthermore, the claim of this filth being a well-established protective procedure is a despicable canard – a lie fed to these morons by the Pharma Satanists. They are too stupid to engage in honest research to establish the reality and the truth. Millions have suffered severely in the wake of the variety of types of vaccination programmes which the Satanists had implemented.</w:t>
      </w:r>
    </w:p>
    <w:p>
      <w:pPr>
        <w:spacing w:before="0" w:after="120" w:line="300" w:lineRule="exact"/>
        <w:jc w:val="both"/>
      </w:pPr>
      <w:r>
        <w:rPr>
          <w:rFonts w:ascii="Georgia" w:hAnsi="Georgia" w:cs="Georgia" w:eastAsia="Georgia"/>
          <w:b w:val="0"/>
          <w:i w:val="0"/>
          <w:sz w:val="22"/>
        </w:rPr>
        <w:t>In fact, regarding the current covid vaccine, reports are emerging from all parts of the world of the severe ailments and harms caused to those morons who had volunteered to be vaccinated with shaitaan's excrement. Their awareness and knowledge of vaccines and vaccination are deplorably despicable and stupid. In their stupid article they project themselves as experts in the field of the Devil's Potion. But whatever stupidities they have disgorged are vomit lapped up from the excrement of the Pharma Satanists.</w:t>
      </w:r>
    </w:p>
    <w:p>
      <w:pPr>
        <w:spacing w:before="0" w:after="120" w:line="300" w:lineRule="exact"/>
        <w:jc w:val="both"/>
      </w:pPr>
      <w:r>
        <w:rPr>
          <w:rFonts w:ascii="Georgia" w:hAnsi="Georgia" w:cs="Georgia" w:eastAsia="Georgia"/>
          <w:b w:val="0"/>
          <w:i w:val="0"/>
          <w:sz w:val="22"/>
        </w:rPr>
        <w:t>The principle of adopting the lesser harm In another baseless and futile exercise to promote the satanic excrement of the Pharma Satanists, the UK Wild Donkeys of minab say in their disgorgement of copro-effluvium:</w:t>
      </w:r>
    </w:p>
    <w:p>
      <w:pPr>
        <w:spacing w:before="120" w:after="120" w:line="300" w:lineRule="exact"/>
        <w:ind w:left="720" w:right="720"/>
        <w:jc w:val="center"/>
      </w:pPr>
      <w:r>
        <w:rPr>
          <w:rFonts w:ascii="Georgia" w:hAnsi="Georgia" w:cs="Georgia" w:eastAsia="Georgia"/>
          <w:b w:val="0"/>
          <w:i/>
          <w:sz w:val="22"/>
        </w:rPr>
        <w:t>"However, it is possible that during the immune response, a person may get ill, but this will be a weaker form of illness than the person might otherwise have got. It is an established principle in Islamic law that a person can choose a lesser harm to ward off a greater harm (haml akhaff al-darratayn). This concern is therefore not of sufficient strength to render taking the vaccine impermissible."</w:t>
      </w:r>
    </w:p>
    <w:p>
      <w:pPr>
        <w:spacing w:before="0" w:after="120" w:line="300" w:lineRule="exact"/>
        <w:jc w:val="both"/>
      </w:pPr>
      <w:r>
        <w:rPr>
          <w:rFonts w:ascii="Georgia" w:hAnsi="Georgia" w:cs="Georgia" w:eastAsia="Georgia"/>
          <w:b w:val="0"/>
          <w:i w:val="0"/>
          <w:sz w:val="22"/>
        </w:rPr>
        <w:t>Their application of this principle further illustrates and confirms the jahaalat of these Wild Donkeys. They have not even understood the correct operation of the principle of adopting the lesser of two evils/harms. When a Muslim is confronted with two evils and there is no third halaal option, and circumstances constrain adoption of one option, only then in such a scenario will it be permissible to adopt the lesser evil in order to escape the greater evil.</w:t>
      </w:r>
    </w:p>
    <w:p>
      <w:pPr>
        <w:spacing w:before="0" w:after="120" w:line="300" w:lineRule="exact"/>
        <w:jc w:val="both"/>
      </w:pPr>
      <w:r>
        <w:rPr>
          <w:rFonts w:ascii="Georgia" w:hAnsi="Georgia" w:cs="Georgia" w:eastAsia="Georgia"/>
          <w:b w:val="0"/>
          <w:i w:val="0"/>
          <w:sz w:val="22"/>
        </w:rPr>
        <w:t>As far as even halaal medicine is concerned, such medicine whose cure is proven and established, and whether a person is healthy or sick, he is never confronted by two evils whose circumstances constrain him to adopt one option. The Shariah does not oblige Muslims to submit to medical treatment against their wishes, and against their Taqwa and Tawakkul. Thus, there is never a confrontation by two evils in a scenario where a halaal third option is available. And, in the vaccine scenario, regardless of the absence of a halaal remedy –i.e. even should it be assumed that there is no halaal remedy – the Shariah does not require us to make a selection between urine and faeces – between two existing evils which compel adoption of one.</w:t>
      </w:r>
    </w:p>
    <w:p>
      <w:pPr>
        <w:spacing w:before="0" w:after="120" w:line="300" w:lineRule="exact"/>
        <w:jc w:val="both"/>
      </w:pPr>
      <w:r>
        <w:rPr>
          <w:rFonts w:ascii="Georgia" w:hAnsi="Georgia" w:cs="Georgia" w:eastAsia="Georgia"/>
          <w:b w:val="0"/>
          <w:i w:val="0"/>
          <w:sz w:val="22"/>
        </w:rPr>
        <w:t>Furthermore, the moron Wild Donkeys have failed to proffer the two evils from which to choose. The validity of the principle's operation relies on current existing evils from which there is no escape via a third halaal route. The choice presented by the morons is between a sickness and a mauhoomi (imaginary) future disease. Thus the Donkeys say that the ailments which the vaccine can create as 'side effects' are "a weaker form of illness than the person might otherwise have got."</w:t>
      </w:r>
    </w:p>
    <w:p>
      <w:pPr>
        <w:spacing w:before="0" w:after="120" w:line="300" w:lineRule="exact"/>
        <w:jc w:val="both"/>
      </w:pPr>
      <w:r>
        <w:rPr>
          <w:rFonts w:ascii="Georgia" w:hAnsi="Georgia" w:cs="Georgia" w:eastAsia="Georgia"/>
          <w:b w:val="0"/>
          <w:i w:val="0"/>
          <w:sz w:val="22"/>
        </w:rPr>
        <w:t>Consider a perfectly healthy person being vaccinated with filth and poison to induce disease in whatever hallucinated 'mild form' the sorcerers have in mind. This is the very first major HARAAM step. This person is not suffering from disease, and the issue of contracting a future disease is pure conjecture and satanic hallucination. There is absolutely no confrontation between him and two evils confining him in a cocoon from which extrication is possible only if one of the evils is adopted. But he is not confronted by any of the two imaginary evils.</w:t>
      </w:r>
    </w:p>
    <w:p>
      <w:pPr>
        <w:spacing w:before="0" w:after="120" w:line="300" w:lineRule="exact"/>
        <w:jc w:val="both"/>
      </w:pPr>
      <w:r>
        <w:rPr>
          <w:rFonts w:ascii="Georgia" w:hAnsi="Georgia" w:cs="Georgia" w:eastAsia="Georgia"/>
          <w:b w:val="0"/>
          <w:i w:val="0"/>
          <w:sz w:val="22"/>
        </w:rPr>
        <w:t>The Devil's act of vaccination induces disease in him. This so-called 'little' harm is not pitted against a future 'huge' harm – the future harm is pure shaitaani induced hallucination, induced to accord with a Pharma fed design. In this stupid devilish scenario the U.K.Wild Donkeys licking the boots and hinds of the atheists seek to employ the Shar'i principle of the 'lesser evils'. Indeed their brains have been vermiculated by Takhabbutush Shaitaan (the evil touch and spell of Iblees).</w:t>
      </w:r>
    </w:p>
    <w:p>
      <w:pPr>
        <w:spacing w:before="0" w:after="120" w:line="300" w:lineRule="exact"/>
        <w:jc w:val="both"/>
      </w:pPr>
      <w:r>
        <w:rPr>
          <w:rFonts w:ascii="Georgia" w:hAnsi="Georgia" w:cs="Georgia" w:eastAsia="Georgia"/>
          <w:b w:val="0"/>
          <w:i w:val="0"/>
          <w:sz w:val="22"/>
        </w:rPr>
        <w:t>Now consider a sick man. It is haraam to inject the filth and poison in this man. The potion is of Ibleesi origin and it is laced with poisons and horrific filth. There are many natural remedies to treat this sick man. The Wild Donkeys and baboons of the cartel of UK molvis concede that Allah Ta'ala has created a cure for every disease. The worst kind of disease can be treated with natural, pure home remedies if Allah Ta'ala has decreed shifa' for the sick man. He does not have to become a devil and a kaafir for the sake of medicine and cure.</w:t>
      </w:r>
    </w:p>
    <w:p>
      <w:pPr>
        <w:spacing w:before="0" w:after="120" w:line="300" w:lineRule="exact"/>
        <w:jc w:val="both"/>
      </w:pPr>
      <w:r>
        <w:rPr>
          <w:rFonts w:ascii="Georgia" w:hAnsi="Georgia" w:cs="Georgia" w:eastAsia="Georgia"/>
          <w:b w:val="0"/>
          <w:i w:val="0"/>
          <w:sz w:val="22"/>
        </w:rPr>
        <w:t>A non-Muslim expert in the devil's vaccine science, offering the Wild Donkeys some naseehat on the principle of the "lesser evils", says:</w:t>
      </w:r>
    </w:p>
    <w:p>
      <w:pPr>
        <w:spacing w:before="120" w:after="120" w:line="300" w:lineRule="exact"/>
        <w:ind w:left="720" w:right="720"/>
        <w:jc w:val="center"/>
      </w:pPr>
      <w:r>
        <w:rPr>
          <w:rFonts w:ascii="Georgia" w:hAnsi="Georgia" w:cs="Georgia" w:eastAsia="Georgia"/>
          <w:b w:val="0"/>
          <w:i/>
          <w:sz w:val="22"/>
        </w:rPr>
        <w:t>"The company cheered in mainstream headlines, MODERNA, that's claiming to be developing a Covid- 19 vaccine, is using human abortion cells to do it. It's just plain witchcraft, and the benefits (if any at all anymore) do NOT outweigh the risk. Doctors, nurses and pharmacists do not understand this………" (The full article appears further on)</w:t>
      </w:r>
    </w:p>
    <w:p>
      <w:pPr>
        <w:spacing w:before="0" w:after="120" w:line="300" w:lineRule="exact"/>
        <w:jc w:val="both"/>
      </w:pPr>
      <w:r>
        <w:rPr>
          <w:rFonts w:ascii="Georgia" w:hAnsi="Georgia" w:cs="Georgia" w:eastAsia="Georgia"/>
          <w:b w:val="0"/>
          <w:i w:val="0"/>
          <w:sz w:val="22"/>
        </w:rPr>
        <w:t>When even doctors, nurses and pharmacists do not understand the filth, rot, poison and harms of Shaitaan's Potion, what can be expected of the U.K. Wild Donkeys and Hizbush Shaitaan who have sold their souls to Iblees for the carrion crumbs the dunya has to offer?</w:t>
      </w:r>
    </w:p>
    <w:p>
      <w:pPr>
        <w:spacing w:before="0" w:after="120" w:line="300" w:lineRule="exact"/>
        <w:jc w:val="both"/>
      </w:pPr>
      <w:r>
        <w:rPr>
          <w:rFonts w:ascii="Georgia" w:hAnsi="Georgia" w:cs="Georgia" w:eastAsia="Georgia"/>
          <w:b w:val="0"/>
          <w:i w:val="0"/>
          <w:sz w:val="22"/>
        </w:rPr>
        <w:t>For the edification of Muslims, especially for those who have become bamboozled by the satanic shenanigans of the agents of Iblees such as the Wild Donkeys of UK and Hizbush Shaitaan, we reproduce here some information regarding the satanic ingredients in the potions of Iblees.</w:t>
      </w:r>
    </w:p>
    <w:p>
      <w:r>
        <w:br w:type="page"/>
      </w:r>
    </w:p>
    <w:p>
      <w:pPr>
        <w:pStyle w:val="Heading1"/>
        <w:spacing w:before="360" w:after="200" w:line="300" w:lineRule="exact"/>
        <w:jc w:val="center"/>
      </w:pPr>
      <w:r>
        <w:rPr>
          <w:rFonts w:ascii="Georgia" w:hAnsi="Georgia" w:cs="Georgia" w:eastAsia="Georgia"/>
          <w:b/>
          <w:i w:val="0"/>
          <w:color w:val="1F3864"/>
          <w:sz w:val="32"/>
        </w:rPr>
        <w:t>DO YOU KNOW WHAT'S IN A VACCINE?</w:t>
      </w:r>
    </w:p>
    <w:p>
      <w:pPr>
        <w:spacing w:before="0" w:after="120" w:line="300" w:lineRule="exact"/>
        <w:jc w:val="both"/>
      </w:pPr>
      <w:r>
        <w:rPr>
          <w:rFonts w:ascii="Georgia" w:hAnsi="Georgia" w:cs="Georgia" w:eastAsia="Georgia"/>
          <w:b w:val="0"/>
          <w:i w:val="0"/>
          <w:sz w:val="22"/>
        </w:rPr>
        <w:t>Aluminum Known to cause brain damage at all doses, linked to ALZHEIMER'S DISEASE, dementia, seizures, autoimmune issues, SIDs and cancer. This toxin accumulates in the brain and causes more damage with each dose.</w:t>
      </w:r>
    </w:p>
    <w:p>
      <w:pPr>
        <w:spacing w:before="0" w:after="120" w:line="300" w:lineRule="exact"/>
        <w:jc w:val="both"/>
      </w:pPr>
      <w:r>
        <w:rPr>
          <w:rFonts w:ascii="Georgia" w:hAnsi="Georgia" w:cs="Georgia" w:eastAsia="Georgia"/>
          <w:b w:val="0"/>
          <w:i w:val="0"/>
          <w:sz w:val="22"/>
        </w:rPr>
        <w:t>Formaldehyde [formalin]</w:t>
      </w:r>
    </w:p>
    <w:p>
      <w:pPr>
        <w:spacing w:before="0" w:after="120" w:line="300" w:lineRule="exact"/>
        <w:jc w:val="both"/>
      </w:pPr>
      <w:r>
        <w:rPr>
          <w:rFonts w:ascii="Georgia" w:hAnsi="Georgia" w:cs="Georgia" w:eastAsia="Georgia"/>
          <w:b w:val="0"/>
          <w:i w:val="0"/>
          <w:sz w:val="22"/>
        </w:rPr>
        <w:t>Known to cause CANCER in humans. Probable gastrointestinal, liver, respiratory, immune, nerve and reproductive system POISON. Banned from injectables in most European countries.</w:t>
      </w:r>
    </w:p>
    <w:p>
      <w:pPr>
        <w:spacing w:before="0" w:after="120" w:line="300" w:lineRule="exact"/>
        <w:jc w:val="both"/>
      </w:pPr>
      <w:r>
        <w:rPr>
          <w:rFonts w:ascii="Georgia" w:hAnsi="Georgia" w:cs="Georgia" w:eastAsia="Georgia"/>
          <w:b w:val="0"/>
          <w:i w:val="0"/>
          <w:sz w:val="22"/>
        </w:rPr>
        <w:t>Beta-Propiolactone Known to cause CANCER. Suspected gastroin- testinal, liver, nerve and respiratory, skin and sense organ POISON.</w:t>
      </w:r>
    </w:p>
    <w:p>
      <w:pPr>
        <w:spacing w:before="0" w:after="120" w:line="300" w:lineRule="exact"/>
        <w:jc w:val="both"/>
      </w:pPr>
      <w:r>
        <w:rPr>
          <w:rFonts w:ascii="Georgia" w:hAnsi="Georgia" w:cs="Georgia" w:eastAsia="Georgia"/>
          <w:b w:val="0"/>
          <w:i w:val="0"/>
          <w:sz w:val="22"/>
        </w:rPr>
        <w:t>Gentamicin Sulphate &amp; Polymyxin B [antibiotics]</w:t>
      </w:r>
    </w:p>
    <w:p>
      <w:pPr>
        <w:spacing w:before="0" w:after="120" w:line="300" w:lineRule="exact"/>
        <w:jc w:val="both"/>
      </w:pPr>
      <w:r>
        <w:rPr>
          <w:rFonts w:ascii="Georgia" w:hAnsi="Georgia" w:cs="Georgia" w:eastAsia="Georgia"/>
          <w:b w:val="0"/>
          <w:i w:val="0"/>
          <w:sz w:val="22"/>
        </w:rPr>
        <w:t>ALLERGIC reactions can range from mild to life-threatening.</w:t>
      </w:r>
    </w:p>
    <w:p>
      <w:pPr>
        <w:spacing w:before="0" w:after="120" w:line="300" w:lineRule="exact"/>
        <w:jc w:val="both"/>
      </w:pPr>
      <w:r>
        <w:rPr>
          <w:rFonts w:ascii="Georgia" w:hAnsi="Georgia" w:cs="Georgia" w:eastAsia="Georgia"/>
          <w:b w:val="0"/>
          <w:i w:val="0"/>
          <w:sz w:val="22"/>
        </w:rPr>
        <w:t>Genetically Modified Yeast, Bacterial and Viral DNA &amp; Dairy/Egg Components Can be incorporated into the recipient's DNA and cause unknown GENETIC MUTATIONS. This also includes: eggs, dairy, this leads to allergies.</w:t>
      </w:r>
    </w:p>
    <w:p>
      <w:pPr>
        <w:spacing w:before="0" w:after="120" w:line="300" w:lineRule="exact"/>
        <w:jc w:val="both"/>
      </w:pPr>
      <w:r>
        <w:rPr>
          <w:rFonts w:ascii="Georgia" w:hAnsi="Georgia" w:cs="Georgia" w:eastAsia="Georgia"/>
          <w:b w:val="0"/>
          <w:i w:val="0"/>
          <w:sz w:val="22"/>
        </w:rPr>
        <w:t>Glutaraldehyde Poisonous if ingested. Causes BIRTH DEFECTS in animals.</w:t>
      </w:r>
    </w:p>
    <w:p>
      <w:pPr>
        <w:spacing w:before="0" w:after="120" w:line="300" w:lineRule="exact"/>
        <w:jc w:val="both"/>
      </w:pPr>
      <w:r>
        <w:rPr>
          <w:rFonts w:ascii="Georgia" w:hAnsi="Georgia" w:cs="Georgia" w:eastAsia="Georgia"/>
          <w:b w:val="0"/>
          <w:i w:val="0"/>
          <w:sz w:val="22"/>
        </w:rPr>
        <w:t>Latex Rubber Can cause life-threatening allergic reactions</w:t>
      </w:r>
    </w:p>
    <w:p>
      <w:pPr>
        <w:spacing w:before="0" w:after="120" w:line="300" w:lineRule="exact"/>
        <w:jc w:val="both"/>
      </w:pPr>
      <w:r>
        <w:rPr>
          <w:rFonts w:ascii="Georgia" w:hAnsi="Georgia" w:cs="Georgia" w:eastAsia="Georgia"/>
          <w:b w:val="0"/>
          <w:i w:val="0"/>
          <w:sz w:val="22"/>
        </w:rPr>
        <w:t>Peanut &amp; Soy Bean Oil Linked to nut and soy allergies</w:t>
      </w:r>
    </w:p>
    <w:p>
      <w:pPr>
        <w:spacing w:before="0" w:after="120" w:line="300" w:lineRule="exact"/>
        <w:jc w:val="both"/>
      </w:pPr>
      <w:r>
        <w:rPr>
          <w:rFonts w:ascii="Georgia" w:hAnsi="Georgia" w:cs="Georgia" w:eastAsia="Georgia"/>
          <w:b w:val="0"/>
          <w:i w:val="0"/>
          <w:sz w:val="22"/>
        </w:rPr>
        <w:t>Human and Animal Cells Human DNA from aborted BABIES. Pig blood, horse blood, rabbit brains, dog kidneys, cow hearts, monkey kidneys, chick embryos, calf serum, sheep blood &amp; more. Linked to childhood leukemia and diabetes.</w:t>
      </w:r>
    </w:p>
    <w:p>
      <w:pPr>
        <w:spacing w:before="0" w:after="120" w:line="300" w:lineRule="exact"/>
        <w:jc w:val="both"/>
      </w:pPr>
      <w:r>
        <w:rPr>
          <w:rFonts w:ascii="Georgia" w:hAnsi="Georgia" w:cs="Georgia" w:eastAsia="Georgia"/>
          <w:b w:val="0"/>
          <w:i w:val="0"/>
          <w:sz w:val="22"/>
        </w:rPr>
        <w:t>Mercury [thimerosal]</w:t>
      </w:r>
    </w:p>
    <w:p>
      <w:pPr>
        <w:spacing w:before="0" w:after="120" w:line="300" w:lineRule="exact"/>
        <w:jc w:val="both"/>
      </w:pPr>
      <w:r>
        <w:rPr>
          <w:rFonts w:ascii="Georgia" w:hAnsi="Georgia" w:cs="Georgia" w:eastAsia="Georgia"/>
          <w:b w:val="0"/>
          <w:i w:val="0"/>
          <w:sz w:val="22"/>
        </w:rPr>
        <w:t>One of the most toxic substances known. Even if a thermometer breaks, the building is cleared and HAZMAT is called. Tiny doses cause damage to the brain, gut, liver, bone marrow, nervous system and/or kidneys. Linked to autoimmune disorders, and neurological disorders like AUTISM.</w:t>
      </w:r>
    </w:p>
    <w:p>
      <w:pPr>
        <w:spacing w:before="0" w:after="120" w:line="300" w:lineRule="exact"/>
        <w:jc w:val="both"/>
      </w:pPr>
      <w:r>
        <w:rPr>
          <w:rFonts w:ascii="Georgia" w:hAnsi="Georgia" w:cs="Georgia" w:eastAsia="Georgia"/>
          <w:b w:val="0"/>
          <w:i w:val="0"/>
          <w:sz w:val="22"/>
        </w:rPr>
        <w:t>Monosodium Glutamate [MSG]</w:t>
      </w:r>
    </w:p>
    <w:p>
      <w:pPr>
        <w:spacing w:before="0" w:after="120" w:line="300" w:lineRule="exact"/>
        <w:jc w:val="both"/>
      </w:pPr>
      <w:r>
        <w:rPr>
          <w:rFonts w:ascii="Georgia" w:hAnsi="Georgia" w:cs="Georgia" w:eastAsia="Georgia"/>
          <w:b w:val="0"/>
          <w:i w:val="0"/>
          <w:sz w:val="22"/>
        </w:rPr>
        <w:t>A toxic chemical that is linked to birth defects, developmental delays and infertility. Banned in Europe.</w:t>
      </w:r>
    </w:p>
    <w:p>
      <w:pPr>
        <w:spacing w:before="0" w:after="120" w:line="300" w:lineRule="exact"/>
        <w:jc w:val="both"/>
      </w:pPr>
      <w:r>
        <w:rPr>
          <w:rFonts w:ascii="Georgia" w:hAnsi="Georgia" w:cs="Georgia" w:eastAsia="Georgia"/>
          <w:b w:val="0"/>
          <w:i w:val="0"/>
          <w:sz w:val="22"/>
        </w:rPr>
        <w:t>Neomycin Sulphate [antibiotic]</w:t>
      </w:r>
    </w:p>
    <w:p>
      <w:pPr>
        <w:spacing w:before="0" w:after="120" w:line="300" w:lineRule="exact"/>
        <w:jc w:val="both"/>
      </w:pPr>
      <w:r>
        <w:rPr>
          <w:rFonts w:ascii="Georgia" w:hAnsi="Georgia" w:cs="Georgia" w:eastAsia="Georgia"/>
          <w:b w:val="0"/>
          <w:i w:val="0"/>
          <w:sz w:val="22"/>
        </w:rPr>
        <w:t>Interferes with vitamin B6 absorption which can lead to epilepsy and brain damage. Allergic reactions can range from mild to life -threatening.</w:t>
      </w:r>
    </w:p>
    <w:p>
      <w:pPr>
        <w:spacing w:before="0" w:after="120" w:line="300" w:lineRule="exact"/>
        <w:jc w:val="both"/>
      </w:pPr>
      <w:r>
        <w:rPr>
          <w:rFonts w:ascii="Georgia" w:hAnsi="Georgia" w:cs="Georgia" w:eastAsia="Georgia"/>
          <w:b w:val="0"/>
          <w:i w:val="0"/>
          <w:sz w:val="22"/>
        </w:rPr>
        <w:t>Phenol/Phenoxyethanol [2-PE]</w:t>
      </w:r>
    </w:p>
    <w:p>
      <w:pPr>
        <w:spacing w:before="0" w:after="120" w:line="300" w:lineRule="exact"/>
        <w:jc w:val="both"/>
      </w:pPr>
      <w:r>
        <w:rPr>
          <w:rFonts w:ascii="Georgia" w:hAnsi="Georgia" w:cs="Georgia" w:eastAsia="Georgia"/>
          <w:b w:val="0"/>
          <w:i w:val="0"/>
          <w:sz w:val="22"/>
        </w:rPr>
        <w:t>Used as anti-freeze. TOXIC to all cells and capable of destroying the immune system.</w:t>
      </w:r>
    </w:p>
    <w:p>
      <w:pPr>
        <w:spacing w:before="0" w:after="120" w:line="300" w:lineRule="exact"/>
        <w:jc w:val="both"/>
      </w:pPr>
      <w:r>
        <w:rPr>
          <w:rFonts w:ascii="Georgia" w:hAnsi="Georgia" w:cs="Georgia" w:eastAsia="Georgia"/>
          <w:b w:val="0"/>
          <w:i w:val="0"/>
          <w:sz w:val="22"/>
        </w:rPr>
        <w:t>Polysorbate 80 &amp; 20 Known to cause CANCER in animals and linked to numerous autoimmune issues and infertility.</w:t>
      </w:r>
    </w:p>
    <w:p>
      <w:pPr>
        <w:spacing w:before="0" w:after="120" w:line="300" w:lineRule="exact"/>
        <w:jc w:val="both"/>
      </w:pPr>
      <w:r>
        <w:rPr>
          <w:rFonts w:ascii="Georgia" w:hAnsi="Georgia" w:cs="Georgia" w:eastAsia="Georgia"/>
          <w:b w:val="0"/>
          <w:i w:val="0"/>
          <w:sz w:val="22"/>
        </w:rPr>
        <w:t>Tri(n) Butylphosphate Potentially toxic to the kidney and nervous system.</w:t>
      </w:r>
    </w:p>
    <w:p>
      <w:r>
        <w:br w:type="page"/>
      </w:r>
    </w:p>
    <w:p>
      <w:pPr>
        <w:pStyle w:val="Heading1"/>
        <w:spacing w:before="360" w:after="200" w:line="300" w:lineRule="exact"/>
        <w:jc w:val="center"/>
      </w:pPr>
      <w:r>
        <w:rPr>
          <w:rFonts w:ascii="Georgia" w:hAnsi="Georgia" w:cs="Georgia" w:eastAsia="Georgia"/>
          <w:b/>
          <w:i w:val="0"/>
          <w:color w:val="1F3864"/>
          <w:sz w:val="32"/>
        </w:rPr>
        <w:t>VACCINE INGREDIENTS</w:t>
      </w:r>
    </w:p>
    <w:p>
      <w:pPr>
        <w:spacing w:before="0" w:after="120" w:line="300" w:lineRule="exact"/>
        <w:jc w:val="both"/>
      </w:pPr>
      <w:r>
        <w:rPr>
          <w:rFonts w:ascii="Georgia" w:hAnsi="Georgia" w:cs="Georgia" w:eastAsia="Georgia"/>
          <w:b w:val="0"/>
          <w:i w:val="0"/>
          <w:sz w:val="22"/>
        </w:rPr>
        <w:t>By Iris Figueroa</w:t>
      </w:r>
    </w:p>
    <w:p>
      <w:pPr>
        <w:spacing w:before="0" w:after="120" w:line="300" w:lineRule="exact"/>
        <w:jc w:val="both"/>
      </w:pPr>
      <w:r>
        <w:rPr>
          <w:rFonts w:ascii="Georgia" w:hAnsi="Georgia" w:cs="Georgia" w:eastAsia="Georgia"/>
          <w:b w:val="0"/>
          <w:i w:val="0"/>
          <w:sz w:val="22"/>
        </w:rPr>
        <w:t>YOU CANNOT MAKE AN EDUCATED DECISION</w:t>
      </w:r>
    </w:p>
    <w:p>
      <w:pPr>
        <w:spacing w:before="0" w:after="120" w:line="300" w:lineRule="exact"/>
        <w:jc w:val="both"/>
      </w:pPr>
      <w:r>
        <w:rPr>
          <w:rFonts w:ascii="Georgia" w:hAnsi="Georgia" w:cs="Georgia" w:eastAsia="Georgia"/>
          <w:b w:val="0"/>
          <w:i w:val="0"/>
          <w:sz w:val="22"/>
        </w:rPr>
        <w:t>WITHOUT BEING EDUCATED</w:t>
      </w:r>
    </w:p>
    <w:p>
      <w:pPr>
        <w:spacing w:before="0" w:after="120" w:line="300" w:lineRule="exact"/>
        <w:jc w:val="both"/>
      </w:pPr>
      <w:r>
        <w:rPr>
          <w:rFonts w:ascii="Georgia" w:hAnsi="Georgia" w:cs="Georgia" w:eastAsia="Georgia"/>
          <w:b w:val="0"/>
          <w:i w:val="0"/>
          <w:sz w:val="22"/>
        </w:rPr>
        <w:t>Here are just SOME vaccine ingredients which are being injected into your kids:</w:t>
      </w:r>
    </w:p>
    <w:p>
      <w:pPr>
        <w:spacing w:before="0" w:after="120" w:line="300" w:lineRule="exact"/>
        <w:jc w:val="both"/>
      </w:pPr>
      <w:r>
        <w:rPr>
          <w:rFonts w:ascii="Georgia" w:hAnsi="Georgia" w:cs="Georgia" w:eastAsia="Georgia"/>
          <w:b w:val="0"/>
          <w:i w:val="0"/>
          <w:sz w:val="22"/>
        </w:rPr>
        <w:t>;Formaldehyde/Formalin - Highly toxic systematic poison and carcinogen.</w:t>
      </w:r>
    </w:p>
    <w:p>
      <w:pPr>
        <w:spacing w:before="0" w:after="120" w:line="300" w:lineRule="exact"/>
        <w:jc w:val="both"/>
      </w:pPr>
      <w:r>
        <w:rPr>
          <w:rFonts w:ascii="Georgia" w:hAnsi="Georgia" w:cs="Georgia" w:eastAsia="Georgia"/>
          <w:b w:val="0"/>
          <w:i w:val="0"/>
          <w:sz w:val="22"/>
        </w:rPr>
        <w:t>;Betapropiolactone - Toxic chemical and carcinogen. May cause death/permanant injury after very short exposure to small quantities. Corrosive chemical.</w:t>
      </w:r>
    </w:p>
    <w:p>
      <w:pPr>
        <w:spacing w:before="0" w:after="120" w:line="300" w:lineRule="exact"/>
        <w:jc w:val="both"/>
      </w:pPr>
      <w:r>
        <w:rPr>
          <w:rFonts w:ascii="Georgia" w:hAnsi="Georgia" w:cs="Georgia" w:eastAsia="Georgia"/>
          <w:b w:val="0"/>
          <w:i w:val="0"/>
          <w:sz w:val="22"/>
        </w:rPr>
        <w:t>;Hexadecyltrimethylammonium bromide - May cause damage to the liver, cardiovascular system, and central nervous system. May cause reproductive effects and birth defects.</w:t>
      </w:r>
    </w:p>
    <w:p>
      <w:pPr>
        <w:spacing w:before="0" w:after="120" w:line="300" w:lineRule="exact"/>
        <w:jc w:val="both"/>
      </w:pPr>
      <w:r>
        <w:rPr>
          <w:rFonts w:ascii="Georgia" w:hAnsi="Georgia" w:cs="Georgia" w:eastAsia="Georgia"/>
          <w:b w:val="0"/>
          <w:i w:val="0"/>
          <w:sz w:val="22"/>
        </w:rPr>
        <w:t>;Aluminum hydroxide, aluminum phosphate, and aluminum salts - Neurotoxin. Carries risk for long term brain inflammation/swelling, neurological disorders, autoimmune disease, Alzheimer's, dementia, and autism. It penetrates the brain where it persists indefinitely.</w:t>
      </w:r>
    </w:p>
    <w:p>
      <w:pPr>
        <w:spacing w:before="0" w:after="120" w:line="300" w:lineRule="exact"/>
        <w:jc w:val="both"/>
      </w:pPr>
      <w:r>
        <w:rPr>
          <w:rFonts w:ascii="Georgia" w:hAnsi="Georgia" w:cs="Georgia" w:eastAsia="Georgia"/>
          <w:b w:val="0"/>
          <w:i w:val="0"/>
          <w:sz w:val="22"/>
        </w:rPr>
        <w:t>;Thimerosal (mercury) - Neurotoxin. Induces cellular damage, reduces oxidation-reduction activity, cellular degeneration, and cell death. Linked to neurological disorders, Alzheimer's, dementia, and autism.</w:t>
      </w:r>
    </w:p>
    <w:p>
      <w:pPr>
        <w:spacing w:before="0" w:after="120" w:line="300" w:lineRule="exact"/>
        <w:jc w:val="both"/>
      </w:pPr>
      <w:r>
        <w:rPr>
          <w:rFonts w:ascii="Georgia" w:hAnsi="Georgia" w:cs="Georgia" w:eastAsia="Georgia"/>
          <w:b w:val="0"/>
          <w:i w:val="0"/>
          <w:sz w:val="22"/>
        </w:rPr>
        <w:t>;Polysorbate 80 &amp; 20 - Trespasses the Blood-Brain Barrier and carries with it aluminum, thimerosal, and viruses; allowing it to enter the brain.</w:t>
      </w:r>
    </w:p>
    <w:p>
      <w:pPr>
        <w:spacing w:before="0" w:after="120" w:line="300" w:lineRule="exact"/>
        <w:jc w:val="both"/>
      </w:pPr>
      <w:r>
        <w:rPr>
          <w:rFonts w:ascii="Georgia" w:hAnsi="Georgia" w:cs="Georgia" w:eastAsia="Georgia"/>
          <w:b w:val="0"/>
          <w:i w:val="0"/>
          <w:sz w:val="22"/>
        </w:rPr>
        <w:t>;Glutaraldehyde - Toxic chemical used as a disinfectant for heat sensitive medical equipment.</w:t>
      </w:r>
    </w:p>
    <w:p>
      <w:pPr>
        <w:spacing w:before="0" w:after="120" w:line="300" w:lineRule="exact"/>
        <w:jc w:val="both"/>
      </w:pPr>
      <w:r>
        <w:rPr>
          <w:rFonts w:ascii="Georgia" w:hAnsi="Georgia" w:cs="Georgia" w:eastAsia="Georgia"/>
          <w:b w:val="0"/>
          <w:i w:val="0"/>
          <w:sz w:val="22"/>
        </w:rPr>
        <w:t>;Fetal Bovine Serum - Harvested from bovine (cow) fetuses taken from pregnant cows before slaughter.</w:t>
      </w:r>
    </w:p>
    <w:p>
      <w:pPr>
        <w:spacing w:before="0" w:after="120" w:line="300" w:lineRule="exact"/>
        <w:jc w:val="both"/>
      </w:pPr>
      <w:r>
        <w:rPr>
          <w:rFonts w:ascii="Georgia" w:hAnsi="Georgia" w:cs="Georgia" w:eastAsia="Georgia"/>
          <w:b w:val="0"/>
          <w:i w:val="0"/>
          <w:sz w:val="22"/>
        </w:rPr>
        <w:t>;Human Diploid Fibroblast Cells - aborted fetal cells. Foreign DNA has the ability to interact with our own.</w:t>
      </w:r>
    </w:p>
    <w:p>
      <w:pPr>
        <w:spacing w:before="0" w:after="120" w:line="300" w:lineRule="exact"/>
        <w:jc w:val="both"/>
      </w:pPr>
      <w:r>
        <w:rPr>
          <w:rFonts w:ascii="Georgia" w:hAnsi="Georgia" w:cs="Georgia" w:eastAsia="Georgia"/>
          <w:b w:val="0"/>
          <w:i w:val="0"/>
          <w:sz w:val="22"/>
        </w:rPr>
        <w:t>;African Green Monkey Kidney Cells - Can carry the SV- 40 cancer-causing virus that has already tainted about 30 million Americans.</w:t>
      </w:r>
    </w:p>
    <w:p>
      <w:pPr>
        <w:spacing w:before="0" w:after="120" w:line="300" w:lineRule="exact"/>
        <w:jc w:val="both"/>
      </w:pPr>
      <w:r>
        <w:rPr>
          <w:rFonts w:ascii="Georgia" w:hAnsi="Georgia" w:cs="Georgia" w:eastAsia="Georgia"/>
          <w:b w:val="0"/>
          <w:i w:val="0"/>
          <w:sz w:val="22"/>
        </w:rPr>
        <w:t>;Acetone - Can cause kidney, liver, and nerve damage.</w:t>
      </w:r>
    </w:p>
    <w:p>
      <w:pPr>
        <w:spacing w:before="0" w:after="120" w:line="300" w:lineRule="exact"/>
        <w:jc w:val="both"/>
      </w:pPr>
      <w:r>
        <w:rPr>
          <w:rFonts w:ascii="Georgia" w:hAnsi="Georgia" w:cs="Georgia" w:eastAsia="Georgia"/>
          <w:b w:val="0"/>
          <w:i w:val="0"/>
          <w:sz w:val="22"/>
        </w:rPr>
        <w:t>;E.Coli - Yes, you read that right.</w:t>
      </w:r>
    </w:p>
    <w:p>
      <w:pPr>
        <w:spacing w:before="0" w:after="120" w:line="300" w:lineRule="exact"/>
        <w:jc w:val="both"/>
      </w:pPr>
      <w:r>
        <w:rPr>
          <w:rFonts w:ascii="Georgia" w:hAnsi="Georgia" w:cs="Georgia" w:eastAsia="Georgia"/>
          <w:b w:val="0"/>
          <w:i w:val="0"/>
          <w:sz w:val="22"/>
        </w:rPr>
        <w:t>;DNA from porcine (pig) Circovirus type-1</w:t>
      </w:r>
    </w:p>
    <w:p>
      <w:pPr>
        <w:spacing w:before="0" w:after="120" w:line="300" w:lineRule="exact"/>
        <w:jc w:val="both"/>
      </w:pPr>
      <w:r>
        <w:rPr>
          <w:rFonts w:ascii="Georgia" w:hAnsi="Georgia" w:cs="Georgia" w:eastAsia="Georgia"/>
          <w:b w:val="0"/>
          <w:i w:val="0"/>
          <w:sz w:val="22"/>
        </w:rPr>
        <w:t>;Human embryonic lung cell cultures (from aborted fetuses)</w:t>
      </w:r>
    </w:p>
    <w:p>
      <w:pPr>
        <w:spacing w:before="0" w:after="120" w:line="300" w:lineRule="exact"/>
        <w:jc w:val="both"/>
      </w:pPr>
      <w:r>
        <w:rPr>
          <w:rFonts w:ascii="Georgia" w:hAnsi="Georgia" w:cs="Georgia" w:eastAsia="Georgia"/>
          <w:b w:val="0"/>
          <w:i w:val="0"/>
          <w:sz w:val="22"/>
        </w:rPr>
        <w:t>✳You can view all of these ingredients on the CDCs website. I encourage everyone to do their own research. Look up the MSDS on these chemicals. Read the thousands of peer reviewed studies that have evaluated the biological consequences these chemicals can have on the body, especially when being injected.</w:t>
      </w:r>
    </w:p>
    <w:p>
      <w:pPr>
        <w:spacing w:before="0" w:after="120" w:line="300" w:lineRule="exact"/>
        <w:jc w:val="both"/>
      </w:pPr>
      <w:r>
        <w:rPr>
          <w:rFonts w:ascii="Georgia" w:hAnsi="Georgia" w:cs="Georgia" w:eastAsia="Georgia"/>
          <w:b w:val="0"/>
          <w:i w:val="0"/>
          <w:sz w:val="22"/>
        </w:rPr>
        <w:t>✳Fact check vaccine ingredients here: https://www.cdc.gov/vaccines/pubs/pinkbook/downloads/a ppendices/b/excipient-table-2.pdf</w:t>
      </w:r>
    </w:p>
    <w:p>
      <w:pPr>
        <w:spacing w:before="0" w:after="120" w:line="300" w:lineRule="exact"/>
        <w:jc w:val="both"/>
      </w:pPr>
      <w:r>
        <w:rPr>
          <w:rFonts w:ascii="Georgia" w:hAnsi="Georgia" w:cs="Georgia" w:eastAsia="Georgia"/>
          <w:b w:val="0"/>
          <w:i w:val="0"/>
          <w:sz w:val="22"/>
        </w:rPr>
        <w:t>#educatebeforeyouvaccinate #injectionisdifferentthaningestion #learntherisks #informedconsent https://www.facebook.com/drryanberlin/posts/101601670 51315215</w:t>
      </w:r>
    </w:p>
    <w:p>
      <w:pPr>
        <w:spacing w:before="0" w:after="120" w:line="300" w:lineRule="exact"/>
        <w:jc w:val="both"/>
      </w:pPr>
      <w:r>
        <w:rPr>
          <w:rFonts w:ascii="Georgia" w:hAnsi="Georgia" w:cs="Georgia" w:eastAsia="Georgia"/>
          <w:b w:val="0"/>
          <w:i w:val="0"/>
          <w:sz w:val="22"/>
        </w:rPr>
        <w:t>Animal blood in vaccines https://www.ncbi.nlm.nih.gov/pmc/articles/PMC1620411/p df/amjphnation00376-0090.pdf</w:t>
      </w:r>
    </w:p>
    <w:p>
      <w:pPr>
        <w:spacing w:before="0" w:after="120" w:line="300" w:lineRule="exact"/>
        <w:jc w:val="both"/>
      </w:pPr>
      <w:r>
        <w:rPr>
          <w:rFonts w:ascii="Georgia" w:hAnsi="Georgia" w:cs="Georgia" w:eastAsia="Georgia"/>
          <w:b w:val="0"/>
          <w:i w:val="0"/>
          <w:sz w:val="22"/>
        </w:rPr>
        <w:t>Food in vaccines, like peanut oil etc shows it causes food allergies https://vaccinesafetycommission.org/pdfs/08-2015- Journal-Food-Allergies.pdf?fbclid=IwAR1_LCjNcaF36gVwoqz3k59njsc4 ShWeJIi-cMZK3tt_VqydCL2vnB0AQdM</w:t>
      </w:r>
    </w:p>
    <w:p>
      <w:pPr>
        <w:spacing w:before="0" w:after="120" w:line="300" w:lineRule="exact"/>
        <w:jc w:val="both"/>
      </w:pPr>
      <w:r>
        <w:rPr>
          <w:rFonts w:ascii="Georgia" w:hAnsi="Georgia" w:cs="Georgia" w:eastAsia="Georgia"/>
          <w:b w:val="0"/>
          <w:i w:val="0"/>
          <w:sz w:val="22"/>
        </w:rPr>
        <w:t>Vaccine Guide https://vaccine.guide</w:t>
      </w:r>
    </w:p>
    <w:p>
      <w:pPr>
        <w:spacing w:before="0" w:after="120" w:line="300" w:lineRule="exact"/>
        <w:jc w:val="both"/>
      </w:pPr>
      <w:r>
        <w:rPr>
          <w:rFonts w:ascii="Georgia" w:hAnsi="Georgia" w:cs="Georgia" w:eastAsia="Georgia"/>
          <w:b w:val="0"/>
          <w:i w:val="0"/>
          <w:sz w:val="22"/>
        </w:rPr>
        <w:t>Legislative informal hearing on mandatory vaccination. https://www.facebook.com/100010598107344/videos/100 7370642959530?d=n&amp;sfns=mo</w:t>
      </w:r>
    </w:p>
    <w:p>
      <w:r>
        <w:br w:type="page"/>
      </w:r>
    </w:p>
    <w:p>
      <w:pPr>
        <w:pStyle w:val="Heading1"/>
        <w:spacing w:before="360" w:after="200" w:line="300" w:lineRule="exact"/>
        <w:jc w:val="center"/>
      </w:pPr>
      <w:r>
        <w:rPr>
          <w:rFonts w:ascii="Georgia" w:hAnsi="Georgia" w:cs="Georgia" w:eastAsia="Georgia"/>
          <w:b/>
          <w:i w:val="0"/>
          <w:color w:val="1F3864"/>
          <w:sz w:val="32"/>
        </w:rPr>
        <w:t>VACCINE WITCHCRAFT</w:t>
      </w:r>
    </w:p>
    <w:p>
      <w:pPr>
        <w:spacing w:before="0" w:after="120" w:line="300" w:lineRule="exact"/>
        <w:jc w:val="both"/>
      </w:pPr>
      <w:r>
        <w:rPr>
          <w:rFonts w:ascii="Georgia" w:hAnsi="Georgia" w:cs="Georgia" w:eastAsia="Georgia"/>
          <w:b w:val="0"/>
          <w:i w:val="0"/>
          <w:sz w:val="22"/>
        </w:rPr>
        <w:t>Covid-19 vaccine will contain GMOs and</w:t>
      </w:r>
    </w:p>
    <w:p>
      <w:pPr>
        <w:spacing w:before="0" w:after="120" w:line="300" w:lineRule="exact"/>
        <w:jc w:val="both"/>
      </w:pPr>
      <w:r>
        <w:rPr>
          <w:rFonts w:ascii="Georgia" w:hAnsi="Georgia" w:cs="Georgia" w:eastAsia="Georgia"/>
          <w:b w:val="0"/>
          <w:i w:val="0"/>
          <w:sz w:val="22"/>
        </w:rPr>
        <w:t>"continuous"</w:t>
      </w:r>
    </w:p>
    <w:p>
      <w:pPr>
        <w:spacing w:before="0" w:after="120" w:line="300" w:lineRule="exact"/>
        <w:jc w:val="both"/>
      </w:pPr>
      <w:r>
        <w:rPr>
          <w:rFonts w:ascii="Georgia" w:hAnsi="Georgia" w:cs="Georgia" w:eastAsia="Georgia"/>
          <w:b w:val="0"/>
          <w:i w:val="0"/>
          <w:sz w:val="22"/>
        </w:rPr>
        <w:t>Aborted human fetal cells, which develop into</w:t>
      </w:r>
    </w:p>
    <w:p>
      <w:pPr>
        <w:spacing w:before="0" w:after="120" w:line="300" w:lineRule="exact"/>
        <w:jc w:val="both"/>
      </w:pPr>
      <w:r>
        <w:rPr>
          <w:rFonts w:ascii="Georgia" w:hAnsi="Georgia" w:cs="Georgia" w:eastAsia="Georgia"/>
          <w:b w:val="0"/>
          <w:i w:val="0"/>
          <w:sz w:val="22"/>
        </w:rPr>
        <w:t>CANCER in your body.</w:t>
      </w:r>
    </w:p>
    <w:p>
      <w:pPr>
        <w:spacing w:before="0" w:after="120" w:line="300" w:lineRule="exact"/>
        <w:jc w:val="both"/>
      </w:pPr>
      <w:r>
        <w:rPr>
          <w:rFonts w:ascii="Georgia" w:hAnsi="Georgia" w:cs="Georgia" w:eastAsia="Georgia"/>
          <w:b w:val="0"/>
          <w:i w:val="0"/>
          <w:sz w:val="22"/>
        </w:rPr>
        <w:t>Monday, May 25, 2020 by: S.D. Wells (Natural News) Vaccine sorcery is underway folks, and you if don't learn how to read vaccine literature right now, you are in for a rude awakening. Most healthcare workers have no clue what they're injecting into their patient's muscle tissue, they just regurgitate what they hear from the top – the script that's siphoned, censured, and "peer reviewed" by a highly experimental industry that can never be sued, for anything.</w:t>
      </w:r>
    </w:p>
    <w:p>
      <w:pPr>
        <w:spacing w:before="0" w:after="120" w:line="300" w:lineRule="exact"/>
        <w:jc w:val="both"/>
      </w:pPr>
      <w:r>
        <w:rPr>
          <w:rFonts w:ascii="Georgia" w:hAnsi="Georgia" w:cs="Georgia" w:eastAsia="Georgia"/>
          <w:b w:val="0"/>
          <w:i w:val="0"/>
          <w:sz w:val="22"/>
        </w:rPr>
        <w:t>This is medical sorcery, these scientists, who engineer sickness by breeding it in infected animal cells (think chicken eggs), even including African Green monkey kidney cells, and then combining all that with multiple, live virus strains and MRC-5 abortion cells that have been genetically manipulated, modified, and mutated (with foreign DNA insertions, inversions and deletions). These dirty vaccine sorcery injections are embedded with codes in viruses meant to attack human tissue, your cleansing organs, your brain, and your central nervous system.</w:t>
      </w:r>
    </w:p>
    <w:p>
      <w:pPr>
        <w:spacing w:before="0" w:after="120" w:line="300" w:lineRule="exact"/>
        <w:jc w:val="both"/>
      </w:pPr>
      <w:r>
        <w:rPr>
          <w:rFonts w:ascii="Georgia" w:hAnsi="Georgia" w:cs="Georgia" w:eastAsia="Georgia"/>
          <w:b w:val="0"/>
          <w:i w:val="0"/>
          <w:sz w:val="22"/>
        </w:rPr>
        <w:t>They're using "recombinant DNA" which is just a technical word for genetically mutated and highly unpredictable human albumin. There is nothing proven safe and nothing proven effective about injecting today's vaccines. This is what they call "heightened immune response" and it's dangerous in the short term, and deadly in the long term. This is not some simple shortlist of side effects from necessary medicine. It's medical crime, and it's about to be fully brought to light.</w:t>
      </w:r>
    </w:p>
    <w:p>
      <w:pPr>
        <w:spacing w:before="0" w:after="120" w:line="300" w:lineRule="exact"/>
        <w:jc w:val="both"/>
      </w:pPr>
      <w:r>
        <w:rPr>
          <w:rFonts w:ascii="Georgia" w:hAnsi="Georgia" w:cs="Georgia" w:eastAsia="Georgia"/>
          <w:b w:val="0"/>
          <w:i w:val="0"/>
          <w:sz w:val="22"/>
        </w:rPr>
        <w:t>Exposing medical crime as witchcraft The aborted human cells used in vaccines come from lung tissue and are considered "abnormal" cells because they keep dividing, spreading, multiplying in the human body after being injected, and that is the definition of cancer. You can find these cancer-causing, cannibal-style injections listed on the CDC vaccine website, and you might even recognize a few of them. These dangerous and dirty vaccines include the MMR (Measles, Mumps &amp; Rubella), Hepatitis A &amp; B, Chicken Pox (Varicella), Polio, and in the works now … wait for it … novel Coronavirus or "Covid-19."</w:t>
      </w:r>
    </w:p>
    <w:p>
      <w:pPr>
        <w:spacing w:before="0" w:after="120" w:line="300" w:lineRule="exact"/>
        <w:jc w:val="both"/>
      </w:pPr>
      <w:r>
        <w:rPr>
          <w:rFonts w:ascii="Georgia" w:hAnsi="Georgia" w:cs="Georgia" w:eastAsia="Georgia"/>
          <w:b w:val="0"/>
          <w:i w:val="0"/>
          <w:sz w:val="22"/>
        </w:rPr>
        <w:t>The company cheered in mainstream headlines, Moderna, that's claiming to be developing a Covid-19 vaccine, is using human abortion cells to do it. It's just plain witchcraft, and the benefits (if any at all anymore) do NOT outweigh the risk. Doctors, nurses and pharmacists do not understand this, and even if a few do, they can never speak out without getting fired or forever labeled "anti-vax" and "anti-science." This is population control and cancer breeding exposed by forensic medicine experts.</w:t>
      </w:r>
    </w:p>
    <w:p>
      <w:pPr>
        <w:spacing w:before="0" w:after="120" w:line="300" w:lineRule="exact"/>
        <w:jc w:val="both"/>
      </w:pPr>
      <w:r>
        <w:rPr>
          <w:rFonts w:ascii="Georgia" w:hAnsi="Georgia" w:cs="Georgia" w:eastAsia="Georgia"/>
          <w:b w:val="0"/>
          <w:i w:val="0"/>
          <w:sz w:val="22"/>
        </w:rPr>
        <w:t>Forensic nurse blows the whistle on abortion cells in vaccines becoming cancerous, and it's still on YouTube, so watch now, before they ban it Vaccine witch doctors are using aborted human fetal cells that are cancerous called "oncocells" or "oncogenes" that are proven to be mutagenic (notice base word mutant here) and literally the cause of auto-immune disorders. We're talking about bio-weapons that are bred in monkey kidneys and human abortion tissue (diploid) and they breed indefinitely.</w:t>
      </w:r>
    </w:p>
    <w:p>
      <w:pPr>
        <w:spacing w:before="0" w:after="120" w:line="300" w:lineRule="exact"/>
        <w:jc w:val="both"/>
      </w:pPr>
      <w:r>
        <w:rPr>
          <w:rFonts w:ascii="Georgia" w:hAnsi="Georgia" w:cs="Georgia" w:eastAsia="Georgia"/>
          <w:b w:val="0"/>
          <w:i w:val="0"/>
          <w:sz w:val="22"/>
        </w:rPr>
        <w:t>In other words, the mechanism has been deleted that controls and limits how they divide and multiply, making them by default carcinogenic. It's a mutant injection that is turning humans into mutants (think mad cow disease). And these cells have been used since the 1960s in vaccines, so don't think it's something brand new that the scientists are using because they're in some rush to save us all from Covid-19. That's all propaganda folks.</w:t>
      </w:r>
    </w:p>
    <w:p>
      <w:pPr>
        <w:spacing w:before="0" w:after="120" w:line="300" w:lineRule="exact"/>
        <w:jc w:val="both"/>
      </w:pPr>
      <w:r>
        <w:rPr>
          <w:rFonts w:ascii="Georgia" w:hAnsi="Georgia" w:cs="Georgia" w:eastAsia="Georgia"/>
          <w:b w:val="0"/>
          <w:i w:val="0"/>
          <w:sz w:val="22"/>
        </w:rPr>
        <w:t>Join us in exposing medical crime of the worst kind. Tune your internet dial to Vaccines.news for updates on the coronavirus vaccine containing ingredients that will give you cancer and COVID at the same time. This new virus is morphing as you read this, and people who have it are being affected in different ways, including attacks on their heart, lungs and liver. Forget about a vaccine. It simply won't work and it will be dangerous.</w:t>
      </w:r>
    </w:p>
    <w:p>
      <w:pPr>
        <w:spacing w:before="0" w:after="120" w:line="300" w:lineRule="exact"/>
        <w:jc w:val="both"/>
      </w:pPr>
      <w:r>
        <w:rPr>
          <w:rFonts w:ascii="Georgia" w:hAnsi="Georgia" w:cs="Georgia" w:eastAsia="Georgia"/>
          <w:b w:val="0"/>
          <w:i w:val="0"/>
          <w:sz w:val="22"/>
        </w:rPr>
        <w:t>If you're looking to boost your immune function safely and effectively, avoid all vaccines and check out some indigenous medicines that have been used to fight infectious pathogens, viruses and bacteria for thousands of years, including oil of oregano, licorice root, elderberry, and of course, chaga mushrooms.</w:t>
      </w:r>
    </w:p>
    <w:p>
      <w:pPr>
        <w:spacing w:before="0" w:after="120" w:line="300" w:lineRule="exact"/>
        <w:jc w:val="both"/>
      </w:pPr>
      <w:r>
        <w:rPr>
          <w:rFonts w:ascii="Georgia" w:hAnsi="Georgia" w:cs="Georgia" w:eastAsia="Georgia"/>
          <w:b w:val="0"/>
          <w:i w:val="0"/>
          <w:sz w:val="22"/>
        </w:rPr>
        <w:t>Let's face it, there's a lot we don't understand about novel Covid-19 which is why a vaccine will NOT work. This virus is using the whole human body as a host to spread. It's time to listen to an expert virologist who explains all of this in laymen's terms.</w:t>
      </w:r>
    </w:p>
    <w:p>
      <w:pPr>
        <w:spacing w:before="0" w:after="120" w:line="300" w:lineRule="exact"/>
        <w:jc w:val="both"/>
      </w:pPr>
      <w:r>
        <w:rPr>
          <w:rFonts w:ascii="Georgia" w:hAnsi="Georgia" w:cs="Georgia" w:eastAsia="Georgia"/>
          <w:b w:val="0"/>
          <w:i w:val="0"/>
          <w:sz w:val="22"/>
        </w:rPr>
        <w:t>Sources for this article include:</w:t>
      </w:r>
    </w:p>
    <w:p>
      <w:pPr>
        <w:spacing w:before="0" w:after="120" w:line="300" w:lineRule="exact"/>
        <w:jc w:val="both"/>
      </w:pPr>
      <w:r>
        <w:rPr>
          <w:rFonts w:ascii="Georgia" w:hAnsi="Georgia" w:cs="Georgia" w:eastAsia="Georgia"/>
          <w:b w:val="0"/>
          <w:i w:val="0"/>
          <w:sz w:val="22"/>
        </w:rPr>
        <w:t>NaturalNews.com NaturalNews.com CDC.gov/vaccines Vaccines.news LifeSiteNews.com Healthline.com</w:t>
      </w:r>
    </w:p>
    <w:p>
      <w:pPr>
        <w:spacing w:before="0" w:after="120" w:line="300" w:lineRule="exact"/>
        <w:jc w:val="both"/>
      </w:pPr>
      <w:r>
        <w:rPr>
          <w:rFonts w:ascii="Georgia" w:hAnsi="Georgia" w:cs="Georgia" w:eastAsia="Georgia"/>
          <w:b w:val="0"/>
          <w:i w:val="0"/>
          <w:sz w:val="22"/>
        </w:rPr>
        <w:t>The aforegoing is merely an infinitesimal spectre from the mountains and deluges of expert scientific evidence damning the Devil's Potions. The claims of the UK Wild Donkeys are debunked for their satanism. These Wild Donkeys have become the advertising agents for the Pharma Shayaateen. They should rid the earth of their unholy, treacherous presence. They satanically mismanipulate the Aayaat of the Qur'aan and Ahaadith to suit the narratives and plots of the human devils whose only objective in life is the boodle for which they are plotting their satanically abnormal 'new world order'. In so doing these UK Wild Donkeys are following in the footsteps of the ulama of Bani Israaeel of bygone times whom the Qur'aan severely castigates.</w:t>
      </w:r>
    </w:p>
    <w:p>
      <w:pPr>
        <w:spacing w:before="0" w:after="120" w:line="300" w:lineRule="exact"/>
        <w:jc w:val="both"/>
      </w:pPr>
      <w:r>
        <w:rPr>
          <w:rFonts w:ascii="Georgia" w:hAnsi="Georgia" w:cs="Georgia" w:eastAsia="Georgia"/>
          <w:b w:val="0"/>
          <w:i w:val="0"/>
          <w:sz w:val="22"/>
        </w:rPr>
        <w:t>Kufr Taqlid The degenerate state of the brains of these Humurum Mustanfirah is shockingly lamentable. In their kufr attempt to confer Qur'aanic Wujoob to those atheist scientists who peddle the wares of Bill Gates and his Pharma cartel of shayaateen, the Wild Donkeys say:</w:t>
      </w:r>
    </w:p>
    <w:p>
      <w:pPr>
        <w:spacing w:before="120" w:after="120" w:line="300" w:lineRule="exact"/>
        <w:ind w:left="720" w:right="720"/>
        <w:jc w:val="center"/>
      </w:pPr>
      <w:r>
        <w:rPr>
          <w:rFonts w:ascii="Georgia" w:hAnsi="Georgia" w:cs="Georgia" w:eastAsia="Georgia"/>
          <w:b w:val="0"/>
          <w:i/>
          <w:sz w:val="22"/>
        </w:rPr>
        <w:t>"Every new medicine or medical procedure might have long-term effects, but the scientist and medics always try to strike the right balance between what is needed now and what might, theoretically, happen in the future.</w:t>
      </w:r>
    </w:p>
    <w:p>
      <w:pPr>
        <w:spacing w:before="120" w:after="120" w:line="300" w:lineRule="exact"/>
        <w:ind w:left="720" w:right="720"/>
        <w:jc w:val="center"/>
      </w:pPr>
      <w:r>
        <w:rPr>
          <w:rFonts w:ascii="Georgia" w:hAnsi="Georgia" w:cs="Georgia" w:eastAsia="Georgia"/>
          <w:b w:val="0"/>
          <w:i/>
          <w:sz w:val="22"/>
        </w:rPr>
        <w:t>Further, like Muslim scholars, the scientists also differ with one another, so it is strongly recommended in the same spirit to follow the majority (jamhur) and consensus (ijma) opinions and avoid outlying ones. We have to trust and follow (taqlid) the experts who are qualified to deal with these subjects: "ask the people of the knowledge (ahl adh-dhikr) if you do not know", instructs the Qur'an (Qur'an 21:7)."</w:t>
      </w:r>
    </w:p>
    <w:p>
      <w:pPr>
        <w:spacing w:before="0" w:after="120" w:line="300" w:lineRule="exact"/>
        <w:jc w:val="both"/>
      </w:pPr>
      <w:r>
        <w:rPr>
          <w:rFonts w:ascii="Georgia" w:hAnsi="Georgia" w:cs="Georgia" w:eastAsia="Georgia"/>
          <w:b w:val="0"/>
          <w:i w:val="0"/>
          <w:sz w:val="22"/>
        </w:rPr>
        <w:t>The facts belie the attribution of altruism to the medical sorcerers and witches who practice in witchcraft of another brand more destructive than original sorcery/witchcraft. The talk of 'striking the right balance' is pure copro-rubbish. Thousands of atheist experts and scientists dismiss this satanic twaddle and have elaborately expounded the satanism underlying the concepts and plots of the Pharma Terrorists. Only morons and traitors such as the Wild Donkeys adopt deliberate blindness to avoid looking at the reality and truth of the massive plots which the Satanists are engineering. Regarding their plots, the Qur'aan Majeed says:</w:t>
      </w:r>
    </w:p>
    <w:p>
      <w:pPr>
        <w:spacing w:before="120" w:after="120" w:line="300" w:lineRule="exact"/>
        <w:ind w:left="720" w:right="720"/>
        <w:jc w:val="center"/>
      </w:pPr>
      <w:r>
        <w:rPr>
          <w:rFonts w:ascii="Georgia" w:hAnsi="Georgia" w:cs="Georgia" w:eastAsia="Georgia"/>
          <w:b w:val="0"/>
          <w:i/>
          <w:sz w:val="22"/>
        </w:rPr>
        <w:t>"Verily, their plots are such that even mountains move."</w:t>
      </w:r>
    </w:p>
    <w:p>
      <w:pPr>
        <w:spacing w:before="0" w:after="120" w:line="300" w:lineRule="exact"/>
        <w:jc w:val="both"/>
      </w:pPr>
      <w:r>
        <w:rPr>
          <w:rFonts w:ascii="Georgia" w:hAnsi="Georgia" w:cs="Georgia" w:eastAsia="Georgia"/>
          <w:b w:val="0"/>
          <w:i w:val="0"/>
          <w:sz w:val="22"/>
        </w:rPr>
        <w:t>Their monetary lusts and their lust for power and control over the lives and lands of nations have driven them over the precipice into satanic insanity which has no room for human considerations.</w:t>
      </w:r>
    </w:p>
    <w:p>
      <w:pPr>
        <w:spacing w:before="0" w:after="120" w:line="300" w:lineRule="exact"/>
        <w:jc w:val="both"/>
      </w:pPr>
      <w:r>
        <w:rPr>
          <w:rFonts w:ascii="Georgia" w:hAnsi="Georgia" w:cs="Georgia" w:eastAsia="Georgia"/>
          <w:b w:val="0"/>
          <w:i w:val="0"/>
          <w:sz w:val="22"/>
        </w:rPr>
        <w:t>With satanic temerity, these UK Wild Donkeys of minab confer the Qur'aanic concept of Taqleed to the atheist Pharma Terrorists. These rubbish Donkeys present the Qur'aanic Aayat commanding Taqleed as their basis for claiming that it is Waajib to make taqleed of Bill Gates and his Pharma Shayaateen. Now in the religion of the Wild Donkeys who flee from the Shariah of Allah Ta'ala, it is compulsory – Qur'aanically incumbent – to become sheep and to offer unequivocal taqleed to the vaccine terrorists. These morons driven to insanity by Takhabbutush Shaitaan advocate that Muslims should follow the vaccine Devils "in the same spirit" as we follow the Jamhur Fuqaha.</w:t>
      </w:r>
    </w:p>
    <w:p>
      <w:pPr>
        <w:spacing w:before="0" w:after="120" w:line="300" w:lineRule="exact"/>
        <w:jc w:val="both"/>
      </w:pPr>
      <w:r>
        <w:rPr>
          <w:rFonts w:ascii="Georgia" w:hAnsi="Georgia" w:cs="Georgia" w:eastAsia="Georgia"/>
          <w:b w:val="0"/>
          <w:i w:val="0"/>
          <w:sz w:val="22"/>
        </w:rPr>
        <w:t>Without the ability to apply their necrotized brains vermiculated by the touch and urine of Iblees, they most stupidly aver that Muslims should submit to the 'Ijmaa' (Consensus) of the Pharma gang of shayaateen. Should we momentarily entertain such a ludicrously baatil idea, we ask: Where and what is the 'ijmaa' of the medics relative to vaccines? Are they so blindly stupid to understand that there is a massive chasm of difference between the Pharma Terrorists and thousands of other scientists and doctors on the vaccine issue. Now what could have constrained these juhala to speak of 'ijma' in relation to the vaccine view? The answer is Takhabbutush Shaitaan.</w:t>
      </w:r>
    </w:p>
    <w:p>
      <w:pPr>
        <w:spacing w:before="0" w:after="120" w:line="300" w:lineRule="exact"/>
        <w:jc w:val="both"/>
      </w:pPr>
      <w:r>
        <w:rPr>
          <w:rFonts w:ascii="Georgia" w:hAnsi="Georgia" w:cs="Georgia" w:eastAsia="Georgia"/>
          <w:b w:val="0"/>
          <w:i w:val="0"/>
          <w:sz w:val="22"/>
        </w:rPr>
        <w:t>The satanic attempt to give Qur'aanic credibility to their peddled taqleed of the atheist vaccine shayaateen is such KUFR which has expelled them from the fold of Islam. They have shockingly cited the Qur'aan as the basis for their propagation of the idea that it is Waajib to submit to the vaccine gang. They have deracinated their Imaan. They need to renew Imaan and their Nikah. Salaat behind these Wild Donkeys is not valid.</w:t>
      </w:r>
    </w:p>
    <w:p>
      <w:pPr>
        <w:spacing w:before="0" w:after="120" w:line="300" w:lineRule="exact"/>
        <w:jc w:val="both"/>
      </w:pPr>
      <w:r>
        <w:rPr>
          <w:rFonts w:ascii="Georgia" w:hAnsi="Georgia" w:cs="Georgia" w:eastAsia="Georgia"/>
          <w:b w:val="0"/>
          <w:i w:val="0"/>
          <w:sz w:val="22"/>
        </w:rPr>
        <w:t>In a palpably baseless claim they aver that the view of the opponents of Shaitaan's Potion, is an 'outlying one'.</w:t>
      </w:r>
    </w:p>
    <w:p>
      <w:pPr>
        <w:spacing w:before="0" w:after="120" w:line="300" w:lineRule="exact"/>
        <w:jc w:val="both"/>
      </w:pPr>
      <w:r>
        <w:rPr>
          <w:rFonts w:ascii="Georgia" w:hAnsi="Georgia" w:cs="Georgia" w:eastAsia="Georgia"/>
          <w:b w:val="0"/>
          <w:i w:val="0"/>
          <w:sz w:val="22"/>
        </w:rPr>
        <w:t>In fact the opposite is the 'outlying one'. The anti-vaccine opinion is the majority one notwithstanding the attempts of the mainstream media to diminish or even negate the importance and significance of the contrary view. The mainstream satanic media have not succeeded in their plot to suppress the opinion of the majority of experts. One is constrained to opine that these Wild Donkeys fleeing from the Shariah are worse than khanaazeer. They are a most treacherous cartel of thugs who rob ignorant and unwary Muslims of their Imaan. They are the worst type of aimmah mudhilleen whom our Nabi (Sallallahu alayhi wasallam) feared more than Dajjal.</w:t>
      </w:r>
    </w:p>
    <w:p>
      <w:pPr>
        <w:spacing w:before="120" w:after="120" w:line="300" w:lineRule="exact"/>
        <w:ind w:left="720" w:right="720"/>
        <w:jc w:val="center"/>
      </w:pPr>
      <w:r>
        <w:rPr>
          <w:rFonts w:ascii="Georgia" w:hAnsi="Georgia" w:cs="Georgia" w:eastAsia="Georgia"/>
          <w:b w:val="0"/>
          <w:i/>
          <w:sz w:val="22"/>
        </w:rPr>
        <w:t>Dancing to the beat of their atheist paymasters, the UK Wild Donkeys lament: "…there are other conspiracy theories and 'fake news' that are going around………Social media is spammed with information overload by those who are neither experts in the field nor have tried to verify the source of the information received."</w:t>
      </w:r>
    </w:p>
    <w:p>
      <w:pPr>
        <w:spacing w:before="0" w:after="120" w:line="300" w:lineRule="exact"/>
        <w:jc w:val="both"/>
      </w:pPr>
      <w:r>
        <w:rPr>
          <w:rFonts w:ascii="Georgia" w:hAnsi="Georgia" w:cs="Georgia" w:eastAsia="Georgia"/>
          <w:b w:val="0"/>
          <w:i w:val="0"/>
          <w:sz w:val="22"/>
        </w:rPr>
        <w:t>Are these Wild Donkeys of minab 'experts in the field'? What are their credentials for masquerading as 'experts'? What is their basis for their Pharma fed averment that the conspiracy facts (not theories) and information are baseless? The innumerable articles and books published by experts in the field thoroughly debunk the effluvium of falsehood excreted by the Wild Donkeys. If these satanic Donkeys consider themselves to be experts in the field, they should scientifically, logically and academically examine and refute the convincing narratives of the experts who provide the facts regarding the plots and conspiracies of the Pharma Satanists.</w:t>
      </w:r>
    </w:p>
    <w:p>
      <w:pPr>
        <w:spacing w:before="0" w:after="120" w:line="300" w:lineRule="exact"/>
        <w:jc w:val="both"/>
      </w:pPr>
      <w:r>
        <w:rPr>
          <w:rFonts w:ascii="Georgia" w:hAnsi="Georgia" w:cs="Georgia" w:eastAsia="Georgia"/>
          <w:b w:val="0"/>
          <w:i w:val="0"/>
          <w:sz w:val="22"/>
        </w:rPr>
        <w:t>Since the minab UK Wild Donkeys are peddling an agenda provided by the plotters whose conspiracies "move mountains", nothing better than bootlicking can be expected from these vile molvis who have the hearts of wolves. An arbitrary dismissal of the information pertaining to the Pharma conspiracies is devoid of substance. Every claim must be rationally and scientifically refuted to accord the refutation a responsive ear. Every intelligent person understands the plot underlying the covid 'pandemic'. It is palpably clear that the sinister immediate objective for which this massive and grotesque fraud has been committed world-wide is the multi-billion dollar vaccine boodle prize.</w:t>
      </w:r>
    </w:p>
    <w:p>
      <w:pPr>
        <w:spacing w:before="0" w:after="120" w:line="300" w:lineRule="exact"/>
        <w:jc w:val="both"/>
      </w:pPr>
      <w:r>
        <w:rPr>
          <w:rFonts w:ascii="Georgia" w:hAnsi="Georgia" w:cs="Georgia" w:eastAsia="Georgia"/>
          <w:b w:val="0"/>
          <w:i w:val="0"/>
          <w:sz w:val="22"/>
        </w:rPr>
        <w:t>These Wild Donkeys have descended to despicable levels tantamount to kufr in their vaccine advertising campaign on behalf of the atheist Pharma cartel. Dragging the Qur'aan Majeed into their dishonest campaign, they say:</w:t>
      </w:r>
    </w:p>
    <w:p>
      <w:pPr>
        <w:spacing w:before="120" w:after="120" w:line="300" w:lineRule="exact"/>
        <w:ind w:left="720" w:right="720"/>
        <w:jc w:val="center"/>
      </w:pPr>
      <w:r>
        <w:rPr>
          <w:rFonts w:ascii="Georgia" w:hAnsi="Georgia" w:cs="Georgia" w:eastAsia="Georgia"/>
          <w:b w:val="0"/>
          <w:i/>
          <w:sz w:val="22"/>
        </w:rPr>
        <w:t>"We are going against the commandment of Allah and His Messenger (peace be on him) and causing confusion and potentially division in society. The Qur'an says: 'O Believers, if there comes to you a disobedient one with information, investigate, lest you harm a people out of ignorance and become, over what you have done, regretful.' (Qur'an 49:6)</w:t>
      </w:r>
    </w:p>
    <w:p>
      <w:pPr>
        <w:spacing w:before="0" w:after="120" w:line="300" w:lineRule="exact"/>
        <w:jc w:val="both"/>
      </w:pPr>
      <w:r>
        <w:rPr>
          <w:rFonts w:ascii="Georgia" w:hAnsi="Georgia" w:cs="Georgia" w:eastAsia="Georgia"/>
          <w:b w:val="0"/>
          <w:i w:val="0"/>
          <w:sz w:val="22"/>
        </w:rPr>
        <w:t>Confusion and deception are being perpetrated by the UK Wild Donkeys. They are the satanic culprits to whom applies the aforementioned Aayat which they have cited. They who lap up whatever the atheists din into their ears come fully within the purview of this Qur'aanic Aayat. The sinister objective of their pursuit constrains them to intransigently refute the vast armoury of facts and information which the anti-Pharma experts have presented to substantiate their conspiracy claims.</w:t>
      </w:r>
    </w:p>
    <w:p>
      <w:r>
        <w:br w:type="page"/>
      </w:r>
    </w:p>
    <w:p>
      <w:pPr>
        <w:pStyle w:val="Heading1"/>
        <w:spacing w:before="360" w:after="200" w:line="300" w:lineRule="exact"/>
        <w:jc w:val="center"/>
      </w:pPr>
      <w:r>
        <w:rPr>
          <w:rFonts w:ascii="Georgia" w:hAnsi="Georgia" w:cs="Georgia" w:eastAsia="Georgia"/>
          <w:b/>
          <w:i w:val="0"/>
          <w:color w:val="1F3864"/>
          <w:sz w:val="32"/>
        </w:rPr>
        <w:t>Lives at risk?</w:t>
      </w:r>
    </w:p>
    <w:p>
      <w:pPr>
        <w:spacing w:before="0" w:after="120" w:line="300" w:lineRule="exact"/>
        <w:jc w:val="both"/>
      </w:pPr>
      <w:r>
        <w:rPr>
          <w:rFonts w:ascii="Georgia" w:hAnsi="Georgia" w:cs="Georgia" w:eastAsia="Georgia"/>
          <w:b w:val="0"/>
          <w:i w:val="0"/>
          <w:sz w:val="22"/>
        </w:rPr>
        <w:t>Another stupid claim devoid of any Shar'i basis stated by the Wild Donkeys is their averment:</w:t>
      </w:r>
    </w:p>
    <w:p>
      <w:pPr>
        <w:spacing w:before="120" w:after="120" w:line="300" w:lineRule="exact"/>
        <w:ind w:left="720" w:right="720"/>
        <w:jc w:val="center"/>
      </w:pPr>
      <w:r>
        <w:rPr>
          <w:rFonts w:ascii="Georgia" w:hAnsi="Georgia" w:cs="Georgia" w:eastAsia="Georgia"/>
          <w:b w:val="0"/>
          <w:i/>
          <w:sz w:val="22"/>
        </w:rPr>
        <w:t>"We are potentially putting the lives of others at risk, in particular those who are at greater risk of catching covid.</w:t>
      </w:r>
    </w:p>
    <w:p>
      <w:pPr>
        <w:spacing w:before="120" w:after="120" w:line="300" w:lineRule="exact"/>
        <w:ind w:left="720" w:right="720"/>
        <w:jc w:val="center"/>
      </w:pPr>
      <w:r>
        <w:rPr>
          <w:rFonts w:ascii="Georgia" w:hAnsi="Georgia" w:cs="Georgia" w:eastAsia="Georgia"/>
          <w:b w:val="0"/>
          <w:i/>
          <w:sz w:val="22"/>
        </w:rPr>
        <w:t>We all have a responsibility to take care of one another, which is something our religion, Islam, places an enormous emphasis on. The famous prophetic tradition states: "There is no causing harm or reciprocating harm"</w:t>
      </w:r>
    </w:p>
    <w:p>
      <w:pPr>
        <w:spacing w:before="0" w:after="120" w:line="300" w:lineRule="exact"/>
        <w:jc w:val="both"/>
      </w:pPr>
      <w:r>
        <w:rPr>
          <w:rFonts w:ascii="Georgia" w:hAnsi="Georgia" w:cs="Georgia" w:eastAsia="Georgia"/>
          <w:b w:val="0"/>
          <w:i w:val="0"/>
          <w:sz w:val="22"/>
        </w:rPr>
        <w:t>(Ibn Majah)."</w:t>
      </w:r>
    </w:p>
    <w:p>
      <w:pPr>
        <w:spacing w:before="0" w:after="120" w:line="300" w:lineRule="exact"/>
        <w:jc w:val="both"/>
      </w:pPr>
      <w:r>
        <w:rPr>
          <w:rFonts w:ascii="Georgia" w:hAnsi="Georgia" w:cs="Georgia" w:eastAsia="Georgia"/>
          <w:b w:val="0"/>
          <w:i w:val="0"/>
          <w:sz w:val="22"/>
        </w:rPr>
        <w:t>On the contrary it is Waajib to inform people, especially the sick, to abstain from the potion of Shaitaan. Deceiving people and tricking them into vaccination is a capital crime. In their support for the Pharma vaccine gang, the U.K. Wild Donkeys are on the precipice of kufr or perhaps they have already ventured into the domain of kufr with their vaccine advocacy. The harms and dangers of the vaccines have been convincingly proven by experts in the field. But, these miserable Wild Donkeys are mismanipulating the Qur'aan Majeed for a despicable objective, for appeasing the government – hub-e-jaah and hub-e-maal. These were the satanic maladies of the Ulama of Bani Israaeel in whose footsteps the molvis and sheikhs of this Ummah are treading to achieve whatever chimera the government and other sinister forces are dangling infront of them.</w:t>
      </w:r>
    </w:p>
    <w:p>
      <w:pPr>
        <w:spacing w:before="0" w:after="120" w:line="300" w:lineRule="exact"/>
        <w:jc w:val="both"/>
      </w:pPr>
      <w:r>
        <w:rPr>
          <w:rFonts w:ascii="Georgia" w:hAnsi="Georgia" w:cs="Georgia" w:eastAsia="Georgia"/>
          <w:b w:val="0"/>
          <w:i w:val="0"/>
          <w:sz w:val="22"/>
        </w:rPr>
        <w:t>Abstention from valid, lawful medical treatment is not the sabab or the cause of death. Death arrives at its appointed moment. Even lawful medicine cannot delay Maut by a moment. When this is the case despite the permissibility of resorting to lawful medicine, what conclusion is to be drawn from the moronic advice and insistence to use haraam, harmful potions – concoctions of Iblees – for sickness, and even for inducing sickness in healthy persons?</w:t>
      </w:r>
    </w:p>
    <w:p>
      <w:pPr>
        <w:spacing w:before="0" w:after="120" w:line="300" w:lineRule="exact"/>
        <w:jc w:val="both"/>
      </w:pPr>
      <w:r>
        <w:rPr>
          <w:rFonts w:ascii="Georgia" w:hAnsi="Georgia" w:cs="Georgia" w:eastAsia="Georgia"/>
          <w:b w:val="0"/>
          <w:i w:val="0"/>
          <w:sz w:val="22"/>
        </w:rPr>
        <w:t>Rasulullah (Sallallahu alayhi wasallam) and the Sahaabah did not place people at risk of becoming infected with the disease or at the risk of death when during epidemics they huddled together in the Musaajid supplicating to Allah Ta'ala. Not a single attempt was made to adopt any measure in an effort to stem the tide of the epidemic. The epidemic runs its divinely decreed course against which no physical means were adopted. The only reaction was Sabr and Dua. The only reaction was Sabr and Dua. The nifaaq of these Wild Donkeys is quite apparent from their accordance of a Qur'aanic pedestal for the haraam, satanism of the atheists.</w:t>
      </w:r>
    </w:p>
    <w:p>
      <w:pPr>
        <w:pStyle w:val="Heading3"/>
        <w:spacing w:before="200" w:after="120" w:line="300" w:lineRule="exact"/>
        <w:jc w:val="left"/>
      </w:pPr>
      <w:r>
        <w:rPr>
          <w:rFonts w:ascii="Georgia" w:hAnsi="Georgia" w:cs="Georgia" w:eastAsia="Georgia"/>
          <w:b/>
          <w:i w:val="0"/>
          <w:color w:val="2E74B5"/>
          <w:sz w:val="24"/>
        </w:rPr>
        <w:t>Islamophobia?</w:t>
      </w:r>
    </w:p>
    <w:p>
      <w:pPr>
        <w:spacing w:before="0" w:after="120" w:line="300" w:lineRule="exact"/>
        <w:jc w:val="both"/>
      </w:pPr>
      <w:r>
        <w:rPr>
          <w:rFonts w:ascii="Georgia" w:hAnsi="Georgia" w:cs="Georgia" w:eastAsia="Georgia"/>
          <w:b w:val="0"/>
          <w:i w:val="0"/>
          <w:sz w:val="22"/>
        </w:rPr>
        <w:t>The Wild Donkeys of minab arrogantly flaunting their jahaalat say:</w:t>
      </w:r>
    </w:p>
    <w:p>
      <w:pPr>
        <w:spacing w:before="120" w:after="120" w:line="300" w:lineRule="exact"/>
        <w:ind w:left="720" w:right="720"/>
        <w:jc w:val="center"/>
      </w:pPr>
      <w:r>
        <w:rPr>
          <w:rFonts w:ascii="Georgia" w:hAnsi="Georgia" w:cs="Georgia" w:eastAsia="Georgia"/>
          <w:b w:val="0"/>
          <w:i/>
          <w:sz w:val="22"/>
        </w:rPr>
        <w:t>"We are potentially bringing disrepute to Islam. We do not want to fan the flames of Islamophobia and give rise to scapegoating communities as we continuously saw during last year."</w:t>
      </w:r>
    </w:p>
    <w:p>
      <w:pPr>
        <w:spacing w:before="0" w:after="120" w:line="300" w:lineRule="exact"/>
        <w:jc w:val="both"/>
      </w:pPr>
      <w:r>
        <w:rPr>
          <w:rFonts w:ascii="Georgia" w:hAnsi="Georgia" w:cs="Georgia" w:eastAsia="Georgia"/>
          <w:b w:val="0"/>
          <w:i w:val="0"/>
          <w:sz w:val="22"/>
        </w:rPr>
        <w:t>You morons are bringing disrepute to Islam with your fisq and kufr. Misdeeds of Muslims have fanned and are fanning the flames of Islamophobia. Bootlicking and hind licking are not the answers for Islamophobia.</w:t>
      </w:r>
    </w:p>
    <w:p>
      <w:pPr>
        <w:spacing w:before="0" w:after="120" w:line="300" w:lineRule="exact"/>
        <w:jc w:val="both"/>
      </w:pPr>
      <w:r>
        <w:rPr>
          <w:rFonts w:ascii="Georgia" w:hAnsi="Georgia" w:cs="Georgia" w:eastAsia="Georgia"/>
          <w:b w:val="0"/>
          <w:i w:val="0"/>
          <w:sz w:val="22"/>
        </w:rPr>
        <w:t>'Islamophobia' is in fact an Athaab from Allah Ta'ala. This punishment cannot be averted by bootlicking, deceit and selling Imaan and the Shariah to appease the kuffaar. Islamophobia is a consequence of gross and flagrant fisq and fujoor of Muslims. 'Muslims' have become non-Muslims in both belief and deed. The Aqaaid (Beliefs) of Muslims are absolutely corrupt. This is evidenced by the Imaani corruption of even Ulama. As far as deeds are concerned, the Ummah is absolutely rotten to the core. Almost all activities and practices which are haraam according to the Shariah have been halaalized by the evil molvis and sheikhs of the Wild Donkey category.</w:t>
      </w:r>
    </w:p>
    <w:p>
      <w:pPr>
        <w:spacing w:before="0" w:after="120" w:line="300" w:lineRule="exact"/>
        <w:jc w:val="both"/>
      </w:pPr>
      <w:r>
        <w:rPr>
          <w:rFonts w:ascii="Georgia" w:hAnsi="Georgia" w:cs="Georgia" w:eastAsia="Georgia"/>
          <w:b w:val="0"/>
          <w:i w:val="0"/>
          <w:sz w:val="22"/>
        </w:rPr>
        <w:t>The deviation of the Ulama is a universal disease. The fisq and fujoor, bid'ah and kufr of the ulama have opened the floodgates of fisq, fujoor, bid'ah and kufr for the masses of the Ummah. There remains no true Islam in the hearts and lives of Muslims. The following Hadith narrated by Hadhrat Abdullah Bin Amr (Radhiyallahu anhu) very aptly sums up the rotten condition of the Ummah in this era:</w:t>
      </w:r>
    </w:p>
    <w:p>
      <w:pPr>
        <w:spacing w:before="120" w:after="120" w:line="300" w:lineRule="exact"/>
        <w:ind w:left="720" w:right="720"/>
        <w:jc w:val="center"/>
      </w:pPr>
      <w:r>
        <w:rPr>
          <w:rFonts w:ascii="Georgia" w:hAnsi="Georgia" w:cs="Georgia" w:eastAsia="Georgia"/>
          <w:b w:val="0"/>
          <w:i/>
          <w:sz w:val="22"/>
        </w:rPr>
        <w:t>"There will dawn an era when the people will gather in their Musaajid and perform Salaat while not a single one will be a Mu'min."</w:t>
      </w:r>
    </w:p>
    <w:p>
      <w:pPr>
        <w:spacing w:before="0" w:after="120" w:line="300" w:lineRule="exact"/>
        <w:jc w:val="both"/>
      </w:pPr>
      <w:r>
        <w:rPr>
          <w:rFonts w:ascii="Georgia" w:hAnsi="Georgia" w:cs="Georgia" w:eastAsia="Georgia"/>
          <w:b w:val="0"/>
          <w:i w:val="0"/>
          <w:sz w:val="22"/>
        </w:rPr>
        <w:t>Just look at the evil, devilish transformation of the Musaajid which have been converted into weird temples where the entire Sunnah has been crushed and murdered by molvis and sheikhs who are thorough, purebred munaafiqeen. They purport to be ulama, but call on the kuffaar authorities to close the Musaajid. They spy on Muslims who are upholding the Sunnah, reporting them to the kuffaar authorities. Muslim communities all over the world are teeming with munaafiqeen spies of the gutter kind.</w:t>
      </w:r>
    </w:p>
    <w:p>
      <w:pPr>
        <w:spacing w:before="0" w:after="120" w:line="300" w:lineRule="exact"/>
        <w:jc w:val="both"/>
      </w:pPr>
      <w:r>
        <w:rPr>
          <w:rFonts w:ascii="Georgia" w:hAnsi="Georgia" w:cs="Georgia" w:eastAsia="Georgia"/>
          <w:b w:val="0"/>
          <w:i w:val="0"/>
          <w:sz w:val="22"/>
        </w:rPr>
        <w:t>In the wake of the villainy – fisq, fujoor, bid'ah and kufr – of Muslims, comes the mild punishment of Islamophobia. Muslim women who are subjected to Islamophobia attacks in the public domain are fully qualified for this punishment. They well deserve it. The moronesses believe that they are observing Hijaab in the public domain merely because they don deceptive headscarves. Their hearts are bereft of any semblance of Hijaab, hence they prowl around in the public. They have no right to complain when assaulted by kuffaar savages.</w:t>
      </w:r>
    </w:p>
    <w:p>
      <w:pPr>
        <w:spacing w:before="0" w:after="120" w:line="300" w:lineRule="exact"/>
        <w:jc w:val="both"/>
      </w:pPr>
      <w:r>
        <w:rPr>
          <w:rFonts w:ascii="Georgia" w:hAnsi="Georgia" w:cs="Georgia" w:eastAsia="Georgia"/>
          <w:b w:val="0"/>
          <w:i w:val="0"/>
          <w:sz w:val="22"/>
        </w:rPr>
        <w:t>Fisq and fujoor have become integral constituents of the everyday life of Muslims. The solution for Islamophobia and for all other kinds of calamities which have befallen this Ummah is Inaabat ilallaah, i.e. to turn unto Allah Ta'ala in repentance and to reform ourselves in every department of Islam. Our beliefs and practices are absolutely corrupt and haraam. Today nothing remains of the Islam of the Sahaabah.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"Soon will a time dawn when nothing of Islam will remain but its name. Nothing of the Qur'aan will remain but its text. The Musaajid will be beautiful ornate structures, but devoid of Huda (Islamic Guidance). The Ulama will be the most evil of the people under the canopy of the sky. From them will emerge fitnah, and the fitnah will rebound on them."</w:t>
      </w:r>
    </w:p>
    <w:p>
      <w:pPr>
        <w:spacing w:before="0" w:after="120" w:line="300" w:lineRule="exact"/>
        <w:jc w:val="both"/>
      </w:pPr>
      <w:r>
        <w:rPr>
          <w:rFonts w:ascii="Georgia" w:hAnsi="Georgia" w:cs="Georgia" w:eastAsia="Georgia"/>
          <w:b w:val="0"/>
          <w:i w:val="0"/>
          <w:sz w:val="22"/>
        </w:rPr>
        <w:t>The most disreputable members of this Ummah today are the ulama-e-soo' who excel in bootlicking and hindlicking of the kuffaar. These Wild Donkeys fleeing from the Shariah have ruined the Ummah. They excel in the satanic art of undermining the Deen. Shaitaan has recruited the Wild Donkeys to execute his pernicious scheme to ruin this Ummah and to destroy its Deen.</w:t>
      </w:r>
    </w:p>
    <w:p>
      <w:pPr>
        <w:spacing w:before="0" w:after="120" w:line="300" w:lineRule="exact"/>
        <w:jc w:val="both"/>
      </w:pPr>
      <w:r>
        <w:rPr>
          <w:rFonts w:ascii="Georgia" w:hAnsi="Georgia" w:cs="Georgia" w:eastAsia="Georgia"/>
          <w:b w:val="0"/>
          <w:i w:val="0"/>
          <w:sz w:val="22"/>
        </w:rPr>
        <w:t>Practicing the Sunnah does not bring disrepute to Islam. Abandonment of the Sunnah brings disgrace and disrepute to Muslims. With their bootlicking they sully the Face of Islam. The bootlicking and hindlicking of these Wild Donkeys of minab are occasioned by their crave for aggrandizement and haraam boodle, and they believe that these worldly crumbs are obtainable from only the kuffaar. Regarding the bootlicking of the Wild Donkeys, the Qur'aan Majeed says:</w:t>
      </w:r>
    </w:p>
    <w:p>
      <w:pPr>
        <w:spacing w:before="120" w:after="120" w:line="300" w:lineRule="exact"/>
        <w:ind w:left="720" w:right="720"/>
        <w:jc w:val="center"/>
      </w:pPr>
      <w:r>
        <w:rPr>
          <w:rFonts w:ascii="Georgia" w:hAnsi="Georgia" w:cs="Georgia" w:eastAsia="Georgia"/>
          <w:b w:val="0"/>
          <w:i/>
          <w:sz w:val="22"/>
        </w:rPr>
        <w:t>"Convey to the munaafiqeen the tidings that for them awaits a painful chastisement. They are those who betake the kaafireen as friends besides the Mu'mineen. What! Do they search for Izzat (honour/respect) from them? Verily, all Izzat belongs to only Allah." (An-Nisaa', 138, 139)</w:t>
      </w:r>
    </w:p>
    <w:p>
      <w:pPr>
        <w:spacing w:before="120" w:after="120" w:line="300" w:lineRule="exact"/>
        <w:ind w:left="720" w:right="720"/>
        <w:jc w:val="center"/>
      </w:pPr>
      <w:r>
        <w:rPr>
          <w:rFonts w:ascii="Georgia" w:hAnsi="Georgia" w:cs="Georgia" w:eastAsia="Georgia"/>
          <w:b w:val="0"/>
          <w:i/>
          <w:sz w:val="22"/>
        </w:rPr>
        <w:t>"And, Izzat belongs to Allah, His Rasool and the</w:t>
      </w:r>
    </w:p>
    <w:p>
      <w:pPr>
        <w:spacing w:before="120" w:after="120" w:line="300" w:lineRule="exact"/>
        <w:ind w:left="720" w:right="720"/>
        <w:jc w:val="center"/>
      </w:pPr>
      <w:r>
        <w:rPr>
          <w:rFonts w:ascii="Georgia" w:hAnsi="Georgia" w:cs="Georgia" w:eastAsia="Georgia"/>
          <w:b w:val="0"/>
          <w:i/>
          <w:sz w:val="22"/>
        </w:rPr>
        <w:t>Mu'mineen, but the munaafiqeen do not know."</w:t>
      </w:r>
    </w:p>
    <w:p>
      <w:pPr>
        <w:spacing w:before="120" w:after="120" w:line="300" w:lineRule="exact"/>
        <w:ind w:left="720" w:right="720"/>
        <w:jc w:val="center"/>
      </w:pPr>
      <w:r>
        <w:rPr>
          <w:rFonts w:ascii="Georgia" w:hAnsi="Georgia" w:cs="Georgia" w:eastAsia="Georgia"/>
          <w:b w:val="0"/>
          <w:i/>
          <w:sz w:val="22"/>
        </w:rPr>
        <w:t>(Al-Munaafiqoon, Aayat 8)</w:t>
      </w:r>
    </w:p>
    <w:p>
      <w:pPr>
        <w:spacing w:before="0" w:after="120" w:line="300" w:lineRule="exact"/>
        <w:jc w:val="both"/>
      </w:pPr>
      <w:r>
        <w:rPr>
          <w:rFonts w:ascii="Georgia" w:hAnsi="Georgia" w:cs="Georgia" w:eastAsia="Georgia"/>
          <w:b w:val="0"/>
          <w:i w:val="0"/>
          <w:sz w:val="22"/>
        </w:rPr>
        <w:t>Izzat is in strict adherence to the Sunnah. Allah Ta'ala bestows dignity, honour and awe to the Mu'mineen, and they are only those who follow the Sunnah. Bootlickers such as these Wild Donkeys are disgraceful vermin and spineless epistasis. About these hindlickers, Rasulullah (Sallallahu alayhi wasallam) said that they will emulate and follow the Yahood and Nasaara right into the "lizard's hole". Everything disgraceful and harmful of the Yahood and Nasaara will be adopted by the Wild Donkeys and considered to be honourable.</w:t>
      </w:r>
    </w:p>
    <w:p>
      <w:pPr>
        <w:spacing w:before="0" w:after="120" w:line="300" w:lineRule="exact"/>
        <w:jc w:val="both"/>
      </w:pPr>
      <w:r>
        <w:rPr>
          <w:rFonts w:ascii="Georgia" w:hAnsi="Georgia" w:cs="Georgia" w:eastAsia="Georgia"/>
          <w:b w:val="0"/>
          <w:i w:val="0"/>
          <w:sz w:val="22"/>
        </w:rPr>
        <w:t>They should hang their heads in shame or get rid of themselves to purify the Ummah rotting with the cancerous gangrene of their fisq, fujoor, bid'ah and kufr. Is it the obligation or the function of Ulama to become advertisers and promoters of the satanic vaccine on behalf of Bill Gates and the Pharma Satanists? Did these Hufaalah (Rubbishes) study Qur'aan Tafseer, Bukhaari and Muslim to become shaitaani agents to peddle the vaccine wares of the Satanists? Is this the Maqsood of Ilm-e-Deen?</w:t>
      </w:r>
    </w:p>
    <w:p>
      <w:pPr>
        <w:spacing w:before="0" w:after="120" w:line="300" w:lineRule="exact"/>
        <w:jc w:val="both"/>
      </w:pPr>
      <w:r>
        <w:rPr>
          <w:rFonts w:ascii="Georgia" w:hAnsi="Georgia" w:cs="Georgia" w:eastAsia="Georgia"/>
          <w:b w:val="0"/>
          <w:i w:val="0"/>
          <w:sz w:val="22"/>
        </w:rPr>
        <w:t>Their convoluted interpretation of Qur'aanic Aayaat to confer Qur'aanic status and acceptance to the vaccine and shaitaani concepts of the Yahood and Nasaara portrays their nifaaq and perfidy. They have trespassed all limits of perfidy in their endeavour to vindicate the shaitaani vaccines of the Pharma shayaateen. Just reflect! The Qur'aan was revealed to guide mankind to the Aakhirah. But these human devils masquerading as ulama, mangle and mutilate the sacred Aayaat to bestow a divine pedestal to rijs. They cannot conceal their nifaaq and kufr with the niqaab of Iblees which the Pharma Satanists have fitted on to their obnoxious faces.</w:t>
      </w:r>
    </w:p>
    <w:p>
      <w:pPr>
        <w:spacing w:before="120" w:after="120" w:line="300" w:lineRule="exact"/>
        <w:ind w:left="720" w:right="720"/>
        <w:jc w:val="center"/>
      </w:pPr>
      <w:r>
        <w:rPr>
          <w:rFonts w:ascii="Georgia" w:hAnsi="Georgia" w:cs="Georgia" w:eastAsia="Georgia"/>
          <w:b w:val="0"/>
          <w:i/>
          <w:sz w:val="22"/>
        </w:rPr>
        <w:t>The Wild Donkeys say: "We are giving the impression that somehow Muslims don't believe in a treatment or that Muslims are perpetrators of misinformation."</w:t>
      </w:r>
    </w:p>
    <w:p>
      <w:pPr>
        <w:spacing w:before="0" w:after="120" w:line="300" w:lineRule="exact"/>
        <w:jc w:val="both"/>
      </w:pPr>
      <w:r>
        <w:rPr>
          <w:rFonts w:ascii="Georgia" w:hAnsi="Georgia" w:cs="Georgia" w:eastAsia="Georgia"/>
          <w:b w:val="0"/>
          <w:i w:val="0"/>
          <w:sz w:val="22"/>
        </w:rPr>
        <w:t>These Wild Donkeys of minab fleeing from the Shariah are the worst perpetrators of misinformation. They misinform the world of the meaning and objective of Islam. The smattering of their scrap knowledge about vaccines is an augmentation of their own jahaalat by the misinformation fed to them by the Pharma Satanists whom they worship and bootlick in pursuance of their despicable worldly and nafsaani goals.</w:t>
      </w:r>
    </w:p>
    <w:p>
      <w:pPr>
        <w:spacing w:before="0" w:after="120" w:line="300" w:lineRule="exact"/>
        <w:jc w:val="both"/>
      </w:pPr>
      <w:r>
        <w:rPr>
          <w:rFonts w:ascii="Georgia" w:hAnsi="Georgia" w:cs="Georgia" w:eastAsia="Georgia"/>
          <w:b w:val="0"/>
          <w:i w:val="0"/>
          <w:sz w:val="22"/>
        </w:rPr>
        <w:t>The charge that Muslims "don't believe in a treatment', is a satanic canard. What is the basis for this blatant falsehood? Yes, Muslims do not believe in satanism. Vaccines are part of shaitaaniyat. Rejection of satanism is not synonymous with rejection of treatment. Muslims are saying that it is incumbent to abstain from filth and haraam. Rasulullah (Sallallahu alayhi wasallam) said: "Allah did not create the cure of my Ummah in things made haraam from them." Innumerable experts have highlighted the satanism of vaccines with irrefutable evidence – evidence which the vaccine cartel has failed to neutralize. The only reaction of the Satanists is a summary, stupid dismissal of the claims of the anti-vaccine scientists and experts. While the latter present facts, figures, medical and scientific evidence to debunk the falsehood of the vaccine Satanists, these inhuman creatures have failed to vindicate their position rationally and scientifically.</w:t>
      </w:r>
    </w:p>
    <w:p>
      <w:pPr>
        <w:spacing w:before="0" w:after="120" w:line="300" w:lineRule="exact"/>
        <w:jc w:val="both"/>
      </w:pPr>
      <w:r>
        <w:rPr>
          <w:rFonts w:ascii="Georgia" w:hAnsi="Georgia" w:cs="Georgia" w:eastAsia="Georgia"/>
          <w:b w:val="0"/>
          <w:i w:val="0"/>
          <w:sz w:val="22"/>
        </w:rPr>
        <w:t>In support of the Pharma Satanists, the minab Wild Donkeys proffer the Qur'aanic Aayat: "Ask the people of knowledge if you do not know." To understand the filth and poison of vaccines, it is ludicrous to turn to the juhhaal bootlickers of minab. They are conspicuous serfs of the Pharma Cartel. Added to their ignorance is their blatantly worldly agenda which constrains them to manipulate the Qur'aan and Hadith – the Deen – for the attainment of their despicable objectives. They are adequately depicted in the Hadith which mentions that among the signs of Qiyaamah will be molvis, sheikhs and imams who will "search for the dunya with the acts of the Deen." Thus, it is observed that these moron scholars for dollars using the Qur'aan and Hadith to ply their despicable trade, perfidiously selling the Deen to promote the Devil's Potions on behalf of their Pharma Satanist bosses and the government for the contemptible gains of the dunya.</w:t>
      </w:r>
    </w:p>
    <w:p>
      <w:pPr>
        <w:spacing w:before="0" w:after="120" w:line="300" w:lineRule="exact"/>
        <w:jc w:val="both"/>
      </w:pPr>
      <w:r>
        <w:rPr>
          <w:rFonts w:ascii="Georgia" w:hAnsi="Georgia" w:cs="Georgia" w:eastAsia="Georgia"/>
          <w:b w:val="0"/>
          <w:i w:val="0"/>
          <w:sz w:val="22"/>
        </w:rPr>
        <w:t>The Muslim community in the UK as well as all over the world grovels in filth and immorality, in bid'ah and kufr. Instead of engaging in genuine Amr Bil Ma'roof Nahyi Anil Munkar in a sincere endeavour to guide Muslims back to Siraatul Mustaqeem, these vile Wild Donkeys fleeing from the Deen divert their energy to advertise the Potion of Shaitaan. They excel in their profession of subverting Islam to portray of the Deen a picture pliant to the concepts and tastes of the kuffaar. But the immiscibility of Islam precludes the slightest immitigability of any of its Aqaaid and Ahkaam. There is no latitude in the Shariah for shaitaani rijs and haraam.</w:t>
      </w:r>
    </w:p>
    <w:p>
      <w:r>
        <w:br w:type="page"/>
      </w:r>
    </w:p>
    <w:p>
      <w:pPr>
        <w:pStyle w:val="Heading1"/>
        <w:spacing w:before="360" w:after="200" w:line="300" w:lineRule="exact"/>
        <w:jc w:val="center"/>
      </w:pPr>
      <w:r>
        <w:rPr>
          <w:rFonts w:ascii="Georgia" w:hAnsi="Georgia" w:cs="Georgia" w:eastAsia="Georgia"/>
          <w:b/>
          <w:i w:val="0"/>
          <w:color w:val="1F3864"/>
          <w:sz w:val="32"/>
        </w:rPr>
        <w:t>Whose medical opinion?</w:t>
      </w:r>
    </w:p>
    <w:p>
      <w:pPr>
        <w:spacing w:before="0" w:after="120" w:line="300" w:lineRule="exact"/>
        <w:jc w:val="both"/>
      </w:pPr>
      <w:r>
        <w:rPr>
          <w:rFonts w:ascii="Georgia" w:hAnsi="Georgia" w:cs="Georgia" w:eastAsia="Georgia"/>
          <w:b w:val="0"/>
          <w:i w:val="0"/>
          <w:sz w:val="22"/>
        </w:rPr>
        <w:t>Another stupid red herring let loose by the Wild Donkeys is their averment:</w:t>
      </w:r>
    </w:p>
    <w:p>
      <w:pPr>
        <w:spacing w:before="120" w:after="120" w:line="300" w:lineRule="exact"/>
        <w:ind w:left="720" w:right="720"/>
        <w:jc w:val="center"/>
      </w:pPr>
      <w:r>
        <w:rPr>
          <w:rFonts w:ascii="Georgia" w:hAnsi="Georgia" w:cs="Georgia" w:eastAsia="Georgia"/>
          <w:b w:val="0"/>
          <w:i/>
          <w:sz w:val="22"/>
        </w:rPr>
        <w:t>"Additionally, there is a stark warning for someone who provides a medical opinion, when he/she is not qualified to do so and brings about harm to others."</w:t>
      </w:r>
    </w:p>
    <w:p>
      <w:pPr>
        <w:spacing w:before="0" w:after="120" w:line="300" w:lineRule="exact"/>
        <w:jc w:val="both"/>
      </w:pPr>
      <w:r>
        <w:rPr>
          <w:rFonts w:ascii="Georgia" w:hAnsi="Georgia" w:cs="Georgia" w:eastAsia="Georgia"/>
          <w:b w:val="0"/>
          <w:i w:val="0"/>
          <w:sz w:val="22"/>
        </w:rPr>
        <w:t>This is their self-indictment. It is fully applicable to these Wild Donkeys who have set themselves up as experts to 'prove the goodness' of Shaitaan's Potion. They are the juhhaal who are 'providing medical opinion' based on their ignorance. What are their qualifications in medicine to entitle them to proffer medical opinion on the hallucinatory 'goodness' of vaccines? On the other hand, those who condemn the Devil's Potion do not offer 'medical opinion'. They simply narrate what the genuine experts say. They narrate the opinion of the experts, not their own opinion. The moron Wild Donkeys are causing proven harm to countless ignorant Muslims with their insistence on the benefit of vaccines which they satanically pass of under Islamic guise.</w:t>
      </w:r>
    </w:p>
    <w:p>
      <w:pPr>
        <w:spacing w:before="0" w:after="120" w:line="300" w:lineRule="exact"/>
        <w:jc w:val="both"/>
      </w:pPr>
      <w:r>
        <w:rPr>
          <w:rFonts w:ascii="Georgia" w:hAnsi="Georgia" w:cs="Georgia" w:eastAsia="Georgia"/>
          <w:b w:val="0"/>
          <w:i w:val="0"/>
          <w:sz w:val="22"/>
        </w:rPr>
        <w:t>Then the morons cite the following Hadith in favour of the Pharma Shayaateen: "Whoever practices medicine without having studied it shall be responsible (for any harm he causes)."</w:t>
      </w:r>
    </w:p>
    <w:p>
      <w:pPr>
        <w:spacing w:before="0" w:after="120" w:line="300" w:lineRule="exact"/>
        <w:jc w:val="both"/>
      </w:pPr>
      <w:r>
        <w:rPr>
          <w:rFonts w:ascii="Georgia" w:hAnsi="Georgia" w:cs="Georgia" w:eastAsia="Georgia"/>
          <w:b w:val="0"/>
          <w:i w:val="0"/>
          <w:sz w:val="22"/>
        </w:rPr>
        <w:t>Those Ulama who condemn vaccines, do not "practice medicine". Their condemnation of the Devil's Potion is mere narration of opinions from the experts. The Wild Donkeys in pursuance of their despicable worldly objects believe that they have the right to disseminate the opinions of the Pharma Cartel. On what basis do they seek to deny the Ulama the right to warn the Ummah of the danger and harms of Shaitaan's Potion? The warning of the Ulama is based on the evidence provided by the experts. In so doing, the Ulama are not practicing medicine as the morons are implying.</w:t>
      </w:r>
    </w:p>
    <w:p>
      <w:pPr>
        <w:spacing w:before="0" w:after="120" w:line="300" w:lineRule="exact"/>
        <w:jc w:val="both"/>
      </w:pPr>
      <w:r>
        <w:rPr>
          <w:rFonts w:ascii="Georgia" w:hAnsi="Georgia" w:cs="Georgia" w:eastAsia="Georgia"/>
          <w:b w:val="0"/>
          <w:i w:val="0"/>
          <w:sz w:val="22"/>
        </w:rPr>
        <w:t>Muslims should not allow themselves to be deceived by the Pharma propaganda peddled by the Wild Donkeys of minab. Their claims are blatant lies. In the drivel they have written it is mentioned:</w:t>
      </w:r>
    </w:p>
    <w:p>
      <w:pPr>
        <w:spacing w:before="120" w:after="120" w:line="300" w:lineRule="exact"/>
        <w:ind w:left="720" w:right="720"/>
        <w:jc w:val="center"/>
      </w:pPr>
      <w:r>
        <w:rPr>
          <w:rFonts w:ascii="Georgia" w:hAnsi="Georgia" w:cs="Georgia" w:eastAsia="Georgia"/>
          <w:b w:val="0"/>
          <w:i/>
          <w:sz w:val="22"/>
        </w:rPr>
        <w:t>"Islamic scholars have allowed taking the vaccine either on the grounds of on the basis of necessity or istihala (change in the nature of the impermissible substance)."</w:t>
      </w:r>
    </w:p>
    <w:p>
      <w:pPr>
        <w:spacing w:before="0" w:after="120" w:line="300" w:lineRule="exact"/>
        <w:jc w:val="both"/>
      </w:pPr>
      <w:r>
        <w:rPr>
          <w:rFonts w:ascii="Georgia" w:hAnsi="Georgia" w:cs="Georgia" w:eastAsia="Georgia"/>
          <w:b w:val="0"/>
          <w:i w:val="0"/>
          <w:sz w:val="22"/>
        </w:rPr>
        <w:t>Who are these moron scholars? They can be only fools and quacks of the likes of the Wild Donkeys.</w:t>
      </w:r>
    </w:p>
    <w:p>
      <w:pPr>
        <w:spacing w:before="0" w:after="120" w:line="300" w:lineRule="exact"/>
        <w:jc w:val="both"/>
      </w:pPr>
      <w:r>
        <w:rPr>
          <w:rFonts w:ascii="Georgia" w:hAnsi="Georgia" w:cs="Georgia" w:eastAsia="Georgia"/>
          <w:b w:val="0"/>
          <w:i w:val="0"/>
          <w:sz w:val="22"/>
        </w:rPr>
        <w:t>Although the Wild Donkeys have laboriously, but abortively, struggled to convey the fallacious idea of the ingredients of vaccines being halaal, they nevertheless, speak of 'istihaalah'. If they are convinced that the ingredients are halaal as they have maintained, then what is the purpose of introducing the istihaalah factor? This shows that the truth of the filth and haraam ingredients cannot be unequivocally denied.</w:t>
      </w:r>
    </w:p>
    <w:p>
      <w:pPr>
        <w:spacing w:before="0" w:after="120" w:line="300" w:lineRule="exact"/>
        <w:jc w:val="both"/>
      </w:pPr>
      <w:r>
        <w:rPr>
          <w:rFonts w:ascii="Georgia" w:hAnsi="Georgia" w:cs="Georgia" w:eastAsia="Georgia"/>
          <w:b w:val="0"/>
          <w:i w:val="0"/>
          <w:sz w:val="22"/>
        </w:rPr>
        <w:t>Apart from the issues of haraam ingredients and the process of Istihaalah, the fact is that Islam does not permit the introduction of a disease into the body. Introduction of disease whether in healthy or sick persons is haraam. It is by satanic inspiration that human beings are perpetrating the grotesquely evil of injecting disease into people by means of vaccination.</w:t>
      </w:r>
    </w:p>
    <w:p>
      <w:pPr>
        <w:spacing w:before="0" w:after="120" w:line="300" w:lineRule="exact"/>
        <w:jc w:val="both"/>
      </w:pPr>
      <w:r>
        <w:rPr>
          <w:rFonts w:ascii="Georgia" w:hAnsi="Georgia" w:cs="Georgia" w:eastAsia="Georgia"/>
          <w:b w:val="0"/>
          <w:i w:val="0"/>
          <w:sz w:val="22"/>
        </w:rPr>
        <w:t>Looking at haraam for the acquisition of benefit is total lack of Tawakkul on Allah Ta'ala. While Tawakkul is not nugatory of halaal medicine, it strictly proscribes rijs and haraam. The minimum degree of Tawakkul which is Waajib for every Mu'min is abstention from haraam. The theme of Taqwa and Tawakkul runs through the Qur'aan Majeed from beginning to end. The Qur'aan repeatedly commands: "And on Allah should the Mutawakkileen have tawakkul (trust)." "Allah loves the people of Tawakkul."</w:t>
      </w:r>
    </w:p>
    <w:p>
      <w:pPr>
        <w:spacing w:before="120" w:after="120" w:line="300" w:lineRule="exact"/>
        <w:ind w:left="720" w:right="720"/>
        <w:jc w:val="center"/>
      </w:pPr>
      <w:r>
        <w:rPr>
          <w:rFonts w:ascii="Georgia" w:hAnsi="Georgia" w:cs="Georgia" w:eastAsia="Georgia"/>
          <w:b w:val="0"/>
          <w:i/>
          <w:sz w:val="22"/>
        </w:rPr>
        <w:t>"Salaam on those who follow Guidance (of Allah)."</w:t>
      </w:r>
    </w:p>
    <w:p>
      <w:pPr>
        <w:spacing w:before="0" w:after="120" w:line="300" w:lineRule="exact"/>
        <w:jc w:val="both"/>
      </w:pPr>
      <w:r>
        <w:rPr>
          <w:rFonts w:ascii="Georgia" w:hAnsi="Georgia" w:cs="Georgia" w:eastAsia="Georgia"/>
          <w:b w:val="0"/>
          <w:i w:val="0"/>
          <w:sz w:val="22"/>
        </w:rPr>
        <w:t>One in Every 16 Irish Boys has Autism: Crisis Worse than COVID-19 and Nobody Cares</w:t>
      </w:r>
    </w:p>
    <w:p>
      <w:pPr>
        <w:spacing w:before="0" w:after="120" w:line="300" w:lineRule="exact"/>
        <w:jc w:val="both"/>
      </w:pPr>
      <w:r>
        <w:rPr>
          <w:rFonts w:ascii="Georgia" w:hAnsi="Georgia" w:cs="Georgia" w:eastAsia="Georgia"/>
          <w:b w:val="0"/>
          <w:i w:val="0"/>
          <w:sz w:val="22"/>
        </w:rPr>
        <w:t>By Robert F. Kennedy, Jr., Chairman, Children's Health Defense</w:t>
      </w:r>
    </w:p>
    <w:p>
      <w:pPr>
        <w:spacing w:before="0" w:after="120" w:line="300" w:lineRule="exact"/>
        <w:jc w:val="both"/>
      </w:pPr>
      <w:r>
        <w:rPr>
          <w:rFonts w:ascii="Georgia" w:hAnsi="Georgia" w:cs="Georgia" w:eastAsia="Georgia"/>
          <w:b w:val="0"/>
          <w:i w:val="0"/>
          <w:sz w:val="22"/>
        </w:rPr>
        <w:t>According to National Health data released last week, autism incidence among Irish children is now at 4.3%, an 82% rise in five years. One in 16 boys is affected. US rates trail Ireland's slightly only because CDC lies to minimize the crisis.</w:t>
      </w:r>
    </w:p>
    <w:p>
      <w:pPr>
        <w:spacing w:before="0" w:after="120" w:line="300" w:lineRule="exact"/>
        <w:jc w:val="both"/>
      </w:pPr>
      <w:r>
        <w:rPr>
          <w:rFonts w:ascii="Georgia" w:hAnsi="Georgia" w:cs="Georgia" w:eastAsia="Georgia"/>
          <w:b w:val="0"/>
          <w:i w:val="0"/>
          <w:sz w:val="22"/>
        </w:rPr>
        <w:t>In 2016, Judith Pinborough-Zimmerman, CDC's Utah Principal Investigator for the Autism and Developmental Disabilities Monitoring Network (ADDM) filed a federal whistleblower lawsuit after reporting research fraud and intentional data manipulation by the CDC. The CDC routinely uses multiple strategies to hide the Autism Pandemic. "The autism explosion is an acute embarrassment to the CDC as they have totally failed to address environmental factors involved in causality."</w:t>
      </w:r>
    </w:p>
    <w:p>
      <w:pPr>
        <w:spacing w:before="0" w:after="120" w:line="300" w:lineRule="exact"/>
        <w:jc w:val="both"/>
      </w:pPr>
      <w:r>
        <w:rPr>
          <w:rFonts w:ascii="Georgia" w:hAnsi="Georgia" w:cs="Georgia" w:eastAsia="Georgia"/>
          <w:b w:val="0"/>
          <w:i w:val="0"/>
          <w:sz w:val="22"/>
        </w:rPr>
        <w:t>The autism crisis dwarfs COVID-19. Bill Gates' Institute for Health Metrics predicts 81,766 deaths from COVID. The average age of death is 75. In contrast, autism attacks infants presaging a lifetime of nightmarish agony. Half will never go on a date, write a poem, hit a baseball, join the military, pay taxes, cast a vote, run for office, speak, or use a toilet. Their cost of care is over 1/4 trillion U.S. dollars annually and rising.</w:t>
      </w:r>
    </w:p>
    <w:p>
      <w:pPr>
        <w:spacing w:before="120" w:after="120" w:line="300" w:lineRule="exact"/>
        <w:ind w:left="720" w:right="720"/>
        <w:jc w:val="center"/>
      </w:pPr>
      <w:r>
        <w:rPr>
          <w:rFonts w:ascii="Georgia" w:hAnsi="Georgia" w:cs="Georgia" w:eastAsia="Georgia"/>
          <w:b w:val="0"/>
          <w:i/>
          <w:sz w:val="22"/>
        </w:rPr>
        <w:t>… children receiving the Hep B vaccine in their first 30 days had an 1135% increased risk for an autism diagnosis.</w:t>
      </w:r>
    </w:p>
    <w:p>
      <w:pPr>
        <w:spacing w:before="0" w:after="120" w:line="300" w:lineRule="exact"/>
        <w:jc w:val="both"/>
      </w:pPr>
      <w:r>
        <w:rPr>
          <w:rFonts w:ascii="Georgia" w:hAnsi="Georgia" w:cs="Georgia" w:eastAsia="Georgia"/>
          <w:b w:val="0"/>
          <w:i w:val="0"/>
          <w:sz w:val="22"/>
        </w:rPr>
        <w:t>EPA scientists say the epidemic began in 1989, the year the CDC dramatically expanded the childhood vaccine schedule, multiplying infant exposures to neurotoxins like mercury and aluminum. CDC's massive 1999 study of the VSD—America's largest medical database—showed that children receiving the Hep B vaccine in their first 30 days had an 1135% increased risk for an autism diagnosis. CDC and Pharma knew at that moment that vaccines were causing the epidemic.</w:t>
      </w:r>
    </w:p>
    <w:p>
      <w:pPr>
        <w:spacing w:before="0" w:after="120" w:line="300" w:lineRule="exact"/>
        <w:jc w:val="both"/>
      </w:pPr>
      <w:r>
        <w:rPr>
          <w:rFonts w:ascii="Georgia" w:hAnsi="Georgia" w:cs="Georgia" w:eastAsia="Georgia"/>
          <w:b w:val="0"/>
          <w:i w:val="0"/>
          <w:sz w:val="22"/>
        </w:rPr>
        <w:t>They hid the VSD study, closed the database to independent scientists and commissioned a sketchy cabal of tobacco scientists, grifters, felons and Pharma biostitutes to gin up dozens of fraudulent vaccine studies purporting to "prove that vaccines don't cause autism." They blocked studies of all vaccines given to children under six months. Tony Fauci played a key role in the cover up. Fauci distributes $5 billion annually in research grants and assured that studies of autism's environmental causes never get funded. When in 2008 NIH's Autism Coordinating Committee voted $16 million to study the links between autism and vaccines, Tom Insel killed those studies. Fauci and Insel have committed some of the most consequential criminal conspiracies in history. Children's Health Defense will bring these criminals to justice.</w:t>
      </w:r>
    </w:p>
    <w:p>
      <w:r>
        <w:br w:type="page"/>
      </w:r>
    </w:p>
    <w:p>
      <w:pPr>
        <w:pStyle w:val="Heading1"/>
        <w:spacing w:before="360" w:after="200" w:line="300" w:lineRule="exact"/>
        <w:jc w:val="center"/>
      </w:pPr>
      <w:r>
        <w:rPr>
          <w:rFonts w:ascii="Georgia" w:hAnsi="Georgia" w:cs="Georgia" w:eastAsia="Georgia"/>
          <w:b/>
          <w:i w:val="0"/>
          <w:color w:val="1F3864"/>
          <w:sz w:val="32"/>
        </w:rPr>
        <w:t>Baby foreskin being used to make vaccines</w:t>
      </w:r>
    </w:p>
    <w:p>
      <w:pPr>
        <w:spacing w:before="0" w:after="120" w:line="300" w:lineRule="exact"/>
        <w:jc w:val="both"/>
      </w:pPr>
      <w:r>
        <w:rPr>
          <w:rFonts w:ascii="Georgia" w:hAnsi="Georgia" w:cs="Georgia" w:eastAsia="Georgia"/>
          <w:b w:val="0"/>
          <w:i w:val="0"/>
          <w:sz w:val="22"/>
        </w:rPr>
        <w:t>Every year, some infants are circumcised. During this surgical procedure, part of the child's protective penile tissue is removed. This tissue removed from his penis may be sold to companies and institutions seeking the rich human fibroblast cells and other cells it contains. Most people are unaware that for decades, vaccine companies have been using these foreskin cells to research, grow and develop vaccines.</w:t>
      </w:r>
    </w:p>
    <w:p>
      <w:pPr>
        <w:spacing w:before="0" w:after="120" w:line="300" w:lineRule="exact"/>
        <w:jc w:val="both"/>
      </w:pPr>
      <w:r>
        <w:rPr>
          <w:rFonts w:ascii="Georgia" w:hAnsi="Georgia" w:cs="Georgia" w:eastAsia="Georgia"/>
          <w:b w:val="0"/>
          <w:i w:val="0"/>
          <w:sz w:val="22"/>
        </w:rPr>
        <w:t>(Article by Augustina Ursino republished from VacTruth.com)</w:t>
      </w:r>
    </w:p>
    <w:p>
      <w:pPr>
        <w:spacing w:before="0" w:after="120" w:line="300" w:lineRule="exact"/>
        <w:jc w:val="both"/>
      </w:pPr>
      <w:r>
        <w:rPr>
          <w:rFonts w:ascii="Georgia" w:hAnsi="Georgia" w:cs="Georgia" w:eastAsia="Georgia"/>
          <w:b w:val="0"/>
          <w:i w:val="0"/>
          <w:sz w:val="22"/>
        </w:rPr>
        <w:t>Certain microorganisms used by vaccine companies need living human cells to replicate. The cells within foreskin are being used for this purpose. Foreskin cells can be used to turn a wild-type microorganism found in nature into a genetically modified microorganism for use in vaccines.</w:t>
      </w:r>
    </w:p>
    <w:p>
      <w:pPr>
        <w:spacing w:before="0" w:after="120" w:line="300" w:lineRule="exact"/>
        <w:jc w:val="both"/>
      </w:pPr>
      <w:r>
        <w:rPr>
          <w:rFonts w:ascii="Georgia" w:hAnsi="Georgia" w:cs="Georgia" w:eastAsia="Georgia"/>
          <w:b w:val="0"/>
          <w:i w:val="0"/>
          <w:sz w:val="22"/>
        </w:rPr>
        <w:t>Baby foreskins are used to research rubella, varicella and human papillomavirus (HPV) vaccines. They are used to make cytomegalovirus vaccines, which is something pharmaceutical companies have been working on the last few decades. This vaccine is being created using foreskin cells and clinical trials have already begun. The child's DNA whose foreskin was used to make the vaccine cannot be fully removed from the vaccines prior to administration. Researchers are also using foreskin to create a human telomerase reverse transcriptase (hTERT) immortalized cell line for use in vaccines.</w:t>
      </w:r>
    </w:p>
    <w:p>
      <w:pPr>
        <w:spacing w:before="0" w:after="120" w:line="300" w:lineRule="exact"/>
        <w:jc w:val="both"/>
      </w:pPr>
      <w:r>
        <w:rPr>
          <w:rFonts w:ascii="Georgia" w:hAnsi="Georgia" w:cs="Georgia" w:eastAsia="Georgia"/>
          <w:b w:val="0"/>
          <w:i w:val="0"/>
          <w:sz w:val="22"/>
        </w:rPr>
        <w:t>Cells isolated from infant foreskin are preferred because the infant cells have a longer lifespan than those isolated from adult foreskin. The ongoing issue with companies using infant foreskin to develop vaccines and other products is vast; only a small fraction can be discussed here. It is important to research how vaccines are made prior to receiving them, if you want to avoid unwanted contaminants in your body.</w:t>
      </w:r>
    </w:p>
    <w:p>
      <w:pPr>
        <w:spacing w:before="0" w:after="120" w:line="300" w:lineRule="exact"/>
        <w:jc w:val="both"/>
      </w:pPr>
      <w:r>
        <w:rPr>
          <w:rFonts w:ascii="Georgia" w:hAnsi="Georgia" w:cs="Georgia" w:eastAsia="Georgia"/>
          <w:b w:val="0"/>
          <w:i w:val="0"/>
          <w:sz w:val="22"/>
        </w:rPr>
        <w:t>Hospitals and Clinics Can Sell Foreskin Removed from Newborns What we call foreskin is actually part of a whole skin system in both males and females. During the male circumcision procedure, twenty to fifty percent of the skin that protects the baby's penis is surgically removed, with or without pain medicine. There are occasions where surgical accidents happen and more is removed.</w:t>
      </w:r>
    </w:p>
    <w:p>
      <w:pPr>
        <w:spacing w:before="0" w:after="120" w:line="300" w:lineRule="exact"/>
        <w:jc w:val="both"/>
      </w:pPr>
      <w:r>
        <w:rPr>
          <w:rFonts w:ascii="Georgia" w:hAnsi="Georgia" w:cs="Georgia" w:eastAsia="Georgia"/>
          <w:b w:val="0"/>
          <w:i w:val="0"/>
          <w:sz w:val="22"/>
        </w:rPr>
        <w:t>If a hospital or clinic obtained consent to use the foreskin for purposes they felt were desired, the removed foreskin may then be sold at that point, even if the baby didn't survive.</w:t>
      </w:r>
    </w:p>
    <w:p>
      <w:r>
        <w:br w:type="page"/>
      </w:r>
    </w:p>
    <w:p>
      <w:pPr>
        <w:pStyle w:val="Heading1"/>
        <w:spacing w:before="360" w:after="200" w:line="300" w:lineRule="exact"/>
        <w:jc w:val="center"/>
      </w:pPr>
      <w:r>
        <w:rPr>
          <w:rFonts w:ascii="Georgia" w:hAnsi="Georgia" w:cs="Georgia" w:eastAsia="Georgia"/>
          <w:b/>
          <w:i w:val="0"/>
          <w:color w:val="1F3864"/>
          <w:sz w:val="32"/>
        </w:rPr>
        <w:t>VACCINES, GET THE FULL STORY</w:t>
      </w:r>
    </w:p>
    <w:p>
      <w:pPr>
        <w:spacing w:before="0" w:after="120" w:line="300" w:lineRule="exact"/>
        <w:jc w:val="both"/>
      </w:pPr>
      <w:r>
        <w:rPr>
          <w:rFonts w:ascii="Georgia" w:hAnsi="Georgia" w:cs="Georgia" w:eastAsia="Georgia"/>
          <w:b w:val="0"/>
          <w:i w:val="0"/>
          <w:sz w:val="22"/>
        </w:rPr>
        <w:t>The below signatories represent a spectrum that includes pediatricians, family physicians, brain surgeons, and professors of pathology, chemistry, biology and immunology. All have independently researched the real science and have come to the conclusions you will read about in this document...</w:t>
      </w:r>
    </w:p>
    <w:p>
      <w:pPr>
        <w:spacing w:before="0" w:after="120" w:line="300" w:lineRule="exact"/>
        <w:jc w:val="both"/>
      </w:pPr>
      <w:r>
        <w:rPr>
          <w:rFonts w:ascii="Georgia" w:hAnsi="Georgia" w:cs="Georgia" w:eastAsia="Georgia"/>
          <w:b w:val="0"/>
          <w:i w:val="0"/>
          <w:sz w:val="22"/>
        </w:rPr>
        <w:t>Nicola Antonucci MD, David Ayoub MD, Nancy Turner Banks MD, Timur Baruti MD, Danny Beard DC, Françoise Berthoud MD, Russell Blaylock MD, Fred Bloem MD, Laura Bridgman FNP ND, Kelly Brogan MD, Sarah Buckley MD, Rashid Buttar DO, Harold Buttram MD, Lisa Cantrell RN, Lua Català Ferrer MD, Jennifer Craig PhD BSN MA, Robert Davidson MD PhD, Ana de Leo MD, Carlos deQuero Kops MD, Carolyn Dean MD ND, Mayer Eisenstein MD JD MPH, Todd M. Elsner DC, Jorge Esteves MD, Edward "Ted" Fogarty MD, Jack Forbush DO, Milani Gabriele CRNA RN, Sheila Gibson MD BSc, Mike Godfrey MBBS, Isaac Golden ND, Gary Goldman PhD, Garry Gordon MD DO MD(H), Doug Graham DC, Boyd Haley PhD, Gayl Hamilton MD, Linda Hegstrand MD PhD, James Howenstine MD, Suzanne Humphries MD, Belén Igual Diaz MD, Philip Incao MD, Joyce Johnson ND, A. Majid Katme MBBCh DPM, Tedd Koren DC, Alexander Kotok MD PhD, Eneko Landaburu MD, Luc Lemaire DC, Janet Levatin MD, Thomas Levy MD JD, Stephen L'Hommedieu DC, Paul Maher MD MPH, Andrew Maniotis PhD, Steve Marini PhD DC, Juan Manuel Martínez Méndez MD, Sue McIntosh MD, Richard Moskowitz MD, Sheri Nakken RN MA, Christiane Northrup MD, Amber Passini MD, Ronald Peters MD MPH, Jean Pilette MD, Pat Rattigan ND, Zoltan Rona MD MSc, Chaim Rosenthal MD, Robert Rowen MD, Máximo Sandín PhD, Len Saputo MD, Michael Schachter MD, Viera Scheibner PhD, Penelope Shar MD, Bruce Shelton MD MD(H), Debbi Silverman MD, Kenneth "KP" Stoller MD, Terri Su MD, Didier Tarte MD, Leigh Ann Tatnall RN, Adiel Tel-Oren MD DC, Sherri Tenpenny DO, Renee Tocco DC, Demetra Vagias MD ND, Franco Verzella MD, Julian Whitaker MD, Ronald Whitmont MD, Betty Wood MD, Eduardo Ángel Yahbes MD.</w:t>
      </w:r>
    </w:p>
    <w:p>
      <w:r>
        <w:br w:type="page"/>
      </w:r>
    </w:p>
    <w:p>
      <w:pPr>
        <w:pStyle w:val="Heading1"/>
        <w:spacing w:before="360" w:after="200" w:line="300" w:lineRule="exact"/>
        <w:jc w:val="center"/>
      </w:pPr>
      <w:r>
        <w:rPr>
          <w:rFonts w:ascii="Georgia" w:hAnsi="Georgia" w:cs="Georgia" w:eastAsia="Georgia"/>
          <w:b/>
          <w:i w:val="0"/>
          <w:color w:val="1F3864"/>
          <w:sz w:val="32"/>
        </w:rPr>
        <w:t>EVER WONDER WHY…</w:t>
      </w:r>
    </w:p>
    <w:p>
      <w:pPr>
        <w:spacing w:before="0" w:after="120" w:line="300" w:lineRule="exact"/>
        <w:jc w:val="both"/>
      </w:pPr>
      <w:r>
        <w:rPr>
          <w:rFonts w:ascii="Georgia" w:hAnsi="Georgia" w:cs="Georgia" w:eastAsia="Georgia"/>
          <w:b w:val="0"/>
          <w:i w:val="0"/>
          <w:sz w:val="22"/>
        </w:rPr>
        <w:t>DOCTORS CANT FIND CAUSE FOR MANY DISEASES?</w:t>
      </w:r>
    </w:p>
    <w:p>
      <w:pPr>
        <w:spacing w:before="0" w:after="120" w:line="300" w:lineRule="exact"/>
        <w:jc w:val="both"/>
      </w:pPr>
      <w:r>
        <w:rPr>
          <w:rFonts w:ascii="Georgia" w:hAnsi="Georgia" w:cs="Georgia" w:eastAsia="Georgia"/>
          <w:b w:val="0"/>
          <w:i w:val="0"/>
          <w:sz w:val="22"/>
        </w:rPr>
        <w:t>It's because they are conditioned to ignore the relationship between illness and vaccines. These are some of the diseases that have documented associations with vaccines:</w:t>
      </w:r>
    </w:p>
    <w:p>
      <w:pPr>
        <w:spacing w:before="0" w:after="120" w:line="300" w:lineRule="exact"/>
        <w:jc w:val="both"/>
      </w:pPr>
      <w:r>
        <w:rPr>
          <w:rFonts w:ascii="Georgia" w:hAnsi="Georgia" w:cs="Georgia" w:eastAsia="Georgia"/>
          <w:b w:val="0"/>
          <w:i w:val="0"/>
          <w:sz w:val="22"/>
        </w:rPr>
        <w:t>• Allergies and eczema. • Arthritis. Asthma. • Autism. • Acid reflux requiring an infant to take proton pump inhibitors, which have many side effects.</w:t>
      </w:r>
    </w:p>
    <w:p>
      <w:pPr>
        <w:spacing w:before="0" w:after="120" w:line="300" w:lineRule="exact"/>
        <w:jc w:val="both"/>
      </w:pPr>
      <w:r>
        <w:rPr>
          <w:rFonts w:ascii="Georgia" w:hAnsi="Georgia" w:cs="Georgia" w:eastAsia="Georgia"/>
          <w:b w:val="0"/>
          <w:i w:val="0"/>
          <w:sz w:val="22"/>
        </w:rPr>
        <w:t>• Cancer. • Diabetes (infant and childhood). • Kidney disease. • Miscarriages. • Long list of neurological and autoimmune diseases. • Sudden Infant Death Syndrome (SIDS). • And many, many more.</w:t>
      </w:r>
    </w:p>
    <w:p>
      <w:pPr>
        <w:spacing w:before="0" w:after="120" w:line="300" w:lineRule="exact"/>
        <w:jc w:val="both"/>
      </w:pPr>
      <w:r>
        <w:rPr>
          <w:rFonts w:ascii="Georgia" w:hAnsi="Georgia" w:cs="Georgia" w:eastAsia="Georgia"/>
          <w:b w:val="0"/>
          <w:i w:val="0"/>
          <w:sz w:val="22"/>
        </w:rPr>
        <w:t>These are some known vaccine side effects, documented in medical literature and/or in package inserts:</w:t>
      </w:r>
    </w:p>
    <w:p>
      <w:pPr>
        <w:spacing w:before="0" w:after="120" w:line="300" w:lineRule="exact"/>
        <w:jc w:val="both"/>
      </w:pPr>
      <w:r>
        <w:rPr>
          <w:rFonts w:ascii="Georgia" w:hAnsi="Georgia" w:cs="Georgia" w:eastAsia="Georgia"/>
          <w:b w:val="0"/>
          <w:i w:val="0"/>
          <w:sz w:val="22"/>
        </w:rPr>
        <w:t>• Arthritis, bleeding disorders, blood clots, heart attacks, sepsis, ear infections.</w:t>
      </w:r>
    </w:p>
    <w:p>
      <w:pPr>
        <w:spacing w:before="0" w:after="120" w:line="300" w:lineRule="exact"/>
        <w:jc w:val="both"/>
      </w:pPr>
      <w:r>
        <w:rPr>
          <w:rFonts w:ascii="Georgia" w:hAnsi="Georgia" w:cs="Georgia" w:eastAsia="Georgia"/>
          <w:b w:val="0"/>
          <w:i w:val="0"/>
          <w:sz w:val="22"/>
        </w:rPr>
        <w:t>• Fainting (with reports of broken bones). • Kidney failure requiring dialysis. • Seizures/epilepsy.</w:t>
      </w:r>
    </w:p>
    <w:p>
      <w:pPr>
        <w:spacing w:before="0" w:after="120" w:line="300" w:lineRule="exact"/>
        <w:jc w:val="both"/>
      </w:pPr>
      <w:r>
        <w:rPr>
          <w:rFonts w:ascii="Georgia" w:hAnsi="Georgia" w:cs="Georgia" w:eastAsia="Georgia"/>
          <w:b w:val="0"/>
          <w:i w:val="0"/>
          <w:sz w:val="22"/>
        </w:rPr>
        <w:t>• Severe allergic reactions, such as hives and anaphylaxis. • Sudden death. • Many common diagnoses given for hospital admissions. • The National Vaccine Injury Compensation Program, has awarded more than $1.2 billion in damages to children and adults injured by vaccines.</w:t>
      </w:r>
    </w:p>
    <w:p>
      <w:pPr>
        <w:spacing w:before="0" w:after="120" w:line="300" w:lineRule="exact"/>
        <w:jc w:val="both"/>
      </w:pPr>
      <w:r>
        <w:rPr>
          <w:rFonts w:ascii="Georgia" w:hAnsi="Georgia" w:cs="Georgia" w:eastAsia="Georgia"/>
          <w:b w:val="0"/>
          <w:i w:val="0"/>
          <w:sz w:val="22"/>
        </w:rPr>
        <w:t>Autism is associated with vaccines.</w:t>
      </w:r>
    </w:p>
    <w:p>
      <w:pPr>
        <w:spacing w:before="0" w:after="120" w:line="300" w:lineRule="exact"/>
        <w:jc w:val="both"/>
      </w:pPr>
      <w:r>
        <w:rPr>
          <w:rFonts w:ascii="Georgia" w:hAnsi="Georgia" w:cs="Georgia" w:eastAsia="Georgia"/>
          <w:b w:val="0"/>
          <w:i w:val="0"/>
          <w:sz w:val="22"/>
        </w:rPr>
        <w:t>• Autism was rare until the mass vaccination programs were accelerated in 1991, with the introduction of the hepatitis B vaccine and the HiB (meningitis) vaccine. Tens of thousands of parents will attest that autism appeared in their children very soon after they were given these, and other vaccines.</w:t>
      </w:r>
    </w:p>
    <w:p>
      <w:pPr>
        <w:spacing w:before="0" w:after="120" w:line="300" w:lineRule="exact"/>
        <w:jc w:val="both"/>
      </w:pPr>
      <w:r>
        <w:rPr>
          <w:rFonts w:ascii="Georgia" w:hAnsi="Georgia" w:cs="Georgia" w:eastAsia="Georgia"/>
          <w:b w:val="0"/>
          <w:i w:val="0"/>
          <w:sz w:val="22"/>
        </w:rPr>
        <w:t>Drug companies, insurance companies &amp; the medical system get rich when you get sick.</w:t>
      </w:r>
    </w:p>
    <w:p>
      <w:pPr>
        <w:spacing w:before="0" w:after="120" w:line="300" w:lineRule="exact"/>
        <w:jc w:val="both"/>
      </w:pPr>
      <w:r>
        <w:rPr>
          <w:rFonts w:ascii="Georgia" w:hAnsi="Georgia" w:cs="Georgia" w:eastAsia="Georgia"/>
          <w:b w:val="0"/>
          <w:i w:val="0"/>
          <w:sz w:val="22"/>
        </w:rPr>
        <w:t>• Vaccines do not give life long immunity, which means booster shots are recommended.</w:t>
      </w:r>
    </w:p>
    <w:p>
      <w:pPr>
        <w:spacing w:before="0" w:after="120" w:line="300" w:lineRule="exact"/>
        <w:jc w:val="both"/>
      </w:pPr>
      <w:r>
        <w:rPr>
          <w:rFonts w:ascii="Georgia" w:hAnsi="Georgia" w:cs="Georgia" w:eastAsia="Georgia"/>
          <w:b w:val="0"/>
          <w:i w:val="0"/>
          <w:sz w:val="22"/>
        </w:rPr>
        <w:t>• Each booster shot increases the risk of more side effects. • Vaccine side effects can make you sick for the rest of your life. Conveniently, there are many drugs to treat the side effects caused by vaccines.</w:t>
      </w:r>
    </w:p>
    <w:p>
      <w:pPr>
        <w:spacing w:before="0" w:after="120" w:line="300" w:lineRule="exact"/>
        <w:jc w:val="both"/>
      </w:pPr>
      <w:r>
        <w:rPr>
          <w:rFonts w:ascii="Georgia" w:hAnsi="Georgia" w:cs="Georgia" w:eastAsia="Georgia"/>
          <w:b w:val="0"/>
          <w:i w:val="0"/>
          <w:sz w:val="22"/>
        </w:rPr>
        <w:t>• In the U.S., neither drug companies nor doctors can be sued when something bad happens from a vaccination. Both are protected by the 1986 National Child Vaccine Injury Act. This law, signed into effect by then-president Ronald Reagan decreed: "No vaccine manufacturer shall be liable in a civil action for damages arising from a vaccine related injury or death." (Public Law 99-660).</w:t>
      </w:r>
    </w:p>
    <w:p>
      <w:pPr>
        <w:spacing w:before="0" w:after="120" w:line="300" w:lineRule="exact"/>
        <w:jc w:val="both"/>
      </w:pPr>
      <w:r>
        <w:rPr>
          <w:rFonts w:ascii="Georgia" w:hAnsi="Georgia" w:cs="Georgia" w:eastAsia="Georgia"/>
          <w:b w:val="0"/>
          <w:i w:val="0"/>
          <w:sz w:val="22"/>
        </w:rPr>
        <w:t>Many doctors and health care practitioners do not get vaccinated and do not vaccinate their children.</w:t>
      </w:r>
    </w:p>
    <w:p>
      <w:pPr>
        <w:spacing w:before="0" w:after="120" w:line="300" w:lineRule="exact"/>
        <w:jc w:val="both"/>
      </w:pPr>
      <w:r>
        <w:rPr>
          <w:rFonts w:ascii="Georgia" w:hAnsi="Georgia" w:cs="Georgia" w:eastAsia="Georgia"/>
          <w:b w:val="0"/>
          <w:i w:val="0"/>
          <w:sz w:val="22"/>
        </w:rPr>
        <w:t>Why not?</w:t>
      </w:r>
    </w:p>
    <w:p>
      <w:pPr>
        <w:spacing w:before="0" w:after="120" w:line="300" w:lineRule="exact"/>
        <w:jc w:val="both"/>
      </w:pPr>
      <w:r>
        <w:rPr>
          <w:rFonts w:ascii="Georgia" w:hAnsi="Georgia" w:cs="Georgia" w:eastAsia="Georgia"/>
          <w:b w:val="0"/>
          <w:i w:val="0"/>
          <w:sz w:val="22"/>
        </w:rPr>
        <w:t>• They know vaccines are not proven to be safe or effective.</w:t>
      </w:r>
    </w:p>
    <w:p>
      <w:pPr>
        <w:spacing w:before="0" w:after="120" w:line="300" w:lineRule="exact"/>
        <w:jc w:val="both"/>
      </w:pPr>
      <w:r>
        <w:rPr>
          <w:rFonts w:ascii="Georgia" w:hAnsi="Georgia" w:cs="Georgia" w:eastAsia="Georgia"/>
          <w:b w:val="0"/>
          <w:i w:val="0"/>
          <w:sz w:val="22"/>
        </w:rPr>
        <w:t>• They know vaccines contain dangerous substances. • They know vaccines cause serious health problems. • They have treated patients with serious side effects from vaccines.</w:t>
      </w:r>
    </w:p>
    <w:p>
      <w:pPr>
        <w:spacing w:before="0" w:after="120" w:line="300" w:lineRule="exact"/>
        <w:jc w:val="both"/>
      </w:pPr>
      <w:r>
        <w:rPr>
          <w:rFonts w:ascii="Georgia" w:hAnsi="Georgia" w:cs="Georgia" w:eastAsia="Georgia"/>
          <w:b w:val="0"/>
          <w:i w:val="0"/>
          <w:sz w:val="22"/>
        </w:rPr>
        <w:t>The only people who benefit from being healthy are you and those you care about.</w:t>
      </w:r>
    </w:p>
    <w:p>
      <w:pPr>
        <w:spacing w:before="0" w:after="120" w:line="300" w:lineRule="exact"/>
        <w:jc w:val="both"/>
      </w:pPr>
      <w:r>
        <w:rPr>
          <w:rFonts w:ascii="Georgia" w:hAnsi="Georgia" w:cs="Georgia" w:eastAsia="Georgia"/>
          <w:b w:val="0"/>
          <w:i w:val="0"/>
          <w:sz w:val="22"/>
        </w:rPr>
        <w:t>• Drug companies have infiltrated and seized control over the entire healthcare system, including medical schools, medical journals, hospitals, clinics and the local pharmacy. A doctor's very livelihood thus depends on blind faith, without questioning any aspect of any vaccination. Even when obvious evidence of vaccine damage occurs right before a doctor's eyes, s/he is usually unwilling to consider a vaccine as the cause. Though uncorrupted science and medicine support rejection of vaccines, doing so can be considered professional career suicide. The signatories to this document boldly risk this end for the safety of you and your child.</w:t>
      </w:r>
    </w:p>
    <w:p>
      <w:pPr>
        <w:spacing w:before="0" w:after="120" w:line="300" w:lineRule="exact"/>
        <w:jc w:val="both"/>
      </w:pPr>
      <w:r>
        <w:rPr>
          <w:rFonts w:ascii="Georgia" w:hAnsi="Georgia" w:cs="Georgia" w:eastAsia="Georgia"/>
          <w:b w:val="0"/>
          <w:i w:val="0"/>
          <w:sz w:val="22"/>
        </w:rPr>
        <w:t>• Hospitals benefit financially from hospitalizations and tests. • Drug companies make billions of dollars from vaccines. • Drug companies make tens of billions of dollars from drugs given to treat side effects and life-time illnesses caused by vaccines.</w:t>
      </w:r>
    </w:p>
    <w:p>
      <w:pPr>
        <w:spacing w:before="0" w:after="120" w:line="300" w:lineRule="exact"/>
        <w:jc w:val="both"/>
      </w:pPr>
      <w:r>
        <w:rPr>
          <w:rFonts w:ascii="Georgia" w:hAnsi="Georgia" w:cs="Georgia" w:eastAsia="Georgia"/>
          <w:b w:val="0"/>
          <w:i w:val="0"/>
          <w:sz w:val="22"/>
        </w:rPr>
        <w:t>• Vaccines are the backbone of the medical system. Without vaccines, healthcare costs would go down because we would have a healthier overall society. We have exchanged chicken pox for autism, flu for asthma, ear infections for diabetes. The list goes on and on. In the zeal to eliminate a shortlist of relatively benign microbes, we have traded temporary illnesses for pervasive, life-long diseases, disorders, dysfunctions and disabilities.</w:t>
      </w:r>
    </w:p>
    <w:p>
      <w:pPr>
        <w:spacing w:before="0" w:after="120" w:line="300" w:lineRule="exact"/>
        <w:jc w:val="both"/>
      </w:pPr>
      <w:r>
        <w:rPr>
          <w:rFonts w:ascii="Georgia" w:hAnsi="Georgia" w:cs="Georgia" w:eastAsia="Georgia"/>
          <w:b w:val="0"/>
          <w:i w:val="0"/>
          <w:sz w:val="22"/>
        </w:rPr>
        <w:t>How many vaccines are there?</w:t>
      </w:r>
    </w:p>
    <w:p>
      <w:pPr>
        <w:spacing w:before="0" w:after="120" w:line="300" w:lineRule="exact"/>
        <w:jc w:val="both"/>
      </w:pPr>
      <w:r>
        <w:rPr>
          <w:rFonts w:ascii="Georgia" w:hAnsi="Georgia" w:cs="Georgia" w:eastAsia="Georgia"/>
          <w:b w:val="0"/>
          <w:i w:val="0"/>
          <w:sz w:val="22"/>
        </w:rPr>
        <w:t>• If U.S. children receive all doses of all vaccines, they are injected with up to 35 shots that contain 113 different kinds of disease particles, 59 different chemicals, four types of animal cells/DNA, human DNA from aborted fetal tissue and human albumin.</w:t>
      </w:r>
    </w:p>
    <w:p>
      <w:pPr>
        <w:spacing w:before="0" w:after="120" w:line="300" w:lineRule="exact"/>
        <w:jc w:val="both"/>
      </w:pPr>
      <w:r>
        <w:rPr>
          <w:rFonts w:ascii="Georgia" w:hAnsi="Georgia" w:cs="Georgia" w:eastAsia="Georgia"/>
          <w:b w:val="0"/>
          <w:i w:val="0"/>
          <w:sz w:val="22"/>
        </w:rPr>
        <w:t>• If you think you don't have to worry about vaccines because your children are older, think again. There are at least 20 more vaccines currently in the development pipeline for release in the next few years, mostly targeting adolescents and adults. Some Vaccine Ingredients: How is it possible that vaccines will not be harmful to your health?</w:t>
      </w:r>
    </w:p>
    <w:p>
      <w:pPr>
        <w:spacing w:before="0" w:after="120" w:line="300" w:lineRule="exact"/>
        <w:jc w:val="both"/>
      </w:pPr>
      <w:r>
        <w:rPr>
          <w:rFonts w:ascii="Georgia" w:hAnsi="Georgia" w:cs="Georgia" w:eastAsia="Georgia"/>
          <w:b w:val="0"/>
          <w:i w:val="0"/>
          <w:sz w:val="22"/>
        </w:rPr>
        <w:t>• Stray viruses and bacteria from the animal cell cultures that vaccines are made in.</w:t>
      </w:r>
    </w:p>
    <w:p>
      <w:pPr>
        <w:spacing w:before="0" w:after="120" w:line="300" w:lineRule="exact"/>
        <w:jc w:val="both"/>
      </w:pPr>
      <w:r>
        <w:rPr>
          <w:rFonts w:ascii="Georgia" w:hAnsi="Georgia" w:cs="Georgia" w:eastAsia="Georgia"/>
          <w:b w:val="0"/>
          <w:i w:val="0"/>
          <w:sz w:val="22"/>
        </w:rPr>
        <w:t>• Mercury, a well-documented neurotoxin, is still in the multi-dose flu vaccines throughout the world. Trace amounts remain in several other vaccines.</w:t>
      </w:r>
    </w:p>
    <w:p>
      <w:pPr>
        <w:spacing w:before="0" w:after="120" w:line="300" w:lineRule="exact"/>
        <w:jc w:val="both"/>
      </w:pPr>
      <w:r>
        <w:rPr>
          <w:rFonts w:ascii="Georgia" w:hAnsi="Georgia" w:cs="Georgia" w:eastAsia="Georgia"/>
          <w:b w:val="0"/>
          <w:i w:val="0"/>
          <w:sz w:val="22"/>
        </w:rPr>
        <w:t>• Aluminum, a poison that can cause bone, bone marrow and brain degeneration.</w:t>
      </w:r>
    </w:p>
    <w:p>
      <w:pPr>
        <w:spacing w:before="0" w:after="120" w:line="300" w:lineRule="exact"/>
        <w:jc w:val="both"/>
      </w:pPr>
      <w:r>
        <w:rPr>
          <w:rFonts w:ascii="Georgia" w:hAnsi="Georgia" w:cs="Georgia" w:eastAsia="Georgia"/>
          <w:b w:val="0"/>
          <w:i w:val="0"/>
          <w:sz w:val="22"/>
        </w:rPr>
        <w:t>• Animal cells from monkeys, dog kidneys, chickens, cows, and humans.</w:t>
      </w:r>
    </w:p>
    <w:p>
      <w:pPr>
        <w:spacing w:before="0" w:after="120" w:line="300" w:lineRule="exact"/>
        <w:jc w:val="both"/>
      </w:pPr>
      <w:r>
        <w:rPr>
          <w:rFonts w:ascii="Georgia" w:hAnsi="Georgia" w:cs="Georgia" w:eastAsia="Georgia"/>
          <w:b w:val="0"/>
          <w:i w:val="0"/>
          <w:sz w:val="22"/>
        </w:rPr>
        <w:t>• Formaldehyde (embalming fluid), known carcinogen. • Polysorbate 80, known to cause infertility in female mice and testicular atrophy in male mice.</w:t>
      </w:r>
    </w:p>
    <w:p>
      <w:pPr>
        <w:spacing w:before="0" w:after="120" w:line="300" w:lineRule="exact"/>
        <w:jc w:val="both"/>
      </w:pPr>
      <w:r>
        <w:rPr>
          <w:rFonts w:ascii="Georgia" w:hAnsi="Georgia" w:cs="Georgia" w:eastAsia="Georgia"/>
          <w:b w:val="0"/>
          <w:i w:val="0"/>
          <w:sz w:val="22"/>
        </w:rPr>
        <w:t>• Gelatin, from pigs and cows, known to cause anaphylactic reactions, is found in large quantities in the MMR, chickenpox and shingles vaccines.</w:t>
      </w:r>
    </w:p>
    <w:p>
      <w:pPr>
        <w:spacing w:before="0" w:after="120" w:line="300" w:lineRule="exact"/>
        <w:jc w:val="both"/>
      </w:pPr>
      <w:r>
        <w:rPr>
          <w:rFonts w:ascii="Georgia" w:hAnsi="Georgia" w:cs="Georgia" w:eastAsia="Georgia"/>
          <w:b w:val="0"/>
          <w:i w:val="0"/>
          <w:sz w:val="22"/>
        </w:rPr>
        <w:t>• Monosodium glutamate (MSG) in inhaled flu vaccines, known to cause metabolic disturbances (e.g. diabetes), seizures &amp; other neurologic disorders.</w:t>
      </w:r>
    </w:p>
    <w:p>
      <w:pPr>
        <w:spacing w:before="0" w:after="120" w:line="300" w:lineRule="exact"/>
        <w:jc w:val="both"/>
      </w:pPr>
      <w:r>
        <w:rPr>
          <w:rFonts w:ascii="Georgia" w:hAnsi="Georgia" w:cs="Georgia" w:eastAsia="Georgia"/>
          <w:b w:val="0"/>
          <w:i w:val="0"/>
          <w:sz w:val="22"/>
        </w:rPr>
        <w:t>Conflicts of Interest.</w:t>
      </w:r>
    </w:p>
    <w:p>
      <w:pPr>
        <w:spacing w:before="0" w:after="120" w:line="300" w:lineRule="exact"/>
        <w:jc w:val="both"/>
      </w:pPr>
      <w:r>
        <w:rPr>
          <w:rFonts w:ascii="Georgia" w:hAnsi="Georgia" w:cs="Georgia" w:eastAsia="Georgia"/>
          <w:b w:val="0"/>
          <w:i w:val="0"/>
          <w:sz w:val="22"/>
        </w:rPr>
        <w:t>• The same people who make rules and recommendations about vaccination profit from vaccine sales. For example, Dr. Julie Gerberding, who was in charge of the CDC for eight years, is now the President of Merck Vaccines. Dr. Paul Offit, a member of the Advisory Committee on Immunization Practice (ACIP), developed and patented his own vaccine.</w:t>
      </w:r>
    </w:p>
    <w:p>
      <w:pPr>
        <w:spacing w:before="0" w:after="120" w:line="300" w:lineRule="exact"/>
        <w:jc w:val="both"/>
      </w:pPr>
      <w:r>
        <w:rPr>
          <w:rFonts w:ascii="Georgia" w:hAnsi="Georgia" w:cs="Georgia" w:eastAsia="Georgia"/>
          <w:b w:val="0"/>
          <w:i w:val="0"/>
          <w:sz w:val="22"/>
        </w:rPr>
        <w:t>• According to the CDC, the average U.S. 10-doctor pediatric group has over $100,000 of vaccine inventory in their office to sell. These doctors make money from office visits, from giving your children vaccines, and also from follow up office visits for assessing reactions.</w:t>
      </w:r>
    </w:p>
    <w:p>
      <w:pPr>
        <w:spacing w:before="0" w:after="120" w:line="300" w:lineRule="exact"/>
        <w:jc w:val="both"/>
      </w:pPr>
      <w:r>
        <w:rPr>
          <w:rFonts w:ascii="Georgia" w:hAnsi="Georgia" w:cs="Georgia" w:eastAsia="Georgia"/>
          <w:b w:val="0"/>
          <w:i w:val="0"/>
          <w:sz w:val="22"/>
        </w:rPr>
        <w:t>Vaccine Exemptions in the U.S.</w:t>
      </w:r>
    </w:p>
    <w:p>
      <w:pPr>
        <w:spacing w:before="0" w:after="120" w:line="300" w:lineRule="exact"/>
        <w:jc w:val="both"/>
      </w:pPr>
      <w:r>
        <w:rPr>
          <w:rFonts w:ascii="Georgia" w:hAnsi="Georgia" w:cs="Georgia" w:eastAsia="Georgia"/>
          <w:b w:val="0"/>
          <w:i w:val="0"/>
          <w:sz w:val="22"/>
        </w:rPr>
        <w:t>• You do have the right to refuse. Use it. Your child does not have to be vaccinated to attend public school.</w:t>
      </w:r>
    </w:p>
    <w:p>
      <w:pPr>
        <w:spacing w:before="0" w:after="120" w:line="300" w:lineRule="exact"/>
        <w:jc w:val="both"/>
      </w:pPr>
      <w:r>
        <w:rPr>
          <w:rFonts w:ascii="Georgia" w:hAnsi="Georgia" w:cs="Georgia" w:eastAsia="Georgia"/>
          <w:b w:val="0"/>
          <w:i w:val="0"/>
          <w:sz w:val="22"/>
        </w:rPr>
        <w:t>To have vibrant health, you will need to take the initiative to learn some new things.</w:t>
      </w:r>
    </w:p>
    <w:p>
      <w:pPr>
        <w:spacing w:before="0" w:after="120" w:line="300" w:lineRule="exact"/>
        <w:jc w:val="both"/>
      </w:pPr>
      <w:r>
        <w:rPr>
          <w:rFonts w:ascii="Georgia" w:hAnsi="Georgia" w:cs="Georgia" w:eastAsia="Georgia"/>
          <w:b w:val="0"/>
          <w:i w:val="0"/>
          <w:sz w:val="22"/>
        </w:rPr>
        <w:t>• Babies are born with powerful, natural defenses. If this were not so, all would die shortly after birth. Enormous cascades of complex immune processes start with the first cry. This needs to occur naturally, without the interruption caused by the injections of toxic substances.</w:t>
      </w:r>
    </w:p>
    <w:p>
      <w:pPr>
        <w:spacing w:before="0" w:after="120" w:line="300" w:lineRule="exact"/>
        <w:jc w:val="both"/>
      </w:pPr>
      <w:r>
        <w:rPr>
          <w:rFonts w:ascii="Georgia" w:hAnsi="Georgia" w:cs="Georgia" w:eastAsia="Georgia"/>
          <w:b w:val="0"/>
          <w:i w:val="0"/>
          <w:sz w:val="22"/>
        </w:rPr>
        <w:t>• Learn that the primary keys to health are good nutrition, pure water, adequate sleep, routine exercise and happiness.</w:t>
      </w:r>
    </w:p>
    <w:p>
      <w:pPr>
        <w:spacing w:before="0" w:after="120" w:line="300" w:lineRule="exact"/>
        <w:jc w:val="both"/>
      </w:pPr>
      <w:r>
        <w:rPr>
          <w:rFonts w:ascii="Georgia" w:hAnsi="Georgia" w:cs="Georgia" w:eastAsia="Georgia"/>
          <w:b w:val="0"/>
          <w:i w:val="0"/>
          <w:sz w:val="22"/>
        </w:rPr>
        <w:t>The Safe Choice Is To Say No To Vaccines.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