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Proclaiming The Haqq</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 March 1998, Shaikh Huzaifi, delivered a Jumuah Khutbah of pure Haqq in Musjidun Nabawi in Madinah Munawwarah.</w:t>
      </w:r>
    </w:p>
    <w:p>
      <w:pPr>
        <w:spacing w:before="0" w:after="120" w:line="300" w:lineRule="exact"/>
        <w:jc w:val="both"/>
      </w:pPr>
      <w:r>
        <w:rPr>
          <w:rFonts w:ascii="Georgia" w:hAnsi="Georgia" w:cs="Georgia" w:eastAsia="Georgia"/>
          <w:b w:val="0"/>
          <w:i w:val="0"/>
          <w:sz w:val="22"/>
        </w:rPr>
        <w:t>In his Khutbah, the Honourable Shaikh analyzed and exposed the conspiracies and kufr of the Shiahs, Yahood and Nasaaraa.</w:t>
      </w:r>
    </w:p>
    <w:p>
      <w:pPr>
        <w:spacing w:before="0" w:after="120" w:line="300" w:lineRule="exact"/>
        <w:jc w:val="both"/>
      </w:pPr>
      <w:r>
        <w:rPr>
          <w:rFonts w:ascii="Georgia" w:hAnsi="Georgia" w:cs="Georgia" w:eastAsia="Georgia"/>
          <w:b w:val="0"/>
          <w:i w:val="0"/>
          <w:sz w:val="22"/>
        </w:rPr>
        <w:t>He candidly criticized the kufr interfaith movement as a dark plot of the kuffaar to undermine and destroy Islam. Immediately after delivering this message of the Haqq, the evil Saudi Regime dismissed the Shaikh from his post. However, circumstances constrained the regime to re-instate him.</w:t>
      </w:r>
    </w:p>
    <w:p>
      <w:pPr>
        <w:spacing w:before="0" w:after="120" w:line="300" w:lineRule="exact"/>
        <w:jc w:val="both"/>
      </w:pPr>
      <w:r>
        <w:rPr>
          <w:rFonts w:ascii="Georgia" w:hAnsi="Georgia" w:cs="Georgia" w:eastAsia="Georgia"/>
          <w:b w:val="0"/>
          <w:i w:val="0"/>
          <w:sz w:val="22"/>
        </w:rPr>
        <w:t>Today the Islamic character of Saudi Arabia under the ooppressive domination of the current kaafir king, has vanished. Western kufr law and culture are rapidly displacing all forms of the Deen in all spheres of life. The Saudi state has now effectively become Darul Kufr.</w:t>
      </w:r>
    </w:p>
    <w:p>
      <w:pPr>
        <w:spacing w:before="0" w:after="120" w:line="300" w:lineRule="exact"/>
        <w:jc w:val="both"/>
      </w:pPr>
      <w:r>
        <w:rPr>
          <w:rFonts w:ascii="Georgia" w:hAnsi="Georgia" w:cs="Georgia" w:eastAsia="Georgia"/>
          <w:b w:val="0"/>
          <w:i w:val="0"/>
          <w:sz w:val="22"/>
        </w:rPr>
        <w:t>Note: The English rendition of the Shaikh's Arabic Khutbah was not prepared by "The Majlis." We have produced it verbatim.</w:t>
      </w:r>
    </w:p>
    <w:p>
      <w:r>
        <w:br w:type="page"/>
      </w:r>
    </w:p>
    <w:p>
      <w:pPr>
        <w:pStyle w:val="Heading1"/>
        <w:spacing w:before="360" w:after="200" w:line="300" w:lineRule="exact"/>
        <w:jc w:val="center"/>
      </w:pPr>
      <w:r>
        <w:rPr>
          <w:rFonts w:ascii="Georgia" w:hAnsi="Georgia" w:cs="Georgia" w:eastAsia="Georgia"/>
          <w:b/>
          <w:i w:val="0"/>
          <w:color w:val="1F3864"/>
          <w:sz w:val="32"/>
        </w:rPr>
        <w:t>Bismillāhi Rahmāni Raheem A Poignant Message to the Muslim Ummah</w:t>
      </w:r>
    </w:p>
    <w:p>
      <w:pPr>
        <w:spacing w:before="0" w:after="120" w:line="300" w:lineRule="exact"/>
        <w:jc w:val="both"/>
      </w:pPr>
      <w:r>
        <w:rPr>
          <w:rFonts w:ascii="Georgia" w:hAnsi="Georgia" w:cs="Georgia" w:eastAsia="Georgia"/>
          <w:b w:val="0"/>
          <w:i w:val="0"/>
          <w:sz w:val="22"/>
        </w:rPr>
        <w:t>The historic Khutbah of Shaykh Ali Abd-ur-Rahmaan al-Hudhaifee, Imaam of Masjid-an-Nabawi (in Saudi Arabia) just before he was placed under "house arrest". Delivered in Masjid Nabawi, 15th Dhu-l-Qadah, 1418 Hijri/ 13th March 1998</w:t>
      </w:r>
    </w:p>
    <w:p>
      <w:pPr>
        <w:spacing w:before="0" w:after="120" w:line="300" w:lineRule="exact"/>
        <w:jc w:val="both"/>
      </w:pPr>
      <w:r>
        <w:rPr>
          <w:rFonts w:ascii="Georgia" w:hAnsi="Georgia" w:cs="Georgia" w:eastAsia="Georgia"/>
          <w:b w:val="0"/>
          <w:i w:val="0"/>
          <w:sz w:val="22"/>
        </w:rPr>
        <w:t>All praise is for Allah, the Sustainer of the entire universe, Lord of all worlds. He enlightened the hearts of His Aulia with divine guidance and strength of belief, and provided strength to their perception with the luminance of Wahi. Whomsoever He desired He guided to the right path, whoever He wanted, in His wisdom, He led astray. Thus did the hearts of the Kuffar and Munafiqeen become blind to accepting the light of Truth, and Allah Ta'ala's entire argument was established over all His creatures.</w:t>
      </w:r>
    </w:p>
    <w:p>
      <w:pPr>
        <w:spacing w:before="0" w:after="120" w:line="300" w:lineRule="exact"/>
        <w:jc w:val="both"/>
      </w:pPr>
      <w:r>
        <w:rPr>
          <w:rFonts w:ascii="Georgia" w:hAnsi="Georgia" w:cs="Georgia" w:eastAsia="Georgia"/>
          <w:b w:val="0"/>
          <w:i w:val="0"/>
          <w:sz w:val="22"/>
        </w:rPr>
        <w:t>I offer praise to my Rabb, and such gratitude which is worthy of His Being and magnificent sovereignty. I bear witness that there is no god except Allah, He is One and Only and has no partner; that He is Master of the Day of Qiyamah.</w:t>
      </w:r>
    </w:p>
    <w:p>
      <w:pPr>
        <w:spacing w:before="0" w:after="120" w:line="300" w:lineRule="exact"/>
        <w:jc w:val="both"/>
      </w:pPr>
      <w:r>
        <w:rPr>
          <w:rFonts w:ascii="Georgia" w:hAnsi="Georgia" w:cs="Georgia" w:eastAsia="Georgia"/>
          <w:b w:val="0"/>
          <w:i w:val="0"/>
          <w:sz w:val="22"/>
        </w:rPr>
        <w:t>And I bear witness that our Prophet and leader Muhammad (Sallallahu Alayhi Wasallam) is His bondsman and Messenger, leader of all the ancients and the moderns. He was sent forth with the Holy Qur'an as a blessing for the Muslim, a bearer of glad tidings to them. O Allah! Send Durood and Salaam, shower blessings upon your Bondsman and Messenger, Muhammad ( ), upon his descendants, Ashaab and Tabi`een.</w:t>
      </w:r>
    </w:p>
    <w:p>
      <w:pPr>
        <w:spacing w:before="0" w:after="120" w:line="300" w:lineRule="exact"/>
        <w:jc w:val="both"/>
      </w:pPr>
      <w:r>
        <w:rPr>
          <w:rFonts w:ascii="Georgia" w:hAnsi="Georgia" w:cs="Georgia" w:eastAsia="Georgia"/>
          <w:b w:val="0"/>
          <w:i w:val="0"/>
          <w:sz w:val="22"/>
        </w:rPr>
        <w:t>Amma-Ba`ad:</w:t>
      </w:r>
    </w:p>
    <w:p>
      <w:pPr>
        <w:spacing w:before="0" w:after="120" w:line="300" w:lineRule="exact"/>
        <w:jc w:val="both"/>
      </w:pPr>
      <w:r>
        <w:rPr>
          <w:rFonts w:ascii="Georgia" w:hAnsi="Georgia" w:cs="Georgia" w:eastAsia="Georgia"/>
          <w:b w:val="0"/>
          <w:i w:val="0"/>
          <w:sz w:val="22"/>
        </w:rPr>
        <w:t>O Muslims, fear Allah. Fear Allah as is His due. Hold fast to the strong bond of Islam. O people of Allah! Without doubt Allah Ta`ala's greatest blessing upon man is his true faith. Through it Allah Ta`ala brings to life the dead hearts of the Kuffar, bestows the light of Imaan to the blind led astray. Allah Ta`ala says:</w:t>
      </w:r>
    </w:p>
    <w:p>
      <w:pPr>
        <w:spacing w:before="0" w:after="120" w:line="300" w:lineRule="exact"/>
        <w:jc w:val="both"/>
      </w:pPr>
      <w:r>
        <w:rPr>
          <w:rFonts w:ascii="Georgia" w:hAnsi="Georgia" w:cs="Georgia" w:eastAsia="Georgia"/>
          <w:b w:val="0"/>
          <w:i w:val="0"/>
          <w:sz w:val="22"/>
        </w:rPr>
        <w:t>"Is he who was dead (without Faith by ignorance and disbelief) and We gave him life (by knowledge and Faith) and set for him a light (of Belief) whereby he can walk amongst men, like him who is in the darkness (of disbelief, polytheism and hypocrisy) from which he can never come out?"</w:t>
      </w:r>
    </w:p>
    <w:p>
      <w:pPr>
        <w:spacing w:before="0" w:after="120" w:line="300" w:lineRule="exact"/>
        <w:jc w:val="both"/>
      </w:pPr>
      <w:r>
        <w:rPr>
          <w:rFonts w:ascii="Georgia" w:hAnsi="Georgia" w:cs="Georgia" w:eastAsia="Georgia"/>
          <w:b w:val="0"/>
          <w:i w:val="0"/>
          <w:sz w:val="22"/>
        </w:rPr>
        <w:t>(The Noble Qur'an 6:122).</w:t>
      </w:r>
    </w:p>
    <w:p>
      <w:pPr>
        <w:spacing w:before="0" w:after="120" w:line="300" w:lineRule="exact"/>
        <w:jc w:val="both"/>
      </w:pPr>
      <w:r>
        <w:rPr>
          <w:rFonts w:ascii="Georgia" w:hAnsi="Georgia" w:cs="Georgia" w:eastAsia="Georgia"/>
          <w:b w:val="0"/>
          <w:i w:val="0"/>
          <w:sz w:val="22"/>
        </w:rPr>
        <w:t>And He further says:</w:t>
      </w:r>
    </w:p>
    <w:p>
      <w:pPr>
        <w:spacing w:before="0" w:after="120" w:line="300" w:lineRule="exact"/>
        <w:jc w:val="both"/>
      </w:pPr>
      <w:r>
        <w:rPr>
          <w:rFonts w:ascii="Georgia" w:hAnsi="Georgia" w:cs="Georgia" w:eastAsia="Georgia"/>
          <w:b w:val="0"/>
          <w:i w:val="0"/>
          <w:sz w:val="22"/>
        </w:rPr>
        <w:t>" Shall he then who knows that what has been revealed unto you (O Muhammad - salallaahu `alayhee wasallam) from your Lord is the Truth be like him who is blind? But it is only the men of understanding that pay heed."</w:t>
      </w:r>
    </w:p>
    <w:p>
      <w:pPr>
        <w:spacing w:before="0" w:after="120" w:line="300" w:lineRule="exact"/>
        <w:jc w:val="both"/>
      </w:pPr>
      <w:r>
        <w:rPr>
          <w:rFonts w:ascii="Georgia" w:hAnsi="Georgia" w:cs="Georgia" w:eastAsia="Georgia"/>
          <w:b w:val="0"/>
          <w:i w:val="0"/>
          <w:sz w:val="22"/>
        </w:rPr>
        <w:t>(The Noble Qur'an 13:19)</w:t>
      </w:r>
    </w:p>
    <w:p>
      <w:pPr>
        <w:spacing w:before="0" w:after="120" w:line="300" w:lineRule="exact"/>
        <w:jc w:val="both"/>
      </w:pPr>
      <w:r>
        <w:rPr>
          <w:rFonts w:ascii="Georgia" w:hAnsi="Georgia" w:cs="Georgia" w:eastAsia="Georgia"/>
          <w:b w:val="0"/>
          <w:i w:val="0"/>
          <w:sz w:val="22"/>
        </w:rPr>
        <w:t>Allah Ta'ala's Deen in the Heavens and the Earth, for the ancients and the moderns is only the Deen-ul-Islam. The orders of Sharee`ah were different for every prophet. Every prophet was given those orders which were appropriate for their particular Ummah. In His divine knowledge and wisdom, whichever order He thought proper, He cancelled, which ever one He wanted He retained. But when He sent down the Prince among men, He (Sallallahu Alayhi Wasallam) made null and void all previous Sharee`ahs, and bound all men and Jinn (creation of Allah's made from smokeless fire) to render obedience to him.</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"Say O Muhammad (Sallallahu Alayhi Wasallam):</w:t>
      </w:r>
    </w:p>
    <w:p>
      <w:pPr>
        <w:spacing w:before="0" w:after="120" w:line="300" w:lineRule="exact"/>
        <w:jc w:val="both"/>
      </w:pPr>
      <w:r>
        <w:rPr>
          <w:rFonts w:ascii="Georgia" w:hAnsi="Georgia" w:cs="Georgia" w:eastAsia="Georgia"/>
          <w:b w:val="0"/>
          <w:i w:val="0"/>
          <w:sz w:val="22"/>
        </w:rPr>
        <w:t>"O mankind! Verily, I am sent to you all as the Messenger of Allah - to Whom belongs the dominion of the heavens and the earth.</w:t>
      </w:r>
    </w:p>
    <w:p>
      <w:pPr>
        <w:spacing w:before="0" w:after="120" w:line="300" w:lineRule="exact"/>
        <w:jc w:val="both"/>
      </w:pPr>
      <w:r>
        <w:rPr>
          <w:rFonts w:ascii="Georgia" w:hAnsi="Georgia" w:cs="Georgia" w:eastAsia="Georgia"/>
          <w:b w:val="0"/>
          <w:i w:val="0"/>
          <w:sz w:val="22"/>
        </w:rPr>
        <w:t>Laa ilaha illa Huwa (none has the right to be worshipped but He); It is He Who gives life and causes death. So believe in Allah and His Messenger Muhammad (Sallallahu Alayhi Wasallam) the Prophet who can neither read nor write i.e Muhammad (Sallallahu Alayhi Wasallam), who believes in Allah and His words [(this Qur'an), the Torah and the Injeel and also Allah's word: "Be!" - and he was i.e. Jesus - son of Maryam `(alayhee wasallam), and follow him that so you may be guided."</w:t>
      </w:r>
    </w:p>
    <w:p>
      <w:pPr>
        <w:spacing w:before="0" w:after="120" w:line="300" w:lineRule="exact"/>
        <w:jc w:val="both"/>
      </w:pPr>
      <w:r>
        <w:rPr>
          <w:rFonts w:ascii="Georgia" w:hAnsi="Georgia" w:cs="Georgia" w:eastAsia="Georgia"/>
          <w:b w:val="0"/>
          <w:i w:val="0"/>
          <w:sz w:val="22"/>
        </w:rPr>
        <w:t>(The Noble Qur'an 7:158)</w:t>
      </w:r>
    </w:p>
    <w:p>
      <w:pPr>
        <w:spacing w:before="0" w:after="120" w:line="300" w:lineRule="exact"/>
        <w:jc w:val="both"/>
      </w:pPr>
      <w:r>
        <w:rPr>
          <w:rFonts w:ascii="Georgia" w:hAnsi="Georgia" w:cs="Georgia" w:eastAsia="Georgia"/>
          <w:b w:val="0"/>
          <w:i w:val="0"/>
          <w:sz w:val="22"/>
        </w:rPr>
        <w:t>And it is a saying of the Holy Prophet (Sallallahu Alayhi Wasallam):</w:t>
      </w:r>
    </w:p>
    <w:p>
      <w:pPr>
        <w:spacing w:before="0" w:after="120" w:line="300" w:lineRule="exact"/>
        <w:jc w:val="both"/>
      </w:pPr>
      <w:r>
        <w:rPr>
          <w:rFonts w:ascii="Georgia" w:hAnsi="Georgia" w:cs="Georgia" w:eastAsia="Georgia"/>
          <w:b w:val="0"/>
          <w:i w:val="0"/>
          <w:sz w:val="22"/>
        </w:rPr>
        <w:t>"By Him in whose hands is the soul of Muhammad, every Jew or Christian of this age who hears my call and yet dies without believing me, shall be one of the people of Jahannam."</w:t>
      </w:r>
    </w:p>
    <w:p>
      <w:pPr>
        <w:spacing w:before="0" w:after="120" w:line="300" w:lineRule="exact"/>
        <w:jc w:val="both"/>
      </w:pPr>
      <w:r>
        <w:rPr>
          <w:rFonts w:ascii="Georgia" w:hAnsi="Georgia" w:cs="Georgia" w:eastAsia="Georgia"/>
          <w:b w:val="0"/>
          <w:i w:val="0"/>
          <w:sz w:val="22"/>
        </w:rPr>
        <w:t>Thus anyone who does not believe in Rasoolullah (Sallallahu Alayhi Wasallam), will burn in Jahannam forever. Allah Ta'ala does not accept any other Deen than Islam.</w:t>
      </w:r>
    </w:p>
    <w:p>
      <w:pPr>
        <w:spacing w:before="0" w:after="120" w:line="300" w:lineRule="exact"/>
        <w:jc w:val="both"/>
      </w:pPr>
      <w:r>
        <w:rPr>
          <w:rFonts w:ascii="Georgia" w:hAnsi="Georgia" w:cs="Georgia" w:eastAsia="Georgia"/>
          <w:b w:val="0"/>
          <w:i w:val="0"/>
          <w:sz w:val="22"/>
        </w:rPr>
        <w:t>"And whoever seeks a religion other than Islam, it will never be accepted of him, and in the Hereafter he will be one of the losers."</w:t>
      </w:r>
    </w:p>
    <w:p>
      <w:pPr>
        <w:spacing w:before="0" w:after="120" w:line="300" w:lineRule="exact"/>
        <w:jc w:val="both"/>
      </w:pPr>
      <w:r>
        <w:rPr>
          <w:rFonts w:ascii="Georgia" w:hAnsi="Georgia" w:cs="Georgia" w:eastAsia="Georgia"/>
          <w:b w:val="0"/>
          <w:i w:val="0"/>
          <w:sz w:val="22"/>
        </w:rPr>
        <w:t>(The Noble Qur'an 3:85).</w:t>
      </w:r>
    </w:p>
    <w:p>
      <w:pPr>
        <w:spacing w:before="0" w:after="120" w:line="300" w:lineRule="exact"/>
        <w:jc w:val="both"/>
      </w:pPr>
      <w:r>
        <w:rPr>
          <w:rFonts w:ascii="Georgia" w:hAnsi="Georgia" w:cs="Georgia" w:eastAsia="Georgia"/>
          <w:b w:val="0"/>
          <w:i w:val="0"/>
          <w:sz w:val="22"/>
        </w:rPr>
        <w:t>As Allah Ta'ala sent His Prophet Muhammad (Sallallahu Alayhi Wasallam) with such a Sharee`at which is the choicest, the most excellent, with a Deen which is complete in every respect, He has included in it all the basic principles which had been sent down upon all the earlier prophets. Thus He says:</w:t>
      </w:r>
    </w:p>
    <w:p>
      <w:pPr>
        <w:spacing w:before="0" w:after="120" w:line="300" w:lineRule="exact"/>
        <w:jc w:val="both"/>
      </w:pPr>
      <w:r>
        <w:rPr>
          <w:rFonts w:ascii="Georgia" w:hAnsi="Georgia" w:cs="Georgia" w:eastAsia="Georgia"/>
          <w:b w:val="0"/>
          <w:i w:val="0"/>
          <w:sz w:val="22"/>
        </w:rPr>
        <w:t>"He (Allah) has ordained for you the same religion (Islam) which He ordained for Noah, and that which We have inspired you O Muhammad (Sallallahu Alayhi Wasallam), and that which we ordained for Abraham, Moses, and Jesus saying you should establish religion (i.e. to do what it orders you to do practically), and make no divisions in it (religion) (i.e. various sects in religion). Intolerable for the Mushrikun (Disbelievers), is that to which you (O Muhammad - salallaahu 'alayhee wasallam) call them. Allah chooses for Himself whom He wills, and guides unto Himself who turns to Him in repentance and in obedience."</w:t>
      </w:r>
    </w:p>
    <w:p>
      <w:pPr>
        <w:spacing w:before="0" w:after="120" w:line="300" w:lineRule="exact"/>
        <w:jc w:val="both"/>
      </w:pPr>
      <w:r>
        <w:rPr>
          <w:rFonts w:ascii="Georgia" w:hAnsi="Georgia" w:cs="Georgia" w:eastAsia="Georgia"/>
          <w:b w:val="0"/>
          <w:i w:val="0"/>
          <w:sz w:val="22"/>
        </w:rPr>
        <w:t>(The Noble Qur'an 42:13)</w:t>
      </w:r>
    </w:p>
    <w:p>
      <w:pPr>
        <w:spacing w:before="0" w:after="120" w:line="300" w:lineRule="exact"/>
        <w:jc w:val="both"/>
      </w:pPr>
      <w:r>
        <w:rPr>
          <w:rFonts w:ascii="Georgia" w:hAnsi="Georgia" w:cs="Georgia" w:eastAsia="Georgia"/>
          <w:b w:val="0"/>
          <w:i w:val="0"/>
          <w:sz w:val="22"/>
        </w:rPr>
        <w:t>The followers of the Jews and the Christians know for sure that the Deen of Muhammad (Sallallahu Alayhi Wasallam) is the true Deen, but jealousy for the Muslims, arrogance, love of wealth, selfish desires are a barrier between them and Islam. Moreover even before the descent of Hudhoor (Sallallahu Alayhi Wasallam), the Christians and Jews had altered their heavenly books, and completely changed their religion. Thus they remain, firm upon their Kufr, led astray from the right path.</w:t>
      </w:r>
    </w:p>
    <w:p>
      <w:pPr>
        <w:spacing w:before="0" w:after="120" w:line="300" w:lineRule="exact"/>
        <w:jc w:val="both"/>
      </w:pPr>
      <w:r>
        <w:rPr>
          <w:rFonts w:ascii="Georgia" w:hAnsi="Georgia" w:cs="Georgia" w:eastAsia="Georgia"/>
          <w:b w:val="0"/>
          <w:i w:val="0"/>
          <w:sz w:val="22"/>
        </w:rPr>
        <w:t>After a brief introduction of Haq and Batil, for us Muslims, this movement which has been started to bring closer together different religious, is a very painful thing. It hurts us Muslims to hear the call being made of a reconciliation between these religions, and from another direction a call for reconciliation between the Ahlus-Sunnah and the shee'ah (Shia). It is not to our liking. The invitation is being extended by such 'intellectuals' who are not even acquainted with the basic and essential doctrines of Islam.</w:t>
      </w:r>
    </w:p>
    <w:p>
      <w:pPr>
        <w:spacing w:before="0" w:after="120" w:line="300" w:lineRule="exact"/>
        <w:jc w:val="both"/>
      </w:pPr>
      <w:r>
        <w:rPr>
          <w:rFonts w:ascii="Georgia" w:hAnsi="Georgia" w:cs="Georgia" w:eastAsia="Georgia"/>
          <w:b w:val="0"/>
          <w:i w:val="0"/>
          <w:sz w:val="22"/>
        </w:rPr>
        <w:t>Especially now when wars are being fought on the basis of religion and all advantages are connected with it, such movements and invitations are even more dangerous for Islam and the Muslims.</w:t>
      </w:r>
    </w:p>
    <w:p>
      <w:pPr>
        <w:spacing w:before="0" w:after="120" w:line="300" w:lineRule="exact"/>
        <w:jc w:val="both"/>
      </w:pPr>
      <w:r>
        <w:rPr>
          <w:rFonts w:ascii="Georgia" w:hAnsi="Georgia" w:cs="Georgia" w:eastAsia="Georgia"/>
          <w:b w:val="0"/>
          <w:i w:val="0"/>
          <w:sz w:val="22"/>
        </w:rPr>
        <w:t>Without doubt Islam invites the Jews and Christians to save themselves from Jahannam (Hell) and enter Jannah (Paradise); renounce Batil and accept Islam.</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"Say O Muhammad -(Sallallahu Alayhi Wasallam): 'O People of the Scripture (Jews and Christians): Come to a word that is just between us and you, that we worship none but Allah, and that we associate no partners with Him, and that none of us shall take others as lords besides Allah.' Then, if they turn away, say: 'Bear witness that we are Muslims'". (The Noble Qur'an 3:64).</w:t>
      </w:r>
    </w:p>
    <w:p>
      <w:pPr>
        <w:spacing w:before="0" w:after="120" w:line="300" w:lineRule="exact"/>
        <w:jc w:val="both"/>
      </w:pPr>
      <w:r>
        <w:rPr>
          <w:rFonts w:ascii="Georgia" w:hAnsi="Georgia" w:cs="Georgia" w:eastAsia="Georgia"/>
          <w:b w:val="0"/>
          <w:i w:val="0"/>
          <w:sz w:val="22"/>
        </w:rPr>
        <w:t>Islam gives permission to the Christians and Jews to continue upon their religion but only if they remain subordinated to Islam; pay Jizyah to the Muslims and keep the peace. Islam does not force the Christians and Jews to become Muslims, as in the Holy Qur'an it is said:</w:t>
      </w:r>
    </w:p>
    <w:p>
      <w:pPr>
        <w:spacing w:before="0" w:after="120" w:line="300" w:lineRule="exact"/>
        <w:jc w:val="both"/>
      </w:pPr>
      <w:r>
        <w:rPr>
          <w:rFonts w:ascii="Georgia" w:hAnsi="Georgia" w:cs="Georgia" w:eastAsia="Georgia"/>
          <w:b w:val="0"/>
          <w:i w:val="0"/>
          <w:sz w:val="22"/>
        </w:rPr>
        <w:t>"There is no compulsion in religion. Verily, the Right Path has become distinct from the wrong path." (The Noble Qur'an 2:256).</w:t>
      </w:r>
    </w:p>
    <w:p>
      <w:pPr>
        <w:spacing w:before="0" w:after="120" w:line="300" w:lineRule="exact"/>
        <w:jc w:val="both"/>
      </w:pPr>
      <w:r>
        <w:rPr>
          <w:rFonts w:ascii="Georgia" w:hAnsi="Georgia" w:cs="Georgia" w:eastAsia="Georgia"/>
          <w:b w:val="0"/>
          <w:i w:val="0"/>
          <w:sz w:val="22"/>
        </w:rPr>
        <w:t>Islam is pure toleration and a well-wisher of all humanity. It does state that the Deen of the Jews and Christians is Batil so that whoever wishes to embrace Islam can do so, and whoever so desires can remain a Kafir. If the Jews, Christians and Mushrikeen are willing to accept Islam, then it will embrace them. They will be as brothers to the Muslims, for Islam does not admit of any prejudice on the basis of race or colour. History itself is a witness to this fact and furthermore Allah Ta'ala announces:</w:t>
      </w:r>
    </w:p>
    <w:p>
      <w:pPr>
        <w:spacing w:before="0" w:after="120" w:line="300" w:lineRule="exact"/>
        <w:jc w:val="both"/>
      </w:pPr>
      <w:r>
        <w:rPr>
          <w:rFonts w:ascii="Georgia" w:hAnsi="Georgia" w:cs="Georgia" w:eastAsia="Georgia"/>
          <w:b w:val="0"/>
          <w:i w:val="0"/>
          <w:sz w:val="22"/>
        </w:rPr>
        <w:t>"O mankind! We have created you from a male and a female, and made you into nations and tribes, that you may know one another. Verily, the most honourable of you in the sight of Allah is that (believer) who has At Taqwa [i.e. one of the Muttaqun: i.e. pious and righteous persons who fear Allah much (abstain from all kinds of sins and evil deeds which He has forbidden)."</w:t>
      </w:r>
    </w:p>
    <w:p>
      <w:pPr>
        <w:spacing w:before="0" w:after="120" w:line="300" w:lineRule="exact"/>
        <w:jc w:val="both"/>
      </w:pPr>
      <w:r>
        <w:rPr>
          <w:rFonts w:ascii="Georgia" w:hAnsi="Georgia" w:cs="Georgia" w:eastAsia="Georgia"/>
          <w:b w:val="0"/>
          <w:i w:val="0"/>
          <w:sz w:val="22"/>
        </w:rPr>
        <w:t>(The Noble Qur'an 49:13)</w:t>
      </w:r>
    </w:p>
    <w:p>
      <w:pPr>
        <w:spacing w:before="0" w:after="120" w:line="300" w:lineRule="exact"/>
        <w:jc w:val="both"/>
      </w:pPr>
      <w:r>
        <w:rPr>
          <w:rFonts w:ascii="Georgia" w:hAnsi="Georgia" w:cs="Georgia" w:eastAsia="Georgia"/>
          <w:b w:val="0"/>
          <w:i w:val="0"/>
          <w:sz w:val="22"/>
        </w:rPr>
        <w:t>As to the question of a joining between Islam, Christianity and Judaism that is simply impossible. Allah Ta'ala Himself says:</w:t>
      </w:r>
    </w:p>
    <w:p>
      <w:pPr>
        <w:spacing w:before="0" w:after="120" w:line="300" w:lineRule="exact"/>
        <w:jc w:val="both"/>
      </w:pPr>
      <w:r>
        <w:rPr>
          <w:rFonts w:ascii="Georgia" w:hAnsi="Georgia" w:cs="Georgia" w:eastAsia="Georgia"/>
          <w:b w:val="0"/>
          <w:i w:val="0"/>
          <w:sz w:val="22"/>
        </w:rPr>
        <w:t>"Not alike are the blind (disbelievers in Islamic Monotheism) and the seeing (believers in Islamic Monotheism). Nor are (alike) the darkness (disbelief) and the Light (Belief in Islamic Monotheism). Nor are (alike) the shade and the sun's heat. Nor are (alike) the living (believers) and the dead (disbelievers). Verily, Allah makes whom He will hear, but you cannot make hear those who are in graves." (The Noble Qur'an 35:19-22).</w:t>
      </w:r>
    </w:p>
    <w:p>
      <w:pPr>
        <w:spacing w:before="0" w:after="120" w:line="300" w:lineRule="exact"/>
        <w:jc w:val="both"/>
      </w:pPr>
      <w:r>
        <w:rPr>
          <w:rFonts w:ascii="Georgia" w:hAnsi="Georgia" w:cs="Georgia" w:eastAsia="Georgia"/>
          <w:b w:val="0"/>
          <w:i w:val="0"/>
          <w:sz w:val="22"/>
        </w:rPr>
        <w:t>In the same way this notion is wrong that the Muslims should relinquish some of the Islamic tenets, ignore or show apathy towards them, in order to incline the Jews and Christians towards them; or that the Muslims should befriend them in order to bring them closer to Islam. A true Muslim can never do so.</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"You O Muhammad (Sallallahu Alayhi Wasallam) will not find any people who believe in Allah and the Last Day, making friendship with those who oppose Allah and His Messenger Muhammad (Sallallahu Alayhi Wasallam) even though they were their fathers, or their sons, or their brothers, or their kindred (people)."</w:t>
      </w:r>
    </w:p>
    <w:p>
      <w:pPr>
        <w:spacing w:before="0" w:after="120" w:line="300" w:lineRule="exact"/>
        <w:jc w:val="both"/>
      </w:pPr>
      <w:r>
        <w:rPr>
          <w:rFonts w:ascii="Georgia" w:hAnsi="Georgia" w:cs="Georgia" w:eastAsia="Georgia"/>
          <w:b w:val="0"/>
          <w:i w:val="0"/>
          <w:sz w:val="22"/>
        </w:rPr>
        <w:t>(The Noble Qur'an 58:22)</w:t>
      </w:r>
    </w:p>
    <w:p>
      <w:pPr>
        <w:spacing w:before="0" w:after="120" w:line="300" w:lineRule="exact"/>
        <w:jc w:val="both"/>
      </w:pPr>
      <w:r>
        <w:rPr>
          <w:rFonts w:ascii="Georgia" w:hAnsi="Georgia" w:cs="Georgia" w:eastAsia="Georgia"/>
          <w:b w:val="0"/>
          <w:i w:val="0"/>
          <w:sz w:val="22"/>
        </w:rPr>
        <w:t>In short, there is no connection, no relationship between the Muslims and the Kuffar. In spite of this, Islam does not allow any Muslim to be cruel to the Kufaar. Islam has bound the Muslims to be just and fair to them too. On the other hand a Muslim has been ordered to defend his faith, to have enmity for Batil, and not only that, but make efforts to break its strength.</w:t>
      </w:r>
    </w:p>
    <w:p>
      <w:pPr>
        <w:spacing w:before="0" w:after="120" w:line="300" w:lineRule="exact"/>
        <w:jc w:val="both"/>
      </w:pPr>
      <w:r>
        <w:rPr>
          <w:rFonts w:ascii="Georgia" w:hAnsi="Georgia" w:cs="Georgia" w:eastAsia="Georgia"/>
          <w:b w:val="0"/>
          <w:i w:val="0"/>
          <w:sz w:val="22"/>
        </w:rPr>
        <w:t>This distinction between Islam and Kufr can only be achieved by holding fast to the fundamentals and beliefs of Islam.</w:t>
      </w:r>
    </w:p>
    <w:p>
      <w:pPr>
        <w:spacing w:before="0" w:after="120" w:line="300" w:lineRule="exact"/>
        <w:jc w:val="both"/>
      </w:pPr>
      <w:r>
        <w:rPr>
          <w:rFonts w:ascii="Georgia" w:hAnsi="Georgia" w:cs="Georgia" w:eastAsia="Georgia"/>
          <w:b w:val="0"/>
          <w:i w:val="0"/>
          <w:sz w:val="22"/>
        </w:rPr>
        <w:t>By persevering upon faith and strictly adhering to the orders of Islam, can the Muslims prosper in the world and thereby protect, safeguard their honour and their rights. Right or Haq can be established, Batil can be identified as Batil only through perseverance upon Deen. The campaign which has been started to unite different religions, is not only against the spirit of Islam but will land the Muslims into terrible trouble and misfortune. The disastrous results of such a movement will be disastrous; weakening of Imaan, interpolation of beliefs, friendship with the enemies of Allah Ta`ala.</w:t>
      </w:r>
    </w:p>
    <w:p>
      <w:pPr>
        <w:spacing w:before="0" w:after="120" w:line="300" w:lineRule="exact"/>
        <w:jc w:val="both"/>
      </w:pPr>
      <w:r>
        <w:rPr>
          <w:rFonts w:ascii="Georgia" w:hAnsi="Georgia" w:cs="Georgia" w:eastAsia="Georgia"/>
          <w:b w:val="0"/>
          <w:i w:val="0"/>
          <w:sz w:val="22"/>
        </w:rPr>
        <w:t>Allah Ta'ala has ordered those of the Islamic faith to be friends of one another only. He says,</w:t>
      </w:r>
    </w:p>
    <w:p>
      <w:pPr>
        <w:spacing w:before="0" w:after="120" w:line="300" w:lineRule="exact"/>
        <w:jc w:val="both"/>
      </w:pPr>
      <w:r>
        <w:rPr>
          <w:rFonts w:ascii="Georgia" w:hAnsi="Georgia" w:cs="Georgia" w:eastAsia="Georgia"/>
          <w:b w:val="0"/>
          <w:i w:val="0"/>
          <w:sz w:val="22"/>
        </w:rPr>
        <w:t>"The Believers, men and women, are 'Auliya' (helpers, supporters, friends, protectors) of one another..." (The Noble Qur'an 9:71)</w:t>
      </w:r>
    </w:p>
    <w:p>
      <w:pPr>
        <w:spacing w:before="0" w:after="120" w:line="300" w:lineRule="exact"/>
        <w:jc w:val="both"/>
      </w:pPr>
      <w:r>
        <w:rPr>
          <w:rFonts w:ascii="Georgia" w:hAnsi="Georgia" w:cs="Georgia" w:eastAsia="Georgia"/>
          <w:b w:val="0"/>
          <w:i w:val="0"/>
          <w:sz w:val="22"/>
        </w:rPr>
        <w:t>While the Kufaar, may belong to any group, they have been designated as friends of each other by Him: "And those who disbelieve are allies to one another, (and) if you (Muslims of the whole world collectively) do not do so (i.e. become allies, as one united block with one Khalifa - chief Muslim ruler for the whole Muslim world to make victorious Allah's religion of Islamic Monotheism), there will be Fitnah (wars, battles, polytheism, etc.) and oppression on earth, and a great mischief and corruption."</w:t>
      </w:r>
    </w:p>
    <w:p>
      <w:pPr>
        <w:spacing w:before="0" w:after="120" w:line="300" w:lineRule="exact"/>
        <w:jc w:val="both"/>
      </w:pPr>
      <w:r>
        <w:rPr>
          <w:rFonts w:ascii="Georgia" w:hAnsi="Georgia" w:cs="Georgia" w:eastAsia="Georgia"/>
          <w:b w:val="0"/>
          <w:i w:val="0"/>
          <w:sz w:val="22"/>
        </w:rPr>
        <w:t>(The Noble Qur'an 8:73)</w:t>
      </w:r>
    </w:p>
    <w:p>
      <w:pPr>
        <w:spacing w:before="0" w:after="120" w:line="300" w:lineRule="exact"/>
        <w:jc w:val="both"/>
      </w:pPr>
      <w:r>
        <w:rPr>
          <w:rFonts w:ascii="Georgia" w:hAnsi="Georgia" w:cs="Georgia" w:eastAsia="Georgia"/>
          <w:b w:val="0"/>
          <w:i w:val="0"/>
          <w:sz w:val="22"/>
        </w:rPr>
        <w:t>The famous Mufassir Imaam Ibn Kathir (Raheemahullahu Ta`ala) has interpreted it in this way: If you do not adopt separation from the Kufaar, and befriend the Muslims, a great mischief will be caused among the people. 'Mischief', here means the intermingling of the Muslims with the Kufaar, and of the truth becoming doubtful. Thus a mixing of the Muslims and Kuffar will lead to a mischief of great magnitude.</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"O you who believe! Take not the Jews and the Christians as 'Auliya' (friends, protectors, helpers, etc.), they are but 'Auliya' to one another."</w:t>
      </w:r>
    </w:p>
    <w:p>
      <w:pPr>
        <w:spacing w:before="0" w:after="120" w:line="300" w:lineRule="exact"/>
        <w:jc w:val="both"/>
      </w:pPr>
      <w:r>
        <w:rPr>
          <w:rFonts w:ascii="Georgia" w:hAnsi="Georgia" w:cs="Georgia" w:eastAsia="Georgia"/>
          <w:b w:val="0"/>
          <w:i w:val="0"/>
          <w:sz w:val="22"/>
        </w:rPr>
        <w:t>(The Noble Qur'an 5:51)</w:t>
      </w:r>
    </w:p>
    <w:p>
      <w:pPr>
        <w:spacing w:before="0" w:after="120" w:line="300" w:lineRule="exact"/>
        <w:jc w:val="both"/>
      </w:pPr>
      <w:r>
        <w:rPr>
          <w:rFonts w:ascii="Georgia" w:hAnsi="Georgia" w:cs="Georgia" w:eastAsia="Georgia"/>
          <w:b w:val="0"/>
          <w:i w:val="0"/>
          <w:sz w:val="22"/>
        </w:rPr>
        <w:t>How can there be any similarity, any bond between Islam and Yahudiyyat, (the Jewish faith) when Islam is exceptional, with its purity, light, brilliance, nobility, justice, toleration, magnanimity, high morality, equally for man or Jinn, and Yahudiyyat is, a collection of materialism and narrow-mindedness, which bears malice towards humanity, is steeped in moral degradation, greed and covetousness.</w:t>
      </w:r>
    </w:p>
    <w:p>
      <w:pPr>
        <w:spacing w:before="0" w:after="120" w:line="300" w:lineRule="exact"/>
        <w:jc w:val="both"/>
      </w:pPr>
      <w:r>
        <w:rPr>
          <w:rFonts w:ascii="Georgia" w:hAnsi="Georgia" w:cs="Georgia" w:eastAsia="Georgia"/>
          <w:b w:val="0"/>
          <w:i w:val="0"/>
          <w:sz w:val="22"/>
        </w:rPr>
        <w:t>So how can there be any link between Islam and Yahudiyyat?... Can any Muslim tolerate the aspersion cast upon the pious, pure character of Maryam ('alayhas salaam) by the Jews?... Can the Muslims bear the presence of the Jews who call 'Eesa ('alayhee sallam) (Jesus) the son of a whore?... 'aoodhubillah. Allah forbid!</w:t>
      </w:r>
    </w:p>
    <w:p>
      <w:pPr>
        <w:spacing w:before="0" w:after="120" w:line="300" w:lineRule="exact"/>
        <w:jc w:val="both"/>
      </w:pPr>
      <w:r>
        <w:rPr>
          <w:rFonts w:ascii="Georgia" w:hAnsi="Georgia" w:cs="Georgia" w:eastAsia="Georgia"/>
          <w:b w:val="0"/>
          <w:i w:val="0"/>
          <w:sz w:val="22"/>
        </w:rPr>
        <w:t>And on this account how can there be any link between the Holy Qur'an and the Talmud, the holy book of the Satanic Jews?</w:t>
      </w:r>
    </w:p>
    <w:p>
      <w:pPr>
        <w:spacing w:before="0" w:after="120" w:line="300" w:lineRule="exact"/>
        <w:jc w:val="both"/>
      </w:pPr>
      <w:r>
        <w:rPr>
          <w:rFonts w:ascii="Georgia" w:hAnsi="Georgia" w:cs="Georgia" w:eastAsia="Georgia"/>
          <w:b w:val="0"/>
          <w:i w:val="0"/>
          <w:sz w:val="22"/>
        </w:rPr>
        <w:t>Similarly, there is no similarity between Christianity and Islam. Islam is a pure and clean religion believing in the oneness of Allah, in Tawheed. It is pure justice and a blessing. It is complete Sharee`ah; the Revealed Law.</w:t>
      </w:r>
    </w:p>
    <w:p>
      <w:pPr>
        <w:spacing w:before="0" w:after="120" w:line="300" w:lineRule="exact"/>
        <w:jc w:val="both"/>
      </w:pPr>
      <w:r>
        <w:rPr>
          <w:rFonts w:ascii="Georgia" w:hAnsi="Georgia" w:cs="Georgia" w:eastAsia="Georgia"/>
          <w:b w:val="0"/>
          <w:i w:val="0"/>
          <w:sz w:val="22"/>
        </w:rPr>
        <w:t>Whereas Christianity is a deviation from the right path. The misled Christians hold the belief of Trinity - the Father, Son, and the Holy Ghost. Christianity claims that Christ is God, and the son of God.</w:t>
      </w:r>
    </w:p>
    <w:p>
      <w:pPr>
        <w:spacing w:before="0" w:after="120" w:line="300" w:lineRule="exact"/>
        <w:jc w:val="both"/>
      </w:pPr>
      <w:r>
        <w:rPr>
          <w:rFonts w:ascii="Georgia" w:hAnsi="Georgia" w:cs="Georgia" w:eastAsia="Georgia"/>
          <w:b w:val="0"/>
          <w:i w:val="0"/>
          <w:sz w:val="22"/>
        </w:rPr>
        <w:t>Can any sane and sensible person really believe that God could be nurtured in a mother's womb, can reason admit to a God who eats and drinks, rides upon a donkey, sleeps and defecates? So how can there be any possible association or compromise between sucha ridiculous religion and Islam?</w:t>
      </w:r>
    </w:p>
    <w:p>
      <w:pPr>
        <w:spacing w:before="0" w:after="120" w:line="300" w:lineRule="exact"/>
        <w:jc w:val="both"/>
      </w:pPr>
      <w:r>
        <w:rPr>
          <w:rFonts w:ascii="Georgia" w:hAnsi="Georgia" w:cs="Georgia" w:eastAsia="Georgia"/>
          <w:b w:val="0"/>
          <w:i w:val="0"/>
          <w:sz w:val="22"/>
        </w:rPr>
        <w:t>Moreover, Islam acknowledges the greatness of 'Eesa 'alayhissalaam (Jesus Christ). It is a religious tenet of the Islaamic faith that 'Eesa alayhissalaam is a bondsman of Allaah ta'aalaa, a Holy Prophet of the Banee Israel (Children of Israel), and one of the foremost messengers of Allaah ta'aalaa.</w:t>
      </w:r>
    </w:p>
    <w:p>
      <w:pPr>
        <w:spacing w:before="0" w:after="120" w:line="300" w:lineRule="exact"/>
        <w:jc w:val="both"/>
      </w:pPr>
      <w:r>
        <w:rPr>
          <w:rFonts w:ascii="Georgia" w:hAnsi="Georgia" w:cs="Georgia" w:eastAsia="Georgia"/>
          <w:b w:val="0"/>
          <w:i w:val="0"/>
          <w:sz w:val="22"/>
        </w:rPr>
        <w:t>How can there be any compromise or link between the Ahl-us-Sunnah and the Shee'ah? The Ahl-us-Sunnah are those who uphold the Qur'aan and the Hadeeth (Sunnah). It is through them that Allaah tabarak wa ta'aalaa has protected the deen. They are those who engaged in Jihaad for the glory and dignity of Islam and established the glorious history of Islam.</w:t>
      </w:r>
    </w:p>
    <w:p>
      <w:pPr>
        <w:spacing w:before="0" w:after="120" w:line="300" w:lineRule="exact"/>
        <w:jc w:val="both"/>
      </w:pPr>
      <w:r>
        <w:rPr>
          <w:rFonts w:ascii="Georgia" w:hAnsi="Georgia" w:cs="Georgia" w:eastAsia="Georgia"/>
          <w:b w:val="0"/>
          <w:i w:val="0"/>
          <w:sz w:val="22"/>
        </w:rPr>
        <w:t>On the other hand the state of the Rawaafidh (Shee'ah) is that they are those who curse and insult the Sahabah (RadiaLlaahu anhum). They are those who are denigrating and demolishing Islam. For, indeed, it is the Sahaabah (RadiaLllaahu anhum) who are the ones through whom the Deen has been passed down to us. So those people who curse and insult them, in reality, are destroying Islam.</w:t>
      </w:r>
    </w:p>
    <w:p>
      <w:pPr>
        <w:spacing w:before="0" w:after="120" w:line="300" w:lineRule="exact"/>
        <w:jc w:val="both"/>
      </w:pPr>
      <w:r>
        <w:rPr>
          <w:rFonts w:ascii="Georgia" w:hAnsi="Georgia" w:cs="Georgia" w:eastAsia="Georgia"/>
          <w:b w:val="0"/>
          <w:i w:val="0"/>
          <w:sz w:val="22"/>
        </w:rPr>
        <w:t>Therefore, how can there be any association or compromise between the Ahl-us-Sunnah and the Rawaafidh (Shee'ah) whilst they (Shee'ahs) curse and denigrate the three Khulafaa: Abu Bakr Siddeeq, Umar Faarooq and Uthman, Radiallaahu anhum?</w:t>
      </w:r>
    </w:p>
    <w:p>
      <w:pPr>
        <w:spacing w:before="0" w:after="120" w:line="300" w:lineRule="exact"/>
        <w:jc w:val="both"/>
      </w:pPr>
      <w:r>
        <w:rPr>
          <w:rFonts w:ascii="Georgia" w:hAnsi="Georgia" w:cs="Georgia" w:eastAsia="Georgia"/>
          <w:b w:val="0"/>
          <w:i w:val="0"/>
          <w:sz w:val="22"/>
        </w:rPr>
        <w:t>If they had any sense, they would know and appreciate that they are in reality cursing the Holy Prophet sallallaahu alayhi wa sallam himself. Abu Bakr and Umar radiallaahu anhumaa were both fathers-in-law of the Prophet sallallaahu alayhi wa sallam. Also, during the lifetime of the Prophet sallallaahu alayhi wa sallam both were his right hand men; and after his demise, it is they who had great worry feeling for the welfare of the Deen. Who else has ever been honoured with such a position and honour as was granted to these two? Again, it is these two who had always participated and had been with the Prophet sallallaahu alayhi wa sallam during all the Ghazaawaat (battles). These facts are enough to refute the Shee'ah beliefs.</w:t>
      </w:r>
    </w:p>
    <w:p>
      <w:pPr>
        <w:spacing w:before="0" w:after="120" w:line="300" w:lineRule="exact"/>
        <w:jc w:val="both"/>
      </w:pPr>
      <w:r>
        <w:rPr>
          <w:rFonts w:ascii="Georgia" w:hAnsi="Georgia" w:cs="Georgia" w:eastAsia="Georgia"/>
          <w:b w:val="0"/>
          <w:i w:val="0"/>
          <w:sz w:val="22"/>
        </w:rPr>
        <w:t>As for Uthmaan radiallaahu anhu, he was the husband of two daughters of the Prophet sallallaahu alayhi wa sallam. It is clear that Allaah tabarak wa ta'aalaa does not choose for His Rasool sallallaahu alayhi wa sallam a son-in-law and companions except those who are the best.</w:t>
      </w:r>
    </w:p>
    <w:p>
      <w:pPr>
        <w:spacing w:before="0" w:after="120" w:line="300" w:lineRule="exact"/>
        <w:jc w:val="both"/>
      </w:pPr>
      <w:r>
        <w:rPr>
          <w:rFonts w:ascii="Georgia" w:hAnsi="Georgia" w:cs="Georgia" w:eastAsia="Georgia"/>
          <w:b w:val="0"/>
          <w:i w:val="0"/>
          <w:sz w:val="22"/>
        </w:rPr>
        <w:t>If the Rawaafidh (Shee'ah) are true to their claims, then could they explain why Rasoolullaah sallallaahu alayhi wa sallam did not forewarn the Ummah and clarify the alleged enmity of the Khulafaa ath-Thalaatha (ie Abu Bakr, Umar and Uthmaan radiallaahu anhum) towards Islam?</w:t>
      </w:r>
    </w:p>
    <w:p>
      <w:pPr>
        <w:spacing w:before="0" w:after="120" w:line="300" w:lineRule="exact"/>
        <w:jc w:val="both"/>
      </w:pPr>
      <w:r>
        <w:rPr>
          <w:rFonts w:ascii="Georgia" w:hAnsi="Georgia" w:cs="Georgia" w:eastAsia="Georgia"/>
          <w:b w:val="0"/>
          <w:i w:val="0"/>
          <w:sz w:val="22"/>
        </w:rPr>
        <w:t>Their insults and curses are not limited just to the Khulafaa ath-Thalaatha but are also directed towards Ali Radiallaahu anhu. Because Ali Radiallaahu anhu himself, in Masjid Rabia, gave the oath of allegiance (bai'ah) to Abu Bakr radiallaahu anhu and also gave his daughter, Umm Kulthum, Radiallahu anha, in marriage to Umar Radiallaahu anhu. He also willingly gave the oath of allegiance (bai'ah) to Uthmaan radiallaahu anhu. Not only this, but he was actually the right hand man and a well-wisher of the Khulafaa ath-Thalaatha. So could Ali radiallaahu anhuhave chosen a kaafir as a son-in-law for himself? And could Ali radiallaahu anhu have given the oath of allegiance (bai'ah) ,as he did, to a kaafir? Subhaan Allaah! This indeed is a great slander!</w:t>
      </w:r>
    </w:p>
    <w:p>
      <w:pPr>
        <w:spacing w:before="0" w:after="120" w:line="300" w:lineRule="exact"/>
        <w:jc w:val="both"/>
      </w:pPr>
      <w:r>
        <w:rPr>
          <w:rFonts w:ascii="Georgia" w:hAnsi="Georgia" w:cs="Georgia" w:eastAsia="Georgia"/>
          <w:b w:val="0"/>
          <w:i w:val="0"/>
          <w:sz w:val="22"/>
        </w:rPr>
        <w:t>Also, by cursing Mu'aawiya radiallaahu anhu, these Rawaafidh (Shee'ah) are actually cursing Hasan Radiallaahu anhu. Because Hasan radiallahu anhuwithdrew from, and gave up the Khilaafah to Mu'aawiya radiallaahu anhu purely for the pleasure of Allaah. Rasoolullaah sallallaahu alayhi wa sallam foretold of this in the hadeeth. So can the grandson of Rasoolullaah sallallaahu alayhi wa sallam actually have withdrawn from and left the Khilaafah in the hands of a Kaafir for him to rule over the people? Subhaan Allaah! This indeed is a great slander and insult!</w:t>
      </w:r>
    </w:p>
    <w:p>
      <w:pPr>
        <w:spacing w:before="0" w:after="120" w:line="300" w:lineRule="exact"/>
        <w:jc w:val="both"/>
      </w:pPr>
      <w:r>
        <w:rPr>
          <w:rFonts w:ascii="Georgia" w:hAnsi="Georgia" w:cs="Georgia" w:eastAsia="Georgia"/>
          <w:b w:val="0"/>
          <w:i w:val="0"/>
          <w:sz w:val="22"/>
        </w:rPr>
        <w:t>If the Rawaafidh say that Ali and Hasan radiallahu anhumaa were forced into doing this, then this is proof enough that these Rawaafidh have no sense whatsoever. The accusations levelled against these two honoured companions of the Prophet sallallaahu alayhi wa sallam are the worst insults ever imaginable and are beyond belief.</w:t>
      </w:r>
    </w:p>
    <w:p>
      <w:pPr>
        <w:spacing w:before="0" w:after="120" w:line="300" w:lineRule="exact"/>
        <w:jc w:val="both"/>
      </w:pPr>
      <w:r>
        <w:rPr>
          <w:rFonts w:ascii="Georgia" w:hAnsi="Georgia" w:cs="Georgia" w:eastAsia="Georgia"/>
          <w:b w:val="0"/>
          <w:i w:val="0"/>
          <w:sz w:val="22"/>
        </w:rPr>
        <w:t>Furthermore, how do these Rawaafidh curse and insult Umm ul Mu'mineen (mother of the Believers) A'isha radiallaahu anha when Allaah tabarak wa ta'aalaa Himself has mentioned her in the Qur'aan as the mother of the believers?</w:t>
      </w:r>
    </w:p>
    <w:p>
      <w:pPr>
        <w:spacing w:before="0" w:after="120" w:line="300" w:lineRule="exact"/>
        <w:jc w:val="both"/>
      </w:pPr>
      <w:r>
        <w:rPr>
          <w:rFonts w:ascii="Georgia" w:hAnsi="Georgia" w:cs="Georgia" w:eastAsia="Georgia"/>
          <w:b w:val="0"/>
          <w:i w:val="0"/>
          <w:sz w:val="22"/>
        </w:rPr>
        <w:t>Allaah tabaarak wa ta'aalaa says:</w:t>
      </w:r>
    </w:p>
    <w:p>
      <w:pPr>
        <w:spacing w:before="0" w:after="120" w:line="300" w:lineRule="exact"/>
        <w:jc w:val="both"/>
      </w:pPr>
      <w:r>
        <w:rPr>
          <w:rFonts w:ascii="Georgia" w:hAnsi="Georgia" w:cs="Georgia" w:eastAsia="Georgia"/>
          <w:b w:val="0"/>
          <w:i w:val="0"/>
          <w:sz w:val="22"/>
        </w:rPr>
        <w:t>"The Prophet (sallallaahu alayhi wa sallam) is closer to the Believers than their own selves, and his wives are their (believers) mothers (as regards respect and marriage)." (al-Ahzaab, verse 6)</w:t>
      </w:r>
    </w:p>
    <w:p>
      <w:pPr>
        <w:spacing w:before="0" w:after="120" w:line="300" w:lineRule="exact"/>
        <w:jc w:val="both"/>
      </w:pPr>
      <w:r>
        <w:rPr>
          <w:rFonts w:ascii="Georgia" w:hAnsi="Georgia" w:cs="Georgia" w:eastAsia="Georgia"/>
          <w:b w:val="0"/>
          <w:i w:val="0"/>
          <w:sz w:val="22"/>
        </w:rPr>
        <w:t>There is no doubt whatsoever that only that person will curse and insult Umm al-Mu'mineen who does not consider her to be a mother. Because for one who does have a mother, does not curse and insult her, but loves her.</w:t>
      </w:r>
    </w:p>
    <w:p>
      <w:pPr>
        <w:spacing w:before="0" w:after="120" w:line="300" w:lineRule="exact"/>
        <w:jc w:val="both"/>
      </w:pPr>
      <w:r>
        <w:rPr>
          <w:rFonts w:ascii="Georgia" w:hAnsi="Georgia" w:cs="Georgia" w:eastAsia="Georgia"/>
          <w:b w:val="0"/>
          <w:i w:val="0"/>
          <w:sz w:val="22"/>
        </w:rPr>
        <w:t>How then can there be any compromise between the Ahl-us-Sunnah and the Rawaafidh when the fact is that these Rawaafidh regard the leader of dalaalah (misguidance) Khomeini as sinless and one protected from committing sins? They actually admit to this (that Khomeini is sinless and protected from sinning) because they consider him to be the deputy of their own Mahdi ("Muhammad son of al-Hasan al-Askari") not the awaited Mahdi of Ahl-us-Sunnah wal Jamaa'ah). The Mahdi about whom they maintain the belief that he is presently concealed in the cave called 'Samurah'.</w:t>
      </w:r>
    </w:p>
    <w:p>
      <w:pPr>
        <w:spacing w:before="0" w:after="120" w:line="300" w:lineRule="exact"/>
        <w:jc w:val="both"/>
      </w:pPr>
      <w:r>
        <w:rPr>
          <w:rFonts w:ascii="Georgia" w:hAnsi="Georgia" w:cs="Georgia" w:eastAsia="Georgia"/>
          <w:b w:val="0"/>
          <w:i w:val="0"/>
          <w:sz w:val="22"/>
        </w:rPr>
        <w:t>Now, because Khomeini is the deputy of their Mahdi and the order of the deputy is essentially the order of the deputor, the Mahdi, therefore, here, their inference is that, as the awaited Mahdi is Ma'soom (protected from sinning) then Khomeini is also Ma'soom, being the Mahdi's deputy.</w:t>
      </w:r>
    </w:p>
    <w:p>
      <w:pPr>
        <w:spacing w:before="0" w:after="120" w:line="300" w:lineRule="exact"/>
        <w:jc w:val="both"/>
      </w:pPr>
      <w:r>
        <w:rPr>
          <w:rFonts w:ascii="Georgia" w:hAnsi="Georgia" w:cs="Georgia" w:eastAsia="Georgia"/>
          <w:b w:val="0"/>
          <w:i w:val="0"/>
          <w:sz w:val="22"/>
        </w:rPr>
        <w:t>Also these Rawaafidh do not content themselves with just this but they continue and maintain that all their Faqihs (scholars) are also Ma'soom and all these Faqihs hold the status of being close to Allaah (walee)!</w:t>
      </w:r>
    </w:p>
    <w:p>
      <w:pPr>
        <w:spacing w:before="0" w:after="120" w:line="300" w:lineRule="exact"/>
        <w:jc w:val="both"/>
      </w:pPr>
      <w:r>
        <w:rPr>
          <w:rFonts w:ascii="Georgia" w:hAnsi="Georgia" w:cs="Georgia" w:eastAsia="Georgia"/>
          <w:b w:val="0"/>
          <w:i w:val="0"/>
          <w:sz w:val="22"/>
        </w:rPr>
        <w:t>As can be seen this is an open contradiction of their own beliefs. In this way they have actually destroyed the basis of their own religion. This is not surprising, because facts based on falsehood and lies always do clash and contradict with each other, and thus, a religion based on lies brings about its own destruction.</w:t>
      </w:r>
    </w:p>
    <w:p>
      <w:pPr>
        <w:spacing w:before="0" w:after="120" w:line="300" w:lineRule="exact"/>
        <w:jc w:val="both"/>
      </w:pPr>
      <w:r>
        <w:rPr>
          <w:rFonts w:ascii="Georgia" w:hAnsi="Georgia" w:cs="Georgia" w:eastAsia="Georgia"/>
          <w:b w:val="0"/>
          <w:i w:val="0"/>
          <w:sz w:val="22"/>
        </w:rPr>
        <w:t>None of the Ahl-ul-Bayt (the family of the Holy Prophet sallallaahu alayhi wa sallam) subscribed to the false beliefs of these Rawaafidh (Shee'ah). There are numerous solid arguments based on logic and Shari'ah refuting their religion and false beliefs. These arguments are so many that it would be difficult to recount them all. Therefore they should repent from their Baatil Aqeedah (false and unfounded beliefs) and enter into the fold of Islam.</w:t>
      </w:r>
    </w:p>
    <w:p>
      <w:pPr>
        <w:spacing w:before="0" w:after="120" w:line="300" w:lineRule="exact"/>
        <w:jc w:val="both"/>
      </w:pPr>
      <w:r>
        <w:rPr>
          <w:rFonts w:ascii="Georgia" w:hAnsi="Georgia" w:cs="Georgia" w:eastAsia="Georgia"/>
          <w:b w:val="0"/>
          <w:i w:val="0"/>
          <w:sz w:val="22"/>
        </w:rPr>
        <w:t>Therefore, we, Ahl-us-Sunnah, cannot be close to them even to the extent of a hair. As regards to Islam, these people (the shee'ah) are actually more dangerous than the Jews and the Christians.</w:t>
      </w:r>
    </w:p>
    <w:p>
      <w:pPr>
        <w:spacing w:before="0" w:after="120" w:line="300" w:lineRule="exact"/>
        <w:jc w:val="both"/>
      </w:pPr>
      <w:r>
        <w:rPr>
          <w:rFonts w:ascii="Georgia" w:hAnsi="Georgia" w:cs="Georgia" w:eastAsia="Georgia"/>
          <w:b w:val="0"/>
          <w:i w:val="0"/>
          <w:sz w:val="22"/>
        </w:rPr>
        <w:t>They should never and can never be trusted in any way whatsoever. In fact, Muslims must always lie in wait and constantly be in a state of defence against their evil plots and deceptions.</w:t>
      </w:r>
    </w:p>
    <w:p>
      <w:pPr>
        <w:spacing w:before="0" w:after="120" w:line="300" w:lineRule="exact"/>
        <w:jc w:val="both"/>
      </w:pPr>
      <w:r>
        <w:rPr>
          <w:rFonts w:ascii="Georgia" w:hAnsi="Georgia" w:cs="Georgia" w:eastAsia="Georgia"/>
          <w:b w:val="0"/>
          <w:i w:val="0"/>
          <w:sz w:val="22"/>
        </w:rPr>
        <w:t>Allaah tabarak wa ta'aalaa says:</w:t>
      </w:r>
    </w:p>
    <w:p>
      <w:pPr>
        <w:spacing w:before="0" w:after="120" w:line="300" w:lineRule="exact"/>
        <w:jc w:val="both"/>
      </w:pPr>
      <w:r>
        <w:rPr>
          <w:rFonts w:ascii="Georgia" w:hAnsi="Georgia" w:cs="Georgia" w:eastAsia="Georgia"/>
          <w:b w:val="0"/>
          <w:i w:val="0"/>
          <w:sz w:val="22"/>
        </w:rPr>
        <w:t>"They are the enemies, so beware of them. May Allaah curse them! How are they denying (or deviating from) the Right Path." (al-Munaafiqoon, verse 4)</w:t>
      </w:r>
    </w:p>
    <w:p>
      <w:pPr>
        <w:spacing w:before="0" w:after="120" w:line="300" w:lineRule="exact"/>
        <w:jc w:val="both"/>
      </w:pPr>
      <w:r>
        <w:rPr>
          <w:rFonts w:ascii="Georgia" w:hAnsi="Georgia" w:cs="Georgia" w:eastAsia="Georgia"/>
          <w:b w:val="0"/>
          <w:i w:val="0"/>
          <w:sz w:val="22"/>
        </w:rPr>
        <w:t>These Rawaafidh (Shee'ah) actually descend from Abu Lu'luah Majoosi (a fire worshipper) and Abdullaah ibn Sabah Yahoodi (a Jew).</w:t>
      </w:r>
    </w:p>
    <w:p>
      <w:pPr>
        <w:spacing w:before="0" w:after="120" w:line="300" w:lineRule="exact"/>
        <w:jc w:val="both"/>
      </w:pPr>
      <w:r>
        <w:rPr>
          <w:rFonts w:ascii="Georgia" w:hAnsi="Georgia" w:cs="Georgia" w:eastAsia="Georgia"/>
          <w:b w:val="0"/>
          <w:i w:val="0"/>
          <w:sz w:val="22"/>
        </w:rPr>
        <w:t>Therefore, O Muslims! There is no alternative for the Muslims but to differentiate between Haqq and Baatil in their beliefs and to consider good only what Allaah has declared as good, and to consider as condemned what Allaah has condemned and disapproved of.</w:t>
      </w:r>
    </w:p>
    <w:p>
      <w:pPr>
        <w:spacing w:before="0" w:after="120" w:line="300" w:lineRule="exact"/>
        <w:jc w:val="both"/>
      </w:pPr>
      <w:r>
        <w:rPr>
          <w:rFonts w:ascii="Georgia" w:hAnsi="Georgia" w:cs="Georgia" w:eastAsia="Georgia"/>
          <w:b w:val="0"/>
          <w:i w:val="0"/>
          <w:sz w:val="22"/>
        </w:rPr>
        <w:t>All the Muslims should unite through mutual efforts and help because their enemies stand united against them in their Baatil religion and false beliefs. This is not new, they have always been unified against the Muslims throughout Islamic History. There is no possibility whatsoever that these Kuffaar can be or will ever be pleased with the Muslims.</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"Never will the Jews nor the Christians be pleased with you till you follow their religion."</w:t>
      </w:r>
    </w:p>
    <w:p>
      <w:pPr>
        <w:spacing w:before="0" w:after="120" w:line="300" w:lineRule="exact"/>
        <w:jc w:val="both"/>
      </w:pPr>
      <w:r>
        <w:rPr>
          <w:rFonts w:ascii="Georgia" w:hAnsi="Georgia" w:cs="Georgia" w:eastAsia="Georgia"/>
          <w:b w:val="0"/>
          <w:i w:val="0"/>
          <w:sz w:val="22"/>
        </w:rPr>
        <w:t>And He Ta'ala says:</w:t>
      </w:r>
    </w:p>
    <w:p>
      <w:pPr>
        <w:spacing w:before="0" w:after="120" w:line="300" w:lineRule="exact"/>
        <w:jc w:val="both"/>
      </w:pPr>
      <w:r>
        <w:rPr>
          <w:rFonts w:ascii="Georgia" w:hAnsi="Georgia" w:cs="Georgia" w:eastAsia="Georgia"/>
          <w:b w:val="0"/>
          <w:i w:val="0"/>
          <w:sz w:val="22"/>
        </w:rPr>
        <w:t>"And they will never cease fighting you until they turn you back from your religion, if they can." (The Noble Qur'an 2:217)</w:t>
      </w:r>
    </w:p>
    <w:p>
      <w:pPr>
        <w:spacing w:before="0" w:after="120" w:line="300" w:lineRule="exact"/>
        <w:jc w:val="both"/>
      </w:pPr>
      <w:r>
        <w:rPr>
          <w:rFonts w:ascii="Georgia" w:hAnsi="Georgia" w:cs="Georgia" w:eastAsia="Georgia"/>
          <w:b w:val="0"/>
          <w:i w:val="0"/>
          <w:sz w:val="22"/>
        </w:rPr>
        <w:t>Thus the only reason for the creation of a Jewish, Zionist state in Palestine was to start an armed conflict with the Muslims and thus create tension and terror in the region. After they had succeeded in creating Israel, the Jewish colonial powers then set in motion such basic and collective plans which are a cause of deep pain for the Muslims, even till today. Among these the major plan was to bring about a dissolution of all Shara`ee courts from the Islamic countries and establish non-Islamic, man-made laws in their place. To a large extent the Kufaar have succeeded in their aim. But praise be to Allah Ta`ala, that the Saudi government did not fall prey to this conspiracy and there still exists many Shara`ee courts in the country. Today, amongst all the Muslim governments of the world, the government of Saudi Arabia is the only representative, model of an Islamic government.</w:t>
      </w:r>
    </w:p>
    <w:p>
      <w:pPr>
        <w:spacing w:before="0" w:after="120" w:line="300" w:lineRule="exact"/>
        <w:jc w:val="both"/>
      </w:pPr>
      <w:r>
        <w:rPr>
          <w:rFonts w:ascii="Georgia" w:hAnsi="Georgia" w:cs="Georgia" w:eastAsia="Georgia"/>
          <w:b w:val="0"/>
          <w:i w:val="0"/>
          <w:sz w:val="22"/>
        </w:rPr>
        <w:t>After succeeding in bringing about an end to all Islamic, Shara`ee courts in most of the Muslim countries, the Jews and Christians launched a new plan in order to find an excuse for military intervention in the area.</w:t>
      </w:r>
    </w:p>
    <w:p>
      <w:pPr>
        <w:spacing w:before="0" w:after="120" w:line="300" w:lineRule="exact"/>
        <w:jc w:val="both"/>
      </w:pPr>
      <w:r>
        <w:rPr>
          <w:rFonts w:ascii="Georgia" w:hAnsi="Georgia" w:cs="Georgia" w:eastAsia="Georgia"/>
          <w:b w:val="0"/>
          <w:i w:val="0"/>
          <w:sz w:val="22"/>
        </w:rPr>
        <w:t>An insidious movement was started and such anti-Islamic, atheistic ideas and beliefs as those of insurrection, Communism, nationalism were instilled in the minds of the people. These consequently gave birth to such military tyrants as Saddam Husain.</w:t>
      </w:r>
    </w:p>
    <w:p>
      <w:pPr>
        <w:spacing w:before="0" w:after="120" w:line="300" w:lineRule="exact"/>
        <w:jc w:val="both"/>
      </w:pPr>
      <w:r>
        <w:rPr>
          <w:rFonts w:ascii="Georgia" w:hAnsi="Georgia" w:cs="Georgia" w:eastAsia="Georgia"/>
          <w:b w:val="0"/>
          <w:i w:val="0"/>
          <w:sz w:val="22"/>
        </w:rPr>
        <w:t>An open armed conflict with the holy Sharee`ah thus began. All the means at their disposal were brought upon to bear and the voices of Haq (Truth) crushed mercilessly. The conspiracies of the Kufaar bore fruit and thousands of families migrated to the western countries.</w:t>
      </w:r>
    </w:p>
    <w:p>
      <w:pPr>
        <w:spacing w:before="0" w:after="120" w:line="300" w:lineRule="exact"/>
        <w:jc w:val="both"/>
      </w:pPr>
      <w:r>
        <w:rPr>
          <w:rFonts w:ascii="Georgia" w:hAnsi="Georgia" w:cs="Georgia" w:eastAsia="Georgia"/>
          <w:b w:val="0"/>
          <w:i w:val="0"/>
          <w:sz w:val="22"/>
        </w:rPr>
        <w:t>The countries which had become victims of military rule, became weaker and weaker in faith, in Deen, due to Western influences.</w:t>
      </w:r>
    </w:p>
    <w:p>
      <w:pPr>
        <w:spacing w:before="0" w:after="120" w:line="300" w:lineRule="exact"/>
        <w:jc w:val="both"/>
      </w:pPr>
      <w:r>
        <w:rPr>
          <w:rFonts w:ascii="Georgia" w:hAnsi="Georgia" w:cs="Georgia" w:eastAsia="Georgia"/>
          <w:b w:val="0"/>
          <w:i w:val="0"/>
          <w:sz w:val="22"/>
        </w:rPr>
        <w:t>In these countries, every succeeding government blamed the previous government for the havoc and destruction in the country. (May Allah Ta`ala protect us). And today conditions in some countries have declined to such an extent that offering Salat Ba-Jama`at is now considered to be a crime there - La hawla wa la quwaata illa billah (There is no might nor power except with Allah).</w:t>
      </w:r>
    </w:p>
    <w:p>
      <w:pPr>
        <w:spacing w:before="0" w:after="120" w:line="300" w:lineRule="exact"/>
        <w:jc w:val="both"/>
      </w:pPr>
      <w:r>
        <w:rPr>
          <w:rFonts w:ascii="Georgia" w:hAnsi="Georgia" w:cs="Georgia" w:eastAsia="Georgia"/>
          <w:b w:val="0"/>
          <w:i w:val="0"/>
          <w:sz w:val="22"/>
        </w:rPr>
        <w:t>When such are the conditions how can one even think of Allah's Ta`ala divine assistance of religious honour and dignity?</w:t>
      </w:r>
    </w:p>
    <w:p>
      <w:pPr>
        <w:spacing w:before="0" w:after="120" w:line="300" w:lineRule="exact"/>
        <w:jc w:val="both"/>
      </w:pPr>
      <w:r>
        <w:rPr>
          <w:rFonts w:ascii="Georgia" w:hAnsi="Georgia" w:cs="Georgia" w:eastAsia="Georgia"/>
          <w:b w:val="0"/>
          <w:i w:val="0"/>
          <w:sz w:val="22"/>
        </w:rPr>
        <w:t>With the establishment of a Jewish state, destruction of all Shara`ee courts in the Islamic countries and their replacement by non-Islamic, man-made systems of law, circulation and formulation of groups and beliefs inimical and contrary to Islam, and as a result the emergence of such people as Saddam, the stage was now set for the super powers to act upon their basic conspiracies; To pave the way for a military intervention they purposely created a fake crisis. They were already in control of the economies of the region.</w:t>
      </w:r>
    </w:p>
    <w:p>
      <w:pPr>
        <w:spacing w:before="0" w:after="120" w:line="300" w:lineRule="exact"/>
        <w:jc w:val="both"/>
      </w:pPr>
      <w:r>
        <w:rPr>
          <w:rFonts w:ascii="Georgia" w:hAnsi="Georgia" w:cs="Georgia" w:eastAsia="Georgia"/>
          <w:b w:val="0"/>
          <w:i w:val="0"/>
          <w:sz w:val="22"/>
        </w:rPr>
        <w:t>It is now no longer a secret that the great powers are planning upon dividing the land of Arabia into smaller states constantly at war with each other. For this will consolidate the forces of Kufr, and provide protection for their anti-Islamic beliefs and deeds.</w:t>
      </w:r>
    </w:p>
    <w:p>
      <w:pPr>
        <w:spacing w:before="0" w:after="120" w:line="300" w:lineRule="exact"/>
        <w:jc w:val="both"/>
      </w:pPr>
      <w:r>
        <w:rPr>
          <w:rFonts w:ascii="Georgia" w:hAnsi="Georgia" w:cs="Georgia" w:eastAsia="Georgia"/>
          <w:b w:val="0"/>
          <w:i w:val="0"/>
          <w:sz w:val="22"/>
        </w:rPr>
        <w:t>Remember, that the world powers are the sworn enemies of the Kingdom of Saudi Arabia, as it is the greatest centre of Islam, a fort of the Muslims. All the governments of the Kufaar are bent upon destroying it. In fact the forces of Kufr have now all united against Islam and the Muslims. None of these countries can any longer be trusted.</w:t>
      </w:r>
    </w:p>
    <w:p>
      <w:pPr>
        <w:spacing w:before="0" w:after="120" w:line="300" w:lineRule="exact"/>
        <w:jc w:val="both"/>
      </w:pPr>
      <w:r>
        <w:rPr>
          <w:rFonts w:ascii="Georgia" w:hAnsi="Georgia" w:cs="Georgia" w:eastAsia="Georgia"/>
          <w:b w:val="0"/>
          <w:i w:val="0"/>
          <w:sz w:val="22"/>
        </w:rPr>
        <w:t>Specially so, as America and Britain are now openly threatening the kingdom's survival and safety. Thus their blatant enmity, evil intentions, destructive aims for Saudi Arabia have now become clear... are now common knowledge.</w:t>
      </w:r>
    </w:p>
    <w:p>
      <w:pPr>
        <w:spacing w:before="0" w:after="120" w:line="300" w:lineRule="exact"/>
        <w:jc w:val="both"/>
      </w:pPr>
      <w:r>
        <w:rPr>
          <w:rFonts w:ascii="Georgia" w:hAnsi="Georgia" w:cs="Georgia" w:eastAsia="Georgia"/>
          <w:b w:val="0"/>
          <w:i w:val="0"/>
          <w:sz w:val="22"/>
        </w:rPr>
        <w:t>America!</w:t>
      </w:r>
    </w:p>
    <w:p>
      <w:pPr>
        <w:spacing w:before="0" w:after="120" w:line="300" w:lineRule="exact"/>
        <w:jc w:val="both"/>
      </w:pPr>
      <w:r>
        <w:rPr>
          <w:rFonts w:ascii="Georgia" w:hAnsi="Georgia" w:cs="Georgia" w:eastAsia="Georgia"/>
          <w:b w:val="0"/>
          <w:i w:val="0"/>
          <w:sz w:val="22"/>
        </w:rPr>
        <w:t>It would do well for you to remember that Saudi Arabia is not alone. All the Muslims of the world, from the east to the west, are united in the defence of the holy land, the last centre of the Muslims.</w:t>
      </w:r>
    </w:p>
    <w:p>
      <w:pPr>
        <w:spacing w:before="0" w:after="120" w:line="300" w:lineRule="exact"/>
        <w:jc w:val="both"/>
      </w:pPr>
      <w:r>
        <w:rPr>
          <w:rFonts w:ascii="Georgia" w:hAnsi="Georgia" w:cs="Georgia" w:eastAsia="Georgia"/>
          <w:b w:val="0"/>
          <w:i w:val="0"/>
          <w:sz w:val="22"/>
        </w:rPr>
        <w:t>The evil intentions and aims of the world powers are:</w:t>
      </w:r>
    </w:p>
    <w:p>
      <w:pPr>
        <w:spacing w:before="0" w:after="120" w:line="300" w:lineRule="exact"/>
        <w:jc w:val="both"/>
      </w:pPr>
      <w:r>
        <w:rPr>
          <w:rFonts w:ascii="Georgia" w:hAnsi="Georgia" w:cs="Georgia" w:eastAsia="Georgia"/>
          <w:b w:val="0"/>
          <w:i w:val="0"/>
          <w:sz w:val="22"/>
        </w:rPr>
        <w:t>* To strengthen and fortify the Zionist, Jewish state of Israel.</w:t>
      </w:r>
    </w:p>
    <w:p>
      <w:pPr>
        <w:spacing w:before="0" w:after="120" w:line="300" w:lineRule="exact"/>
        <w:jc w:val="both"/>
      </w:pPr>
      <w:r>
        <w:rPr>
          <w:rFonts w:ascii="Georgia" w:hAnsi="Georgia" w:cs="Georgia" w:eastAsia="Georgia"/>
          <w:b w:val="0"/>
          <w:i w:val="0"/>
          <w:sz w:val="22"/>
        </w:rPr>
        <w:t>* To tear down Al-Aqsa Mosque and build a synagogue in its place, thus satisfying the ancient desire of the Jews.</w:t>
      </w:r>
    </w:p>
    <w:p>
      <w:pPr>
        <w:spacing w:before="0" w:after="120" w:line="300" w:lineRule="exact"/>
        <w:jc w:val="both"/>
      </w:pPr>
      <w:r>
        <w:rPr>
          <w:rFonts w:ascii="Georgia" w:hAnsi="Georgia" w:cs="Georgia" w:eastAsia="Georgia"/>
          <w:b w:val="0"/>
          <w:i w:val="0"/>
          <w:sz w:val="22"/>
        </w:rPr>
        <w:t>* To maintain the military supremacy of the Jews over the Muslim Arab countries.</w:t>
      </w:r>
    </w:p>
    <w:p>
      <w:pPr>
        <w:spacing w:before="0" w:after="120" w:line="300" w:lineRule="exact"/>
        <w:jc w:val="both"/>
      </w:pPr>
      <w:r>
        <w:rPr>
          <w:rFonts w:ascii="Georgia" w:hAnsi="Georgia" w:cs="Georgia" w:eastAsia="Georgia"/>
          <w:b w:val="0"/>
          <w:i w:val="0"/>
          <w:sz w:val="22"/>
        </w:rPr>
        <w:t>* To appropriate a major part of the oil-wealth of the Gulf States for themselves, leaving the Saudis with the residue only.</w:t>
      </w:r>
    </w:p>
    <w:p>
      <w:pPr>
        <w:spacing w:before="0" w:after="120" w:line="300" w:lineRule="exact"/>
        <w:jc w:val="both"/>
      </w:pPr>
      <w:r>
        <w:rPr>
          <w:rFonts w:ascii="Georgia" w:hAnsi="Georgia" w:cs="Georgia" w:eastAsia="Georgia"/>
          <w:b w:val="0"/>
          <w:i w:val="0"/>
          <w:sz w:val="22"/>
        </w:rPr>
        <w:t>* To deal a death-blow to Islam at the slightest provocation.</w:t>
      </w:r>
    </w:p>
    <w:p>
      <w:pPr>
        <w:spacing w:before="0" w:after="120" w:line="300" w:lineRule="exact"/>
        <w:jc w:val="both"/>
      </w:pPr>
      <w:r>
        <w:rPr>
          <w:rFonts w:ascii="Georgia" w:hAnsi="Georgia" w:cs="Georgia" w:eastAsia="Georgia"/>
          <w:b w:val="0"/>
          <w:i w:val="0"/>
          <w:sz w:val="22"/>
        </w:rPr>
        <w:t>* To promote everything which is against Islam, which destroys the least morals and virtues bestowed by Islam, and which would cause the Islamic states to be constantly at war with each other.</w:t>
      </w:r>
    </w:p>
    <w:p>
      <w:pPr>
        <w:spacing w:before="0" w:after="120" w:line="300" w:lineRule="exact"/>
        <w:jc w:val="both"/>
      </w:pPr>
      <w:r>
        <w:rPr>
          <w:rFonts w:ascii="Georgia" w:hAnsi="Georgia" w:cs="Georgia" w:eastAsia="Georgia"/>
          <w:b w:val="0"/>
          <w:i w:val="0"/>
          <w:sz w:val="22"/>
        </w:rPr>
        <w:t>O Muslim!</w:t>
      </w:r>
    </w:p>
    <w:p>
      <w:pPr>
        <w:spacing w:before="0" w:after="120" w:line="300" w:lineRule="exact"/>
        <w:jc w:val="both"/>
      </w:pPr>
      <w:r>
        <w:rPr>
          <w:rFonts w:ascii="Georgia" w:hAnsi="Georgia" w:cs="Georgia" w:eastAsia="Georgia"/>
          <w:b w:val="0"/>
          <w:i w:val="0"/>
          <w:sz w:val="22"/>
        </w:rPr>
        <w:t>You should learn a lesson from Turkey where the accursed Kamal Ataturk established a secular form of government and forcefully subjected the Turks to an irreligious (anti-Islamic), heathenish system.</w:t>
      </w:r>
    </w:p>
    <w:p>
      <w:pPr>
        <w:spacing w:before="0" w:after="120" w:line="300" w:lineRule="exact"/>
        <w:jc w:val="both"/>
      </w:pPr>
      <w:r>
        <w:rPr>
          <w:rFonts w:ascii="Georgia" w:hAnsi="Georgia" w:cs="Georgia" w:eastAsia="Georgia"/>
          <w:b w:val="0"/>
          <w:i w:val="0"/>
          <w:sz w:val="22"/>
        </w:rPr>
        <w:t>Not only was the Islamic system discarded but the Islamic principles were fiercely opposed on every front, so much so, that even today the government there is hostile, and extremely harmful to the Muslims. It has made military pacts with the Jews. But, in spite of all efforts by the Turkish government to curry their favour, the Kufaar are willing to tolerate the Turkish government only as long as it remains subservient and in service of the Jews.</w:t>
      </w:r>
    </w:p>
    <w:p>
      <w:pPr>
        <w:spacing w:before="0" w:after="120" w:line="300" w:lineRule="exact"/>
        <w:jc w:val="both"/>
      </w:pPr>
      <w:r>
        <w:rPr>
          <w:rFonts w:ascii="Georgia" w:hAnsi="Georgia" w:cs="Georgia" w:eastAsia="Georgia"/>
          <w:b w:val="0"/>
          <w:i w:val="0"/>
          <w:sz w:val="22"/>
        </w:rPr>
        <w:t>Turkey sacrificed everything: Its religion, its principles for the Christian and Jews but none of the European countries are even now willing to let it join the European Union.</w:t>
      </w:r>
    </w:p>
    <w:p>
      <w:pPr>
        <w:spacing w:before="0" w:after="120" w:line="300" w:lineRule="exact"/>
        <w:jc w:val="both"/>
      </w:pPr>
      <w:r>
        <w:rPr>
          <w:rFonts w:ascii="Georgia" w:hAnsi="Georgia" w:cs="Georgia" w:eastAsia="Georgia"/>
          <w:b w:val="0"/>
          <w:i w:val="0"/>
          <w:sz w:val="22"/>
        </w:rPr>
        <w:t>Why?</w:t>
      </w:r>
    </w:p>
    <w:p>
      <w:pPr>
        <w:spacing w:before="0" w:after="120" w:line="300" w:lineRule="exact"/>
        <w:jc w:val="both"/>
      </w:pPr>
      <w:r>
        <w:rPr>
          <w:rFonts w:ascii="Georgia" w:hAnsi="Georgia" w:cs="Georgia" w:eastAsia="Georgia"/>
          <w:b w:val="0"/>
          <w:i w:val="0"/>
          <w:sz w:val="22"/>
        </w:rPr>
        <w:t>What is Turkey's crime?</w:t>
      </w:r>
    </w:p>
    <w:p>
      <w:pPr>
        <w:spacing w:before="0" w:after="120" w:line="300" w:lineRule="exact"/>
        <w:jc w:val="both"/>
      </w:pPr>
      <w:r>
        <w:rPr>
          <w:rFonts w:ascii="Georgia" w:hAnsi="Georgia" w:cs="Georgia" w:eastAsia="Georgia"/>
          <w:b w:val="0"/>
          <w:i w:val="0"/>
          <w:sz w:val="22"/>
        </w:rPr>
        <w:t>Only that it once was an Islamic centre.</w:t>
      </w:r>
    </w:p>
    <w:p>
      <w:pPr>
        <w:spacing w:before="0" w:after="120" w:line="300" w:lineRule="exact"/>
        <w:jc w:val="both"/>
      </w:pPr>
      <w:r>
        <w:rPr>
          <w:rFonts w:ascii="Georgia" w:hAnsi="Georgia" w:cs="Georgia" w:eastAsia="Georgia"/>
          <w:b w:val="0"/>
          <w:i w:val="0"/>
          <w:sz w:val="22"/>
        </w:rPr>
        <w:t>O Muslims!</w:t>
      </w:r>
    </w:p>
    <w:p>
      <w:pPr>
        <w:spacing w:before="0" w:after="120" w:line="300" w:lineRule="exact"/>
        <w:jc w:val="both"/>
      </w:pPr>
      <w:r>
        <w:rPr>
          <w:rFonts w:ascii="Georgia" w:hAnsi="Georgia" w:cs="Georgia" w:eastAsia="Georgia"/>
          <w:b w:val="0"/>
          <w:i w:val="0"/>
          <w:sz w:val="22"/>
        </w:rPr>
        <w:t>Let Turkey be a moral to you.</w:t>
      </w:r>
    </w:p>
    <w:p>
      <w:pPr>
        <w:spacing w:before="0" w:after="120" w:line="300" w:lineRule="exact"/>
        <w:jc w:val="both"/>
      </w:pPr>
      <w:r>
        <w:rPr>
          <w:rFonts w:ascii="Georgia" w:hAnsi="Georgia" w:cs="Georgia" w:eastAsia="Georgia"/>
          <w:b w:val="0"/>
          <w:i w:val="0"/>
          <w:sz w:val="22"/>
        </w:rPr>
        <w:t>Be sure, that you may renounce as many Islamic principles as you like, but the Kufaar will never be pleased with you.</w:t>
      </w:r>
    </w:p>
    <w:p>
      <w:pPr>
        <w:spacing w:before="0" w:after="120" w:line="300" w:lineRule="exact"/>
        <w:jc w:val="both"/>
      </w:pPr>
      <w:r>
        <w:rPr>
          <w:rFonts w:ascii="Georgia" w:hAnsi="Georgia" w:cs="Georgia" w:eastAsia="Georgia"/>
          <w:b w:val="0"/>
          <w:i w:val="0"/>
          <w:sz w:val="22"/>
        </w:rPr>
        <w:t>So instead of trying to gain their favour, you should adhere to your own religion.</w:t>
      </w:r>
    </w:p>
    <w:p>
      <w:pPr>
        <w:spacing w:before="0" w:after="120" w:line="300" w:lineRule="exact"/>
        <w:jc w:val="both"/>
      </w:pPr>
      <w:r>
        <w:rPr>
          <w:rFonts w:ascii="Georgia" w:hAnsi="Georgia" w:cs="Georgia" w:eastAsia="Georgia"/>
          <w:b w:val="0"/>
          <w:i w:val="0"/>
          <w:sz w:val="22"/>
        </w:rPr>
        <w:t>Remember, that this enmity of the Kufaar is based upon nothing else, but Islam. If this was not so, tell me; why have the people of Iraq been suffering under sanctions for the last six years? What is the crime of the poor Iraqi people, except that they are Muslims? As far as Saddam and the ruling party are concerned, the sanctions have not effected them the least bit. The world powers justify these cruel sanctions against Iraq by saying that it violated a U.N. resolution.</w:t>
      </w:r>
    </w:p>
    <w:p>
      <w:pPr>
        <w:spacing w:before="0" w:after="120" w:line="300" w:lineRule="exact"/>
        <w:jc w:val="both"/>
      </w:pPr>
      <w:r>
        <w:rPr>
          <w:rFonts w:ascii="Georgia" w:hAnsi="Georgia" w:cs="Georgia" w:eastAsia="Georgia"/>
          <w:b w:val="0"/>
          <w:i w:val="0"/>
          <w:sz w:val="22"/>
        </w:rPr>
        <w:t>Iraq violated only one, but the Jewish enemies have violated sixty U.N. resolutions.</w:t>
      </w:r>
    </w:p>
    <w:p>
      <w:pPr>
        <w:spacing w:before="0" w:after="120" w:line="300" w:lineRule="exact"/>
        <w:jc w:val="both"/>
      </w:pPr>
      <w:r>
        <w:rPr>
          <w:rFonts w:ascii="Georgia" w:hAnsi="Georgia" w:cs="Georgia" w:eastAsia="Georgia"/>
          <w:b w:val="0"/>
          <w:i w:val="0"/>
          <w:sz w:val="22"/>
        </w:rPr>
        <w:t>It ("Israel") has not even signed the nuclear non-proliferation treaty, although this area is a veritable volcano and cannot bear the accumulation of weapons of mass destruction.</w:t>
      </w:r>
    </w:p>
    <w:p>
      <w:pPr>
        <w:spacing w:before="0" w:after="120" w:line="300" w:lineRule="exact"/>
        <w:jc w:val="both"/>
      </w:pPr>
      <w:r>
        <w:rPr>
          <w:rFonts w:ascii="Georgia" w:hAnsi="Georgia" w:cs="Georgia" w:eastAsia="Georgia"/>
          <w:b w:val="0"/>
          <w:i w:val="0"/>
          <w:sz w:val="22"/>
        </w:rPr>
        <w:t>Saddam Husain cannot be absolved of all responsibility too. He is equally to blame for the atrocities committed against the people of Iraq, for he only complies with the wishes of the enemies of Islam. He does whatever they wish him to.</w:t>
      </w:r>
    </w:p>
    <w:p>
      <w:pPr>
        <w:spacing w:before="0" w:after="120" w:line="300" w:lineRule="exact"/>
        <w:jc w:val="both"/>
      </w:pPr>
      <w:r>
        <w:rPr>
          <w:rFonts w:ascii="Georgia" w:hAnsi="Georgia" w:cs="Georgia" w:eastAsia="Georgia"/>
          <w:b w:val="0"/>
          <w:i w:val="0"/>
          <w:sz w:val="22"/>
        </w:rPr>
        <w:t>I am warning America to stop interfering in the affairs of our region. As far as the security of the religion is concerned, it is the responsibility of the Gulf states, especially Saudi Arabia itself, and not of America.</w:t>
      </w:r>
    </w:p>
    <w:p>
      <w:pPr>
        <w:spacing w:before="0" w:after="120" w:line="300" w:lineRule="exact"/>
        <w:jc w:val="both"/>
      </w:pPr>
      <w:r>
        <w:rPr>
          <w:rFonts w:ascii="Georgia" w:hAnsi="Georgia" w:cs="Georgia" w:eastAsia="Georgia"/>
          <w:b w:val="0"/>
          <w:i w:val="0"/>
          <w:sz w:val="22"/>
        </w:rPr>
        <w:t>America, be not proud of your power.</w:t>
      </w:r>
    </w:p>
    <w:p>
      <w:pPr>
        <w:spacing w:before="0" w:after="120" w:line="300" w:lineRule="exact"/>
        <w:jc w:val="both"/>
      </w:pPr>
      <w:r>
        <w:rPr>
          <w:rFonts w:ascii="Georgia" w:hAnsi="Georgia" w:cs="Georgia" w:eastAsia="Georgia"/>
          <w:b w:val="0"/>
          <w:i w:val="0"/>
          <w:sz w:val="22"/>
        </w:rPr>
        <w:t>It is a Sunnah of Allah Ta'ala, that whenever the weak were oppressed, the powerful oppressors were destroyed. Allah Ta'ala Himself causes their destruction.</w:t>
      </w:r>
    </w:p>
    <w:p>
      <w:pPr>
        <w:spacing w:before="0" w:after="120" w:line="300" w:lineRule="exact"/>
        <w:jc w:val="both"/>
      </w:pPr>
      <w:r>
        <w:rPr>
          <w:rFonts w:ascii="Georgia" w:hAnsi="Georgia" w:cs="Georgia" w:eastAsia="Georgia"/>
          <w:b w:val="0"/>
          <w:i w:val="0"/>
          <w:sz w:val="22"/>
        </w:rPr>
        <w:t>America must not therefore be deceived by the apparent helplessness of the Muslims.</w:t>
      </w:r>
    </w:p>
    <w:p>
      <w:pPr>
        <w:spacing w:before="0" w:after="120" w:line="300" w:lineRule="exact"/>
        <w:jc w:val="both"/>
      </w:pPr>
      <w:r>
        <w:rPr>
          <w:rFonts w:ascii="Georgia" w:hAnsi="Georgia" w:cs="Georgia" w:eastAsia="Georgia"/>
          <w:b w:val="0"/>
          <w:i w:val="0"/>
          <w:sz w:val="22"/>
        </w:rPr>
        <w:t>The Americans should learn a lesson from the Muslims of Afghanistan, who had started Jihad against Russia armed with sticks only. They had thus brought about the total destruction of the super power of the day. Remember that technological superiority is not everything. The real power is that of faith, of Iman.</w:t>
      </w:r>
    </w:p>
    <w:p>
      <w:pPr>
        <w:spacing w:before="0" w:after="120" w:line="300" w:lineRule="exact"/>
        <w:jc w:val="both"/>
      </w:pPr>
      <w:r>
        <w:rPr>
          <w:rFonts w:ascii="Georgia" w:hAnsi="Georgia" w:cs="Georgia" w:eastAsia="Georgia"/>
          <w:b w:val="0"/>
          <w:i w:val="0"/>
          <w:sz w:val="22"/>
        </w:rPr>
        <w:t>The maintenance of peace and security in the Arabian peninsula lies with the governments of Arabia themselves. In fact, it is a Fard upon them to guard their borders. There is no need for foreign intervention.</w:t>
      </w:r>
    </w:p>
    <w:p>
      <w:pPr>
        <w:spacing w:before="0" w:after="120" w:line="300" w:lineRule="exact"/>
        <w:jc w:val="both"/>
      </w:pPr>
      <w:r>
        <w:rPr>
          <w:rFonts w:ascii="Georgia" w:hAnsi="Georgia" w:cs="Georgia" w:eastAsia="Georgia"/>
          <w:b w:val="0"/>
          <w:i w:val="0"/>
          <w:sz w:val="22"/>
        </w:rPr>
        <w:t>In fact these foreign powers which stepped in to "save" Gulf States, are themselves the cause of the dangerous problems; the terrible anxieties that are afflicting the people there. The modus operandi of these powers of Kufr is that, wherever there is a crisis, even if it has been created by themselves, they jump in on the pretext of solving it. They propose to be helping the country out of its difficulties, but in reality they become a grave danger to it:</w:t>
      </w:r>
    </w:p>
    <w:p>
      <w:pPr>
        <w:spacing w:before="0" w:after="120" w:line="300" w:lineRule="exact"/>
        <w:jc w:val="both"/>
      </w:pPr>
      <w:r>
        <w:rPr>
          <w:rFonts w:ascii="Georgia" w:hAnsi="Georgia" w:cs="Georgia" w:eastAsia="Georgia"/>
          <w:b w:val="0"/>
          <w:i w:val="0"/>
          <w:sz w:val="22"/>
        </w:rPr>
        <w:t>For, can a wolf ever guard a flock of sheep?</w:t>
      </w:r>
    </w:p>
    <w:p>
      <w:pPr>
        <w:spacing w:before="0" w:after="120" w:line="300" w:lineRule="exact"/>
        <w:jc w:val="both"/>
      </w:pPr>
      <w:r>
        <w:rPr>
          <w:rFonts w:ascii="Georgia" w:hAnsi="Georgia" w:cs="Georgia" w:eastAsia="Georgia"/>
          <w:b w:val="0"/>
          <w:i w:val="0"/>
          <w:sz w:val="22"/>
        </w:rPr>
        <w:t>O people!</w:t>
      </w:r>
    </w:p>
    <w:p>
      <w:pPr>
        <w:spacing w:before="0" w:after="120" w:line="300" w:lineRule="exact"/>
        <w:jc w:val="both"/>
      </w:pPr>
      <w:r>
        <w:rPr>
          <w:rFonts w:ascii="Georgia" w:hAnsi="Georgia" w:cs="Georgia" w:eastAsia="Georgia"/>
          <w:b w:val="0"/>
          <w:i w:val="0"/>
          <w:sz w:val="22"/>
        </w:rPr>
        <w:t>There is religious enmity between the Muslims and the Kufaar. So how can they be the well-wishers of the Muslims?</w:t>
      </w:r>
    </w:p>
    <w:p>
      <w:pPr>
        <w:spacing w:before="0" w:after="120" w:line="300" w:lineRule="exact"/>
        <w:jc w:val="both"/>
      </w:pPr>
      <w:r>
        <w:rPr>
          <w:rFonts w:ascii="Georgia" w:hAnsi="Georgia" w:cs="Georgia" w:eastAsia="Georgia"/>
          <w:b w:val="0"/>
          <w:i w:val="0"/>
          <w:sz w:val="22"/>
        </w:rPr>
        <w:t>Although America is a Christian country, its reins are in the hands of the Jews. America is powerless.</w:t>
      </w:r>
    </w:p>
    <w:p>
      <w:pPr>
        <w:spacing w:before="0" w:after="120" w:line="300" w:lineRule="exact"/>
        <w:jc w:val="both"/>
      </w:pPr>
      <w:r>
        <w:rPr>
          <w:rFonts w:ascii="Georgia" w:hAnsi="Georgia" w:cs="Georgia" w:eastAsia="Georgia"/>
          <w:b w:val="0"/>
          <w:i w:val="0"/>
          <w:sz w:val="22"/>
        </w:rPr>
        <w:t>The Jews manipulate it, and exploit it for their own purposes. Still, the Muslims cannot tolerate the presence of the American military force in the holy land. They cannot - will not - suffer the presence of any power of Kufr in the Arabian peninsula - Rasoolullah (Sallallahu Alayhi Wasallam) said,</w:t>
      </w:r>
    </w:p>
    <w:p>
      <w:pPr>
        <w:spacing w:before="0" w:after="120" w:line="300" w:lineRule="exact"/>
        <w:jc w:val="both"/>
      </w:pPr>
      <w:r>
        <w:rPr>
          <w:rFonts w:ascii="Georgia" w:hAnsi="Georgia" w:cs="Georgia" w:eastAsia="Georgia"/>
          <w:b w:val="0"/>
          <w:i w:val="0"/>
          <w:sz w:val="22"/>
        </w:rPr>
        <w:t>"No two religions can remain in Arabia."</w:t>
      </w:r>
    </w:p>
    <w:p>
      <w:pPr>
        <w:spacing w:before="0" w:after="120" w:line="300" w:lineRule="exact"/>
        <w:jc w:val="both"/>
      </w:pPr>
      <w:r>
        <w:rPr>
          <w:rFonts w:ascii="Georgia" w:hAnsi="Georgia" w:cs="Georgia" w:eastAsia="Georgia"/>
          <w:b w:val="0"/>
          <w:i w:val="0"/>
          <w:sz w:val="22"/>
        </w:rPr>
        <w:t>The Holy Prophet's (Sallallahu Alayhi Wasallam)last advice was:</w:t>
      </w:r>
    </w:p>
    <w:p>
      <w:pPr>
        <w:spacing w:before="0" w:after="120" w:line="300" w:lineRule="exact"/>
        <w:jc w:val="both"/>
      </w:pPr>
      <w:r>
        <w:rPr>
          <w:rFonts w:ascii="Georgia" w:hAnsi="Georgia" w:cs="Georgia" w:eastAsia="Georgia"/>
          <w:b w:val="0"/>
          <w:i w:val="0"/>
          <w:sz w:val="22"/>
        </w:rPr>
        <w:t>"Expel the Jews and Christians from the Arab lands."</w:t>
      </w:r>
    </w:p>
    <w:p>
      <w:pPr>
        <w:spacing w:before="0" w:after="120" w:line="300" w:lineRule="exact"/>
        <w:jc w:val="both"/>
      </w:pPr>
      <w:r>
        <w:rPr>
          <w:rFonts w:ascii="Georgia" w:hAnsi="Georgia" w:cs="Georgia" w:eastAsia="Georgia"/>
          <w:b w:val="0"/>
          <w:i w:val="0"/>
          <w:sz w:val="22"/>
        </w:rPr>
        <w:t>Thus, now when the Jews and Christians have set up military bases in, and all around Arabia, it has become a Fard upon the Muslims to act upon the last order of Rasoolullah (salallaahu 'alayhee wa sallam) and expel them from the Arab lands.</w:t>
      </w:r>
    </w:p>
    <w:p>
      <w:pPr>
        <w:spacing w:before="0" w:after="120" w:line="300" w:lineRule="exact"/>
        <w:jc w:val="both"/>
      </w:pPr>
      <w:r>
        <w:rPr>
          <w:rFonts w:ascii="Georgia" w:hAnsi="Georgia" w:cs="Georgia" w:eastAsia="Georgia"/>
          <w:b w:val="0"/>
          <w:i w:val="0"/>
          <w:sz w:val="22"/>
        </w:rPr>
        <w:t>O Muslims!</w:t>
      </w:r>
    </w:p>
    <w:p>
      <w:pPr>
        <w:spacing w:before="0" w:after="120" w:line="300" w:lineRule="exact"/>
        <w:jc w:val="both"/>
      </w:pPr>
      <w:r>
        <w:rPr>
          <w:rFonts w:ascii="Georgia" w:hAnsi="Georgia" w:cs="Georgia" w:eastAsia="Georgia"/>
          <w:b w:val="0"/>
          <w:i w:val="0"/>
          <w:sz w:val="22"/>
        </w:rPr>
        <w:t>Impending doom is threatening you. Offer sincere repentance for your salvation.</w:t>
      </w:r>
    </w:p>
    <w:p>
      <w:pPr>
        <w:spacing w:before="0" w:after="120" w:line="300" w:lineRule="exact"/>
        <w:jc w:val="both"/>
      </w:pPr>
      <w:r>
        <w:rPr>
          <w:rFonts w:ascii="Georgia" w:hAnsi="Georgia" w:cs="Georgia" w:eastAsia="Georgia"/>
          <w:b w:val="0"/>
          <w:i w:val="0"/>
          <w:sz w:val="22"/>
        </w:rPr>
        <w:t>To save yourself from destruction and ruin repent, offer Taubah, to Allah Ta'ala for all your sins. Because sins committed by the people, cause ruin and destruction to descend upon them. And in repentance lies their deliverance:</w:t>
      </w:r>
    </w:p>
    <w:p>
      <w:pPr>
        <w:spacing w:before="0" w:after="120" w:line="300" w:lineRule="exact"/>
        <w:jc w:val="both"/>
      </w:pPr>
      <w:r>
        <w:rPr>
          <w:rFonts w:ascii="Georgia" w:hAnsi="Georgia" w:cs="Georgia" w:eastAsia="Georgia"/>
          <w:b w:val="0"/>
          <w:i w:val="0"/>
          <w:sz w:val="22"/>
        </w:rPr>
        <w:t>O you, who drank wine and thus disobeyed Allah Ta'ala; repent for your sin, for thus you will, through this Taubah, assist in the reformation of the society. O you, who committed adultery or sodomy, turn to Allah Ta'ala, and offer sincere repentance for your disobedience.</w:t>
      </w:r>
    </w:p>
    <w:p>
      <w:pPr>
        <w:spacing w:before="0" w:after="120" w:line="300" w:lineRule="exact"/>
        <w:jc w:val="both"/>
      </w:pPr>
      <w:r>
        <w:rPr>
          <w:rFonts w:ascii="Georgia" w:hAnsi="Georgia" w:cs="Georgia" w:eastAsia="Georgia"/>
          <w:b w:val="0"/>
          <w:i w:val="0"/>
          <w:sz w:val="22"/>
        </w:rPr>
        <w:t>O you, who disobeyed Allah Ta'ala by using drugs, offer Taubah before Allah Ta'ala, for verily to Him will you return shortly.</w:t>
      </w:r>
    </w:p>
    <w:p>
      <w:pPr>
        <w:spacing w:before="0" w:after="120" w:line="300" w:lineRule="exact"/>
        <w:jc w:val="both"/>
      </w:pPr>
      <w:r>
        <w:rPr>
          <w:rFonts w:ascii="Georgia" w:hAnsi="Georgia" w:cs="Georgia" w:eastAsia="Georgia"/>
          <w:b w:val="0"/>
          <w:i w:val="0"/>
          <w:sz w:val="22"/>
        </w:rPr>
        <w:t>O you, who committed the disobedience of giving up offering Salat, repent before the Mighty Allah.</w:t>
      </w:r>
    </w:p>
    <w:p>
      <w:pPr>
        <w:spacing w:before="0" w:after="120" w:line="300" w:lineRule="exact"/>
        <w:jc w:val="both"/>
      </w:pPr>
      <w:r>
        <w:rPr>
          <w:rFonts w:ascii="Georgia" w:hAnsi="Georgia" w:cs="Georgia" w:eastAsia="Georgia"/>
          <w:b w:val="0"/>
          <w:i w:val="0"/>
          <w:sz w:val="22"/>
        </w:rPr>
        <w:t>O you, who caused a loss to someone's honour or property, offer Taubah for having been cruel to a Muslim. Seek refuge with Allah Ta'ala.</w:t>
      </w:r>
    </w:p>
    <w:p>
      <w:pPr>
        <w:spacing w:before="0" w:after="120" w:line="300" w:lineRule="exact"/>
        <w:jc w:val="both"/>
      </w:pPr>
      <w:r>
        <w:rPr>
          <w:rFonts w:ascii="Georgia" w:hAnsi="Georgia" w:cs="Georgia" w:eastAsia="Georgia"/>
          <w:b w:val="0"/>
          <w:i w:val="0"/>
          <w:sz w:val="22"/>
        </w:rPr>
        <w:t>Purify your wealth from interest, for because of this evil destruction, wars descend upon a people. In matters of business, sale and purchase keep away from that which is contrary to the orders of the Holy Qur'an, the Sharee'ah. For in this way will all the transactions of a bank correspond to the orders of Islam.</w:t>
      </w:r>
    </w:p>
    <w:p>
      <w:pPr>
        <w:spacing w:before="0" w:after="120" w:line="300" w:lineRule="exact"/>
        <w:jc w:val="both"/>
      </w:pPr>
      <w:r>
        <w:rPr>
          <w:rFonts w:ascii="Georgia" w:hAnsi="Georgia" w:cs="Georgia" w:eastAsia="Georgia"/>
          <w:b w:val="0"/>
          <w:i w:val="0"/>
          <w:sz w:val="22"/>
        </w:rPr>
        <w:t>Call the people towards Allah. Establish firmly D`awah-Ilallah, D`awah-Ilal Islam. Teach Islam to the people. Pay special attention to the Madaris-e-Islamiyyah (Islamic schools of Knowledge) established in the Muslim countries to provide religious knowledge to the people.</w:t>
      </w:r>
    </w:p>
    <w:p>
      <w:pPr>
        <w:spacing w:before="0" w:after="120" w:line="300" w:lineRule="exact"/>
        <w:jc w:val="both"/>
      </w:pPr>
      <w:r>
        <w:rPr>
          <w:rFonts w:ascii="Georgia" w:hAnsi="Georgia" w:cs="Georgia" w:eastAsia="Georgia"/>
          <w:b w:val="0"/>
          <w:i w:val="0"/>
          <w:sz w:val="22"/>
        </w:rPr>
        <w:t>It is a Fard upon every Muslim to call others towards Allah Ta'ala, especially so upon the 'Ulama whose beliefs, knowledge and perseverance can be relied upon; the 'Ulama who are well versed in Islamic jurisprudence, to whom people turn too, for solutions to their religious problems.</w:t>
      </w:r>
    </w:p>
    <w:p>
      <w:pPr>
        <w:spacing w:before="0" w:after="120" w:line="300" w:lineRule="exact"/>
        <w:jc w:val="both"/>
      </w:pPr>
      <w:r>
        <w:rPr>
          <w:rFonts w:ascii="Georgia" w:hAnsi="Georgia" w:cs="Georgia" w:eastAsia="Georgia"/>
          <w:b w:val="0"/>
          <w:i w:val="0"/>
          <w:sz w:val="22"/>
        </w:rPr>
        <w:t>O Muslim!</w:t>
      </w:r>
    </w:p>
    <w:p>
      <w:pPr>
        <w:spacing w:before="0" w:after="120" w:line="300" w:lineRule="exact"/>
        <w:jc w:val="both"/>
      </w:pPr>
      <w:r>
        <w:rPr>
          <w:rFonts w:ascii="Georgia" w:hAnsi="Georgia" w:cs="Georgia" w:eastAsia="Georgia"/>
          <w:b w:val="0"/>
          <w:i w:val="0"/>
          <w:sz w:val="22"/>
        </w:rPr>
        <w:t>Avoid those groups which cause division and dissension; avoid the desires and temptations which lead you astray and cause disunity amongst you. O Muslim!</w:t>
      </w:r>
    </w:p>
    <w:p>
      <w:pPr>
        <w:spacing w:before="0" w:after="120" w:line="300" w:lineRule="exact"/>
        <w:jc w:val="both"/>
      </w:pPr>
      <w:r>
        <w:rPr>
          <w:rFonts w:ascii="Georgia" w:hAnsi="Georgia" w:cs="Georgia" w:eastAsia="Georgia"/>
          <w:b w:val="0"/>
          <w:i w:val="0"/>
          <w:sz w:val="22"/>
        </w:rPr>
        <w:t>Save yourself from the wrath and punishment of Allah Ta'ala.</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"O you who believe! Take not as (your) Bitanah (advisors, consultants, protectors, helpers, friends, etc.) those outside your religion (pagans, Jews, Christians and hypocrites) since they will not fail to do their best to corrupt you. They desire to harm you severely. Hatred has already appeared from their mouths, but what their breasts conceal is far worse. Indeed We have made plain to you the āyāt (proofs, evidences, verses) if you understand.</w:t>
      </w:r>
    </w:p>
    <w:p>
      <w:pPr>
        <w:spacing w:before="0" w:after="120" w:line="300" w:lineRule="exact"/>
        <w:jc w:val="both"/>
      </w:pPr>
      <w:r>
        <w:rPr>
          <w:rFonts w:ascii="Georgia" w:hAnsi="Georgia" w:cs="Georgia" w:eastAsia="Georgia"/>
          <w:b w:val="0"/>
          <w:i w:val="0"/>
          <w:sz w:val="22"/>
        </w:rPr>
        <w:t>Lo! You are the ones who love them but they love you not, and you believe in all the Scriptures (i.e you believe in the Taurah and the Injeel, while they disbelieve in your Book, the Qur'an). And when they meet you, they say, "We believe". But when they are alone, they bite the tips of their fingers at you in rage. Say: "Perish in your rage. Certainly, Allah knows what is in the breasts (all the secrets)".</w:t>
      </w:r>
    </w:p>
    <w:p>
      <w:pPr>
        <w:spacing w:before="0" w:after="120" w:line="300" w:lineRule="exact"/>
        <w:jc w:val="both"/>
      </w:pPr>
      <w:r>
        <w:rPr>
          <w:rFonts w:ascii="Georgia" w:hAnsi="Georgia" w:cs="Georgia" w:eastAsia="Georgia"/>
          <w:b w:val="0"/>
          <w:i w:val="0"/>
          <w:sz w:val="22"/>
        </w:rPr>
        <w:t>If a good befalls you, it grieves them, but if some evil overtakes you, they rejoice at it. But if you remain patient and become Al Muttaqun (the pious), not the least harm will their cunning do to you. Surely, Allah surrounds all that they do.</w:t>
      </w:r>
    </w:p>
    <w:p>
      <w:pPr>
        <w:spacing w:before="0" w:after="120" w:line="300" w:lineRule="exact"/>
        <w:jc w:val="both"/>
      </w:pPr>
      <w:r>
        <w:rPr>
          <w:rFonts w:ascii="Georgia" w:hAnsi="Georgia" w:cs="Georgia" w:eastAsia="Georgia"/>
          <w:b w:val="0"/>
          <w:i w:val="0"/>
          <w:sz w:val="22"/>
        </w:rPr>
        <w:t>(The Noble Qur'an 3:118-120)</w:t>
      </w:r>
    </w:p>
    <w:p>
      <w:pPr>
        <w:spacing w:before="0" w:after="120" w:line="300" w:lineRule="exact"/>
        <w:jc w:val="both"/>
      </w:pPr>
      <w:r>
        <w:rPr>
          <w:rFonts w:ascii="Georgia" w:hAnsi="Georgia" w:cs="Georgia" w:eastAsia="Georgia"/>
          <w:b w:val="0"/>
          <w:i w:val="0"/>
          <w:sz w:val="22"/>
        </w:rPr>
        <w:t>May Allah Ta'ala grant abundance in the Holy Qur'an for you and for me.</w:t>
      </w:r>
    </w:p>
    <w:p>
      <w:pPr>
        <w:spacing w:before="0" w:after="120" w:line="300" w:lineRule="exact"/>
        <w:jc w:val="both"/>
      </w:pPr>
      <w:r>
        <w:rPr>
          <w:rFonts w:ascii="Georgia" w:hAnsi="Georgia" w:cs="Georgia" w:eastAsia="Georgia"/>
          <w:b w:val="0"/>
          <w:i w:val="0"/>
          <w:sz w:val="22"/>
        </w:rPr>
        <w:t>May He make recitation of the Holy Qur'an and dhikr beneficial for you and for me.</w:t>
      </w:r>
    </w:p>
    <w:p>
      <w:pPr>
        <w:spacing w:before="0" w:after="120" w:line="300" w:lineRule="exact"/>
        <w:jc w:val="both"/>
      </w:pPr>
      <w:r>
        <w:rPr>
          <w:rFonts w:ascii="Georgia" w:hAnsi="Georgia" w:cs="Georgia" w:eastAsia="Georgia"/>
          <w:b w:val="0"/>
          <w:i w:val="0"/>
          <w:sz w:val="22"/>
        </w:rPr>
        <w:t>May He make obedience to the instructions, and imitating the characteristics of Rasoolullah (salallaahu 'alayhee wa sallam) profitable for us.</w:t>
      </w:r>
    </w:p>
    <w:p>
      <w:pPr>
        <w:spacing w:before="0" w:after="120" w:line="300" w:lineRule="exact"/>
        <w:jc w:val="both"/>
      </w:pPr>
      <w:r>
        <w:rPr>
          <w:rFonts w:ascii="Georgia" w:hAnsi="Georgia" w:cs="Georgia" w:eastAsia="Georgia"/>
          <w:b w:val="0"/>
          <w:i w:val="0"/>
          <w:sz w:val="22"/>
        </w:rPr>
        <w:t>I invoke Allah Ta'ala's forgiveness for myself, for you, and for all the Muslims, for all the sins committed by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