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SATANIC CALL FOR THE ABOLITION OF ISLAM</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230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By: INTERNATIONAL THAANVI ACADEMY OF ISLAMIC RESEARCH PO Box 673 Randfontein South Africa</w:t>
      </w:r>
    </w:p>
    <w:p>
      <w:r>
        <w:br w:type="page"/>
      </w:r>
    </w:p>
    <w:p>
      <w:pPr>
        <w:pStyle w:val="Heading1"/>
        <w:spacing w:before="360" w:after="200" w:line="300" w:lineRule="exact"/>
        <w:jc w:val="center"/>
      </w:pPr>
      <w:r>
        <w:rPr>
          <w:rFonts w:ascii="Georgia" w:hAnsi="Georgia" w:cs="Georgia" w:eastAsia="Georgia"/>
          <w:b/>
          <w:i w:val="0"/>
          <w:color w:val="1F3864"/>
          <w:sz w:val="32"/>
        </w:rPr>
        <w:t>DOOMED ARE THE GHAAFILOON-KAAFIROON</w:t>
      </w:r>
    </w:p>
    <w:p>
      <w:pPr>
        <w:spacing w:before="120" w:after="40" w:line="300" w:lineRule="exact"/>
        <w:jc w:val="both"/>
      </w:pPr>
      <w:r>
        <w:rPr>
          <w:rFonts w:ascii="Georgia" w:hAnsi="Georgia" w:cs="Georgia" w:eastAsia="Georgia"/>
          <w:b/>
          <w:i/>
          <w:sz w:val="22"/>
        </w:rPr>
        <w:t>"Verily, those who do not believe in the Aayaat of Allah, Allah does not guide them, and for them there is a painful chastisement.</w:t>
      </w:r>
    </w:p>
    <w:p>
      <w:pPr>
        <w:spacing w:before="120" w:after="40" w:line="300" w:lineRule="exact"/>
        <w:jc w:val="both"/>
      </w:pPr>
      <w:r>
        <w:rPr>
          <w:rFonts w:ascii="Georgia" w:hAnsi="Georgia" w:cs="Georgia" w:eastAsia="Georgia"/>
          <w:b/>
          <w:i/>
          <w:sz w:val="22"/>
        </w:rPr>
        <w:t>Those who do not believe in the Aayaat of Allah, they only fabricate lies. Indeed they are the liars.</w:t>
      </w:r>
    </w:p>
    <w:p>
      <w:pPr>
        <w:spacing w:before="120" w:after="40" w:line="300" w:lineRule="exact"/>
        <w:jc w:val="both"/>
      </w:pPr>
      <w:r>
        <w:rPr>
          <w:rFonts w:ascii="Georgia" w:hAnsi="Georgia" w:cs="Georgia" w:eastAsia="Georgia"/>
          <w:b/>
          <w:i/>
          <w:sz w:val="22"/>
        </w:rPr>
        <w:t>For them there is a great punishment. That is because they loved this worldly life (giving it preference) over the Aakhirah. Verily, Allah does not guide people who are kaafireen.</w:t>
      </w:r>
    </w:p>
    <w:p>
      <w:pPr>
        <w:spacing w:before="120" w:after="40" w:line="300" w:lineRule="exact"/>
        <w:jc w:val="both"/>
      </w:pPr>
      <w:r>
        <w:rPr>
          <w:rFonts w:ascii="Georgia" w:hAnsi="Georgia" w:cs="Georgia" w:eastAsia="Georgia"/>
          <w:b/>
          <w:i/>
          <w:sz w:val="22"/>
        </w:rPr>
        <w:t>They are indeed the ones whose hearts, ears and eyes Allah has sealed. Indeed they are the ghaafiloon."</w:t>
      </w:r>
    </w:p>
    <w:p>
      <w:pPr>
        <w:spacing w:before="120" w:after="40" w:line="300" w:lineRule="exact"/>
        <w:jc w:val="both"/>
      </w:pPr>
      <w:r>
        <w:rPr>
          <w:rFonts w:ascii="Georgia" w:hAnsi="Georgia" w:cs="Georgia" w:eastAsia="Georgia"/>
          <w:b/>
          <w:i/>
          <w:sz w:val="22"/>
        </w:rPr>
        <w:t>(An-Nahl, 104 – 108)</w:t>
      </w:r>
    </w:p>
    <w:p>
      <w:pPr>
        <w:spacing w:before="120" w:after="40" w:line="300" w:lineRule="exact"/>
        <w:jc w:val="both"/>
      </w:pPr>
      <w:r>
        <w:rPr>
          <w:rFonts w:ascii="Georgia" w:hAnsi="Georgia" w:cs="Georgia" w:eastAsia="Georgia"/>
          <w:b/>
          <w:i/>
          <w:sz w:val="22"/>
        </w:rPr>
        <w:t>"Verily, the worst of vermin by Allah are the deaf and dumb who have no brains."</w:t>
      </w:r>
    </w:p>
    <w:p>
      <w:pPr>
        <w:spacing w:before="120" w:after="40" w:line="300" w:lineRule="exact"/>
        <w:jc w:val="both"/>
      </w:pPr>
      <w:r>
        <w:rPr>
          <w:rFonts w:ascii="Georgia" w:hAnsi="Georgia" w:cs="Georgia" w:eastAsia="Georgia"/>
          <w:b/>
          <w:i/>
          <w:sz w:val="22"/>
        </w:rPr>
        <w:t>(Al-Anfaal, Aayat 22)</w:t>
      </w:r>
    </w:p>
    <w:p>
      <w:r>
        <w:br w:type="page"/>
      </w:r>
    </w:p>
    <w:p>
      <w:pPr>
        <w:pStyle w:val="Heading1"/>
        <w:spacing w:before="360" w:after="200" w:line="300" w:lineRule="exact"/>
        <w:jc w:val="center"/>
      </w:pPr>
      <w:r>
        <w:rPr>
          <w:rFonts w:ascii="Georgia" w:hAnsi="Georgia" w:cs="Georgia" w:eastAsia="Georgia"/>
          <w:b/>
          <w:i w:val="0"/>
          <w:color w:val="1F3864"/>
          <w:sz w:val="32"/>
        </w:rPr>
        <w:t>BISMILLAAHIR RAHMAANIR RAHEEM</w:t>
      </w:r>
    </w:p>
    <w:p>
      <w:pPr>
        <w:pStyle w:val="Heading3"/>
        <w:spacing w:before="200" w:after="120" w:line="300" w:lineRule="exact"/>
        <w:jc w:val="left"/>
      </w:pPr>
      <w:r>
        <w:rPr>
          <w:rFonts w:ascii="Georgia" w:hAnsi="Georgia" w:cs="Georgia" w:eastAsia="Georgia"/>
          <w:b/>
          <w:i w:val="0"/>
          <w:color w:val="2E74B5"/>
          <w:sz w:val="24"/>
        </w:rPr>
        <w:t>INTRODUCTION</w:t>
      </w:r>
    </w:p>
    <w:p>
      <w:pPr>
        <w:spacing w:before="120" w:after="40" w:line="300" w:lineRule="exact"/>
        <w:jc w:val="both"/>
      </w:pPr>
      <w:r>
        <w:rPr>
          <w:rFonts w:ascii="Georgia" w:hAnsi="Georgia" w:cs="Georgia" w:eastAsia="Georgia"/>
          <w:b/>
          <w:i/>
          <w:sz w:val="22"/>
        </w:rPr>
        <w:t>"Verily, We have revealed the Thikr, and</w:t>
      </w:r>
    </w:p>
    <w:p>
      <w:pPr>
        <w:spacing w:before="120" w:after="40" w:line="300" w:lineRule="exact"/>
        <w:jc w:val="both"/>
      </w:pPr>
      <w:r>
        <w:rPr>
          <w:rFonts w:ascii="Georgia" w:hAnsi="Georgia" w:cs="Georgia" w:eastAsia="Georgia"/>
          <w:b/>
          <w:i/>
          <w:sz w:val="22"/>
        </w:rPr>
        <w:t>Verily We are its Protectors."</w:t>
      </w:r>
    </w:p>
    <w:p>
      <w:pPr>
        <w:spacing w:before="120" w:after="40" w:line="300" w:lineRule="exact"/>
        <w:jc w:val="both"/>
      </w:pPr>
      <w:r>
        <w:rPr>
          <w:rFonts w:ascii="Georgia" w:hAnsi="Georgia" w:cs="Georgia" w:eastAsia="Georgia"/>
          <w:b/>
          <w:i/>
          <w:sz w:val="22"/>
        </w:rPr>
        <w:t>(Al-Hijr, Aayat 9)</w:t>
      </w:r>
    </w:p>
    <w:p>
      <w:pPr>
        <w:spacing w:before="120" w:after="40" w:line="300" w:lineRule="exact"/>
        <w:jc w:val="both"/>
      </w:pPr>
      <w:r>
        <w:rPr>
          <w:rFonts w:ascii="Georgia" w:hAnsi="Georgia" w:cs="Georgia" w:eastAsia="Georgia"/>
          <w:b/>
          <w:i/>
          <w:sz w:val="22"/>
        </w:rPr>
        <w:t>"Say (O Muhammad!): 'Those who fabricate lies on Allah, they will not attain success.</w:t>
      </w:r>
    </w:p>
    <w:p>
      <w:pPr>
        <w:spacing w:before="120" w:after="40" w:line="300" w:lineRule="exact"/>
        <w:jc w:val="both"/>
      </w:pPr>
      <w:r>
        <w:rPr>
          <w:rFonts w:ascii="Georgia" w:hAnsi="Georgia" w:cs="Georgia" w:eastAsia="Georgia"/>
          <w:b/>
          <w:i/>
          <w:sz w:val="22"/>
        </w:rPr>
        <w:t>(For them) is some provision in this dunya, then unto Us will be their return. Then We shall inflict on them a severe punishment because of the kufr they perpetrated."</w:t>
      </w:r>
    </w:p>
    <w:p>
      <w:pPr>
        <w:spacing w:before="120" w:after="40" w:line="300" w:lineRule="exact"/>
        <w:jc w:val="both"/>
      </w:pPr>
      <w:r>
        <w:rPr>
          <w:rFonts w:ascii="Georgia" w:hAnsi="Georgia" w:cs="Georgia" w:eastAsia="Georgia"/>
          <w:b/>
          <w:i/>
          <w:sz w:val="22"/>
        </w:rPr>
        <w:t>(Yoonus, 69, 70)</w:t>
      </w:r>
    </w:p>
    <w:p>
      <w:pPr>
        <w:spacing w:before="0" w:after="120" w:line="300" w:lineRule="exact"/>
        <w:jc w:val="both"/>
      </w:pPr>
      <w:r>
        <w:rPr>
          <w:rFonts w:ascii="Georgia" w:hAnsi="Georgia" w:cs="Georgia" w:eastAsia="Georgia"/>
          <w:b w:val="0"/>
          <w:i w:val="0"/>
          <w:sz w:val="22"/>
        </w:rPr>
        <w:t>This world is the arena for the conflict between Haqq and baatil – Truth and falsehood. Allah's Wisdom has dictated that this tussle between the opposing and mutually repellent forces of Truth and falsehood shall endure until the Last Day of the tenure of this world. Therefore, the continuous bobbing up of Satanists – murtaddeen, munaafiqeen and zanaadiqah – who are the agents of Iblees, has to be expected. A myriad of the agents of Iblees abounds all over the world in a variety of forms and in all institutions of life. All of them are in a satanic alliance to extinguish Islam. But this pernicious objective is unattainable. Allah Ta'ala Himself has undertaken the responsibility of safeguarding His Deen.</w:t>
      </w:r>
    </w:p>
    <w:p>
      <w:pPr>
        <w:spacing w:before="0" w:after="120" w:line="300" w:lineRule="exact"/>
        <w:jc w:val="both"/>
      </w:pPr>
      <w:r>
        <w:rPr>
          <w:rFonts w:ascii="Georgia" w:hAnsi="Georgia" w:cs="Georgia" w:eastAsia="Georgia"/>
          <w:b w:val="0"/>
          <w:i w:val="0"/>
          <w:sz w:val="22"/>
        </w:rPr>
        <w:t>For protecting His Deen, Allah Ta'ala has established the Institution of the Ulama-e-Haqq who will remain dominant until the Day of Qiyaamah. In this regard, Rasulullah (Sallallahu alayhi wasallam) said:</w:t>
      </w:r>
    </w:p>
    <w:p>
      <w:pPr>
        <w:spacing w:before="120" w:after="120" w:line="300" w:lineRule="exact"/>
        <w:ind w:left="720" w:right="720"/>
        <w:jc w:val="center"/>
      </w:pPr>
      <w:r>
        <w:rPr>
          <w:rFonts w:ascii="Georgia" w:hAnsi="Georgia" w:cs="Georgia" w:eastAsia="Georgia"/>
          <w:b w:val="0"/>
          <w:i/>
          <w:sz w:val="22"/>
        </w:rPr>
        <w:t>"There will forever remain in my Ummah a group</w:t>
      </w:r>
    </w:p>
    <w:p>
      <w:pPr>
        <w:spacing w:before="120" w:after="120" w:line="300" w:lineRule="exact"/>
        <w:ind w:left="720" w:right="720"/>
        <w:jc w:val="center"/>
      </w:pPr>
      <w:r>
        <w:rPr>
          <w:rFonts w:ascii="Georgia" w:hAnsi="Georgia" w:cs="Georgia" w:eastAsia="Georgia"/>
          <w:b w:val="0"/>
          <w:i/>
          <w:sz w:val="22"/>
        </w:rPr>
        <w:t>(the Ulama-e-Haqq), who will fight on the Haqq. Those who oppose them or who do not aid them, will not be able to harm them until the Day of</w:t>
      </w:r>
    </w:p>
    <w:p>
      <w:pPr>
        <w:spacing w:before="120" w:after="120" w:line="300" w:lineRule="exact"/>
        <w:ind w:left="720" w:right="720"/>
        <w:jc w:val="center"/>
      </w:pPr>
      <w:r>
        <w:rPr>
          <w:rFonts w:ascii="Georgia" w:hAnsi="Georgia" w:cs="Georgia" w:eastAsia="Georgia"/>
          <w:b w:val="0"/>
          <w:i/>
          <w:sz w:val="22"/>
        </w:rPr>
        <w:t>Qiyaamah."</w:t>
      </w:r>
    </w:p>
    <w:p>
      <w:pPr>
        <w:spacing w:before="0" w:after="120" w:line="300" w:lineRule="exact"/>
        <w:jc w:val="both"/>
      </w:pPr>
      <w:r>
        <w:rPr>
          <w:rFonts w:ascii="Georgia" w:hAnsi="Georgia" w:cs="Georgia" w:eastAsia="Georgia"/>
          <w:b w:val="0"/>
          <w:i w:val="0"/>
          <w:sz w:val="22"/>
        </w:rPr>
        <w:t>One such Zindeeq/Murtad, Mr. Abraham Sool, has very recently bobbed up calling for the abolition of Islam despite professing to be a Muslim. His satanic call is quite expected since he had flagrantly jettisoned his Imaan out of his heart by his wholehearted acceptance and participation in Hindu wedding rituals of shirk and kufr.</w:t>
      </w:r>
    </w:p>
    <w:p>
      <w:pPr>
        <w:spacing w:before="0" w:after="120" w:line="300" w:lineRule="exact"/>
        <w:jc w:val="both"/>
      </w:pPr>
      <w:r>
        <w:rPr>
          <w:rFonts w:ascii="Georgia" w:hAnsi="Georgia" w:cs="Georgia" w:eastAsia="Georgia"/>
          <w:b w:val="0"/>
          <w:i w:val="0"/>
          <w:sz w:val="22"/>
        </w:rPr>
        <w:t>Lacking in entirety in Ilm-e-Deen, this miscreant man shamelessly propagates the kufr ideology of</w:t>
      </w:r>
    </w:p>
    <w:p>
      <w:pPr>
        <w:spacing w:before="0" w:after="120" w:line="300" w:lineRule="exact"/>
        <w:jc w:val="both"/>
      </w:pPr>
      <w:r>
        <w:rPr>
          <w:rFonts w:ascii="Georgia" w:hAnsi="Georgia" w:cs="Georgia" w:eastAsia="Georgia"/>
          <w:b w:val="0"/>
          <w:i w:val="0"/>
          <w:sz w:val="22"/>
        </w:rPr>
        <w:t>"the need for Islam itself to be reformed". This is tantamount to the denial of the Truth of Islam. It is a shaitaani call for the abolition of Islam – a goal which will never be attained even if he is reborn a million times, and even if all the kuffaar, munaafiqeen and zanaadaqah of the world aids him in this satanic mission.</w:t>
      </w:r>
    </w:p>
    <w:p>
      <w:pPr>
        <w:spacing w:before="120" w:after="120" w:line="300" w:lineRule="exact"/>
        <w:ind w:left="720" w:right="720"/>
        <w:jc w:val="center"/>
      </w:pPr>
      <w:r>
        <w:rPr>
          <w:rFonts w:ascii="Georgia" w:hAnsi="Georgia" w:cs="Georgia" w:eastAsia="Georgia"/>
          <w:b w:val="0"/>
          <w:i/>
          <w:sz w:val="22"/>
        </w:rPr>
        <w:t>Issuing a challenge to the myriads of Satanists who denied the Qur'aanic Deen, Allah Ta'ala said: "Call your helpers besides Allah if indeed you are truthful. And, if you are unable (to achieve your satanic goal), and never will you be able, then fear that Fire whose fuel is men and stones. It has been prepared for the kaafireen." (Al-Baqarah, Aayat 24).</w:t>
      </w:r>
    </w:p>
    <w:p>
      <w:pPr>
        <w:spacing w:before="0" w:after="120" w:line="300" w:lineRule="exact"/>
        <w:jc w:val="both"/>
      </w:pPr>
      <w:r>
        <w:rPr>
          <w:rFonts w:ascii="Georgia" w:hAnsi="Georgia" w:cs="Georgia" w:eastAsia="Georgia"/>
          <w:b w:val="0"/>
          <w:i w:val="0"/>
          <w:sz w:val="22"/>
        </w:rPr>
        <w:t>Their goal of obliterating Islam can never be attained because Allah Ta'ala has already declared: "Allah will establish the Haqq with His Word even though the Mujrimoon (criminals) abhor it."</w:t>
      </w:r>
    </w:p>
    <w:p>
      <w:pPr>
        <w:spacing w:before="120" w:after="120" w:line="300" w:lineRule="exact"/>
        <w:ind w:left="720" w:right="720"/>
        <w:jc w:val="center"/>
      </w:pPr>
      <w:r>
        <w:rPr>
          <w:rFonts w:ascii="Georgia" w:hAnsi="Georgia" w:cs="Georgia" w:eastAsia="Georgia"/>
          <w:b w:val="0"/>
          <w:i/>
          <w:sz w:val="22"/>
        </w:rPr>
        <w:t>About these zanaadaqah, Allah Ta'ala says: "As for those in whose hearts is a disease (of nifaaq and kufr) – rijs (filth) upon filth is increased for them, and they perish as kaafiroon." (At-Taubah, Aayat 125)</w:t>
      </w:r>
    </w:p>
    <w:p>
      <w:pPr>
        <w:spacing w:before="0" w:after="120" w:line="300" w:lineRule="exact"/>
        <w:jc w:val="both"/>
      </w:pPr>
      <w:r>
        <w:rPr>
          <w:rFonts w:ascii="Georgia" w:hAnsi="Georgia" w:cs="Georgia" w:eastAsia="Georgia"/>
          <w:b w:val="0"/>
          <w:i w:val="0"/>
          <w:sz w:val="22"/>
        </w:rPr>
        <w:t>They are the worst species of Allah's creation. There is no more hated species to Allah Ta'ala than the kaafiroon, and the worst of the kaafiroon are the murtaddeen. "Verily, the worst of creatures by Allah are those who commit kufr, thus they have no Imaan." (Al-Anfaal, Aayat 55)</w:t>
      </w:r>
    </w:p>
    <w:p>
      <w:pPr>
        <w:spacing w:before="0" w:after="120" w:line="300" w:lineRule="exact"/>
        <w:jc w:val="both"/>
      </w:pPr>
      <w:r>
        <w:rPr>
          <w:rFonts w:ascii="Georgia" w:hAnsi="Georgia" w:cs="Georgia" w:eastAsia="Georgia"/>
          <w:b w:val="0"/>
          <w:i w:val="0"/>
          <w:sz w:val="22"/>
        </w:rPr>
        <w:t>Mufti Abdur Rahman Khan INTERNATIONAL THAANVI ACADEMY OF ISLAMIC RESEARCH</w:t>
      </w:r>
    </w:p>
    <w:p>
      <w:r>
        <w:br w:type="page"/>
      </w:r>
    </w:p>
    <w:p>
      <w:pPr>
        <w:pStyle w:val="Heading1"/>
        <w:spacing w:before="360" w:after="200" w:line="300" w:lineRule="exact"/>
        <w:jc w:val="center"/>
      </w:pPr>
      <w:r>
        <w:rPr>
          <w:rFonts w:ascii="Georgia" w:hAnsi="Georgia" w:cs="Georgia" w:eastAsia="Georgia"/>
          <w:b/>
          <w:i w:val="0"/>
          <w:color w:val="1F3864"/>
          <w:sz w:val="32"/>
        </w:rPr>
        <w:t>RELIGIOUS REFORM IS KUFR A MURTAD CALLS FOR THIS KUFR</w:t>
      </w:r>
    </w:p>
    <w:p>
      <w:pPr>
        <w:spacing w:before="0" w:after="120" w:line="300" w:lineRule="exact"/>
        <w:jc w:val="both"/>
      </w:pPr>
      <w:r>
        <w:rPr>
          <w:rFonts w:ascii="Georgia" w:hAnsi="Georgia" w:cs="Georgia" w:eastAsia="Georgia"/>
          <w:b w:val="0"/>
          <w:i w:val="0"/>
          <w:sz w:val="22"/>
        </w:rPr>
        <w:t>In an extremely stupid narrative loaded with kufr, 'Ebrahim Rasool' (hereinafter referred to as Abraham Sool due to his irtidaad perpetrated in the recent Hindu wedding, has displayed his total jahaalat and exhibited the kufr embedded in his heart by calling for the abrogation of Islam. It will serve him better worldly dividends to once and for all publicly renounce Islam, and not pretend to be an adherent of this Deen whilst seeking to undermine it from within – a shaitaani exercise. The objective of which he shall not achieve, for Allah Azza Wa Jal says in the Qur'aan Majeed: "They (the kuffaar) intend (conspire) to extinguish the Noor (Deen) of Allah with their mouths (with their stupid shaitaani narratives), while Allah will complete His Noor even though the kaafiroon abhor it." (As-Saff, Aayat 8)</w:t>
      </w:r>
    </w:p>
    <w:p>
      <w:pPr>
        <w:spacing w:before="0" w:after="120" w:line="300" w:lineRule="exact"/>
        <w:jc w:val="both"/>
      </w:pPr>
      <w:r>
        <w:rPr>
          <w:rFonts w:ascii="Georgia" w:hAnsi="Georgia" w:cs="Georgia" w:eastAsia="Georgia"/>
          <w:b w:val="0"/>
          <w:i w:val="0"/>
          <w:sz w:val="22"/>
        </w:rPr>
        <w:t>It matters not how much the enemies of Islam may plot and scheme to destroy Islam, they will not succeed, for Allah Ta'ala states in the Qur'aan Majeed:</w:t>
      </w:r>
    </w:p>
    <w:p>
      <w:pPr>
        <w:spacing w:before="120" w:after="120" w:line="300" w:lineRule="exact"/>
        <w:ind w:left="720" w:right="720"/>
        <w:jc w:val="center"/>
      </w:pPr>
      <w:r>
        <w:rPr>
          <w:rFonts w:ascii="Georgia" w:hAnsi="Georgia" w:cs="Georgia" w:eastAsia="Georgia"/>
          <w:b w:val="0"/>
          <w:i/>
          <w:sz w:val="22"/>
        </w:rPr>
        <w:t>"Behold! The army of shaitaan, they are the losers." (Al-Mujaadalah, Aayat 19)</w:t>
      </w:r>
    </w:p>
    <w:p>
      <w:pPr>
        <w:spacing w:before="120" w:after="120" w:line="300" w:lineRule="exact"/>
        <w:ind w:left="720" w:right="720"/>
        <w:jc w:val="center"/>
      </w:pPr>
      <w:r>
        <w:rPr>
          <w:rFonts w:ascii="Georgia" w:hAnsi="Georgia" w:cs="Georgia" w:eastAsia="Georgia"/>
          <w:b w:val="0"/>
          <w:i/>
          <w:sz w:val="22"/>
        </w:rPr>
        <w:t>"They who oppose Allah and His Messenger, indeed they are in disgrace. Allah has decreed: 'Most assuredly, I and my Messenger shall be victorious, verily Allah is powerful and mighty." (Al- Mujaadalah, 20, 21)</w:t>
      </w:r>
    </w:p>
    <w:p>
      <w:pPr>
        <w:spacing w:before="0" w:after="120" w:line="300" w:lineRule="exact"/>
        <w:jc w:val="both"/>
      </w:pPr>
      <w:r>
        <w:rPr>
          <w:rFonts w:ascii="Georgia" w:hAnsi="Georgia" w:cs="Georgia" w:eastAsia="Georgia"/>
          <w:b w:val="0"/>
          <w:i w:val="0"/>
          <w:sz w:val="22"/>
        </w:rPr>
        <w:t>Flagrantly stating his capital idea of kufr, Abraham Sool disgorges:</w:t>
      </w:r>
    </w:p>
    <w:p>
      <w:pPr>
        <w:spacing w:before="0" w:after="120" w:line="300" w:lineRule="exact"/>
        <w:jc w:val="both"/>
      </w:pPr>
      <w:r>
        <w:rPr>
          <w:rFonts w:ascii="Georgia" w:hAnsi="Georgia" w:cs="Georgia" w:eastAsia="Georgia"/>
          <w:b w:val="0"/>
          <w:i w:val="0"/>
          <w:sz w:val="22"/>
        </w:rPr>
        <w:t>"Islam itself needs to be reformed."</w:t>
      </w:r>
    </w:p>
    <w:p>
      <w:pPr>
        <w:spacing w:before="0" w:after="120" w:line="300" w:lineRule="exact"/>
        <w:jc w:val="both"/>
      </w:pPr>
      <w:r>
        <w:rPr>
          <w:rFonts w:ascii="Georgia" w:hAnsi="Georgia" w:cs="Georgia" w:eastAsia="Georgia"/>
          <w:b w:val="0"/>
          <w:i w:val="0"/>
          <w:sz w:val="22"/>
        </w:rPr>
        <w:t>In terms of his convoluted concept of 'dear values', his satanic theory is that there is a need to reform 'Islam itself' in order to give practical expression to whatever shaitaani 'values' he has hallucinated. A concept which necessitates the abolition of Islam via a process of 'reformation' is an inspiration of shaitaan. Islam, according to the Qur'aan was completed and perfected during the very age of Rasulullah (Sallallahu alayhi wasallam). Thus, states the Qur'aan Majeed:</w:t>
      </w:r>
    </w:p>
    <w:p>
      <w:pPr>
        <w:spacing w:before="120" w:after="120" w:line="300" w:lineRule="exact"/>
        <w:ind w:left="720" w:right="720"/>
        <w:jc w:val="center"/>
      </w:pPr>
      <w:r>
        <w:rPr>
          <w:rFonts w:ascii="Georgia" w:hAnsi="Georgia" w:cs="Georgia" w:eastAsia="Georgia"/>
          <w:b w:val="0"/>
          <w:i/>
          <w:sz w:val="22"/>
        </w:rPr>
        <w:t>"This Day have I perfected for you your Deen, and completed for you My Favour, and have chosen Islam for you as Deen."</w:t>
      </w:r>
    </w:p>
    <w:p>
      <w:pPr>
        <w:spacing w:before="120" w:after="120" w:line="300" w:lineRule="exact"/>
        <w:ind w:left="720" w:right="720"/>
        <w:jc w:val="center"/>
      </w:pPr>
      <w:r>
        <w:rPr>
          <w:rFonts w:ascii="Georgia" w:hAnsi="Georgia" w:cs="Georgia" w:eastAsia="Georgia"/>
          <w:b w:val="0"/>
          <w:i/>
          <w:sz w:val="22"/>
        </w:rPr>
        <w:t>(Al-Maaidah, Aayat 3)</w:t>
      </w:r>
    </w:p>
    <w:p>
      <w:pPr>
        <w:spacing w:before="0" w:after="120" w:line="300" w:lineRule="exact"/>
        <w:jc w:val="both"/>
      </w:pPr>
      <w:r>
        <w:rPr>
          <w:rFonts w:ascii="Georgia" w:hAnsi="Georgia" w:cs="Georgia" w:eastAsia="Georgia"/>
          <w:b w:val="0"/>
          <w:i w:val="0"/>
          <w:sz w:val="22"/>
        </w:rPr>
        <w:t>Leave alone total reformation, Islam does not brook the slightest change in any of its beliefs, tenets, practices, teachings, etc. That is precisely why Nubuwwat was finalized and ended with the Holy personage of Muhammad Rasulullah (Sallallahu alayhi wasallam). If there had been any need for reformation, then Allah Ta'ala would not have sealed Nubuwwat. The long Chain of Ambiya which initiated with Hadhrat Aadam (Alayhis salaam) would have perpetuated after Rasulullah (Sallallahu alayhi wasallam). But the ending of this illustrious Chain of Nubuwwat is absolute confirmation for the total inadmissibility of even the slightest change, leave alone the type of satanic reformation which the murtad has hallucinated.</w:t>
      </w:r>
    </w:p>
    <w:p>
      <w:pPr>
        <w:spacing w:before="120" w:after="120" w:line="300" w:lineRule="exact"/>
        <w:ind w:left="720" w:right="720"/>
        <w:jc w:val="center"/>
      </w:pPr>
      <w:r>
        <w:rPr>
          <w:rFonts w:ascii="Georgia" w:hAnsi="Georgia" w:cs="Georgia" w:eastAsia="Georgia"/>
          <w:b w:val="0"/>
          <w:i/>
          <w:sz w:val="22"/>
        </w:rPr>
        <w:t>Rejecting the kufr call of Mr.Sool, the Qur'aan Majeed states: "Just look how they are fabricating lies on Allah. Sufficient is it as clear sin………They are those on whom Allah has cast La'nat (Curse). He whom Allah has cursed, never will you find a helper for him." (An-Nisaa', 50, 51, 52)</w:t>
      </w:r>
    </w:p>
    <w:p>
      <w:pPr>
        <w:spacing w:before="0" w:after="120" w:line="300" w:lineRule="exact"/>
        <w:jc w:val="both"/>
      </w:pPr>
      <w:r>
        <w:rPr>
          <w:rFonts w:ascii="Georgia" w:hAnsi="Georgia" w:cs="Georgia" w:eastAsia="Georgia"/>
          <w:b w:val="0"/>
          <w:i w:val="0"/>
          <w:sz w:val="22"/>
        </w:rPr>
        <w:t>Allah's La'nat settles on those who call for the displacement of Islam under guise of 'reformation'. This reformation is pure shaitaaniyat. Shaitaan employs his agents to undermine the Deen from within.</w:t>
      </w:r>
    </w:p>
    <w:p>
      <w:pPr>
        <w:spacing w:before="0" w:after="120" w:line="300" w:lineRule="exact"/>
        <w:jc w:val="both"/>
      </w:pPr>
      <w:r>
        <w:rPr>
          <w:rFonts w:ascii="Georgia" w:hAnsi="Georgia" w:cs="Georgia" w:eastAsia="Georgia"/>
          <w:b w:val="0"/>
          <w:i w:val="0"/>
          <w:sz w:val="22"/>
        </w:rPr>
        <w:t>It is clear from his narrative of jahaalat that he is bereft of expert Ilm-e-Deen, hence his capital faux pas of kufr. No man who has an understanding of the Shariah – of the Qur'aan and Sunnah – will ever degenerate into the dregs of such jahaalat which obliterates Imaan. The call for "Islam itself to be reformed", is kufr of the worst kind. Despite professing to be a Muslim, Mr.Sool comes fully within the purview of the Qur'aanic Aayat:</w:t>
      </w:r>
    </w:p>
    <w:p>
      <w:pPr>
        <w:spacing w:before="120" w:after="120" w:line="300" w:lineRule="exact"/>
        <w:ind w:left="720" w:right="720"/>
        <w:jc w:val="center"/>
      </w:pPr>
      <w:r>
        <w:rPr>
          <w:rFonts w:ascii="Georgia" w:hAnsi="Georgia" w:cs="Georgia" w:eastAsia="Georgia"/>
          <w:b w:val="0"/>
          <w:i/>
          <w:sz w:val="22"/>
        </w:rPr>
        <w:t>"Verily, those who commit kufr with Allah and His Messenger, and they say: 'We believe in portion (of the Deen) and reject a portion and they intend to adopt a path in-between (i.e. the path of kufr), indeed they are the true kaafiroon." (An-Nisaa', 150, 151)</w:t>
      </w:r>
    </w:p>
    <w:p>
      <w:pPr>
        <w:spacing w:before="0" w:after="120" w:line="300" w:lineRule="exact"/>
        <w:jc w:val="both"/>
      </w:pPr>
      <w:r>
        <w:rPr>
          <w:rFonts w:ascii="Georgia" w:hAnsi="Georgia" w:cs="Georgia" w:eastAsia="Georgia"/>
          <w:b w:val="0"/>
          <w:i w:val="0"/>
          <w:sz w:val="22"/>
        </w:rPr>
        <w:t>He calls for another brand of 'islam', but he desires to be known as a Muslim despite his compounded irtidaad – the irtidaad of the Hindu wedding coupled to the irtidaad of calling for the abolition of Islam. His call of kufr is a disingenuous, stupid and futile attempt to fabricate another ideology, totally alien to Islam, but to be advertised and known as 'islam'.</w:t>
      </w:r>
    </w:p>
    <w:p>
      <w:pPr>
        <w:spacing w:before="0" w:after="120" w:line="300" w:lineRule="exact"/>
        <w:jc w:val="both"/>
      </w:pPr>
      <w:r>
        <w:rPr>
          <w:rFonts w:ascii="Georgia" w:hAnsi="Georgia" w:cs="Georgia" w:eastAsia="Georgia"/>
          <w:b w:val="0"/>
          <w:i w:val="0"/>
          <w:sz w:val="22"/>
        </w:rPr>
        <w:t>Degenerating deeper into the dregs of jahaalat and shaitaaniyat, Mr.Sool states: "The problem is that it cannot contribute to democracy because its history is marred by the institutional support it has given to the caliphates, tyrants, authoritarian leaders and one-party dictatorship."</w:t>
      </w:r>
    </w:p>
    <w:p>
      <w:pPr>
        <w:spacing w:before="0" w:after="120" w:line="300" w:lineRule="exact"/>
        <w:jc w:val="both"/>
      </w:pPr>
      <w:r>
        <w:rPr>
          <w:rFonts w:ascii="Georgia" w:hAnsi="Georgia" w:cs="Georgia" w:eastAsia="Georgia"/>
          <w:b w:val="0"/>
          <w:i w:val="0"/>
          <w:sz w:val="22"/>
        </w:rPr>
        <w:t>This statement exhibits his gross ignorance of Islam, of the Qur'aan, of the Sunnah and of the institutions which developed out of the Qur'aan and Sunnah.</w:t>
      </w:r>
    </w:p>
    <w:p>
      <w:pPr>
        <w:spacing w:before="0" w:after="120" w:line="300" w:lineRule="exact"/>
        <w:jc w:val="both"/>
      </w:pPr>
      <w:r>
        <w:rPr>
          <w:rFonts w:ascii="Georgia" w:hAnsi="Georgia" w:cs="Georgia" w:eastAsia="Georgia"/>
          <w:b w:val="0"/>
          <w:i w:val="0"/>
          <w:sz w:val="22"/>
        </w:rPr>
        <w:t>Describing the category of this Satanism, Allah Ta'ala says in the Qur'aan Majeed:</w:t>
      </w:r>
    </w:p>
    <w:p>
      <w:pPr>
        <w:spacing w:before="120" w:after="120" w:line="300" w:lineRule="exact"/>
        <w:ind w:left="720" w:right="720"/>
        <w:jc w:val="center"/>
      </w:pPr>
      <w:r>
        <w:rPr>
          <w:rFonts w:ascii="Georgia" w:hAnsi="Georgia" w:cs="Georgia" w:eastAsia="Georgia"/>
          <w:b w:val="0"/>
          <w:i/>
          <w:sz w:val="22"/>
        </w:rPr>
        <w:t>"And from people is he who disputes in (the Shariah) of Allah without any knowledge, and he follows every rebellion devil (shaitaan)."</w:t>
      </w:r>
    </w:p>
    <w:p>
      <w:pPr>
        <w:spacing w:before="120" w:after="120" w:line="300" w:lineRule="exact"/>
        <w:ind w:left="720" w:right="720"/>
        <w:jc w:val="center"/>
      </w:pPr>
      <w:r>
        <w:rPr>
          <w:rFonts w:ascii="Georgia" w:hAnsi="Georgia" w:cs="Georgia" w:eastAsia="Georgia"/>
          <w:b w:val="0"/>
          <w:i/>
          <w:sz w:val="22"/>
        </w:rPr>
        <w:t>(Al-Hajj, Aayat 3)</w:t>
      </w:r>
    </w:p>
    <w:p>
      <w:pPr>
        <w:spacing w:before="0" w:after="120" w:line="300" w:lineRule="exact"/>
        <w:jc w:val="both"/>
      </w:pPr>
      <w:r>
        <w:rPr>
          <w:rFonts w:ascii="Georgia" w:hAnsi="Georgia" w:cs="Georgia" w:eastAsia="Georgia"/>
          <w:b w:val="0"/>
          <w:i w:val="0"/>
          <w:sz w:val="22"/>
        </w:rPr>
        <w:t>Far from envisaging any contribution to democracy, Islam denounces democracy as kufrocracy. Democracy is the rule of morons – morons vote for morons and scoundrels. It is baboonocracy. Islam came to abolish all systems of kufr. Thus Allah Ta'ala states:</w:t>
      </w:r>
    </w:p>
    <w:p>
      <w:pPr>
        <w:spacing w:before="120" w:after="120" w:line="300" w:lineRule="exact"/>
        <w:ind w:left="720" w:right="720"/>
        <w:jc w:val="center"/>
      </w:pPr>
      <w:r>
        <w:rPr>
          <w:rFonts w:ascii="Georgia" w:hAnsi="Georgia" w:cs="Georgia" w:eastAsia="Georgia"/>
          <w:b w:val="0"/>
          <w:i/>
          <w:sz w:val="22"/>
        </w:rPr>
        <w:t>"Those who do not govern according to (that Shariah) revealed by Allah, they are indeed the kaafiroon." (Al-Maaidah, 44)</w:t>
      </w:r>
    </w:p>
    <w:p>
      <w:pPr>
        <w:spacing w:before="120" w:after="120" w:line="300" w:lineRule="exact"/>
        <w:ind w:left="720" w:right="720"/>
        <w:jc w:val="center"/>
      </w:pPr>
      <w:r>
        <w:rPr>
          <w:rFonts w:ascii="Georgia" w:hAnsi="Georgia" w:cs="Georgia" w:eastAsia="Georgia"/>
          <w:b w:val="0"/>
          <w:i/>
          <w:sz w:val="22"/>
        </w:rPr>
        <w:t>"Those who do not govern according to (that Shariah) revealed by Allah, they are indeed the zaalimoon." (Al-Maaidah, 45)</w:t>
      </w:r>
    </w:p>
    <w:p>
      <w:pPr>
        <w:spacing w:before="120" w:after="120" w:line="300" w:lineRule="exact"/>
        <w:ind w:left="720" w:right="720"/>
        <w:jc w:val="center"/>
      </w:pPr>
      <w:r>
        <w:rPr>
          <w:rFonts w:ascii="Georgia" w:hAnsi="Georgia" w:cs="Georgia" w:eastAsia="Georgia"/>
          <w:b w:val="0"/>
          <w:i/>
          <w:sz w:val="22"/>
        </w:rPr>
        <w:t>"Those who do not govern according to (that Shariah) revealed by Allah, they are indeed the faasiqoon." (Al-Maaidah, 47)</w:t>
      </w:r>
    </w:p>
    <w:p>
      <w:pPr>
        <w:spacing w:before="0" w:after="120" w:line="300" w:lineRule="exact"/>
        <w:jc w:val="both"/>
      </w:pPr>
      <w:r>
        <w:rPr>
          <w:rFonts w:ascii="Georgia" w:hAnsi="Georgia" w:cs="Georgia" w:eastAsia="Georgia"/>
          <w:b w:val="0"/>
          <w:i w:val="0"/>
          <w:sz w:val="22"/>
        </w:rPr>
        <w:t>The Qur'aan paints them as unbelievers, oppressors and flagrantly immoral. All of these satanic attributes are conspicuously displayed by the ruling cliques of all democracies. The hallucinating of the murtad that Islam has to contribute and support kufr democracy vividly exhibits his total jahaalat and kufr.</w:t>
      </w:r>
    </w:p>
    <w:p>
      <w:pPr>
        <w:spacing w:before="0" w:after="120" w:line="300" w:lineRule="exact"/>
        <w:jc w:val="both"/>
      </w:pPr>
      <w:r>
        <w:rPr>
          <w:rFonts w:ascii="Georgia" w:hAnsi="Georgia" w:cs="Georgia" w:eastAsia="Georgia"/>
          <w:b w:val="0"/>
          <w:i w:val="0"/>
          <w:sz w:val="22"/>
        </w:rPr>
        <w:t>The only system of government recognized by Islam and commanded by Allah Azza Wa Jal is the authoritarian, one-man autocracy known as the Khilaafat. All other systems are satanic and haraam. The divine system of Khilaafat was practically demonstrated and implemented par excellence during the era of the Khulafa-e-Raashideen of Hadhrat Abu Bakr, Hadhrat Umar, Hadhrat Uthmaan and Hadhrat Ali (Radhiyallahu anhum). They ruled by the Law of Allah Azza Wa Jal. There is no better, no superior, no more just system of government than the system of Allah Azza Wa Jal. In this regard, the Qur'aan Majeed states:</w:t>
      </w:r>
    </w:p>
    <w:p>
      <w:pPr>
        <w:spacing w:before="120" w:after="120" w:line="300" w:lineRule="exact"/>
        <w:ind w:left="720" w:right="720"/>
        <w:jc w:val="center"/>
      </w:pPr>
      <w:r>
        <w:rPr>
          <w:rFonts w:ascii="Georgia" w:hAnsi="Georgia" w:cs="Georgia" w:eastAsia="Georgia"/>
          <w:b w:val="0"/>
          <w:i/>
          <w:sz w:val="22"/>
        </w:rPr>
        <w:t>"What do they search for the law of jaahiliyyah (ignorance)? Whose Law is better than the (Law of) Allah, for people who have firm faith (in Allah)?" (Al-Maaidah, Aayat 50)</w:t>
      </w:r>
    </w:p>
    <w:p>
      <w:pPr>
        <w:spacing w:before="0" w:after="120" w:line="300" w:lineRule="exact"/>
        <w:jc w:val="both"/>
      </w:pPr>
      <w:r>
        <w:rPr>
          <w:rFonts w:ascii="Georgia" w:hAnsi="Georgia" w:cs="Georgia" w:eastAsia="Georgia"/>
          <w:b w:val="0"/>
          <w:i w:val="0"/>
          <w:sz w:val="22"/>
        </w:rPr>
        <w:t>Those, like the murtad who advocate democracy and the ways of the Yahood and Nasaara are in reality of them. The Qur'aan Majeed states in this regard:</w:t>
      </w:r>
    </w:p>
    <w:p>
      <w:pPr>
        <w:spacing w:before="120" w:after="120" w:line="300" w:lineRule="exact"/>
        <w:ind w:left="720" w:right="720"/>
        <w:jc w:val="center"/>
      </w:pPr>
      <w:r>
        <w:rPr>
          <w:rFonts w:ascii="Georgia" w:hAnsi="Georgia" w:cs="Georgia" w:eastAsia="Georgia"/>
          <w:b w:val="0"/>
          <w:i/>
          <w:sz w:val="22"/>
        </w:rPr>
        <w:t>"O People of Imaan! Do not take the Yahood and Nasaara as friends. They are friends to one other. Whoever from among you (O Muslims!) who befriends them, verily he is of them. Verily, Allah does not guide people who are oppressors." (Al-Maaidah, Aayat 51).</w:t>
      </w:r>
    </w:p>
    <w:p>
      <w:pPr>
        <w:spacing w:before="0" w:after="120" w:line="300" w:lineRule="exact"/>
        <w:jc w:val="both"/>
      </w:pPr>
      <w:r>
        <w:rPr>
          <w:rFonts w:ascii="Georgia" w:hAnsi="Georgia" w:cs="Georgia" w:eastAsia="Georgia"/>
          <w:b w:val="0"/>
          <w:i w:val="0"/>
          <w:sz w:val="22"/>
        </w:rPr>
        <w:t>The hearts of the murtads who creep behind the kuffaar swallowing whatever najaasat they excrete are diseased. Allah Ta'ala says: "Thus, you will see those in whose hearts there is a disease (of kufr and nifaaq) running among them…"</w:t>
      </w:r>
    </w:p>
    <w:p>
      <w:pPr>
        <w:spacing w:before="0" w:after="120" w:line="300" w:lineRule="exact"/>
        <w:jc w:val="both"/>
      </w:pPr>
      <w:r>
        <w:rPr>
          <w:rFonts w:ascii="Georgia" w:hAnsi="Georgia" w:cs="Georgia" w:eastAsia="Georgia"/>
          <w:b w:val="0"/>
          <w:i w:val="0"/>
          <w:sz w:val="22"/>
        </w:rPr>
        <w:t>(Al-Maaidah, Aayat 52)</w:t>
      </w:r>
    </w:p>
    <w:p>
      <w:pPr>
        <w:spacing w:before="0" w:after="120" w:line="300" w:lineRule="exact"/>
        <w:jc w:val="both"/>
      </w:pPr>
      <w:r>
        <w:rPr>
          <w:rFonts w:ascii="Georgia" w:hAnsi="Georgia" w:cs="Georgia" w:eastAsia="Georgia"/>
          <w:b w:val="0"/>
          <w:i w:val="0"/>
          <w:sz w:val="22"/>
        </w:rPr>
        <w:t>The murtad and his ilk seek the law of jaahiliyyah (ignorance). Every system besides Islamic autocracy (the Khilaafat) is a law of jaahiliyyah which the Qur'aan Majeed describes as 'Hukmul Jaahiliyyah.' Islam is the very antithesis of democracy and of every other manmade system of jaahiliyyah, hence it is haraam to vote in this kufr system which the murtad espouses despite having been booted out by the ANC. Thus, the murtad's idea of Islam contributing to democracy is pure baboonery. He simply does not know what he has blurted out.</w:t>
      </w:r>
    </w:p>
    <w:p>
      <w:pPr>
        <w:spacing w:before="120" w:after="120" w:line="300" w:lineRule="exact"/>
        <w:ind w:left="720" w:right="720"/>
        <w:jc w:val="center"/>
      </w:pPr>
      <w:r>
        <w:rPr>
          <w:rFonts w:ascii="Georgia" w:hAnsi="Georgia" w:cs="Georgia" w:eastAsia="Georgia"/>
          <w:b w:val="0"/>
          <w:i/>
          <w:sz w:val="22"/>
        </w:rPr>
        <w:t>"Who is a greater zaalim than the one who fabricates on Allah a LIE in order to deviate people without having any knowledge (whatsoever)?" (Al-An'aam, Aayat 144)</w:t>
      </w:r>
    </w:p>
    <w:p>
      <w:pPr>
        <w:spacing w:before="0" w:after="120" w:line="300" w:lineRule="exact"/>
        <w:jc w:val="both"/>
      </w:pPr>
      <w:r>
        <w:rPr>
          <w:rFonts w:ascii="Georgia" w:hAnsi="Georgia" w:cs="Georgia" w:eastAsia="Georgia"/>
          <w:b w:val="0"/>
          <w:i w:val="0"/>
          <w:sz w:val="22"/>
        </w:rPr>
        <w:t>Fabricating falsehood in the name of Islam is to speak a brazen LIE on Allah Azza Wa Jal, hence the murtad is among the worst of the zaalimeen. "You are following nothing but pure (satanic) conjecture, and you do nothing but stupid guesswork." (Al-An;aam, Aayat 148)</w:t>
      </w:r>
    </w:p>
    <w:p>
      <w:pPr>
        <w:spacing w:before="0" w:after="120" w:line="300" w:lineRule="exact"/>
        <w:jc w:val="both"/>
      </w:pPr>
      <w:r>
        <w:rPr>
          <w:rFonts w:ascii="Georgia" w:hAnsi="Georgia" w:cs="Georgia" w:eastAsia="Georgia"/>
          <w:b w:val="0"/>
          <w:i w:val="0"/>
          <w:sz w:val="22"/>
        </w:rPr>
        <w:t>Commanding the Mu'mineen to steer clear off all ideologies of jaahiliyyah, Allah Ta'ala says in the Qur'aan Majeed:</w:t>
      </w:r>
    </w:p>
    <w:p>
      <w:pPr>
        <w:spacing w:before="120" w:after="120" w:line="300" w:lineRule="exact"/>
        <w:ind w:left="720" w:right="720"/>
        <w:jc w:val="center"/>
      </w:pPr>
      <w:r>
        <w:rPr>
          <w:rFonts w:ascii="Georgia" w:hAnsi="Georgia" w:cs="Georgia" w:eastAsia="Georgia"/>
          <w:b w:val="0"/>
          <w:i/>
          <w:sz w:val="22"/>
        </w:rPr>
        <w:t>"Verily, this (Deen of Islam) is My Straight Path. Therefore, follow it, and do not follow different paths (of jaahiliyyah such as kufr democracy proposed by the murtad), for then it will take you adrift from His Path. This is what He has commanded you so that you fear (Him)." (Al-An'aam, Aayat 153)</w:t>
      </w:r>
    </w:p>
    <w:p>
      <w:pPr>
        <w:spacing w:before="0" w:after="120" w:line="300" w:lineRule="exact"/>
        <w:jc w:val="both"/>
      </w:pPr>
      <w:r>
        <w:rPr>
          <w:rFonts w:ascii="Georgia" w:hAnsi="Georgia" w:cs="Georgia" w:eastAsia="Georgia"/>
          <w:b w:val="0"/>
          <w:i w:val="0"/>
          <w:sz w:val="22"/>
        </w:rPr>
        <w:t>Those who seek to mutilate Allah's Shariah –His Straight Path—with the crooked and satanic ideologies of the kuffaar dwell in satanic hallucination. Describing them, Allah Ta'ala says: "A group (among people) is guided while on another group (the Satanists) dhalaalah (deviation) has been decreed. They take the devils as friends besides Allah, and they hallucinate that they are guided." (Al-A'raaf, Aayat 30)</w:t>
      </w:r>
    </w:p>
    <w:p>
      <w:pPr>
        <w:spacing w:before="0" w:after="120" w:line="300" w:lineRule="exact"/>
        <w:jc w:val="both"/>
      </w:pPr>
      <w:r>
        <w:rPr>
          <w:rFonts w:ascii="Georgia" w:hAnsi="Georgia" w:cs="Georgia" w:eastAsia="Georgia"/>
          <w:b w:val="0"/>
          <w:i w:val="0"/>
          <w:sz w:val="22"/>
        </w:rPr>
        <w:t>The Satanist in the form of murtaddeen, munaafiqeen and zanadiqah appear in every era in a variety of guises. Allah Ta'ala always exposes them and fields Ulama-e-Haqq to lay to waste and demolish whatever stupidities they fabricate in the name of Islam, an example being the abolition of Islam under the deception of 'reformation' postulated by the murtad. By means of the institution of the Ulama, Allah Ta'ala demolishes the falsehood fabricated by the deviates. Allah Ta'ala states:</w:t>
      </w:r>
    </w:p>
    <w:p>
      <w:pPr>
        <w:spacing w:before="120" w:after="120" w:line="300" w:lineRule="exact"/>
        <w:ind w:left="720" w:right="720"/>
        <w:jc w:val="center"/>
      </w:pPr>
      <w:r>
        <w:rPr>
          <w:rFonts w:ascii="Georgia" w:hAnsi="Georgia" w:cs="Georgia" w:eastAsia="Georgia"/>
          <w:b w:val="0"/>
          <w:i/>
          <w:sz w:val="22"/>
        </w:rPr>
        <w:t>"And, Allah wills that He establishes Haqq (the Truth of Islam) with His Word, and that He cuts asunder the roots of the kaafireen, so that Haqq is established as the Haqq, and so that baatil is obliterated even though the mujrimoon abhor it." (Al-Anfaal, 7 and 8)</w:t>
      </w:r>
    </w:p>
    <w:p>
      <w:pPr>
        <w:spacing w:before="0" w:after="120" w:line="300" w:lineRule="exact"/>
        <w:jc w:val="both"/>
      </w:pPr>
      <w:r>
        <w:rPr>
          <w:rFonts w:ascii="Georgia" w:hAnsi="Georgia" w:cs="Georgia" w:eastAsia="Georgia"/>
          <w:b w:val="0"/>
          <w:i w:val="0"/>
          <w:sz w:val="22"/>
        </w:rPr>
        <w:t>The mujrimoon (criminals) mentioned here refer to the kuffaar in general with all categories of kufr, bringing within its purview the murtaddeen, munaafiqeen and zanaadaqah. Allah Ta'ala, with His Institution of the Ulama-e-Haqq, neutralizes and demolishes the type of kufr ideologies spun by the likes of Mr.Sool. Rasulullah (Sallallahu alayhi wasallam) said:</w:t>
      </w:r>
    </w:p>
    <w:p>
      <w:pPr>
        <w:spacing w:before="120" w:after="120" w:line="300" w:lineRule="exact"/>
        <w:ind w:left="720" w:right="720"/>
        <w:jc w:val="center"/>
      </w:pPr>
      <w:r>
        <w:rPr>
          <w:rFonts w:ascii="Georgia" w:hAnsi="Georgia" w:cs="Georgia" w:eastAsia="Georgia"/>
          <w:b w:val="0"/>
          <w:i/>
          <w:sz w:val="22"/>
        </w:rPr>
        <w:t>"This Ilm (of Islam) will be borne (i.e. guarded and transmitted in its pristine purity) by the Udool (uprighteous Ulama-e-Haqq) from among every khalf (later generation) who will negate (demolish and obliterate) from it (i.e. from the Knowledge of Islam) the fabrication of the heretics, the fraud of the votaries of falsehood, and the misinterpretation of the jaahileen (ignoramuses)."</w:t>
      </w:r>
    </w:p>
    <w:p>
      <w:pPr>
        <w:spacing w:before="120" w:after="120" w:line="300" w:lineRule="exact"/>
        <w:ind w:left="720" w:right="720"/>
        <w:jc w:val="center"/>
      </w:pPr>
      <w:r>
        <w:rPr>
          <w:rFonts w:ascii="Georgia" w:hAnsi="Georgia" w:cs="Georgia" w:eastAsia="Georgia"/>
          <w:b w:val="0"/>
          <w:i/>
          <w:sz w:val="22"/>
        </w:rPr>
        <w:t>(Mishkaat, etc.)</w:t>
      </w:r>
    </w:p>
    <w:p>
      <w:pPr>
        <w:spacing w:before="0" w:after="120" w:line="300" w:lineRule="exact"/>
        <w:jc w:val="both"/>
      </w:pPr>
      <w:r>
        <w:rPr>
          <w:rFonts w:ascii="Georgia" w:hAnsi="Georgia" w:cs="Georgia" w:eastAsia="Georgia"/>
          <w:b w:val="0"/>
          <w:i w:val="0"/>
          <w:sz w:val="22"/>
        </w:rPr>
        <w:t>When the vast majority of Ulama becomes 'dumb devils' by means of their silence when the Haqq is trampled on and attacked on all sides, and also by flattering the morons of the dunya, and by truckling up into their hinds either due to fear or in expectation of the fulfilment of their base worldly and nafsaani desires and despicable objectives, the deviates, murtads and munaafiqs and other similar devilish elements perceive the coast to be clear. They believe that the field is smooth and fertile for sowing their wicked kufr, hence they stupidly attempt to set themselves up as 'experts' of Islam, and begin to excrete their effluvium of zandaqah and kufr. They demonstrate and advertise their kufr in breath-taking ignorance of the Shariah, of the Qur'aan and Sunnah. The morons sniff around for evidence for their kufr ideologies in third and fourth class books compiled by greater morons than themselves to support their narratives which evoke mirth for the preposterous stupidity which diffuses their religion of kufr. They cavort blissfully in their theories and schemes of kufr little understanding that they have been created to be fuel for Jahannam. With their haraam twaddle they twiddle with the sacred Deen of Allah Azza Wa Jal, and only men who are atheists and munaafiqeen are capable of such kufr villainy.</w:t>
      </w:r>
    </w:p>
    <w:p>
      <w:pPr>
        <w:spacing w:before="0" w:after="120" w:line="300" w:lineRule="exact"/>
        <w:jc w:val="both"/>
      </w:pPr>
      <w:r>
        <w:rPr>
          <w:rFonts w:ascii="Georgia" w:hAnsi="Georgia" w:cs="Georgia" w:eastAsia="Georgia"/>
          <w:b w:val="0"/>
          <w:i w:val="0"/>
          <w:sz w:val="22"/>
        </w:rPr>
        <w:t>Mr.Sool has acquitted himself socialistically. In fact, he has failed to do justice to even the smattering of knowledge of the subject of a sciolist. In reality, his attempt to set himself up as an expert of Islam is sciomancy. Shaitaan is the helper of such persons. This is confirmed in the Ahaadith. Rasulullah (Sallallahu alayhi wasallam) said that towards the approach of Qiyaamah, many jinn whom Hadhrat Sulaimaan (Alayhis salaam) had enchained and imprisoned on remote islands will be let loose. They will appear in human form in the guise of experts of the Shariah. They will acquit themselves with eloquence in their lectures in the Musaajid and recite even the Qur'aan Majeed beautifully. These devils will aid their myriad of agents (primarily graduates from the brothel universities) in the mission to undermine and extinguish the Deen, but which, of course, they will fail to accomplish. The Ulama-e-Haqq will always be present to neutralize and demolish their satanic plots and plans. This Deen is protected by Allah Azza Wa Jal Himself. Giving this promise and undertaking, Allah Ta'ala states in the Qur'aan Majeed:</w:t>
      </w:r>
    </w:p>
    <w:p>
      <w:pPr>
        <w:spacing w:before="120" w:after="120" w:line="300" w:lineRule="exact"/>
        <w:ind w:left="720" w:right="720"/>
        <w:jc w:val="center"/>
      </w:pPr>
      <w:r>
        <w:rPr>
          <w:rFonts w:ascii="Georgia" w:hAnsi="Georgia" w:cs="Georgia" w:eastAsia="Georgia"/>
          <w:b w:val="0"/>
          <w:i/>
          <w:sz w:val="22"/>
        </w:rPr>
        <w:t>"Verily, We have revealed the Thikr, and most certainly We shall be its protectors."</w:t>
      </w:r>
    </w:p>
    <w:p>
      <w:pPr>
        <w:spacing w:before="0" w:after="120" w:line="300" w:lineRule="exact"/>
        <w:jc w:val="both"/>
      </w:pPr>
      <w:r>
        <w:rPr>
          <w:rFonts w:ascii="Georgia" w:hAnsi="Georgia" w:cs="Georgia" w:eastAsia="Georgia"/>
          <w:b w:val="0"/>
          <w:i w:val="0"/>
          <w:sz w:val="22"/>
        </w:rPr>
        <w:t>The ideology of 'reforming Islam' disgorged by Mr.Sool is the devil's work for creating disruption, corruption and doubts in the minds of the ignorant masses. However, he has grossly miscalculated even the mood and attitude of the ignorant masses. While other zindeeqs, munaafiqs and murtads will acclaim him for the najaasat he has disgorged, he will miserably fail to gain converts from the masses of Muslims. No Muslim in whose heart Imaan is rooted will ever accord a lending ear to the preposterous kufr of reforming Islam – the Islam which Allah Azza Wa Jal has completed and perfected more than fourteen centuries ago.</w:t>
      </w:r>
    </w:p>
    <w:p>
      <w:pPr>
        <w:spacing w:before="0" w:after="120" w:line="300" w:lineRule="exact"/>
        <w:jc w:val="both"/>
      </w:pPr>
      <w:r>
        <w:rPr>
          <w:rFonts w:ascii="Georgia" w:hAnsi="Georgia" w:cs="Georgia" w:eastAsia="Georgia"/>
          <w:b w:val="0"/>
          <w:i w:val="0"/>
          <w:sz w:val="22"/>
        </w:rPr>
        <w:t>The primary motive for zindeeqs and munaafiqs setting themselves up as experts of the Shariah, and as reformers of Islam, is their insatiable lust for aggrandizement, for name and fame. Mentioning this fact, the Qur'aan Majeed states: "Verily, those who dispute in the aayaat of Allah without any proof having come to them, there is nothing but pride in their hearts, which they will not attain. Therefore seek the protection of Allah (from these murtad devils)."</w:t>
      </w:r>
    </w:p>
    <w:p>
      <w:pPr>
        <w:spacing w:before="0" w:after="120" w:line="300" w:lineRule="exact"/>
        <w:jc w:val="both"/>
      </w:pPr>
      <w:r>
        <w:rPr>
          <w:rFonts w:ascii="Georgia" w:hAnsi="Georgia" w:cs="Georgia" w:eastAsia="Georgia"/>
          <w:b w:val="0"/>
          <w:i w:val="0"/>
          <w:sz w:val="22"/>
        </w:rPr>
        <w:t>(Al-Mu'min, Aayat 56)</w:t>
      </w:r>
    </w:p>
    <w:p>
      <w:pPr>
        <w:spacing w:before="0" w:after="120" w:line="300" w:lineRule="exact"/>
        <w:jc w:val="both"/>
      </w:pPr>
      <w:r>
        <w:rPr>
          <w:rFonts w:ascii="Georgia" w:hAnsi="Georgia" w:cs="Georgia" w:eastAsia="Georgia"/>
          <w:b w:val="0"/>
          <w:i w:val="0"/>
          <w:sz w:val="22"/>
        </w:rPr>
        <w:t>They believe that the donkey education acquired from universities qualify them to be experts of the Shariah. Dwelling in this deception, they make a monumental mockery of themselves. They fail to understand that their entry into the domain of the Shariah without the requisite qualifications is the effect of a Seal placed on their hearts by Allah Azza Wa Jal.</w:t>
      </w:r>
    </w:p>
    <w:p>
      <w:pPr>
        <w:spacing w:before="120" w:after="120" w:line="300" w:lineRule="exact"/>
        <w:ind w:left="720" w:right="720"/>
        <w:jc w:val="center"/>
      </w:pPr>
      <w:r>
        <w:rPr>
          <w:rFonts w:ascii="Georgia" w:hAnsi="Georgia" w:cs="Georgia" w:eastAsia="Georgia"/>
          <w:b w:val="0"/>
          <w:i/>
          <w:sz w:val="22"/>
        </w:rPr>
        <w:t>"Those who dispute in the aayaat of Allah without proof having come to them, indeed it is a mammoth sin by Allah and by those who have Imaan. Thus, has Allah placed a seal on every proud and arrogant heart."</w:t>
      </w:r>
    </w:p>
    <w:p>
      <w:pPr>
        <w:spacing w:before="120" w:after="120" w:line="300" w:lineRule="exact"/>
        <w:ind w:left="720" w:right="720"/>
        <w:jc w:val="center"/>
      </w:pPr>
      <w:r>
        <w:rPr>
          <w:rFonts w:ascii="Georgia" w:hAnsi="Georgia" w:cs="Georgia" w:eastAsia="Georgia"/>
          <w:b w:val="0"/>
          <w:i/>
          <w:sz w:val="22"/>
        </w:rPr>
        <w:t>(Al-Mu'min, Aayat 35)</w:t>
      </w:r>
    </w:p>
    <w:p>
      <w:pPr>
        <w:spacing w:before="0" w:after="120" w:line="300" w:lineRule="exact"/>
        <w:jc w:val="both"/>
      </w:pPr>
      <w:r>
        <w:rPr>
          <w:rFonts w:ascii="Georgia" w:hAnsi="Georgia" w:cs="Georgia" w:eastAsia="Georgia"/>
          <w:b w:val="0"/>
          <w:i w:val="0"/>
          <w:sz w:val="22"/>
        </w:rPr>
        <w:t>When a man who is bereft of any Shar'i status in Ilm-e-Deen acquits himself as if he is an authority and an expert, then this is clear evidence for the divine Seal on his heart, and that he is destined to be fuel for Jahannam.</w:t>
      </w:r>
    </w:p>
    <w:p>
      <w:pPr>
        <w:spacing w:before="120" w:after="120" w:line="300" w:lineRule="exact"/>
        <w:ind w:left="720" w:right="720"/>
        <w:jc w:val="center"/>
      </w:pPr>
      <w:r>
        <w:rPr>
          <w:rFonts w:ascii="Georgia" w:hAnsi="Georgia" w:cs="Georgia" w:eastAsia="Georgia"/>
          <w:b w:val="0"/>
          <w:i/>
          <w:sz w:val="22"/>
        </w:rPr>
        <w:t>"What! Have you not seen those who dispute in the aayaat of Allah? Wither are they drifting (in their deception)? (They are) those who falsify the Kitaab (the Qur'an) and the (Deen) with which We have sent Our Messengers. Soon shall they come to know (when they will be cast upside down into Hell-Fire) – when yokes will be placed around their necks, as well as chains (and therewith) shall they be dragged (into Jahannam)</w:t>
      </w:r>
    </w:p>
    <w:p>
      <w:pPr>
        <w:spacing w:before="120" w:after="120" w:line="300" w:lineRule="exact"/>
        <w:ind w:left="720" w:right="720"/>
        <w:jc w:val="center"/>
      </w:pPr>
      <w:r>
        <w:rPr>
          <w:rFonts w:ascii="Georgia" w:hAnsi="Georgia" w:cs="Georgia" w:eastAsia="Georgia"/>
          <w:b w:val="0"/>
          <w:i/>
          <w:sz w:val="22"/>
        </w:rPr>
        <w:t>into boiling water, then into the Fire shall they be cast to be fuel." (Al-Mu'min, Aayaat 69 -72)</w:t>
      </w:r>
    </w:p>
    <w:p>
      <w:pPr>
        <w:spacing w:before="0" w:after="120" w:line="300" w:lineRule="exact"/>
        <w:jc w:val="both"/>
      </w:pPr>
      <w:r>
        <w:rPr>
          <w:rFonts w:ascii="Georgia" w:hAnsi="Georgia" w:cs="Georgia" w:eastAsia="Georgia"/>
          <w:b w:val="0"/>
          <w:i w:val="0"/>
          <w:sz w:val="22"/>
        </w:rPr>
        <w:t>Mr.Sool, due to the divine seal on his heart does not realize the hideous fate which he has moulded for himself. Islam not only gives institutional support to the Khilaafat, it has ordained that the only form of government valid for Muslims is the Khilaafat system, which is a one-man dictatorship who governs by the Law of Allah Azza Wa Jal.</w:t>
      </w:r>
    </w:p>
    <w:p>
      <w:pPr>
        <w:spacing w:before="0" w:after="120" w:line="300" w:lineRule="exact"/>
        <w:jc w:val="both"/>
      </w:pPr>
      <w:r>
        <w:rPr>
          <w:rFonts w:ascii="Georgia" w:hAnsi="Georgia" w:cs="Georgia" w:eastAsia="Georgia"/>
          <w:b w:val="0"/>
          <w:i w:val="0"/>
          <w:sz w:val="22"/>
        </w:rPr>
        <w:t>Sool's claim that Islam accorded support to tyrants is a blatant, mammoth LIE. The tyranny of the ruler has always been condemned. The Qur'aan and the Ahaadith condemn it. The Ulama-e-Haqq had always sacrificed their lives in the mission of Amr Bil Ma'roof Nahy Anil Munkar in their endeavours to combat the tyranny of unjust rulers. The Ulama in every era were persecuted, tortured and even put to death for criticizing the rulers. And that is precisely what is happening today in Saudi Arabia where a murtad regime has been installed by Trump. Innumerable Ulama have been flung into dungeons, tortured and killed for opposing the kufr attempts to satanize the land with western kufr democracy. The Ulama-e-Haqq had always acted in the light of Rasulullah's exhortation:</w:t>
      </w:r>
    </w:p>
    <w:p>
      <w:pPr>
        <w:spacing w:before="120" w:after="120" w:line="300" w:lineRule="exact"/>
        <w:ind w:left="720" w:right="720"/>
        <w:jc w:val="center"/>
      </w:pPr>
      <w:r>
        <w:rPr>
          <w:rFonts w:ascii="Georgia" w:hAnsi="Georgia" w:cs="Georgia" w:eastAsia="Georgia"/>
          <w:b w:val="0"/>
          <w:i/>
          <w:sz w:val="22"/>
        </w:rPr>
        <w:t>"The noblest Jihad is to proclaim the Truth to a tyrannical ruler."</w:t>
      </w:r>
    </w:p>
    <w:p>
      <w:pPr>
        <w:spacing w:before="0" w:after="120" w:line="300" w:lineRule="exact"/>
        <w:jc w:val="both"/>
      </w:pPr>
      <w:r>
        <w:rPr>
          <w:rFonts w:ascii="Georgia" w:hAnsi="Georgia" w:cs="Georgia" w:eastAsia="Georgia"/>
          <w:b w:val="0"/>
          <w:i w:val="0"/>
          <w:sz w:val="22"/>
        </w:rPr>
        <w:t>As for autocracy, the Qur'aan Majeed informs us that it is a divine institution. Allah Ta'ala had created the monarchy system. The Qur'aan says: "And, he (the Nabi) said to them: 'Verily, Allah has sent to you Taalut as king."</w:t>
      </w:r>
    </w:p>
    <w:p>
      <w:pPr>
        <w:spacing w:before="0" w:after="120" w:line="300" w:lineRule="exact"/>
        <w:jc w:val="both"/>
      </w:pPr>
      <w:r>
        <w:rPr>
          <w:rFonts w:ascii="Georgia" w:hAnsi="Georgia" w:cs="Georgia" w:eastAsia="Georgia"/>
          <w:b w:val="0"/>
          <w:i w:val="0"/>
          <w:sz w:val="22"/>
        </w:rPr>
        <w:t>(Al-Baqarah, Aayat 247)</w:t>
      </w:r>
    </w:p>
    <w:p>
      <w:pPr>
        <w:spacing w:before="120" w:after="120" w:line="300" w:lineRule="exact"/>
        <w:ind w:left="720" w:right="720"/>
        <w:jc w:val="center"/>
      </w:pPr>
      <w:r>
        <w:rPr>
          <w:rFonts w:ascii="Georgia" w:hAnsi="Georgia" w:cs="Georgia" w:eastAsia="Georgia"/>
          <w:b w:val="0"/>
          <w:i/>
          <w:sz w:val="22"/>
        </w:rPr>
        <w:t>"And (remember) when Musaa said to his people: 'O my people! Remember the bounty of Allah on you when He made from among you Ambiya, and He made you kings."</w:t>
      </w:r>
    </w:p>
    <w:p>
      <w:pPr>
        <w:spacing w:before="120" w:after="120" w:line="300" w:lineRule="exact"/>
        <w:ind w:left="720" w:right="720"/>
        <w:jc w:val="center"/>
      </w:pPr>
      <w:r>
        <w:rPr>
          <w:rFonts w:ascii="Georgia" w:hAnsi="Georgia" w:cs="Georgia" w:eastAsia="Georgia"/>
          <w:b w:val="0"/>
          <w:i/>
          <w:sz w:val="22"/>
        </w:rPr>
        <w:t>(Al-Maaidah, Aayat 20)</w:t>
      </w:r>
    </w:p>
    <w:p>
      <w:pPr>
        <w:spacing w:before="0" w:after="120" w:line="300" w:lineRule="exact"/>
        <w:jc w:val="both"/>
      </w:pPr>
      <w:r>
        <w:rPr>
          <w:rFonts w:ascii="Georgia" w:hAnsi="Georgia" w:cs="Georgia" w:eastAsia="Georgia"/>
          <w:b w:val="0"/>
          <w:i w:val="0"/>
          <w:sz w:val="22"/>
        </w:rPr>
        <w:t>Both Nubuwwat and Monarchy are described as divine bounties.</w:t>
      </w:r>
    </w:p>
    <w:p>
      <w:pPr>
        <w:spacing w:before="0" w:after="120" w:line="300" w:lineRule="exact"/>
        <w:jc w:val="both"/>
      </w:pPr>
      <w:r>
        <w:rPr>
          <w:rFonts w:ascii="Georgia" w:hAnsi="Georgia" w:cs="Georgia" w:eastAsia="Georgia"/>
          <w:b w:val="0"/>
          <w:i w:val="0"/>
          <w:sz w:val="22"/>
        </w:rPr>
        <w:t>Throughout the history of mankind, the monarchial institution was upheld by all the Ambiya. It is an institution created and ordered by Allah Ta'ala while democracy is a satanic institution. It is the reign of donkeys and baboons. Those who give preference to the shaitaani system of democracy and criticize Khliaafat as Sool does, are murtaddeen without the slightest vestige of doubt. Their ritual acts of mock ibaadat are worthless and invalid. The best system, divinely instituted is the Shar'i dictatorship called Khilaafat.</w:t>
      </w:r>
    </w:p>
    <w:p>
      <w:pPr>
        <w:spacing w:before="0" w:after="120" w:line="300" w:lineRule="exact"/>
        <w:jc w:val="both"/>
      </w:pPr>
      <w:r>
        <w:rPr>
          <w:rFonts w:ascii="Georgia" w:hAnsi="Georgia" w:cs="Georgia" w:eastAsia="Georgia"/>
          <w:b w:val="0"/>
          <w:i w:val="0"/>
          <w:sz w:val="22"/>
        </w:rPr>
        <w:t>It should be well understood, that even a king who ascends the throne by hereditary succession will be a legitimate Khalifah if he rules according to the Shariah. Thus, monarchy is not nugatory of Khilaafat. Besides the Khulafa-e-Raashideen, all Khilaafats were monarchies.</w:t>
      </w:r>
    </w:p>
    <w:p>
      <w:pPr>
        <w:spacing w:before="0" w:after="120" w:line="300" w:lineRule="exact"/>
        <w:jc w:val="both"/>
      </w:pPr>
      <w:r>
        <w:rPr>
          <w:rFonts w:ascii="Georgia" w:hAnsi="Georgia" w:cs="Georgia" w:eastAsia="Georgia"/>
          <w:b w:val="0"/>
          <w:i w:val="0"/>
          <w:sz w:val="22"/>
        </w:rPr>
        <w:t>Mr. Sool illustrating his jahaalat, digs up Saddam Husain from his grave with the comment: "Some even supported Saddam, merely because he claims to be a Muslim." While it is necessary to support a Muslim, it is haraam to support a murtad. But, Sool being a lackey of the western kuffaar supports the U.S.A. and its gangs of oppressors who had invaded Iraq bringing wholesale slaughter, barbarism and misery to the Land of Iraq which Saddam was at the time defending. On the occasion of the invasion of Iraq by the western devils, it was Waajib for Muslims to support Saddam Husain. Sool by this averment has demonstrated where his sympathies lie. Since he is a murtad, he obviously is on the side of the kuffaar west.</w:t>
      </w:r>
    </w:p>
    <w:p>
      <w:pPr>
        <w:spacing w:before="0" w:after="120" w:line="300" w:lineRule="exact"/>
        <w:jc w:val="both"/>
      </w:pPr>
      <w:r>
        <w:rPr>
          <w:rFonts w:ascii="Georgia" w:hAnsi="Georgia" w:cs="Georgia" w:eastAsia="Georgia"/>
          <w:b w:val="0"/>
          <w:i w:val="0"/>
          <w:sz w:val="22"/>
        </w:rPr>
        <w:t>Making a fool of himself, Mr. Sool says: "There are simply no grounds for that sort of religious opportunism and chauvinism in a liberation struggle." This silly statement of ignorance is in the context of the Ummah's support for Saddam Husain when Sool's masters and bosses, the West, were invading and brutalizing the Ummah in Iraq. He labels the Ummah's support for Saddam 'chauvinism'. Perhaps the chap is unaware of the meaning of this term.</w:t>
      </w:r>
    </w:p>
    <w:p>
      <w:pPr>
        <w:spacing w:before="0" w:after="120" w:line="300" w:lineRule="exact"/>
        <w:jc w:val="both"/>
      </w:pPr>
      <w:r>
        <w:rPr>
          <w:rFonts w:ascii="Georgia" w:hAnsi="Georgia" w:cs="Georgia" w:eastAsia="Georgia"/>
          <w:b w:val="0"/>
          <w:i w:val="0"/>
          <w:sz w:val="22"/>
        </w:rPr>
        <w:t>'Chauvinism' means bellicose patriotism. It is an attitude underlined by a fighting spirit. While Iraq was invaded and thousands of Muslim men, women and children were being killed by the kuffaar invaders, Sool finds fault with the bellicose support the Ummah was proclaiming for the suffering Muslims. This is the attitude of a murtad in whose heart kufr is rooted. Rasulullah (Sallallahu alayhi wasallam) said:</w:t>
      </w:r>
    </w:p>
    <w:p>
      <w:pPr>
        <w:spacing w:before="120" w:after="120" w:line="300" w:lineRule="exact"/>
        <w:ind w:left="720" w:right="720"/>
        <w:jc w:val="center"/>
      </w:pPr>
      <w:r>
        <w:rPr>
          <w:rFonts w:ascii="Georgia" w:hAnsi="Georgia" w:cs="Georgia" w:eastAsia="Georgia"/>
          <w:b w:val="0"/>
          <w:i/>
          <w:sz w:val="22"/>
        </w:rPr>
        <w:t>"The Muslimoon are like a single man. If the eye pains, the whole body is affected. If the head pains, the whole body is affected."</w:t>
      </w:r>
    </w:p>
    <w:p>
      <w:pPr>
        <w:spacing w:before="0" w:after="120" w:line="300" w:lineRule="exact"/>
        <w:jc w:val="both"/>
      </w:pPr>
      <w:r>
        <w:rPr>
          <w:rFonts w:ascii="Georgia" w:hAnsi="Georgia" w:cs="Georgia" w:eastAsia="Georgia"/>
          <w:b w:val="0"/>
          <w:i w:val="0"/>
          <w:sz w:val="22"/>
        </w:rPr>
        <w:t>His talk of 'religious opportunism' in the Iraqi context is absolutely stupid and conspicuously displays the hater of Muslims he is. Sool's abhorrence for Saddam betrays his affinity for the Shiahs. Since Saddam was anti-Shiah, Mr. Sool, the Murtad, reveals vitriol for those who had supported Saddam during the kuffaar invasion of Iraq. Only murtaddeen, Shiahs and supporters of Shiahs cherished hatred for Saddam at the time when the U.S. with its satanic coalition was brutalizing the Iraqi segment of the Ummah.</w:t>
      </w:r>
    </w:p>
    <w:p>
      <w:pPr>
        <w:spacing w:before="0" w:after="120" w:line="300" w:lineRule="exact"/>
        <w:jc w:val="both"/>
      </w:pPr>
      <w:r>
        <w:rPr>
          <w:rFonts w:ascii="Georgia" w:hAnsi="Georgia" w:cs="Georgia" w:eastAsia="Georgia"/>
          <w:b w:val="0"/>
          <w:i w:val="0"/>
          <w:sz w:val="22"/>
        </w:rPr>
        <w:t>As for the so-called 'liberation struggles' Mr. Sool rants about, there is no genuine liberation struggle. One evil regime is simply replaced by another evil regime. It is always a struggle of Satanists. There is not a single incident of a so-called 'liberation struggle' resulting in a benevolent, just and honest regime which has the welfare of the masses at heart. It is simply the substitution of one tyranny with another tyranny.</w:t>
      </w:r>
    </w:p>
    <w:p>
      <w:pPr>
        <w:spacing w:before="120" w:after="120" w:line="300" w:lineRule="exact"/>
        <w:ind w:left="720" w:right="720"/>
        <w:jc w:val="center"/>
      </w:pPr>
      <w:r>
        <w:rPr>
          <w:rFonts w:ascii="Georgia" w:hAnsi="Georgia" w:cs="Georgia" w:eastAsia="Georgia"/>
          <w:b w:val="0"/>
          <w:i/>
          <w:sz w:val="22"/>
        </w:rPr>
        <w:t>The murtad says in his insipid, baatil narrative: "We have for too long, in too many places around the world, provided theological legitimation for the very kind of inequality between rich and poor that is now being rebelled against in South Africa."</w:t>
      </w:r>
    </w:p>
    <w:p>
      <w:pPr>
        <w:spacing w:before="0" w:after="120" w:line="300" w:lineRule="exact"/>
        <w:jc w:val="both"/>
      </w:pPr>
      <w:r>
        <w:rPr>
          <w:rFonts w:ascii="Georgia" w:hAnsi="Georgia" w:cs="Georgia" w:eastAsia="Georgia"/>
          <w:b w:val="0"/>
          <w:i w:val="0"/>
          <w:sz w:val="22"/>
        </w:rPr>
        <w:t>This is ambiguous nonsense. He does not know what drivel he has disgorged. Who are the 'we' this chap refers to? He needs to define the concept of 'inequality' he has blurted out. What are the details of this 'inequality'? And, who had provided the hallucinated 'theological legitimation' for any of the injustices and oppression perpetrated by the 'stalwarts' of the liberation struggle. Yesterday they were paupers. Suddenly, in the aftermath of the 'liberation struggle', they became billionaires, pillaging and plundering the wealth of the masses, oppressing the poor who became poorer after the 'liberation struggle' while the 'elite poor' became filthy rich, swimming in filthy opulence.</w:t>
      </w:r>
    </w:p>
    <w:p>
      <w:pPr>
        <w:spacing w:before="0" w:after="120" w:line="300" w:lineRule="exact"/>
        <w:jc w:val="both"/>
      </w:pPr>
      <w:r>
        <w:rPr>
          <w:rFonts w:ascii="Georgia" w:hAnsi="Georgia" w:cs="Georgia" w:eastAsia="Georgia"/>
          <w:b w:val="0"/>
          <w:i w:val="0"/>
          <w:sz w:val="22"/>
        </w:rPr>
        <w:t>Whilst the leaders of the 'liberation struggle' bask in opulence and luxury, living in mansions like kings, the masses on whom they had relied during the 'liberation struggle' degenerate incrementally in squalor and grinding poverty. The effluvium of the so-called 'liberation struggle' is the nationwide unrest, strikes, riots for non-provision of services, mass unemployment, soaring crime rate, etc., etc. These are the bitter fruits of every 'liberation struggle' in every part of the world.</w:t>
      </w:r>
    </w:p>
    <w:p>
      <w:pPr>
        <w:spacing w:before="0" w:after="120" w:line="300" w:lineRule="exact"/>
        <w:jc w:val="both"/>
      </w:pPr>
      <w:r>
        <w:rPr>
          <w:rFonts w:ascii="Georgia" w:hAnsi="Georgia" w:cs="Georgia" w:eastAsia="Georgia"/>
          <w:b w:val="0"/>
          <w:i w:val="0"/>
          <w:sz w:val="22"/>
        </w:rPr>
        <w:t>Who has provided 'theological legitimation' for these evil 'liberation struggle' entities? There is no genuine difference between one regime and another. All of them are the regimes of shaitaan. The most selfish blood-suckers of all so-called 'liberation struggles' are the political leaders. Sool must explain in detail his stupid allegation of 'theological legitimation.' In reality, his statements are simply 'full of sound and fury signifying' bunkum.</w:t>
      </w:r>
    </w:p>
    <w:p>
      <w:pPr>
        <w:spacing w:before="0" w:after="120" w:line="300" w:lineRule="exact"/>
        <w:jc w:val="both"/>
      </w:pPr>
      <w:r>
        <w:rPr>
          <w:rFonts w:ascii="Georgia" w:hAnsi="Georgia" w:cs="Georgia" w:eastAsia="Georgia"/>
          <w:b w:val="0"/>
          <w:i w:val="0"/>
          <w:sz w:val="22"/>
        </w:rPr>
        <w:t>And, just who is rebelling against whom today in South Africa? Sool has acquitted himself with stupid ambiguity. The poor masses in the squatter camps and informal settlements are rebelling against the leaders of the so-called 'liberation struggle'. These leaders have amassed billions by riding on the backs of the squatter-camp dwellers who still have no homes while the leaders of the 'liberation struggle' reside in opulence in mansions and palaces. It is the same story in every country which underwent the trauma of the so-called 'liberation struggle'. In most cases, the regimes which were displaced by the so-called 'liberation struggles' displayed some benevolence and care for the masses. They had a better understanding of the science of looting the public treasury. They understood the limits, whilst today the plundering of the public treasury is executed with an unheard of insanity among former oppressive and tyrannical regimes. The regime prior to a 'liberation struggle' understood the limits of plundering, hence the country generally prospered. But, look at the condition of the country today after the so-called 'liberation struggle'? Who are the fat cats today? Who are the exploiters and the oppressors today? They are the leaders of the 'liberation struggle' of yesterday.</w:t>
      </w:r>
    </w:p>
    <w:p>
      <w:pPr>
        <w:spacing w:before="0" w:after="120" w:line="300" w:lineRule="exact"/>
        <w:jc w:val="both"/>
      </w:pPr>
      <w:r>
        <w:rPr>
          <w:rFonts w:ascii="Georgia" w:hAnsi="Georgia" w:cs="Georgia" w:eastAsia="Georgia"/>
          <w:b w:val="0"/>
          <w:i w:val="0"/>
          <w:sz w:val="22"/>
        </w:rPr>
        <w:t>Political leaders are the worst opportunistic scum. They are tainted beyond redemption by the evils spawned by their lust for exploiting the suffering masses. These vile opportunists are not only a simulacrum of the previous tyrannical regime, they are egregiously worse in oppression, crime and villainy. They have ruined the land by pillaging and plundering its resources regardless of the suffering of the masses who had installed them as the rulers. Democracy is a massive scam and fraud. With this stupid mirage they have succeeded to bamboozle the illiterate and stupid masses. This is the condition in all lands, with one country being worse than the other. Now the murtad seeks to make the Deen of Islam the scapegoat for the villainy of the political frauds and dacoits.</w:t>
      </w:r>
    </w:p>
    <w:p>
      <w:pPr>
        <w:spacing w:before="0" w:after="120" w:line="300" w:lineRule="exact"/>
        <w:jc w:val="both"/>
      </w:pPr>
      <w:r>
        <w:rPr>
          <w:rFonts w:ascii="Georgia" w:hAnsi="Georgia" w:cs="Georgia" w:eastAsia="Georgia"/>
          <w:b w:val="0"/>
          <w:i w:val="0"/>
          <w:sz w:val="22"/>
        </w:rPr>
        <w:t>The murtad Sool, compounding his kufr, disgorges:</w:t>
      </w:r>
    </w:p>
    <w:p>
      <w:pPr>
        <w:spacing w:before="120" w:after="120" w:line="300" w:lineRule="exact"/>
        <w:ind w:left="720" w:right="720"/>
        <w:jc w:val="center"/>
      </w:pPr>
      <w:r>
        <w:rPr>
          <w:rFonts w:ascii="Georgia" w:hAnsi="Georgia" w:cs="Georgia" w:eastAsia="Georgia"/>
          <w:b w:val="0"/>
          <w:i/>
          <w:sz w:val="22"/>
        </w:rPr>
        <w:t>"Islam needs to rediscover the basis of its identity, asking to what extent suggestions that Allah provides for all of us in different degrees and that we should be satisfied with our lot in life, are really little more than ruling class ideology imposed on the poor in the name of Allah."</w:t>
      </w:r>
    </w:p>
    <w:p>
      <w:pPr>
        <w:spacing w:before="0" w:after="120" w:line="300" w:lineRule="exact"/>
        <w:jc w:val="both"/>
      </w:pPr>
      <w:r>
        <w:rPr>
          <w:rFonts w:ascii="Georgia" w:hAnsi="Georgia" w:cs="Georgia" w:eastAsia="Georgia"/>
          <w:b w:val="0"/>
          <w:i w:val="0"/>
          <w:sz w:val="22"/>
        </w:rPr>
        <w:t>Firstly, this disgorgement is pure rubbish. Secondly, this chap needs to re-educate himself in the English language. The composition of his idea as stated above is atrocious. He has failed to correctly articulate his kufr although the kufr percolates from this stupidity. Mr. Sool should submit to secondary level grammar lessons to enable him to at least acquit himself correctly in the grammatical composition of his silly ideas. In fact his entire narrative is an insipid effluvium of twaddle consisting of flapdoodle averments tantamount to kufr as well as explicit kufr. His ideas of kufr are the effects of divination with the aid of shayaateen. Such satanic deception causes induration of kufr in the heart which blinds the murtad to the reality of his villainy which will gain for him only everlasting perdition in Jahannam. Allah Ta'ala describes such satanic excogitations as zukhruful qawl (satanically adorned statements). Generally, brothel-university products excel in satanism, hence kufr is their capital.</w:t>
      </w:r>
    </w:p>
    <w:p>
      <w:pPr>
        <w:spacing w:before="0" w:after="120" w:line="300" w:lineRule="exact"/>
        <w:jc w:val="both"/>
      </w:pPr>
      <w:r>
        <w:rPr>
          <w:rFonts w:ascii="Georgia" w:hAnsi="Georgia" w:cs="Georgia" w:eastAsia="Georgia"/>
          <w:b w:val="0"/>
          <w:i w:val="0"/>
          <w:sz w:val="22"/>
        </w:rPr>
        <w:t>The longer the donkey tail of degrees acquired from these donkey universities, the more indurate will be the kufr of these chaps.</w:t>
      </w:r>
    </w:p>
    <w:p>
      <w:pPr>
        <w:spacing w:before="0" w:after="120" w:line="300" w:lineRule="exact"/>
        <w:jc w:val="both"/>
      </w:pPr>
      <w:r>
        <w:rPr>
          <w:rFonts w:ascii="Georgia" w:hAnsi="Georgia" w:cs="Georgia" w:eastAsia="Georgia"/>
          <w:b w:val="0"/>
          <w:i w:val="0"/>
          <w:sz w:val="22"/>
        </w:rPr>
        <w:t>Being satisfied with one's lot in life is not "ruling class ideology imposed on the poor in the Name of Allah" as the murtad alleges. It is in fact a command of Allah Azza Wa Jal. Allah Ta'ala has created mankind into classes – the rich, the poor, the middle class, etc. Denial of this Qur'aanic fact just adds to the kufr of the murtad. Allah Ta'ala says in the Qur'aan Majeed:</w:t>
      </w:r>
    </w:p>
    <w:p>
      <w:pPr>
        <w:spacing w:before="120" w:after="120" w:line="300" w:lineRule="exact"/>
        <w:ind w:left="720" w:right="720"/>
        <w:jc w:val="center"/>
      </w:pPr>
      <w:r>
        <w:rPr>
          <w:rFonts w:ascii="Georgia" w:hAnsi="Georgia" w:cs="Georgia" w:eastAsia="Georgia"/>
          <w:b w:val="0"/>
          <w:i/>
          <w:sz w:val="22"/>
        </w:rPr>
        <w:t>"Do they (these kuffaar) distribute the mercy of your Rabb? We apportion their livelihood among them in this worldly life, and We have elevated some of them above others in ranks so that some of them may take others as servants."</w:t>
      </w:r>
    </w:p>
    <w:p>
      <w:pPr>
        <w:spacing w:before="120" w:after="120" w:line="300" w:lineRule="exact"/>
        <w:ind w:left="720" w:right="720"/>
        <w:jc w:val="center"/>
      </w:pPr>
      <w:r>
        <w:rPr>
          <w:rFonts w:ascii="Georgia" w:hAnsi="Georgia" w:cs="Georgia" w:eastAsia="Georgia"/>
          <w:b w:val="0"/>
          <w:i/>
          <w:sz w:val="22"/>
        </w:rPr>
        <w:t>(Az-Zukhruf, Aayat 32)</w:t>
      </w:r>
    </w:p>
    <w:p>
      <w:pPr>
        <w:spacing w:before="0" w:after="120" w:line="300" w:lineRule="exact"/>
        <w:jc w:val="both"/>
      </w:pPr>
      <w:r>
        <w:rPr>
          <w:rFonts w:ascii="Georgia" w:hAnsi="Georgia" w:cs="Georgia" w:eastAsia="Georgia"/>
          <w:b w:val="0"/>
          <w:i w:val="0"/>
          <w:sz w:val="22"/>
        </w:rPr>
        <w:t>Sool, the murtad is in flagrant denial of the class system which Allah Ta'ala has created and which the Qur'aan Majeed confirms in the above Aayat. No one has imposed any manmade 'class ideology on the poor in the name of Allah'. On the contrary, Allah Ta'ala has created the poor and has honoured them with lofty ranks which only the Ambiya, Siddiqeen and Shuhada will enjoy in Qiyaamah.</w:t>
      </w:r>
    </w:p>
    <w:p>
      <w:pPr>
        <w:spacing w:before="0" w:after="120" w:line="300" w:lineRule="exact"/>
        <w:jc w:val="both"/>
      </w:pPr>
      <w:r>
        <w:rPr>
          <w:rFonts w:ascii="Georgia" w:hAnsi="Georgia" w:cs="Georgia" w:eastAsia="Georgia"/>
          <w:b w:val="0"/>
          <w:i w:val="0"/>
          <w:sz w:val="22"/>
        </w:rPr>
        <w:t>Rasulullah (Sallallahu alayhi wasallam) said: "Poverty is my pride." Nabi-e-Kareem (Sallallahu alayhi wasallam) had, furthermore, supplicated to Allah Ta'ala to keep him alive in the class of the poor; to cause his demise in the class of the poor, and to resurrect him on the Day of Qiyaamah in the Assembly of the Poor. Thus, the 'ideology of the poor' is a divine ideology, the sublimity of which atheists, communists and murtads has not even crossed their minds nor are they able to hallucinate the lofty status of the poor in Islam is. And, Muslims are proud of this 'opiate'.</w:t>
      </w:r>
    </w:p>
    <w:p>
      <w:pPr>
        <w:spacing w:before="0" w:after="120" w:line="300" w:lineRule="exact"/>
        <w:jc w:val="both"/>
      </w:pPr>
      <w:r>
        <w:rPr>
          <w:rFonts w:ascii="Georgia" w:hAnsi="Georgia" w:cs="Georgia" w:eastAsia="Georgia"/>
          <w:b w:val="0"/>
          <w:i w:val="0"/>
          <w:sz w:val="22"/>
        </w:rPr>
        <w:t>Sool, the murtad, dwelling in shaitaani deception appears to be a murtad bedeviled with compound kufr – the kufr of denying the Qur'aan, Hindu shirk, and the kufr of atheism acquired from communism. The latter is evidenced by his reverence for the communist shaitaan, Marx. Thus, Sool says: "That kind of religion is no more than the opiate of which Marx spoke." At this juncture the miserable murtad has let the cat out of the bag to reveal who exactly he is. He is a communist atheist masquerading as a Muslim. Since all murtads are cowards, he lacks the courage to proclaim his true identity.</w:t>
      </w:r>
    </w:p>
    <w:p>
      <w:pPr>
        <w:spacing w:before="0" w:after="120" w:line="300" w:lineRule="exact"/>
        <w:jc w:val="both"/>
      </w:pPr>
      <w:r>
        <w:rPr>
          <w:rFonts w:ascii="Georgia" w:hAnsi="Georgia" w:cs="Georgia" w:eastAsia="Georgia"/>
          <w:b w:val="0"/>
          <w:i w:val="0"/>
          <w:sz w:val="22"/>
        </w:rPr>
        <w:t>Muslims declare with pride that this Deen of Islam as was handed to the Ummah by Rasulullah (Sallallahu alayhi wasallam) is undoubtedly their beloved 'Opiate'. We supplicate to Allah Ta'ala to keep us all addicted to this 'Opiate' on which hinges our everlasting success and salvation in the Hereafter. Those who have no addiction to this sacred 'Opiate' are doomed to the misery of the everlasting Fire of Jahannam which is the hideous abode for murtad creatures.</w:t>
      </w:r>
    </w:p>
    <w:p>
      <w:pPr>
        <w:spacing w:before="0" w:after="120" w:line="300" w:lineRule="exact"/>
        <w:jc w:val="both"/>
      </w:pPr>
      <w:r>
        <w:rPr>
          <w:rFonts w:ascii="Georgia" w:hAnsi="Georgia" w:cs="Georgia" w:eastAsia="Georgia"/>
          <w:b w:val="0"/>
          <w:i w:val="0"/>
          <w:sz w:val="22"/>
        </w:rPr>
        <w:t>Just reflect! This chap proclaims himself to be a Muslim, yet he seeks to abrogate the Qur'aan and abolish Islam with the doctrine of atheism he has lapped up from the vomit of Marx who is a greater shaitaan than even Iblees.</w:t>
      </w:r>
    </w:p>
    <w:p>
      <w:pPr>
        <w:spacing w:before="0" w:after="120" w:line="300" w:lineRule="exact"/>
        <w:jc w:val="both"/>
      </w:pPr>
      <w:r>
        <w:rPr>
          <w:rFonts w:ascii="Georgia" w:hAnsi="Georgia" w:cs="Georgia" w:eastAsia="Georgia"/>
          <w:b w:val="0"/>
          <w:i w:val="0"/>
          <w:sz w:val="22"/>
        </w:rPr>
        <w:t>Allah Ta'ala has created people rich and poor. The rich will be punished for their injustices and exploitation, and the poor will be highly rewarded for their Sabr and contentment. But the poor who are the followers of the devil will be in Hell-Fire with the rich who were exploiters. In the divine 'ideology of the poor' imposed on Muslims by Allah Ta'ala, the poor are expected to be contented with their lot. The view of the devil Marx to whose atheistic ideology Mr. Sool is subservient, is the very antithesis of the ideology of contentment which Allah Ta'ala has ordained for all Muslims, especially for the Fuqara. About the extremely lofty rank, significance and importance of the Fuqara, the following explanation in the Hadith is most salutary and debunks the rubbish of Marxist Satanism espoused by the murtad Sool.</w:t>
      </w:r>
    </w:p>
    <w:p>
      <w:r>
        <w:br w:type="page"/>
      </w:r>
    </w:p>
    <w:p>
      <w:pPr>
        <w:pStyle w:val="Heading1"/>
        <w:spacing w:before="360" w:after="200" w:line="300" w:lineRule="exact"/>
        <w:jc w:val="center"/>
      </w:pPr>
      <w:r>
        <w:rPr>
          <w:rFonts w:ascii="Georgia" w:hAnsi="Georgia" w:cs="Georgia" w:eastAsia="Georgia"/>
          <w:b/>
          <w:i w:val="0"/>
          <w:color w:val="1F3864"/>
          <w:sz w:val="32"/>
        </w:rPr>
        <w:t>THE COMPLAINT OF THE FUQARAA</w:t>
      </w:r>
    </w:p>
    <w:p>
      <w:pPr>
        <w:spacing w:before="0" w:after="120" w:line="300" w:lineRule="exact"/>
        <w:jc w:val="both"/>
      </w:pPr>
      <w:r>
        <w:rPr>
          <w:rFonts w:ascii="Georgia" w:hAnsi="Georgia" w:cs="Georgia" w:eastAsia="Georgia"/>
          <w:b w:val="0"/>
          <w:i w:val="0"/>
          <w:sz w:val="22"/>
        </w:rPr>
        <w:t>Hadhrat Anas Bin Maalik (radhiallahu anhu) narrates that once the Fuqaraa sent a representative to Rasulullah (sallallahu alayhi wasallam). He said to Rasulullah (sallallahu alayhi wasallam): "I am the delegate of the fuqaraa." Rasulullah (sallallahu alayhi wasallam) said: "I regard as my friends those whose delegate you are."</w:t>
      </w:r>
    </w:p>
    <w:p>
      <w:pPr>
        <w:spacing w:before="120" w:after="120" w:line="300" w:lineRule="exact"/>
        <w:ind w:left="720" w:right="720"/>
        <w:jc w:val="center"/>
      </w:pPr>
      <w:r>
        <w:rPr>
          <w:rFonts w:ascii="Georgia" w:hAnsi="Georgia" w:cs="Georgia" w:eastAsia="Georgia"/>
          <w:b w:val="0"/>
          <w:i/>
          <w:sz w:val="22"/>
        </w:rPr>
        <w:t>The delegate said: "The fuqaraa say that all goodness has been acquisitioned by the wealthy, while we are deprived. In fact, the wealthy have gained Jannat. They perform Hajj while we lack the means for it. They give Sadaqah, while we are unable. They free slaves while we lack this ability. When they are sick, they transform their wealth into a treasure (by means of charity)."</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"Inform them that those among you who are patient and have the niyyat of attaining thawaab, for them are three such ranks which are not for the wealthy.</w:t>
      </w:r>
    </w:p>
    <w:p>
      <w:pPr>
        <w:spacing w:before="120" w:after="120" w:line="300" w:lineRule="exact"/>
        <w:ind w:left="720" w:right="720"/>
        <w:jc w:val="center"/>
      </w:pPr>
      <w:r>
        <w:rPr>
          <w:rFonts w:ascii="Georgia" w:hAnsi="Georgia" w:cs="Georgia" w:eastAsia="Georgia"/>
          <w:b w:val="0"/>
          <w:i/>
          <w:sz w:val="22"/>
        </w:rPr>
        <w:t>The first rank: In Jannat will be some mansions of red Yaqoot (a precious stone of Jannat) which will be situated at extremely lofty heights. The people of Jannat will look at these mansions in the same way as the people of the earth look at the stars. Besides a Nabi; a Shaheed and a Mu`min Faqeer, no one will enter.</w:t>
      </w:r>
    </w:p>
    <w:p>
      <w:pPr>
        <w:spacing w:before="120" w:after="120" w:line="300" w:lineRule="exact"/>
        <w:ind w:left="720" w:right="720"/>
        <w:jc w:val="center"/>
      </w:pPr>
      <w:r>
        <w:rPr>
          <w:rFonts w:ascii="Georgia" w:hAnsi="Georgia" w:cs="Georgia" w:eastAsia="Georgia"/>
          <w:b w:val="0"/>
          <w:i/>
          <w:sz w:val="22"/>
        </w:rPr>
        <w:t>The second rank: The fuqaraa will enter Jannat 500 years before the wealthy.</w:t>
      </w:r>
    </w:p>
    <w:p>
      <w:pPr>
        <w:spacing w:before="120" w:after="120" w:line="300" w:lineRule="exact"/>
        <w:ind w:left="720" w:right="720"/>
        <w:jc w:val="center"/>
      </w:pPr>
      <w:r>
        <w:rPr>
          <w:rFonts w:ascii="Georgia" w:hAnsi="Georgia" w:cs="Georgia" w:eastAsia="Georgia"/>
          <w:b w:val="0"/>
          <w:i/>
          <w:sz w:val="22"/>
        </w:rPr>
        <w:t>The third rank: When a faqeer recites with sincerity:</w:t>
      </w:r>
    </w:p>
    <w:p>
      <w:pPr>
        <w:jc w:val="center"/>
      </w:pPr>
      <w:r>
        <w:drawing>
          <wp:inline xmlns:a="http://schemas.openxmlformats.org/drawingml/2006/main" xmlns:pic="http://schemas.openxmlformats.org/drawingml/2006/picture">
            <wp:extent cx="3882830" cy="493348"/>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882830" cy="493348"/>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he gains such thawaab which the wealthy will not acquire even if they spend 10 000 Dirhams (in the Path of Allah). This is the superiority of the faqeer over the wealthy in all deeds of virtue."</w:t>
      </w:r>
    </w:p>
    <w:p>
      <w:pPr>
        <w:spacing w:before="0" w:after="120" w:line="300" w:lineRule="exact"/>
        <w:jc w:val="both"/>
      </w:pPr>
      <w:r>
        <w:rPr>
          <w:rFonts w:ascii="Georgia" w:hAnsi="Georgia" w:cs="Georgia" w:eastAsia="Georgia"/>
          <w:b w:val="0"/>
          <w:i w:val="0"/>
          <w:sz w:val="22"/>
        </w:rPr>
        <w:t>When the delegate informed the fuqaraa of this message, they exclaimed in ecstacy: "O Allah! We are pleased! We are pleased!"</w:t>
      </w:r>
    </w:p>
    <w:p>
      <w:pPr>
        <w:spacing w:before="0" w:after="120" w:line="300" w:lineRule="exact"/>
        <w:jc w:val="both"/>
      </w:pPr>
      <w:r>
        <w:rPr>
          <w:rFonts w:ascii="Georgia" w:hAnsi="Georgia" w:cs="Georgia" w:eastAsia="Georgia"/>
          <w:b w:val="0"/>
          <w:i w:val="0"/>
          <w:sz w:val="22"/>
        </w:rPr>
        <w:t>It is with pride that Muslims say that we love the 'Opiate' bestowed to us by Allah Ta'ala in the form of this Deen of Islam. Sool can be enamoured with the kufr, devilish theories of the shaitaan Marx, but Muslims are proudly intoxicated with the divine 'Opiate' which Allah Ta'ala has awarded us. Our everlasting salvation in the Aakhirah is reliant on this 'Opiate" of Islam while Sool's everlasting perdition in Jahannam is being paved by his emulous imitation of Hindu and communist kuffaar such as Marx. He thus finds himself in a cesspool of kufr which has extinguished his Imaan, hence he calls for the abolition of Islam.</w:t>
      </w:r>
    </w:p>
    <w:p>
      <w:pPr>
        <w:spacing w:before="0" w:after="120" w:line="300" w:lineRule="exact"/>
        <w:jc w:val="both"/>
      </w:pPr>
      <w:r>
        <w:rPr>
          <w:rFonts w:ascii="Georgia" w:hAnsi="Georgia" w:cs="Georgia" w:eastAsia="Georgia"/>
          <w:b w:val="0"/>
          <w:i w:val="0"/>
          <w:sz w:val="22"/>
        </w:rPr>
        <w:t>Regarding the divine validity of classes in society, the Qur'aan Majeed states:</w:t>
      </w:r>
    </w:p>
    <w:p>
      <w:pPr>
        <w:spacing w:before="120" w:after="120" w:line="300" w:lineRule="exact"/>
        <w:ind w:left="720" w:right="720"/>
        <w:jc w:val="center"/>
      </w:pPr>
      <w:r>
        <w:rPr>
          <w:rFonts w:ascii="Georgia" w:hAnsi="Georgia" w:cs="Georgia" w:eastAsia="Georgia"/>
          <w:b w:val="0"/>
          <w:i/>
          <w:sz w:val="22"/>
        </w:rPr>
        <w:t>"Do they (these kuffaar) distribute the mercy of your Rabb? We apportion their livelihood among them in this worldly life, and We have elevated some of them above others in ranks so that some of them may take others as servants." (Az-Zukhruf, Aayat 32)</w:t>
      </w:r>
    </w:p>
    <w:p>
      <w:pPr>
        <w:spacing w:before="120" w:after="120" w:line="300" w:lineRule="exact"/>
        <w:ind w:left="720" w:right="720"/>
        <w:jc w:val="center"/>
      </w:pPr>
      <w:r>
        <w:rPr>
          <w:rFonts w:ascii="Georgia" w:hAnsi="Georgia" w:cs="Georgia" w:eastAsia="Georgia"/>
          <w:b w:val="0"/>
          <w:i/>
          <w:sz w:val="22"/>
        </w:rPr>
        <w:t>"If Allah had to bestow rizq in abundance to His servants, they would spread mischief on earth. But, He grants according to the measure He wills." (Ash-Shura, Aayat 27)</w:t>
      </w:r>
    </w:p>
    <w:p>
      <w:pPr>
        <w:spacing w:before="120" w:after="120" w:line="300" w:lineRule="exact"/>
        <w:ind w:left="720" w:right="720"/>
        <w:jc w:val="center"/>
      </w:pPr>
      <w:r>
        <w:rPr>
          <w:rFonts w:ascii="Georgia" w:hAnsi="Georgia" w:cs="Georgia" w:eastAsia="Georgia"/>
          <w:b w:val="0"/>
          <w:i/>
          <w:sz w:val="22"/>
        </w:rPr>
        <w:t>"Do they not see (can they not understand) that verily Allah increases (in abundance) rizq for whomever He wills and (for others) He restricts (rizq). Verily, in this there are signs for people who have Imaan." (Az-Zumar, Aayat 52)</w:t>
      </w:r>
    </w:p>
    <w:p>
      <w:pPr>
        <w:spacing w:before="0" w:after="120" w:line="300" w:lineRule="exact"/>
        <w:jc w:val="both"/>
      </w:pPr>
      <w:r>
        <w:rPr>
          <w:rFonts w:ascii="Georgia" w:hAnsi="Georgia" w:cs="Georgia" w:eastAsia="Georgia"/>
          <w:b w:val="0"/>
          <w:i w:val="0"/>
          <w:sz w:val="22"/>
        </w:rPr>
        <w:t>The great difference between the poor class in Islam and the poor class in the ideology of the 'liberation struggle', is that the Fuqara are ennobled, and the Muslim rich are ordered and encouraged to attain the success and happiness of Jannat by means of service to the poor – the Fuqara and Masaakeen. Thus, the Qur'aan Majeed states:</w:t>
      </w:r>
    </w:p>
    <w:p>
      <w:pPr>
        <w:spacing w:before="120" w:after="120" w:line="300" w:lineRule="exact"/>
        <w:ind w:left="720" w:right="720"/>
        <w:jc w:val="center"/>
      </w:pPr>
      <w:r>
        <w:rPr>
          <w:rFonts w:ascii="Georgia" w:hAnsi="Georgia" w:cs="Georgia" w:eastAsia="Georgia"/>
          <w:b w:val="0"/>
          <w:i/>
          <w:sz w:val="22"/>
        </w:rPr>
        <w:t>"They (the rich) feed the poor, the orphan and the prisoners for the sake of His Love. (And they say): 'We feed you for Allah's Sake. We do not intend to receive any reward or thanks from you." (Ad-Dahr, Aayat 8, 9)</w:t>
      </w:r>
    </w:p>
    <w:p>
      <w:pPr>
        <w:spacing w:before="0" w:after="120" w:line="300" w:lineRule="exact"/>
        <w:jc w:val="both"/>
      </w:pPr>
      <w:r>
        <w:rPr>
          <w:rFonts w:ascii="Georgia" w:hAnsi="Georgia" w:cs="Georgia" w:eastAsia="Georgia"/>
          <w:b w:val="0"/>
          <w:i w:val="0"/>
          <w:sz w:val="22"/>
        </w:rPr>
        <w:t>This is the sweet 'Opiate' which impels Muslims to serve the poor class for Allah's Sake. We are proud of being addicted to this 'Opiate' which the murtad and his master, Marx scorn and despise. While the Deen as Muslims believe in affects Sool and his master, Marx with severe mortification, it is for us, the Ummah, the sweetest 'Opiate', for it provides the necessary divine intoxication which is imperative for what the Auliya of Allah term Ma'rifat. But this concept can never be comprehended by those whose hearts and brains are necrotized by kufr. Allah Azza Wa Jal has created us to be 'lost' and become annihilated in His Remembrance, and this is not possible without addiction to the Divine 'Opiate'. Those who are not addicted to this wonderful 'Opiate' grovel in humiliation, pillaging and plundering humanity for the jeefah (carrion) of this dunya. This is the fruit – the jeefah – for which the vultures of materialism live.</w:t>
      </w:r>
    </w:p>
    <w:p>
      <w:pPr>
        <w:spacing w:before="0" w:after="120" w:line="300" w:lineRule="exact"/>
        <w:jc w:val="both"/>
      </w:pPr>
      <w:r>
        <w:rPr>
          <w:rFonts w:ascii="Georgia" w:hAnsi="Georgia" w:cs="Georgia" w:eastAsia="Georgia"/>
          <w:b w:val="0"/>
          <w:i w:val="0"/>
          <w:sz w:val="22"/>
        </w:rPr>
        <w:t>Regarding the poor class, the fat cats of the 'liberation struggle', once established in government, resort to the oppression and injustices of the earlier tyrannical regime, but only in a different form – old wine in a new bottle. These vile political leaders are the worst oppressors and scum. Their insatiable greed for worldly wealth and luxuries intoxicates them, making them blind to the hardships of the masses. Their exploitation exceeds the exploitation of the regime which their so-called 'liberation struggle' had displaced.</w:t>
      </w:r>
    </w:p>
    <w:p>
      <w:pPr>
        <w:spacing w:before="0" w:after="120" w:line="300" w:lineRule="exact"/>
        <w:jc w:val="both"/>
      </w:pPr>
      <w:r>
        <w:rPr>
          <w:rFonts w:ascii="Georgia" w:hAnsi="Georgia" w:cs="Georgia" w:eastAsia="Georgia"/>
          <w:b w:val="0"/>
          <w:i w:val="0"/>
          <w:sz w:val="22"/>
        </w:rPr>
        <w:t>The classes of humanity created by Allah Ta'ala cannot be wished or worked away. The worst offenders of the theory of a classless society are the very propounders of this bunkum ideology. Even Mr. Sool who is proud of the devil's ideology, does not live the life of the poor who dwell in informal settlements and squatter camps. His opulence exhibits his hypocrisy. The idea of a classless society is a hallucinated mirage of men whose brains have been gangerenized by kufr, hence they suffer from the malady of malfunctioning intelligence. That is why they are capable of propounding downright stupid theories and ideologies which they spin with the aid of shaitaani divination.</w:t>
      </w:r>
    </w:p>
    <w:p>
      <w:pPr>
        <w:spacing w:before="0" w:after="120" w:line="300" w:lineRule="exact"/>
        <w:jc w:val="both"/>
      </w:pPr>
      <w:r>
        <w:rPr>
          <w:rFonts w:ascii="Georgia" w:hAnsi="Georgia" w:cs="Georgia" w:eastAsia="Georgia"/>
          <w:b w:val="0"/>
          <w:i w:val="0"/>
          <w:sz w:val="22"/>
        </w:rPr>
        <w:t>The religion which "is no more than the opiate of which Marx spoke", is in fact the beloved Deen of Islam which Allah Ta'ala has bestowed to us, and of which we are the proud adherents and devotees while Satanism is the opiate of Marx and the Murtad.</w:t>
      </w:r>
    </w:p>
    <w:p>
      <w:pPr>
        <w:spacing w:before="0" w:after="120" w:line="300" w:lineRule="exact"/>
        <w:jc w:val="both"/>
      </w:pPr>
      <w:r>
        <w:rPr>
          <w:rFonts w:ascii="Georgia" w:hAnsi="Georgia" w:cs="Georgia" w:eastAsia="Georgia"/>
          <w:b w:val="0"/>
          <w:i w:val="0"/>
          <w:sz w:val="22"/>
        </w:rPr>
        <w:t>Further illustrating his gross jahaalat of the Qur'aan the Sunnah and of the divine 'Opiate' of Islam, the murtad Sool, says: "There is, on the other hand, an ethical incentive in the Qur'an that needs to be rediscovered and related to the world in which we live. For this to happen, however, Islam is obliged to look critically at its own soul."</w:t>
      </w:r>
    </w:p>
    <w:p>
      <w:pPr>
        <w:spacing w:before="0" w:after="120" w:line="300" w:lineRule="exact"/>
        <w:jc w:val="both"/>
      </w:pPr>
      <w:r>
        <w:rPr>
          <w:rFonts w:ascii="Georgia" w:hAnsi="Georgia" w:cs="Georgia" w:eastAsia="Georgia"/>
          <w:b w:val="0"/>
          <w:i w:val="0"/>
          <w:sz w:val="22"/>
        </w:rPr>
        <w:t>The murtad who professes to be a Muslim should critically search his heart and attempt to fathom his own nifaaq, kufr and shirk which he clearly displays in the effluvium which emerges from his statements. His ignorance of the Qur'aan's Message constrained him to blurt out the rubbish of 'rediscovery' of some stupid 'ethical incentive'. What is this 'ethical incentive' which shaitaan has urinated into his heart and brains? He should expound what exactly this stupidity is which requires 'rediscovery'. He should explain the concept in detail and state when did this claptrap disappeared from the Ummah. Was it in existence during the era of the Sahaabah? Just where in the Qur'aan is this 'ethical incentive' stated.</w:t>
      </w:r>
    </w:p>
    <w:p>
      <w:pPr>
        <w:spacing w:before="0" w:after="120" w:line="300" w:lineRule="exact"/>
        <w:jc w:val="both"/>
      </w:pPr>
      <w:r>
        <w:rPr>
          <w:rFonts w:ascii="Georgia" w:hAnsi="Georgia" w:cs="Georgia" w:eastAsia="Georgia"/>
          <w:b w:val="0"/>
          <w:i w:val="0"/>
          <w:sz w:val="22"/>
        </w:rPr>
        <w:t>Blurting out bunkum and portraying it verbosely with fanciful terminology to hoodwink ignoramuses, cannot mislead those who know and understand what Islam is. This Deen was completed and perfected more than 14 centuries ago. It does not tolerate the slightest deviation from the Straight Path which Allah Ta'ala has ordained for it.</w:t>
      </w:r>
    </w:p>
    <w:p>
      <w:pPr>
        <w:spacing w:before="0" w:after="120" w:line="300" w:lineRule="exact"/>
        <w:jc w:val="both"/>
      </w:pPr>
      <w:r>
        <w:rPr>
          <w:rFonts w:ascii="Georgia" w:hAnsi="Georgia" w:cs="Georgia" w:eastAsia="Georgia"/>
          <w:b w:val="0"/>
          <w:i w:val="0"/>
          <w:sz w:val="22"/>
        </w:rPr>
        <w:t>The Qur'aan has been radiantly portraying the Law of Allah Azza Wa Jal since its very inception more than 14 centuries ago. Only those who have lost their Imaan need to rediscover themselves. But such rediscovery of self-deviance and realization of the imposition of Satanism on the brains are possible only if Allah Ta'ala provides the necessary hidaayat. He says repeatedly in the Qur'aan Majeed: "Allah guides whomever He wills, and He misleads whomever He wills." Allah Ta'ala has created fuel for Hell-Fire in human and jinn forms. The Murtadddeen are primary fuel for Jahannam.</w:t>
      </w:r>
    </w:p>
    <w:p>
      <w:pPr>
        <w:spacing w:before="0" w:after="120" w:line="300" w:lineRule="exact"/>
        <w:jc w:val="both"/>
      </w:pPr>
      <w:r>
        <w:rPr>
          <w:rFonts w:ascii="Georgia" w:hAnsi="Georgia" w:cs="Georgia" w:eastAsia="Georgia"/>
          <w:b w:val="0"/>
          <w:i w:val="0"/>
          <w:sz w:val="22"/>
        </w:rPr>
        <w:t>The Qur'aan Majeed's meanings and concepts are eternal, and cannever be changed to become subservient to the changing circumstances of the world nor to the vagaries of the wildly fluctuating nafs operating under directives of Iblees. The abstract nonsense disgorged by Sool clearly demonstrates the narrow confines of the satanic straightjacket with which his brains have been fitted. Just imagine, a total non-entity wallowing in compound shirk and kufr – Hindu kufr and Marxism kufr – offering the Ummah the kufr, Ibleesi advice of some stupid 'rediscovery' process to which the Qur'aan Majeed has to be subjected. Whilst his own soul is marred and ruined with kufr and shirk, he ventures the abomination of claiming that "Islam needs to look critically at its own soul." Mr. Sool! Look at your own soul necrotized by kufr before that moment when it will be stuck in your throat when Malakul Maut calls on you, and that will be sooner than later. Maut is not a far off event. Rasulullah (Sallallahu alayhi wasallam) said that Maut and the Qabr call on a person five times daily.</w:t>
      </w:r>
    </w:p>
    <w:p>
      <w:pPr>
        <w:spacing w:before="0" w:after="120" w:line="300" w:lineRule="exact"/>
        <w:jc w:val="both"/>
      </w:pPr>
      <w:r>
        <w:rPr>
          <w:rFonts w:ascii="Georgia" w:hAnsi="Georgia" w:cs="Georgia" w:eastAsia="Georgia"/>
          <w:b w:val="0"/>
          <w:i w:val="0"/>
          <w:sz w:val="22"/>
        </w:rPr>
        <w:t>For those who set themselves up as experts of the Deen despite their gross jahaalat which they conspicuously flaunt, the Qur'aan says: "For him in this dunya is disgrace, and on the Day of Qiyaamah, We shall cause him to taste the Blazing Punishment (of Jahannam)." (Al-Hajj, Aayat 9)</w:t>
      </w:r>
    </w:p>
    <w:p>
      <w:pPr>
        <w:spacing w:before="0" w:after="120" w:line="300" w:lineRule="exact"/>
        <w:jc w:val="both"/>
      </w:pPr>
      <w:r>
        <w:rPr>
          <w:rFonts w:ascii="Georgia" w:hAnsi="Georgia" w:cs="Georgia" w:eastAsia="Georgia"/>
          <w:b w:val="0"/>
          <w:i w:val="0"/>
          <w:sz w:val="22"/>
        </w:rPr>
        <w:t>On the Day of Qiyaamah when it is too late, will they understand and regret, but to no avail. On that Day all these deviates plodding the path of kufr in obedience to the shayaateen will be united in Jahannam. The Qur'aan Majeed says to them: "Thus, will they be cast upside down therein (in Hell)- they and the ghaa-oon (the deviates), and the armies of Ibless, all of them together. Disputing among themselves (in Jahannam) they will say: 'By Allah! Most certainly we were in manifest deviation."</w:t>
      </w:r>
    </w:p>
    <w:p>
      <w:pPr>
        <w:spacing w:before="0" w:after="120" w:line="300" w:lineRule="exact"/>
        <w:jc w:val="both"/>
      </w:pPr>
      <w:r>
        <w:rPr>
          <w:rFonts w:ascii="Georgia" w:hAnsi="Georgia" w:cs="Georgia" w:eastAsia="Georgia"/>
          <w:b w:val="0"/>
          <w:i w:val="0"/>
          <w:sz w:val="22"/>
        </w:rPr>
        <w:t>(As-Shu'raa, Aayaat, 94, 95, 96, 97)</w:t>
      </w:r>
    </w:p>
    <w:p>
      <w:pPr>
        <w:spacing w:before="0" w:after="120" w:line="300" w:lineRule="exact"/>
        <w:jc w:val="both"/>
      </w:pPr>
      <w:r>
        <w:rPr>
          <w:rFonts w:ascii="Georgia" w:hAnsi="Georgia" w:cs="Georgia" w:eastAsia="Georgia"/>
          <w:b w:val="0"/>
          <w:i w:val="0"/>
          <w:sz w:val="22"/>
        </w:rPr>
        <w:t>Only those in whose hearts is embedded kufr dispute about the concepts, beliefs and practices of Islam which have been transmitted down the centuries from the Sahaabah most reliably. The kufr is of an aggravated nature when men who are bereft of Ilm-e-Deen, such as Sool, seek to acquit themselves as authorities and experts of the Shariah.</w:t>
      </w:r>
    </w:p>
    <w:p>
      <w:pPr>
        <w:spacing w:before="120" w:after="120" w:line="300" w:lineRule="exact"/>
        <w:ind w:left="720" w:right="720"/>
        <w:jc w:val="center"/>
      </w:pPr>
      <w:r>
        <w:rPr>
          <w:rFonts w:ascii="Georgia" w:hAnsi="Georgia" w:cs="Georgia" w:eastAsia="Georgia"/>
          <w:b w:val="0"/>
          <w:i/>
          <w:sz w:val="22"/>
        </w:rPr>
        <w:t>"Only those who are kuffaar dispute in the Aayaat of Allah. Therefore, do not be deceived by their strutting in the cities." (Al-Mu'min, Aayat 4)</w:t>
      </w:r>
    </w:p>
    <w:p>
      <w:pPr>
        <w:spacing w:before="0" w:after="120" w:line="300" w:lineRule="exact"/>
        <w:jc w:val="both"/>
      </w:pPr>
      <w:r>
        <w:rPr>
          <w:rFonts w:ascii="Georgia" w:hAnsi="Georgia" w:cs="Georgia" w:eastAsia="Georgia"/>
          <w:b w:val="0"/>
          <w:i w:val="0"/>
          <w:sz w:val="22"/>
        </w:rPr>
        <w:t>For those who believe in the satanic baatil ideologies of devils incarnate such as Marx, the Qur'aan states: "Those who believe in baatil (ideologies, and who commit kufr with Allah, indeed they are the losers."</w:t>
      </w:r>
    </w:p>
    <w:p>
      <w:pPr>
        <w:spacing w:before="0" w:after="120" w:line="300" w:lineRule="exact"/>
        <w:jc w:val="both"/>
      </w:pPr>
      <w:r>
        <w:rPr>
          <w:rFonts w:ascii="Georgia" w:hAnsi="Georgia" w:cs="Georgia" w:eastAsia="Georgia"/>
          <w:b w:val="0"/>
          <w:i w:val="0"/>
          <w:sz w:val="22"/>
        </w:rPr>
        <w:t>(Al-Ankabut, Aayat 52)</w:t>
      </w:r>
    </w:p>
    <w:p>
      <w:pPr>
        <w:spacing w:before="0" w:after="120" w:line="300" w:lineRule="exact"/>
        <w:jc w:val="both"/>
      </w:pPr>
      <w:r>
        <w:rPr>
          <w:rFonts w:ascii="Georgia" w:hAnsi="Georgia" w:cs="Georgia" w:eastAsia="Georgia"/>
          <w:b w:val="0"/>
          <w:i w:val="0"/>
          <w:sz w:val="22"/>
        </w:rPr>
        <w:t>Sool, the Murtad, with ambiguities devoid of even valid mundane meaning, attempts to bamboozle the ignorant and the unwary. His averments pertaining to institutional support to caliphates, support for Saddam, religious opportunism / chauvinism, liberation struggle, theological legitimation for the inequality between the rich and poor, the need for Islam to rediscover itself, class ideology imposed on the poor in the name of Allah, subservience to the atheist Marx, and his stupid ethical incentive to be searched for in the Qur'aan, are all shaitaani figments of his hallucination designed to flaunt expertise for the acquisition of self-aggrandizement. All these ideas are pure bunkum – a cacophony of stupidities which in addition to being meaningless, are kufr.</w:t>
      </w:r>
    </w:p>
    <w:p>
      <w:pPr>
        <w:spacing w:before="0" w:after="120" w:line="300" w:lineRule="exact"/>
        <w:jc w:val="both"/>
      </w:pPr>
      <w:r>
        <w:rPr>
          <w:rFonts w:ascii="Georgia" w:hAnsi="Georgia" w:cs="Georgia" w:eastAsia="Georgia"/>
          <w:b w:val="0"/>
          <w:i w:val="0"/>
          <w:sz w:val="22"/>
        </w:rPr>
        <w:t>Kufr is the vilest spiritual disease which reduces man to sub-beast levels. The Qur'aan says in this regard: "Those who commit kufr, enjoy themselves, and they eat like animals eat, the Fire is their abode." (Muhammad, Aayat 12)</w:t>
      </w:r>
    </w:p>
    <w:p>
      <w:pPr>
        <w:spacing w:before="120" w:after="120" w:line="300" w:lineRule="exact"/>
        <w:ind w:left="720" w:right="720"/>
        <w:jc w:val="center"/>
      </w:pPr>
      <w:r>
        <w:rPr>
          <w:rFonts w:ascii="Georgia" w:hAnsi="Georgia" w:cs="Georgia" w:eastAsia="Georgia"/>
          <w:b w:val="0"/>
          <w:i/>
          <w:sz w:val="22"/>
        </w:rPr>
        <w:t>They are worse than animals: "They are like cattle, in fact, they are more astray (than even cattle)." (Al-A'raaf, Aayat 179)</w:t>
      </w:r>
    </w:p>
    <w:p>
      <w:pPr>
        <w:spacing w:before="0" w:after="120" w:line="300" w:lineRule="exact"/>
        <w:jc w:val="both"/>
      </w:pPr>
      <w:r>
        <w:rPr>
          <w:rFonts w:ascii="Georgia" w:hAnsi="Georgia" w:cs="Georgia" w:eastAsia="Georgia"/>
          <w:b w:val="0"/>
          <w:i w:val="0"/>
          <w:sz w:val="22"/>
        </w:rPr>
        <w:t>They fail to realize the gravity of their kufr, hence the Qur'aan Majeed is replete with Verses drawing attention to the notoriety and evil consequences of kufr and irtidaad. Allah Ta'ala says:</w:t>
      </w:r>
    </w:p>
    <w:p>
      <w:pPr>
        <w:spacing w:before="120" w:after="120" w:line="300" w:lineRule="exact"/>
        <w:ind w:left="720" w:right="720"/>
        <w:jc w:val="center"/>
      </w:pPr>
      <w:r>
        <w:rPr>
          <w:rFonts w:ascii="Georgia" w:hAnsi="Georgia" w:cs="Georgia" w:eastAsia="Georgia"/>
          <w:b w:val="0"/>
          <w:i/>
          <w:sz w:val="22"/>
        </w:rPr>
        <w:t>"Verily, those who have turned on their backs (i.e. became murtad with their kufr) after the guidance (of the Deen) was clarified for them, Shaitaan has adorned for them (their kufr) and has (deceived) them with hopes."</w:t>
      </w:r>
    </w:p>
    <w:p>
      <w:pPr>
        <w:spacing w:before="120" w:after="120" w:line="300" w:lineRule="exact"/>
        <w:ind w:left="720" w:right="720"/>
        <w:jc w:val="center"/>
      </w:pPr>
      <w:r>
        <w:rPr>
          <w:rFonts w:ascii="Georgia" w:hAnsi="Georgia" w:cs="Georgia" w:eastAsia="Georgia"/>
          <w:b w:val="0"/>
          <w:i/>
          <w:sz w:val="22"/>
        </w:rPr>
        <w:t>This is because they say to those (their masters in kufr, e.g. Marx) who abhor Allah's Revelation (the 'Opiate' of Islam): 'We shall follow you in some issues (such as your ideologies of a classless society, and of religion being the cause of man's problems, etc.). Allah is well aware of their (satanic) secrets (and schemes which they devise to hoist their atheism)." (Muhammad, Aayat 25 and 26)</w:t>
      </w:r>
    </w:p>
    <w:p>
      <w:pPr>
        <w:spacing w:before="0" w:after="120" w:line="300" w:lineRule="exact"/>
        <w:jc w:val="both"/>
      </w:pPr>
      <w:r>
        <w:rPr>
          <w:rFonts w:ascii="Georgia" w:hAnsi="Georgia" w:cs="Georgia" w:eastAsia="Georgia"/>
          <w:b w:val="0"/>
          <w:i w:val="0"/>
          <w:sz w:val="22"/>
        </w:rPr>
        <w:t>The MJC is mute regarding the manifest kufr propounded by their bed-fellow, Sool. Their dalliance with him constrains condonation of his explicit kufr. The MJC was at great pains in its struggle and abortive attempt to exonerate Sool from the shirk of the Hindu wedding. Since they themselves were complicit in the shirk of Hindu rituals, they deemed it imperative to present downright stupid and baseless baatil ta'weelaat to save Sool and themselves from the Shariah's Fatwa of kufr.</w:t>
      </w:r>
    </w:p>
    <w:p>
      <w:pPr>
        <w:spacing w:before="0" w:after="120" w:line="300" w:lineRule="exact"/>
        <w:jc w:val="both"/>
      </w:pPr>
      <w:r>
        <w:rPr>
          <w:rFonts w:ascii="Georgia" w:hAnsi="Georgia" w:cs="Georgia" w:eastAsia="Georgia"/>
          <w:b w:val="0"/>
          <w:i w:val="0"/>
          <w:sz w:val="22"/>
        </w:rPr>
        <w:t>But now, they have no valid reason for silence. Sool has flagrantly called for the abolition of Islam. The MJC, if it genuinely believes in Islam, then despite its kufr of supporting Sool's Hindu wedding charade, should comment on this latest kufr ideology propounded by this Murtad. The MJC sheikhs need to search their souls to discover what exactly they are. Are they Muslims? The Hadith: "The one who is silent about the Haqq (when it is being trampled and demolished) is a dumb devil", is too mild a stricture for the manifest villainy of the MJC. They are not only silently condoning the brazen kufr propagated by their bosom friend, Sool, they are guilty of misguiding the ignorant masses whom they imagine they are leading and representing in the Western Cape. We hope that they can understand the danger to the Imaan of ignorant Muslims of the university kind, posed by characters such as Sool, and not attempt to kick up enough dust and smoke to protect their murtad cohorts.</w:t>
      </w:r>
    </w:p>
    <w:p>
      <w:pPr>
        <w:spacing w:before="0" w:after="120" w:line="300" w:lineRule="exact"/>
        <w:jc w:val="both"/>
      </w:pPr>
      <w:r>
        <w:rPr>
          <w:rFonts w:ascii="Georgia" w:hAnsi="Georgia" w:cs="Georgia" w:eastAsia="Georgia"/>
          <w:b w:val="0"/>
          <w:i w:val="0"/>
          <w:sz w:val="22"/>
        </w:rPr>
        <w:t>We say 'Muslims of university kind' because stupid kufr ideologies have absolutely no appeal for Muslims whose brains and Imaan have not been corrupted and corroded by the atheistic education which the brothel universities impart.</w:t>
      </w:r>
    </w:p>
    <w:p>
      <w:pPr>
        <w:spacing w:before="0" w:after="120" w:line="300" w:lineRule="exact"/>
        <w:jc w:val="both"/>
      </w:pPr>
      <w:r>
        <w:rPr>
          <w:rFonts w:ascii="Georgia" w:hAnsi="Georgia" w:cs="Georgia" w:eastAsia="Georgia"/>
          <w:b w:val="0"/>
          <w:i w:val="0"/>
          <w:sz w:val="22"/>
        </w:rPr>
        <w:t>Sool, the Murtad hallucinates that "Islam needs to rediscover the basis of its identity". What is this satanic ambiguity. This character needs to define and elaborate what precisely he means by this shaitaani concept. In reality his kufr concept envisages an 'islam', the basis of which is crass materialism – the kind which the Devil, Marx had propounded. The Murtad desires that the primary and fundamental basis of Islam, namely its spiritual dimension in which Thikrullah and the Objectives of the Aakhirah predominate, be expunged. This is the objective of the atheists. Their ideology of life has no room for the spiritual domain which is the primary region wherein the Qur'aan commands us to dwell, to live and die.</w:t>
      </w:r>
    </w:p>
    <w:p>
      <w:pPr>
        <w:spacing w:before="0" w:after="120" w:line="300" w:lineRule="exact"/>
        <w:jc w:val="both"/>
      </w:pPr>
      <w:r>
        <w:rPr>
          <w:rFonts w:ascii="Georgia" w:hAnsi="Georgia" w:cs="Georgia" w:eastAsia="Georgia"/>
          <w:b w:val="0"/>
          <w:i w:val="0"/>
          <w:sz w:val="22"/>
        </w:rPr>
        <w:t>Rasulullah (Sallallahu alayhi wasallam) exhorted Muslims to live on earth like wayfarers. This world is a temporary inn where we shall be for an extremely short time period. Hence, Rasulullah (Sallallahu alayhi wasallam) said: "What relationship do I have with this world? I am like a horse rider (on a journey). I take rest under a tree (in the desert). Then (after a short rest) I again issue forth (into the desert to continue the journey to reach home)." And the Home of the Mu'mineen is Jannat, not at all this dunya. Thus, said Nabi-e-Kareem (Sallallahu alayhi wasallam): "This dunya is a home for a person who has no home. It is wealth for a person who has no wealth. He who has no intelligence, accumulates wealth for this world." This is a lesson from the 'Opiate'</w:t>
      </w:r>
    </w:p>
    <w:p>
      <w:pPr>
        <w:spacing w:before="0" w:after="120" w:line="300" w:lineRule="exact"/>
        <w:jc w:val="both"/>
      </w:pPr>
      <w:r>
        <w:rPr>
          <w:rFonts w:ascii="Georgia" w:hAnsi="Georgia" w:cs="Georgia" w:eastAsia="Georgia"/>
          <w:b w:val="0"/>
          <w:i w:val="0"/>
          <w:sz w:val="22"/>
        </w:rPr>
        <w:t>to which all Mu'mineen have to incumbently become addicted. Minus this addiction, the future is bleak. It leads to Jahannam. Stating the difference between the atheists who abhor Islam and the Mu'mineen who are addicted to the 'Opiate' of Islam, the Qur'aan Majeed states:</w:t>
      </w:r>
    </w:p>
    <w:p>
      <w:pPr>
        <w:spacing w:before="120" w:after="120" w:line="300" w:lineRule="exact"/>
        <w:ind w:left="720" w:right="720"/>
        <w:jc w:val="center"/>
      </w:pPr>
      <w:r>
        <w:rPr>
          <w:rFonts w:ascii="Georgia" w:hAnsi="Georgia" w:cs="Georgia" w:eastAsia="Georgia"/>
          <w:b w:val="0"/>
          <w:i/>
          <w:sz w:val="22"/>
        </w:rPr>
        <w:t>"Among people are those (the Marxists, atheists and murtaddeen) who take (for themselves) idols which they love like the love (the Mu'mineen have) for Allah. And, those who have Imaan are most profound in their love for Allah."</w:t>
      </w:r>
    </w:p>
    <w:p>
      <w:pPr>
        <w:spacing w:before="120" w:after="120" w:line="300" w:lineRule="exact"/>
        <w:ind w:left="720" w:right="720"/>
        <w:jc w:val="center"/>
      </w:pPr>
      <w:r>
        <w:rPr>
          <w:rFonts w:ascii="Georgia" w:hAnsi="Georgia" w:cs="Georgia" w:eastAsia="Georgia"/>
          <w:b w:val="0"/>
          <w:i/>
          <w:sz w:val="22"/>
        </w:rPr>
        <w:t>(Al-Baqarah, Aayat 165)</w:t>
      </w:r>
    </w:p>
    <w:p>
      <w:pPr>
        <w:spacing w:before="0" w:after="120" w:line="300" w:lineRule="exact"/>
        <w:jc w:val="both"/>
      </w:pPr>
      <w:r>
        <w:rPr>
          <w:rFonts w:ascii="Georgia" w:hAnsi="Georgia" w:cs="Georgia" w:eastAsia="Georgia"/>
          <w:b w:val="0"/>
          <w:i w:val="0"/>
          <w:sz w:val="22"/>
        </w:rPr>
        <w:t>The opiate of the murtaddeen and atheists who are the mental slaves of Devils such as Marx, is crass materialism, lust for carnality and worldly objectives while the 'Opiate' of the Believers is Allah's Love which is attainable only by means of addiction to the 'Opiate' of Islam.</w:t>
      </w:r>
    </w:p>
    <w:p>
      <w:pPr>
        <w:spacing w:before="0" w:after="120" w:line="300" w:lineRule="exact"/>
        <w:jc w:val="both"/>
      </w:pPr>
      <w:r>
        <w:rPr>
          <w:rFonts w:ascii="Georgia" w:hAnsi="Georgia" w:cs="Georgia" w:eastAsia="Georgia"/>
          <w:b w:val="0"/>
          <w:i w:val="0"/>
          <w:sz w:val="22"/>
        </w:rPr>
        <w:t>In the society of mankind in which Allah Ta'ala has created a variety of classes, among which is also the "class ideology of the poor in Allah's Name", the 'Opiate' of Divine Love is attainable by serving this poor class. Thus, the Qur'aan tells us:</w:t>
      </w:r>
    </w:p>
    <w:p>
      <w:pPr>
        <w:spacing w:before="120" w:after="120" w:line="300" w:lineRule="exact"/>
        <w:ind w:left="720" w:right="720"/>
        <w:jc w:val="center"/>
      </w:pPr>
      <w:r>
        <w:rPr>
          <w:rFonts w:ascii="Georgia" w:hAnsi="Georgia" w:cs="Georgia" w:eastAsia="Georgia"/>
          <w:b w:val="0"/>
          <w:i/>
          <w:sz w:val="22"/>
        </w:rPr>
        <w:t>"Piety is not (confined) to turning your faces to the east and the west. But, piety is to have Imaan on Allah, the Last Day, the Malaaikah, the Kitaab and the Ambiyaa. And (it is to) give wealth for the sake of His Love to relatives, the orphans, the Masaakeen (the poor), the wayfarer, to those who seek (their freedom) from slavery, and establishing Salaat and giving Zakaat. And, they fulfill their pledges when they pledge. And, they are patient in hardship, adversity and war. They are indeed the truthful ones. Indeed they are the Muttaqoon." (Al-Baqarah, Aayat 177)</w:t>
      </w:r>
    </w:p>
    <w:p>
      <w:pPr>
        <w:spacing w:before="0" w:after="120" w:line="300" w:lineRule="exact"/>
        <w:jc w:val="both"/>
      </w:pPr>
      <w:r>
        <w:rPr>
          <w:rFonts w:ascii="Georgia" w:hAnsi="Georgia" w:cs="Georgia" w:eastAsia="Georgia"/>
          <w:b w:val="0"/>
          <w:i w:val="0"/>
          <w:sz w:val="22"/>
        </w:rPr>
        <w:t>The Muttaqoon are those who are addicted to the 'Opiate' of Allah's Love. Whatever they do, is the effect of intoxication –intoxicated with this Divine 'Opiate'. The atheists for themselves, substitute this Divine 'Opiate' with the opiate of materialism and godlessness. They are the slaves of passion, emotion and satanism. They labour in self-deception with the baseless idea of them being free from intoxication. They are drunk with the opiate of materialism and atheism.</w:t>
      </w:r>
    </w:p>
    <w:p>
      <w:pPr>
        <w:spacing w:before="120" w:after="120" w:line="300" w:lineRule="exact"/>
        <w:ind w:left="720" w:right="720"/>
        <w:jc w:val="center"/>
      </w:pPr>
      <w:r>
        <w:rPr>
          <w:rFonts w:ascii="Georgia" w:hAnsi="Georgia" w:cs="Georgia" w:eastAsia="Georgia"/>
          <w:b w:val="0"/>
          <w:i/>
          <w:sz w:val="22"/>
        </w:rPr>
        <w:t>Concluding his stupid dissertation of kufr, Sool says: "It is a process that is beginning to happen despite the desperate attempts by some within our ranks to suppress all forms of dissent."</w:t>
      </w:r>
    </w:p>
    <w:p>
      <w:pPr>
        <w:spacing w:before="0" w:after="120" w:line="300" w:lineRule="exact"/>
        <w:jc w:val="both"/>
      </w:pPr>
      <w:r>
        <w:rPr>
          <w:rFonts w:ascii="Georgia" w:hAnsi="Georgia" w:cs="Georgia" w:eastAsia="Georgia"/>
          <w:b w:val="0"/>
          <w:i w:val="0"/>
          <w:sz w:val="22"/>
        </w:rPr>
        <w:t>The 'few' to which the Murtad makes reference, are the Taaifah (the small group of Ulama-e-Haqq) about whom Rasulullah (sallallahu alayhi wasallam) said:</w:t>
      </w:r>
    </w:p>
    <w:p>
      <w:pPr>
        <w:spacing w:before="120" w:after="120" w:line="300" w:lineRule="exact"/>
        <w:ind w:left="720" w:right="720"/>
        <w:jc w:val="center"/>
      </w:pPr>
      <w:r>
        <w:rPr>
          <w:rFonts w:ascii="Georgia" w:hAnsi="Georgia" w:cs="Georgia" w:eastAsia="Georgia"/>
          <w:b w:val="0"/>
          <w:i/>
          <w:sz w:val="22"/>
        </w:rPr>
        <w:t>"There will forever be in my Ummah a Taaifah who will fight on the Haqq until Qiyaamah. Those who oppose them or do not aid them, will not be able to harm them."</w:t>
      </w:r>
    </w:p>
    <w:p>
      <w:pPr>
        <w:spacing w:before="0" w:after="120" w:line="300" w:lineRule="exact"/>
        <w:jc w:val="both"/>
      </w:pPr>
      <w:r>
        <w:rPr>
          <w:rFonts w:ascii="Georgia" w:hAnsi="Georgia" w:cs="Georgia" w:eastAsia="Georgia"/>
          <w:b w:val="0"/>
          <w:i w:val="0"/>
          <w:sz w:val="22"/>
        </w:rPr>
        <w:t>The 'few dissenters' will always remain until the Day of Qiyaamah to keep aloft the Standard of Islam, to weed out the satanism which the deviates, murtaddeen and atheists introduce deceptively in the guise of the Deen. The deviates will not succeed. The 'few dissenters' will not allow these deviates to spin, fabricate and fraud ideologies to suit their satanic narratives, whims and fancies.</w:t>
      </w:r>
    </w:p>
    <w:p>
      <w:pPr>
        <w:spacing w:before="0" w:after="120" w:line="300" w:lineRule="exact"/>
        <w:jc w:val="both"/>
      </w:pPr>
      <w:r>
        <w:rPr>
          <w:rFonts w:ascii="Georgia" w:hAnsi="Georgia" w:cs="Georgia" w:eastAsia="Georgia"/>
          <w:b w:val="0"/>
          <w:i w:val="0"/>
          <w:sz w:val="22"/>
        </w:rPr>
        <w:t>In his arrogant parade of compound kufr, Sool has miscalculated. He believed that he will not be held accountable, and that he would be able to slip his kufr ideology into the community with the aid of the MJC dumb shayaateen. They offer silent condonation for the baatil and even kufr of the political entities with whom they have struck up dalliances for their own pernicious objectives. As long as there is material gain, the MJC mudhilleen will support and justify whatever twaddle cranks peddle. Their interpretative mutilation of the Shariah leaves Muslims aghast. They parade as sheikhs and maulanas, but they propagate shaitaaniyat. It is indeed a sad indictment that the ulama today have become dajjaals. Anyhow, Rasulullah's predictions have to materialize.</w:t>
      </w:r>
    </w:p>
    <w:p>
      <w:pPr>
        <w:spacing w:before="0" w:after="120" w:line="300" w:lineRule="exact"/>
        <w:jc w:val="both"/>
      </w:pPr>
      <w:r>
        <w:rPr>
          <w:rFonts w:ascii="Georgia" w:hAnsi="Georgia" w:cs="Georgia" w:eastAsia="Georgia"/>
          <w:b w:val="0"/>
          <w:i w:val="0"/>
          <w:sz w:val="22"/>
        </w:rPr>
        <w:t>Belief in Islam is only the way in which the Ummah believes. No other brand is acceptable nor permissible. The Qur'aan Majeed referring to the kind of belief of the munaafiqeen, says:</w:t>
      </w:r>
    </w:p>
    <w:p>
      <w:pPr>
        <w:spacing w:before="120" w:after="120" w:line="300" w:lineRule="exact"/>
        <w:ind w:left="720" w:right="720"/>
        <w:jc w:val="center"/>
      </w:pPr>
      <w:r>
        <w:rPr>
          <w:rFonts w:ascii="Georgia" w:hAnsi="Georgia" w:cs="Georgia" w:eastAsia="Georgia"/>
          <w:b w:val="0"/>
          <w:i/>
          <w:sz w:val="22"/>
        </w:rPr>
        <w:t>"And from among the people are those who say: 'We believe in Allah and the Last Day', whilst (in reality) they are not Mu'mineen. They (scheme) to deceive Allah and those who have Imaan. However, they deceive none but themselves while they do not understand (the self-deception in which they are lost)."</w:t>
      </w:r>
    </w:p>
    <w:p>
      <w:pPr>
        <w:spacing w:before="120" w:after="120" w:line="300" w:lineRule="exact"/>
        <w:ind w:left="720" w:right="720"/>
        <w:jc w:val="center"/>
      </w:pPr>
      <w:r>
        <w:rPr>
          <w:rFonts w:ascii="Georgia" w:hAnsi="Georgia" w:cs="Georgia" w:eastAsia="Georgia"/>
          <w:b w:val="0"/>
          <w:i/>
          <w:sz w:val="22"/>
        </w:rPr>
        <w:t>In their hearts is a disease (the disease of nifaaq). Therefore, Allah increases them in (this) disease. And for them is a painful chastisement on account of the lies they speak."</w:t>
      </w:r>
    </w:p>
    <w:p>
      <w:pPr>
        <w:spacing w:before="120" w:after="120" w:line="300" w:lineRule="exact"/>
        <w:ind w:left="720" w:right="720"/>
        <w:jc w:val="center"/>
      </w:pPr>
      <w:r>
        <w:rPr>
          <w:rFonts w:ascii="Georgia" w:hAnsi="Georgia" w:cs="Georgia" w:eastAsia="Georgia"/>
          <w:b w:val="0"/>
          <w:i/>
          <w:sz w:val="22"/>
        </w:rPr>
        <w:t>(Al-Baqarah, Aayat 8, 9, 10)</w:t>
      </w:r>
    </w:p>
    <w:p>
      <w:pPr>
        <w:spacing w:before="0" w:after="120" w:line="300" w:lineRule="exact"/>
        <w:jc w:val="both"/>
      </w:pPr>
      <w:r>
        <w:rPr>
          <w:rFonts w:ascii="Georgia" w:hAnsi="Georgia" w:cs="Georgia" w:eastAsia="Georgia"/>
          <w:b w:val="0"/>
          <w:i w:val="0"/>
          <w:sz w:val="22"/>
        </w:rPr>
        <w:t>The only valid Imaan, is the Imaan acquired from the Sahaabah – the Imaan of the Ummah:</w:t>
      </w:r>
    </w:p>
    <w:p>
      <w:pPr>
        <w:spacing w:before="120" w:after="120" w:line="300" w:lineRule="exact"/>
        <w:ind w:left="720" w:right="720"/>
        <w:jc w:val="center"/>
      </w:pPr>
      <w:r>
        <w:rPr>
          <w:rFonts w:ascii="Georgia" w:hAnsi="Georgia" w:cs="Georgia" w:eastAsia="Georgia"/>
          <w:b w:val="0"/>
          <w:i/>
          <w:sz w:val="22"/>
        </w:rPr>
        <w:t>"If they believe like your belief (like that Islam in which you believe), then only will they be on guidance." (Al-Baqarah, Aayat 137)</w:t>
      </w:r>
    </w:p>
    <w:p>
      <w:pPr>
        <w:spacing w:before="0" w:after="120" w:line="300" w:lineRule="exact"/>
        <w:jc w:val="both"/>
      </w:pPr>
      <w:r>
        <w:rPr>
          <w:rFonts w:ascii="Georgia" w:hAnsi="Georgia" w:cs="Georgia" w:eastAsia="Georgia"/>
          <w:b w:val="0"/>
          <w:i w:val="0"/>
          <w:sz w:val="22"/>
        </w:rPr>
        <w:t>The ideology fabricated by the Murtad, stemming from the nifaaq in the heart is a wretched, accursed concept of atheism lapped up from the vomit of the likes of Marx. The only objective of all ideologies other than Islam is crass materialism. While Islam has ordained laws for our mundane activities in this temporary worldly sojourn to guide us along this treacherous worldly trajectory, its emphasis and objective are only the Remembrance of Allah Ta'ala and the attainment of the Goals of Salvation of the Aakhirah. Thus, Allah Ta'ala repeatedly reminds us in the Qur'aan Majeed:</w:t>
      </w:r>
    </w:p>
    <w:p>
      <w:pPr>
        <w:spacing w:before="120" w:after="120" w:line="300" w:lineRule="exact"/>
        <w:ind w:left="720" w:right="720"/>
        <w:jc w:val="center"/>
      </w:pPr>
      <w:r>
        <w:rPr>
          <w:rFonts w:ascii="Georgia" w:hAnsi="Georgia" w:cs="Georgia" w:eastAsia="Georgia"/>
          <w:b w:val="0"/>
          <w:i/>
          <w:sz w:val="22"/>
        </w:rPr>
        <w:t>"This worldly life is nothing but play and amusement while the Abode of the Aakhirah is best for those who have fear. What! Have you no sense? " (Al-An'aam, Aayat 32)</w:t>
      </w:r>
    </w:p>
    <w:p>
      <w:pPr>
        <w:spacing w:before="0" w:after="120" w:line="300" w:lineRule="exact"/>
        <w:jc w:val="both"/>
      </w:pPr>
      <w:r>
        <w:rPr>
          <w:rFonts w:ascii="Georgia" w:hAnsi="Georgia" w:cs="Georgia" w:eastAsia="Georgia"/>
          <w:b w:val="0"/>
          <w:i w:val="0"/>
          <w:sz w:val="22"/>
        </w:rPr>
        <w:t>There is no other 'incentive' to 'discover' in the Qur'aan Majeed. This Maqsood of the Aakhirah is the theme threaded throughout the Qur'aan Majeed. The dunya is despised. Its materialism is despised. Those who pursue materialism on the basis of the ideologies of Satanist materialism are most contemptible, most stupid and more astray than the beasts. Rasulullah (Sallallahu alayhi wasallam) said that "this dunya is jeefah" (carrion), and that it is more worthless than a dead decomposing kid-goat. Sool, the Murtad in his satanically subtle and stupid manner calls on Muslims to reject the Divine 'Opiate' of Islam, and to adopt the rotten, carrion opiate of the Devil.</w:t>
      </w:r>
    </w:p>
    <w:p>
      <w:pPr>
        <w:spacing w:before="0" w:after="120" w:line="300" w:lineRule="exact"/>
        <w:jc w:val="both"/>
      </w:pPr>
      <w:r>
        <w:rPr>
          <w:rFonts w:ascii="Georgia" w:hAnsi="Georgia" w:cs="Georgia" w:eastAsia="Georgia"/>
          <w:b w:val="0"/>
          <w:i w:val="0"/>
          <w:sz w:val="22"/>
        </w:rPr>
        <w:t>Muslims should remember and understand well that Rasulullah (Sallallahu alayhi wasallam) has commanded Muslims to become addicts of the 'Opiate' Allah Ta'ala has presented to us. Thus, Nabi-e-Kareem (Sallallahu alayhi wasallam) said: "Make the Thikr (of Allah) in such abundance that people say: 'You are mad."</w:t>
      </w:r>
    </w:p>
    <w:p>
      <w:pPr>
        <w:spacing w:before="0" w:after="120" w:line="300" w:lineRule="exact"/>
        <w:jc w:val="both"/>
      </w:pPr>
      <w:r>
        <w:rPr>
          <w:rFonts w:ascii="Georgia" w:hAnsi="Georgia" w:cs="Georgia" w:eastAsia="Georgia"/>
          <w:b w:val="0"/>
          <w:i w:val="0"/>
          <w:sz w:val="22"/>
        </w:rPr>
        <w:t>That is, the 'Opiate' of Islam has made you a mad man. Muslims are proud to be such men who are intoxicated with this 'Opiate' which leads to an Insanity beloved to Allah Azza Wa Jal.</w:t>
      </w:r>
    </w:p>
    <w:p>
      <w:r>
        <w:br w:type="page"/>
      </w:r>
    </w:p>
    <w:p>
      <w:pPr>
        <w:pStyle w:val="Heading1"/>
        <w:spacing w:before="360" w:after="200" w:line="300" w:lineRule="exact"/>
        <w:jc w:val="center"/>
      </w:pPr>
      <w:r>
        <w:rPr>
          <w:rFonts w:ascii="Georgia" w:hAnsi="Georgia" w:cs="Georgia" w:eastAsia="Georgia"/>
          <w:b/>
          <w:i w:val="0"/>
          <w:color w:val="1F3864"/>
          <w:sz w:val="32"/>
        </w:rPr>
        <w:t>SALAAM ON THOSE WHO FOLLOW THE HUDA OF ALLAH</w:t>
      </w:r>
    </w:p>
    <w:p>
      <w:pPr>
        <w:spacing w:before="120" w:after="40" w:line="300" w:lineRule="exact"/>
        <w:jc w:val="both"/>
      </w:pPr>
      <w:r>
        <w:rPr>
          <w:rFonts w:ascii="Georgia" w:hAnsi="Georgia" w:cs="Georgia" w:eastAsia="Georgia"/>
          <w:b/>
          <w:i/>
          <w:sz w:val="22"/>
        </w:rPr>
        <w:t>"Verily, they spoke a word of kufr, and they committed kufr after their Islam, and they conspired such things (objectives) which they could not attain." (Al-Taubah, Aayat 74)</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