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SIGNS OF QIYAAMAH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210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PUBLISHED BY: AS SAADIQEEN PUBLICATIONS P O BOX 87 MEYERTON, 1961 SOUTH AFRICA</w:t>
      </w:r>
    </w:p>
    <w:p>
      <w:r>
        <w:br w:type="page"/>
      </w:r>
    </w:p>
    <w:p>
      <w:pPr>
        <w:pStyle w:val="Heading1"/>
        <w:spacing w:before="360" w:after="200" w:line="300" w:lineRule="exact"/>
        <w:jc w:val="center"/>
      </w:pPr>
      <w:r>
        <w:rPr>
          <w:rFonts w:ascii="Georgia" w:hAnsi="Georgia" w:cs="Georgia" w:eastAsia="Georgia"/>
          <w:b/>
          <w:i w:val="0"/>
          <w:color w:val="1F3864"/>
          <w:sz w:val="32"/>
        </w:rPr>
        <w:t>REFERENCES FROM THE QUR'AAN-E-KAREEM</w:t>
      </w:r>
    </w:p>
    <w:p>
      <w:pPr>
        <w:spacing w:before="0" w:after="120" w:line="300" w:lineRule="exact"/>
        <w:jc w:val="both"/>
      </w:pPr>
      <w:r>
        <w:rPr>
          <w:rFonts w:ascii="Georgia" w:hAnsi="Georgia" w:cs="Georgia" w:eastAsia="Georgia"/>
          <w:b w:val="0"/>
          <w:i w:val="0"/>
          <w:sz w:val="22"/>
        </w:rPr>
        <w:t>The Most Holy and Noble Qur'aan reminds us time and time again that this universe and everything in it has been created temporarily and at an appointed time it will face destruction and total annihilation.</w:t>
      </w:r>
    </w:p>
    <w:p>
      <w:pPr>
        <w:spacing w:before="0" w:after="120" w:line="300" w:lineRule="exact"/>
        <w:jc w:val="both"/>
      </w:pPr>
      <w:r>
        <w:rPr>
          <w:rFonts w:ascii="Georgia" w:hAnsi="Georgia" w:cs="Georgia" w:eastAsia="Georgia"/>
          <w:b w:val="0"/>
          <w:i w:val="0"/>
          <w:sz w:val="22"/>
        </w:rPr>
        <w:t>"Everyone thereon will be annihilated and only the Countenance of your Mighty and Glorious Creator and Sustainer shall remain."</w:t>
      </w:r>
    </w:p>
    <w:p>
      <w:pPr>
        <w:spacing w:before="0" w:after="120" w:line="300" w:lineRule="exact"/>
        <w:jc w:val="both"/>
      </w:pPr>
      <w:r>
        <w:rPr>
          <w:rFonts w:ascii="Georgia" w:hAnsi="Georgia" w:cs="Georgia" w:eastAsia="Georgia"/>
          <w:b w:val="0"/>
          <w:i w:val="0"/>
          <w:sz w:val="22"/>
        </w:rPr>
        <w:t>The exact date and time of this event, termed as Qiyamah, is known to Almighty Allah Alone for "Verily Allah Alone has the knowledge of the Hour." Almighty Allah and His Beloved Nabi Sallallahu Alayhi Wasallam have informed us about the happenings that will occur prior to Qiyamah and the Signs which will be indicative of the closeness of the event. Almighty Allah informs us with words of wisdom in verses 1 to 6 of Surah Al-Inshiqaq:</w:t>
      </w:r>
    </w:p>
    <w:p>
      <w:pPr>
        <w:spacing w:before="0" w:after="120" w:line="300" w:lineRule="exact"/>
        <w:jc w:val="both"/>
      </w:pPr>
      <w:r>
        <w:rPr>
          <w:rFonts w:ascii="Georgia" w:hAnsi="Georgia" w:cs="Georgia" w:eastAsia="Georgia"/>
          <w:b w:val="0"/>
          <w:i w:val="0"/>
          <w:sz w:val="22"/>
        </w:rPr>
        <w:t>"When heaven is rent asunder and gives ear to its Lord, and is fitly disposed, when earth is stretched out and casts forth what is in it, and voids itself, and gives ear to its Lord, and it fitly disposed. O Man! Thou art labouring unto thy Lord laboriously, and thou shalt encounter Him."</w:t>
      </w:r>
    </w:p>
    <w:p>
      <w:pPr>
        <w:spacing w:before="0" w:after="120" w:line="300" w:lineRule="exact"/>
        <w:jc w:val="both"/>
      </w:pPr>
      <w:r>
        <w:rPr>
          <w:rFonts w:ascii="Georgia" w:hAnsi="Georgia" w:cs="Georgia" w:eastAsia="Georgia"/>
          <w:b w:val="0"/>
          <w:i w:val="0"/>
          <w:sz w:val="22"/>
        </w:rPr>
        <w:t>O Ummatul Muslimeen! The Divine teaching and the word of Almighty Allah Subhanahu Wata'ala produces fruitful results only in those whose hearts have not been deadened by worldly lusts, cares and pursuits of material wealth and acquiring name and fame. The Most Holy and Noble Qur'aan declares itself to be the divine guidance only for the Allah –fearing with the words of Surah Al-Baqara verse 2:</w:t>
      </w:r>
    </w:p>
    <w:p>
      <w:pPr>
        <w:spacing w:before="0" w:after="120" w:line="300" w:lineRule="exact"/>
        <w:jc w:val="both"/>
      </w:pPr>
      <w:r>
        <w:rPr>
          <w:rFonts w:ascii="Georgia" w:hAnsi="Georgia" w:cs="Georgia" w:eastAsia="Georgia"/>
          <w:b w:val="0"/>
          <w:i w:val="0"/>
          <w:sz w:val="22"/>
        </w:rPr>
        <w:t>"Hu dhal lil Muttaqeen" and as a warning to those in whom the spark of spiritual life has not been extinguished in Surah Ya Sin verse 70</w:t>
      </w:r>
    </w:p>
    <w:p>
      <w:pPr>
        <w:spacing w:before="0" w:after="120" w:line="300" w:lineRule="exact"/>
        <w:jc w:val="both"/>
      </w:pPr>
      <w:r>
        <w:rPr>
          <w:rFonts w:ascii="Georgia" w:hAnsi="Georgia" w:cs="Georgia" w:eastAsia="Georgia"/>
          <w:b w:val="0"/>
          <w:i w:val="0"/>
          <w:sz w:val="22"/>
        </w:rPr>
        <w:t>"that they may give admonition to any [who are] alive."</w:t>
      </w:r>
    </w:p>
    <w:p>
      <w:pPr>
        <w:spacing w:before="0" w:after="120" w:line="300" w:lineRule="exact"/>
        <w:jc w:val="both"/>
      </w:pPr>
      <w:r>
        <w:rPr>
          <w:rFonts w:ascii="Georgia" w:hAnsi="Georgia" w:cs="Georgia" w:eastAsia="Georgia"/>
          <w:b w:val="0"/>
          <w:i w:val="0"/>
          <w:sz w:val="22"/>
        </w:rPr>
        <w:t>If we look at religion from the viewpoint of the history of human society, we will see that at every stage of human thought, in the mists of prehistory, mankind has always firmly believed in life after death and in the Day of Qiyamah, the Day of Resurrection, and the Day of Judgement. Can one ever doubt the great Muhabbat that Almighty Allah Subhanahu Wata'ala has for all of His creation? Just as it is not possible for a human being to totally extinguish the flame of his or her inner nature and to forget utterly his or her innate inclination to the source of being, so that his or her mind instinctively turns towards that Unique Essence whenever he or she is assailed by the trials and hardships of life, so too those who deny the Day of Judgement or the Hereafter unconsciously acquire a desire for eternal life whenever they are faced with impasse in their lives.</w:t>
      </w:r>
    </w:p>
    <w:p>
      <w:pPr>
        <w:spacing w:before="0" w:after="120" w:line="300" w:lineRule="exact"/>
        <w:jc w:val="both"/>
      </w:pPr>
      <w:r>
        <w:rPr>
          <w:rFonts w:ascii="Georgia" w:hAnsi="Georgia" w:cs="Georgia" w:eastAsia="Georgia"/>
          <w:b w:val="0"/>
          <w:i w:val="0"/>
          <w:sz w:val="22"/>
        </w:rPr>
        <w:t>O people of Imaan! Whenever Almighty Allah Subhanahu Wata'ala wants to convince the spirit of mankind of a certain matter, He inserts the causes and factors of the belief among man's own instincts. It is because of this wise act of the Most Glorious Creator that everyone perceives eternal existence and life everlasting in the depths of his or her own soul. The Day "Al-Yaum" is mentioned 348 times throughout the Most Holy and Noble Qur'an. It is mentioned 310 times for the Hereafter; the Day of Qiyamah or the Day of Resurrection and 38 times for "other days" as mentioned in the following examples:</w:t>
      </w:r>
    </w:p>
    <w:p>
      <w:pPr>
        <w:spacing w:before="0" w:after="120" w:line="300" w:lineRule="exact"/>
        <w:jc w:val="both"/>
      </w:pPr>
      <w:r>
        <w:rPr>
          <w:rFonts w:ascii="Georgia" w:hAnsi="Georgia" w:cs="Georgia" w:eastAsia="Georgia"/>
          <w:b w:val="0"/>
          <w:i w:val="0"/>
          <w:sz w:val="22"/>
        </w:rPr>
        <w:t>Yaum-al-Furqan - The Day of Discrimination - Battle of Badr; Yaum-a-Hunayn - The Battle of Hunayn; Yaum-un-'Aseeb - The Day the Malaa'eeka came to destroy the disbelieving community of Nabi Loot Alayhis Salaam; Yaum-uz-Zeenah – The Day of feast. The day Nabi Moosa Alayhis Salaam had tryst with the magicians of Fir'aun.</w:t>
      </w:r>
    </w:p>
    <w:p>
      <w:pPr>
        <w:spacing w:before="0" w:after="120" w:line="300" w:lineRule="exact"/>
        <w:jc w:val="both"/>
      </w:pPr>
      <w:r>
        <w:rPr>
          <w:rFonts w:ascii="Georgia" w:hAnsi="Georgia" w:cs="Georgia" w:eastAsia="Georgia"/>
          <w:b w:val="0"/>
          <w:i w:val="0"/>
          <w:sz w:val="22"/>
        </w:rPr>
        <w:t>Yaum-uz-Zullah - The Day of Gloom;</w:t>
      </w:r>
    </w:p>
    <w:p>
      <w:pPr>
        <w:spacing w:before="0" w:after="120" w:line="300" w:lineRule="exact"/>
        <w:jc w:val="both"/>
      </w:pPr>
      <w:r>
        <w:rPr>
          <w:rFonts w:ascii="Georgia" w:hAnsi="Georgia" w:cs="Georgia" w:eastAsia="Georgia"/>
          <w:b w:val="0"/>
          <w:i w:val="0"/>
          <w:sz w:val="22"/>
        </w:rPr>
        <w:t>Yaum-al-Jummah- The Day of Congregation or Day of Friday.</w:t>
      </w:r>
    </w:p>
    <w:p>
      <w:pPr>
        <w:spacing w:before="0" w:after="120" w:line="300" w:lineRule="exact"/>
        <w:jc w:val="both"/>
      </w:pPr>
      <w:r>
        <w:rPr>
          <w:rFonts w:ascii="Georgia" w:hAnsi="Georgia" w:cs="Georgia" w:eastAsia="Georgia"/>
          <w:b w:val="0"/>
          <w:i w:val="0"/>
          <w:sz w:val="22"/>
        </w:rPr>
        <w:t>O you who believe! The Most Holy Qur'an in many verses describes the future of the universe and The Day of Judgment. The verses appear to depict some great final catastrophe that will affect the whole universe. Many chapters mention the final earthquake, the opening of gates in the sky and "a time" in which mankind will see what they had done before so that they will become witnesses against their own selves. In the Holy Qur'an we find that when the companions of the Nabi Sallallahu Alayhi Wasallam asked him repeatedly about the Day of Judgement and when it would come about, he replied that that was known only to Almighty Allah Rabbul Ala'meen. The Nabi Sallallahu Alayhi Wasallam said, whilst pointing with his index and middle fingers:</w:t>
      </w:r>
    </w:p>
    <w:p>
      <w:pPr>
        <w:spacing w:before="0" w:after="120" w:line="300" w:lineRule="exact"/>
        <w:jc w:val="both"/>
      </w:pPr>
      <w:r>
        <w:rPr>
          <w:rFonts w:ascii="Georgia" w:hAnsi="Georgia" w:cs="Georgia" w:eastAsia="Georgia"/>
          <w:b w:val="0"/>
          <w:i w:val="0"/>
          <w:sz w:val="22"/>
        </w:rPr>
        <w:t>"The time of my advent and the Hour are like these two fingers."</w:t>
      </w:r>
    </w:p>
    <w:p>
      <w:pPr>
        <w:spacing w:before="0" w:after="120" w:line="300" w:lineRule="exact"/>
        <w:jc w:val="both"/>
      </w:pPr>
      <w:r>
        <w:rPr>
          <w:rFonts w:ascii="Georgia" w:hAnsi="Georgia" w:cs="Georgia" w:eastAsia="Georgia"/>
          <w:b w:val="0"/>
          <w:i w:val="0"/>
          <w:sz w:val="22"/>
        </w:rPr>
        <w:t>In another report he said: "The hour almost came before me." This indicates how close we are, relatively speaking to the Final Hour. [Bukhari, Kitab-al-Tafsir, commentary on Surah al-Nazi'ah].</w:t>
      </w:r>
    </w:p>
    <w:p>
      <w:pPr>
        <w:spacing w:before="0" w:after="120" w:line="300" w:lineRule="exact"/>
        <w:jc w:val="both"/>
      </w:pPr>
      <w:r>
        <w:rPr>
          <w:rFonts w:ascii="Georgia" w:hAnsi="Georgia" w:cs="Georgia" w:eastAsia="Georgia"/>
          <w:b w:val="0"/>
          <w:i w:val="0"/>
          <w:sz w:val="22"/>
        </w:rPr>
        <w:t>The following are just two of the many verses relating to the Day of Judgement – [verses 17 and 19 of Surah Al-Infitar:]</w:t>
      </w:r>
    </w:p>
    <w:p>
      <w:pPr>
        <w:spacing w:before="0" w:after="120" w:line="300" w:lineRule="exact"/>
        <w:jc w:val="both"/>
      </w:pPr>
      <w:r>
        <w:rPr>
          <w:rFonts w:ascii="Georgia" w:hAnsi="Georgia" w:cs="Georgia" w:eastAsia="Georgia"/>
          <w:b w:val="0"/>
          <w:i w:val="0"/>
          <w:sz w:val="22"/>
        </w:rPr>
        <w:t>"And what will make thee realize what the Day of Judgement is? The Day when no soul controls aught for another soul. And the Command that Day is Almighty Allah's."</w:t>
      </w:r>
    </w:p>
    <w:p>
      <w:pPr>
        <w:spacing w:before="0" w:after="120" w:line="300" w:lineRule="exact"/>
        <w:jc w:val="both"/>
      </w:pPr>
      <w:r>
        <w:rPr>
          <w:rFonts w:ascii="Georgia" w:hAnsi="Georgia" w:cs="Georgia" w:eastAsia="Georgia"/>
          <w:b w:val="0"/>
          <w:i w:val="0"/>
          <w:sz w:val="22"/>
        </w:rPr>
        <w:t>The two verses give a clear indication that there will indeed be a Day of Judgement, but it does not give any indication as to when it will come about. As mere mortals, we have very little knowledge of our Most Exalted Creator, other than what we gain from the Most Noble Qur'an. But if we take for example how we pass judgement on one another in our earthly life, we can understand to some degree how the Judgement of Almighty Allah Rabbul Ala'meen will be administered. The Most Noble Qur'an describes the Last Day with various other names or terms. The following is a listing of them which are arranged alphabetically according to the Arabic alphabet starting from Alif upto Yaa. The Arabic terms and names appear in English with their meanings.</w:t>
      </w:r>
    </w:p>
    <w:p>
      <w:pPr>
        <w:spacing w:before="0" w:after="120" w:line="300" w:lineRule="exact"/>
        <w:jc w:val="both"/>
      </w:pPr>
      <w:r>
        <w:rPr>
          <w:rFonts w:ascii="Georgia" w:hAnsi="Georgia" w:cs="Georgia" w:eastAsia="Georgia"/>
          <w:b w:val="0"/>
          <w:i w:val="0"/>
          <w:sz w:val="22"/>
        </w:rPr>
        <w:t>Yaum-al-Aakhir -The Last Day.</w:t>
      </w:r>
    </w:p>
    <w:p>
      <w:pPr>
        <w:spacing w:before="0" w:after="120" w:line="300" w:lineRule="exact"/>
        <w:jc w:val="both"/>
      </w:pPr>
      <w:r>
        <w:rPr>
          <w:rFonts w:ascii="Georgia" w:hAnsi="Georgia" w:cs="Georgia" w:eastAsia="Georgia"/>
          <w:b w:val="0"/>
          <w:i w:val="0"/>
          <w:sz w:val="22"/>
        </w:rPr>
        <w:t>Yaum-ad-Deen -The Day of Judgement.</w:t>
      </w:r>
    </w:p>
    <w:p>
      <w:pPr>
        <w:spacing w:before="0" w:after="120" w:line="300" w:lineRule="exact"/>
        <w:jc w:val="both"/>
      </w:pPr>
      <w:r>
        <w:rPr>
          <w:rFonts w:ascii="Georgia" w:hAnsi="Georgia" w:cs="Georgia" w:eastAsia="Georgia"/>
          <w:b w:val="0"/>
          <w:i w:val="0"/>
          <w:sz w:val="22"/>
        </w:rPr>
        <w:t>Yaum-al-Qiyamah - The Day of Resurrection..</w:t>
      </w:r>
    </w:p>
    <w:p>
      <w:pPr>
        <w:spacing w:before="0" w:after="120" w:line="300" w:lineRule="exact"/>
        <w:jc w:val="both"/>
      </w:pPr>
      <w:r>
        <w:rPr>
          <w:rFonts w:ascii="Georgia" w:hAnsi="Georgia" w:cs="Georgia" w:eastAsia="Georgia"/>
          <w:b w:val="0"/>
          <w:i w:val="0"/>
          <w:sz w:val="22"/>
        </w:rPr>
        <w:t>Yaum-in-Aleem - The Painful Day.</w:t>
      </w:r>
    </w:p>
    <w:p>
      <w:pPr>
        <w:spacing w:before="0" w:after="120" w:line="300" w:lineRule="exact"/>
        <w:jc w:val="both"/>
      </w:pPr>
      <w:r>
        <w:rPr>
          <w:rFonts w:ascii="Georgia" w:hAnsi="Georgia" w:cs="Georgia" w:eastAsia="Georgia"/>
          <w:b w:val="0"/>
          <w:i w:val="0"/>
          <w:sz w:val="22"/>
        </w:rPr>
        <w:t>Yaum-al-Aazifah -Day of the approaching Doom.</w:t>
      </w:r>
    </w:p>
    <w:p>
      <w:pPr>
        <w:spacing w:before="0" w:after="120" w:line="300" w:lineRule="exact"/>
        <w:jc w:val="both"/>
      </w:pPr>
      <w:r>
        <w:rPr>
          <w:rFonts w:ascii="Georgia" w:hAnsi="Georgia" w:cs="Georgia" w:eastAsia="Georgia"/>
          <w:b w:val="0"/>
          <w:i w:val="0"/>
          <w:sz w:val="22"/>
        </w:rPr>
        <w:t>Yaum-ul-Ba'ath- Day of Resurrection.</w:t>
      </w:r>
    </w:p>
    <w:p>
      <w:pPr>
        <w:spacing w:before="0" w:after="120" w:line="300" w:lineRule="exact"/>
        <w:jc w:val="both"/>
      </w:pPr>
      <w:r>
        <w:rPr>
          <w:rFonts w:ascii="Georgia" w:hAnsi="Georgia" w:cs="Georgia" w:eastAsia="Georgia"/>
          <w:b w:val="0"/>
          <w:i w:val="0"/>
          <w:sz w:val="22"/>
        </w:rPr>
        <w:t>Yaum-a tub las Saraa ir - The Day when hidden thoughts are searched.</w:t>
      </w:r>
    </w:p>
    <w:p>
      <w:pPr>
        <w:spacing w:before="0" w:after="120" w:line="300" w:lineRule="exact"/>
        <w:jc w:val="both"/>
      </w:pPr>
      <w:r>
        <w:rPr>
          <w:rFonts w:ascii="Georgia" w:hAnsi="Georgia" w:cs="Georgia" w:eastAsia="Georgia"/>
          <w:b w:val="0"/>
          <w:i w:val="0"/>
          <w:sz w:val="22"/>
        </w:rPr>
        <w:t>Yauman-tata-Qallababu fi-hil-Quloobu-wal-Absaar- The Day when hearts and eyeballs turn.</w:t>
      </w:r>
    </w:p>
    <w:p>
      <w:pPr>
        <w:spacing w:before="0" w:after="120" w:line="300" w:lineRule="exact"/>
        <w:jc w:val="both"/>
      </w:pPr>
      <w:r>
        <w:rPr>
          <w:rFonts w:ascii="Georgia" w:hAnsi="Georgia" w:cs="Georgia" w:eastAsia="Georgia"/>
          <w:b w:val="0"/>
          <w:i w:val="0"/>
          <w:sz w:val="22"/>
        </w:rPr>
        <w:t>Yaum-a-Tarjuful-Ardh wal Jibaal - The Day when the earth and mountains tremble.</w:t>
      </w:r>
    </w:p>
    <w:p>
      <w:pPr>
        <w:spacing w:before="0" w:after="120" w:line="300" w:lineRule="exact"/>
        <w:jc w:val="both"/>
      </w:pPr>
      <w:r>
        <w:rPr>
          <w:rFonts w:ascii="Georgia" w:hAnsi="Georgia" w:cs="Georgia" w:eastAsia="Georgia"/>
          <w:b w:val="0"/>
          <w:i w:val="0"/>
          <w:sz w:val="22"/>
        </w:rPr>
        <w:t>Yaum-a-Tarjuf-ur-Raajifah - The Day when everything will quake. Yaum-in-Tashkhas-o-Fihil Absaar - The Day when eyes will stare in terror.</w:t>
      </w:r>
    </w:p>
    <w:p>
      <w:pPr>
        <w:spacing w:before="0" w:after="120" w:line="300" w:lineRule="exact"/>
        <w:jc w:val="both"/>
      </w:pPr>
      <w:r>
        <w:rPr>
          <w:rFonts w:ascii="Georgia" w:hAnsi="Georgia" w:cs="Georgia" w:eastAsia="Georgia"/>
          <w:b w:val="0"/>
          <w:i w:val="0"/>
          <w:sz w:val="22"/>
        </w:rPr>
        <w:t>Yaum-a-Tashaqqaqul Ardh - The Day when the earth splits asunder.</w:t>
      </w:r>
    </w:p>
    <w:p>
      <w:pPr>
        <w:spacing w:before="0" w:after="120" w:line="300" w:lineRule="exact"/>
        <w:jc w:val="both"/>
      </w:pPr>
      <w:r>
        <w:rPr>
          <w:rFonts w:ascii="Georgia" w:hAnsi="Georgia" w:cs="Georgia" w:eastAsia="Georgia"/>
          <w:b w:val="0"/>
          <w:i w:val="0"/>
          <w:sz w:val="22"/>
        </w:rPr>
        <w:t>Yaum-ut-Taghaabun - The Day of mutual disillusion.</w:t>
      </w:r>
    </w:p>
    <w:p>
      <w:pPr>
        <w:spacing w:before="0" w:after="120" w:line="300" w:lineRule="exact"/>
        <w:jc w:val="both"/>
      </w:pPr>
      <w:r>
        <w:rPr>
          <w:rFonts w:ascii="Georgia" w:hAnsi="Georgia" w:cs="Georgia" w:eastAsia="Georgia"/>
          <w:b w:val="0"/>
          <w:i w:val="0"/>
          <w:sz w:val="22"/>
        </w:rPr>
        <w:t>Yauma-Taqoom-us-Saa'ah - The Day when the Hour is established.</w:t>
      </w:r>
    </w:p>
    <w:p>
      <w:pPr>
        <w:spacing w:before="0" w:after="120" w:line="300" w:lineRule="exact"/>
        <w:jc w:val="both"/>
      </w:pPr>
      <w:r>
        <w:rPr>
          <w:rFonts w:ascii="Georgia" w:hAnsi="Georgia" w:cs="Georgia" w:eastAsia="Georgia"/>
          <w:b w:val="0"/>
          <w:i w:val="0"/>
          <w:sz w:val="22"/>
        </w:rPr>
        <w:t>Yaum-a-Takoon-us-Samaau kal Muhl - The Day when the sky is like molten copper.</w:t>
      </w:r>
    </w:p>
    <w:p>
      <w:pPr>
        <w:spacing w:before="0" w:after="120" w:line="300" w:lineRule="exact"/>
        <w:jc w:val="both"/>
      </w:pPr>
      <w:r>
        <w:rPr>
          <w:rFonts w:ascii="Georgia" w:hAnsi="Georgia" w:cs="Georgia" w:eastAsia="Georgia"/>
          <w:b w:val="0"/>
          <w:i w:val="0"/>
          <w:sz w:val="22"/>
        </w:rPr>
        <w:t>Yaum-at-Tanaad - The Day of Summoning.</w:t>
      </w:r>
    </w:p>
    <w:p>
      <w:pPr>
        <w:spacing w:before="0" w:after="120" w:line="300" w:lineRule="exact"/>
        <w:jc w:val="both"/>
      </w:pPr>
      <w:r>
        <w:rPr>
          <w:rFonts w:ascii="Georgia" w:hAnsi="Georgia" w:cs="Georgia" w:eastAsia="Georgia"/>
          <w:b w:val="0"/>
          <w:i w:val="0"/>
          <w:sz w:val="22"/>
        </w:rPr>
        <w:t>Yaum-at-Talaaq - The Day of Meeting.</w:t>
      </w:r>
    </w:p>
    <w:p>
      <w:pPr>
        <w:spacing w:before="0" w:after="120" w:line="300" w:lineRule="exact"/>
        <w:jc w:val="both"/>
      </w:pPr>
      <w:r>
        <w:rPr>
          <w:rFonts w:ascii="Georgia" w:hAnsi="Georgia" w:cs="Georgia" w:eastAsia="Georgia"/>
          <w:b w:val="0"/>
          <w:i w:val="0"/>
          <w:sz w:val="22"/>
        </w:rPr>
        <w:t>Yaum-an-Thaqeela - The Hard Day.</w:t>
      </w:r>
    </w:p>
    <w:p>
      <w:pPr>
        <w:spacing w:before="0" w:after="120" w:line="300" w:lineRule="exact"/>
        <w:jc w:val="both"/>
      </w:pPr>
      <w:r>
        <w:rPr>
          <w:rFonts w:ascii="Georgia" w:hAnsi="Georgia" w:cs="Georgia" w:eastAsia="Georgia"/>
          <w:b w:val="0"/>
          <w:i w:val="0"/>
          <w:sz w:val="22"/>
        </w:rPr>
        <w:t>Yaum al Jamyah - The Day of Assembly..</w:t>
      </w:r>
    </w:p>
    <w:p>
      <w:pPr>
        <w:spacing w:before="0" w:after="120" w:line="300" w:lineRule="exact"/>
        <w:jc w:val="both"/>
      </w:pPr>
      <w:r>
        <w:rPr>
          <w:rFonts w:ascii="Georgia" w:hAnsi="Georgia" w:cs="Georgia" w:eastAsia="Georgia"/>
          <w:b w:val="0"/>
          <w:i w:val="0"/>
          <w:sz w:val="22"/>
        </w:rPr>
        <w:t>Yauma al Hisaab - The Day of Reckoning..</w:t>
      </w:r>
    </w:p>
    <w:p>
      <w:pPr>
        <w:spacing w:before="0" w:after="120" w:line="300" w:lineRule="exact"/>
        <w:jc w:val="both"/>
      </w:pPr>
      <w:r>
        <w:rPr>
          <w:rFonts w:ascii="Georgia" w:hAnsi="Georgia" w:cs="Georgia" w:eastAsia="Georgia"/>
          <w:b w:val="0"/>
          <w:i w:val="0"/>
          <w:sz w:val="22"/>
        </w:rPr>
        <w:t>Yaum-ul-Haq - The Day of Truth.</w:t>
      </w:r>
    </w:p>
    <w:p>
      <w:pPr>
        <w:spacing w:before="0" w:after="120" w:line="300" w:lineRule="exact"/>
        <w:jc w:val="both"/>
      </w:pPr>
      <w:r>
        <w:rPr>
          <w:rFonts w:ascii="Georgia" w:hAnsi="Georgia" w:cs="Georgia" w:eastAsia="Georgia"/>
          <w:b w:val="0"/>
          <w:i w:val="0"/>
          <w:sz w:val="22"/>
        </w:rPr>
        <w:t>Yaum-ul-Khurooj - The Day of coming forth.</w:t>
      </w:r>
    </w:p>
    <w:p>
      <w:pPr>
        <w:spacing w:before="0" w:after="120" w:line="300" w:lineRule="exact"/>
        <w:jc w:val="both"/>
      </w:pPr>
      <w:r>
        <w:rPr>
          <w:rFonts w:ascii="Georgia" w:hAnsi="Georgia" w:cs="Georgia" w:eastAsia="Georgia"/>
          <w:b w:val="0"/>
          <w:i w:val="0"/>
          <w:sz w:val="22"/>
        </w:rPr>
        <w:t>Yaum-ul-Khulood - The Day of Immortality.</w:t>
      </w:r>
    </w:p>
    <w:p>
      <w:pPr>
        <w:spacing w:before="0" w:after="120" w:line="300" w:lineRule="exact"/>
        <w:jc w:val="both"/>
      </w:pPr>
      <w:r>
        <w:rPr>
          <w:rFonts w:ascii="Georgia" w:hAnsi="Georgia" w:cs="Georgia" w:eastAsia="Georgia"/>
          <w:b w:val="0"/>
          <w:i w:val="0"/>
          <w:sz w:val="22"/>
        </w:rPr>
        <w:t>Yauman Kaana Sharruhu Mustateera. - The Day the evil of which is widespread.</w:t>
      </w:r>
    </w:p>
    <w:p>
      <w:pPr>
        <w:spacing w:before="0" w:after="120" w:line="300" w:lineRule="exact"/>
        <w:jc w:val="both"/>
      </w:pPr>
      <w:r>
        <w:rPr>
          <w:rFonts w:ascii="Georgia" w:hAnsi="Georgia" w:cs="Georgia" w:eastAsia="Georgia"/>
          <w:b w:val="0"/>
          <w:i w:val="0"/>
          <w:sz w:val="22"/>
        </w:rPr>
        <w:t>Yauman Abusan Qamtareera - The Day of frowning and of distress.</w:t>
      </w:r>
    </w:p>
    <w:p>
      <w:pPr>
        <w:spacing w:before="0" w:after="120" w:line="300" w:lineRule="exact"/>
        <w:jc w:val="both"/>
      </w:pPr>
      <w:r>
        <w:rPr>
          <w:rFonts w:ascii="Georgia" w:hAnsi="Georgia" w:cs="Georgia" w:eastAsia="Georgia"/>
          <w:b w:val="0"/>
          <w:i w:val="0"/>
          <w:sz w:val="22"/>
        </w:rPr>
        <w:t>Yauman-alal-Kaafireena 'Aseera - The Difficult Day for disbelievers.</w:t>
      </w:r>
    </w:p>
    <w:p>
      <w:pPr>
        <w:spacing w:before="0" w:after="120" w:line="300" w:lineRule="exact"/>
        <w:jc w:val="both"/>
      </w:pPr>
      <w:r>
        <w:rPr>
          <w:rFonts w:ascii="Georgia" w:hAnsi="Georgia" w:cs="Georgia" w:eastAsia="Georgia"/>
          <w:b w:val="0"/>
          <w:i w:val="0"/>
          <w:sz w:val="22"/>
        </w:rPr>
        <w:t>Yaum-un-Aseer - A Difficult Day.</w:t>
      </w:r>
    </w:p>
    <w:p>
      <w:pPr>
        <w:spacing w:before="0" w:after="120" w:line="300" w:lineRule="exact"/>
        <w:jc w:val="both"/>
      </w:pPr>
      <w:r>
        <w:rPr>
          <w:rFonts w:ascii="Georgia" w:hAnsi="Georgia" w:cs="Georgia" w:eastAsia="Georgia"/>
          <w:b w:val="0"/>
          <w:i w:val="0"/>
          <w:sz w:val="22"/>
        </w:rPr>
        <w:t>Yaum-un-Azeem - An Awful Day Yaum-al-Fatha - Day of opening.</w:t>
      </w:r>
    </w:p>
    <w:p>
      <w:pPr>
        <w:spacing w:before="0" w:after="120" w:line="300" w:lineRule="exact"/>
        <w:jc w:val="both"/>
      </w:pPr>
      <w:r>
        <w:rPr>
          <w:rFonts w:ascii="Georgia" w:hAnsi="Georgia" w:cs="Georgia" w:eastAsia="Georgia"/>
          <w:b w:val="0"/>
          <w:i w:val="0"/>
          <w:sz w:val="22"/>
        </w:rPr>
        <w:t>Yaum-ul-Fasl - Day of Decision.</w:t>
      </w:r>
    </w:p>
    <w:p>
      <w:pPr>
        <w:spacing w:before="0" w:after="120" w:line="300" w:lineRule="exact"/>
        <w:jc w:val="both"/>
      </w:pPr>
      <w:r>
        <w:rPr>
          <w:rFonts w:ascii="Georgia" w:hAnsi="Georgia" w:cs="Georgia" w:eastAsia="Georgia"/>
          <w:b w:val="0"/>
          <w:i w:val="0"/>
          <w:sz w:val="22"/>
        </w:rPr>
        <w:t>Yaumil -Laa-Rayba Fee he -The Day about which there is no doubt.</w:t>
      </w:r>
    </w:p>
    <w:p>
      <w:pPr>
        <w:spacing w:before="0" w:after="120" w:line="300" w:lineRule="exact"/>
        <w:jc w:val="both"/>
      </w:pPr>
      <w:r>
        <w:rPr>
          <w:rFonts w:ascii="Georgia" w:hAnsi="Georgia" w:cs="Georgia" w:eastAsia="Georgia"/>
          <w:b w:val="0"/>
          <w:i w:val="0"/>
          <w:sz w:val="22"/>
        </w:rPr>
        <w:t>Yaum-ul-Laa-Bayun-wa Laa Khilaal - The Day where there is no trafficking or friendship.</w:t>
      </w:r>
    </w:p>
    <w:p>
      <w:pPr>
        <w:spacing w:before="0" w:after="120" w:line="300" w:lineRule="exact"/>
        <w:jc w:val="both"/>
      </w:pPr>
      <w:r>
        <w:rPr>
          <w:rFonts w:ascii="Georgia" w:hAnsi="Georgia" w:cs="Georgia" w:eastAsia="Georgia"/>
          <w:b w:val="0"/>
          <w:i w:val="0"/>
          <w:sz w:val="22"/>
        </w:rPr>
        <w:t>Yaum a LaaTajzeeNafsun - The Day when no soul avails another. Yaum a Laa Yanfauz Zaalimeene Maazeratuhum. The Day when their excuses do not avail the evil doers.</w:t>
      </w:r>
    </w:p>
    <w:p>
      <w:pPr>
        <w:spacing w:before="0" w:after="120" w:line="300" w:lineRule="exact"/>
        <w:jc w:val="both"/>
      </w:pPr>
      <w:r>
        <w:rPr>
          <w:rFonts w:ascii="Georgia" w:hAnsi="Georgia" w:cs="Georgia" w:eastAsia="Georgia"/>
          <w:b w:val="0"/>
          <w:i w:val="0"/>
          <w:sz w:val="22"/>
        </w:rPr>
        <w:t>Yaum um Majmoo'a - The Day of Gathering.</w:t>
      </w:r>
    </w:p>
    <w:p>
      <w:pPr>
        <w:spacing w:before="0" w:after="120" w:line="300" w:lineRule="exact"/>
        <w:jc w:val="both"/>
      </w:pPr>
      <w:r>
        <w:rPr>
          <w:rFonts w:ascii="Georgia" w:hAnsi="Georgia" w:cs="Georgia" w:eastAsia="Georgia"/>
          <w:b w:val="0"/>
          <w:i w:val="0"/>
          <w:sz w:val="22"/>
        </w:rPr>
        <w:t>Yaum um Muheet. - The Day of Chastisement.</w:t>
      </w:r>
    </w:p>
    <w:p>
      <w:pPr>
        <w:spacing w:before="0" w:after="120" w:line="300" w:lineRule="exact"/>
        <w:jc w:val="both"/>
      </w:pPr>
      <w:r>
        <w:rPr>
          <w:rFonts w:ascii="Georgia" w:hAnsi="Georgia" w:cs="Georgia" w:eastAsia="Georgia"/>
          <w:b w:val="0"/>
          <w:i w:val="0"/>
          <w:sz w:val="22"/>
        </w:rPr>
        <w:t>Yaum um Mashhood - The Day of Witnessing.</w:t>
      </w:r>
    </w:p>
    <w:p>
      <w:pPr>
        <w:spacing w:before="0" w:after="120" w:line="300" w:lineRule="exact"/>
        <w:jc w:val="both"/>
      </w:pPr>
      <w:r>
        <w:rPr>
          <w:rFonts w:ascii="Georgia" w:hAnsi="Georgia" w:cs="Georgia" w:eastAsia="Georgia"/>
          <w:b w:val="0"/>
          <w:i w:val="0"/>
          <w:sz w:val="22"/>
        </w:rPr>
        <w:t>Yaum um Ma'aloom - The Appointed Day.</w:t>
      </w:r>
    </w:p>
    <w:p>
      <w:pPr>
        <w:spacing w:before="0" w:after="120" w:line="300" w:lineRule="exact"/>
        <w:jc w:val="both"/>
      </w:pPr>
      <w:r>
        <w:rPr>
          <w:rFonts w:ascii="Georgia" w:hAnsi="Georgia" w:cs="Georgia" w:eastAsia="Georgia"/>
          <w:b w:val="0"/>
          <w:i w:val="0"/>
          <w:sz w:val="22"/>
        </w:rPr>
        <w:t>Yaum ul Mau'ood - The Promised Day.</w:t>
      </w:r>
    </w:p>
    <w:p>
      <w:pPr>
        <w:spacing w:before="0" w:after="120" w:line="300" w:lineRule="exact"/>
        <w:jc w:val="both"/>
      </w:pPr>
      <w:r>
        <w:rPr>
          <w:rFonts w:ascii="Georgia" w:hAnsi="Georgia" w:cs="Georgia" w:eastAsia="Georgia"/>
          <w:b w:val="0"/>
          <w:i w:val="0"/>
          <w:sz w:val="22"/>
        </w:rPr>
        <w:t>Yaum a Nabtashul Batshatil Kubra - The Day when We will seize with great seizure.</w:t>
      </w:r>
    </w:p>
    <w:p>
      <w:pPr>
        <w:spacing w:before="0" w:after="120" w:line="300" w:lineRule="exact"/>
        <w:jc w:val="both"/>
      </w:pPr>
      <w:r>
        <w:rPr>
          <w:rFonts w:ascii="Georgia" w:hAnsi="Georgia" w:cs="Georgia" w:eastAsia="Georgia"/>
          <w:b w:val="0"/>
          <w:i w:val="0"/>
          <w:sz w:val="22"/>
        </w:rPr>
        <w:t>Yaum ul Wa' eed - The Threatened Day.</w:t>
      </w:r>
    </w:p>
    <w:p>
      <w:pPr>
        <w:spacing w:before="0" w:after="120" w:line="300" w:lineRule="exact"/>
        <w:jc w:val="both"/>
      </w:pPr>
      <w:r>
        <w:rPr>
          <w:rFonts w:ascii="Georgia" w:hAnsi="Georgia" w:cs="Georgia" w:eastAsia="Georgia"/>
          <w:b w:val="0"/>
          <w:i w:val="0"/>
          <w:sz w:val="22"/>
        </w:rPr>
        <w:t>Yaum il Waqt il Ma' loom -The Day of the Appointed Time.</w:t>
      </w:r>
    </w:p>
    <w:p>
      <w:pPr>
        <w:spacing w:before="0" w:after="120" w:line="300" w:lineRule="exact"/>
        <w:jc w:val="both"/>
      </w:pPr>
      <w:r>
        <w:rPr>
          <w:rFonts w:ascii="Georgia" w:hAnsi="Georgia" w:cs="Georgia" w:eastAsia="Georgia"/>
          <w:b w:val="0"/>
          <w:i w:val="0"/>
          <w:sz w:val="22"/>
        </w:rPr>
        <w:t>Yaum a Yub' athoon -The Day they are Raised.</w:t>
      </w:r>
    </w:p>
    <w:p>
      <w:pPr>
        <w:spacing w:before="0" w:after="120" w:line="300" w:lineRule="exact"/>
        <w:jc w:val="both"/>
      </w:pPr>
      <w:r>
        <w:rPr>
          <w:rFonts w:ascii="Georgia" w:hAnsi="Georgia" w:cs="Georgia" w:eastAsia="Georgia"/>
          <w:b w:val="0"/>
          <w:i w:val="0"/>
          <w:sz w:val="22"/>
        </w:rPr>
        <w:t>Yaum a Yab'athuhum Jami'yah - The Day when they are raised together Yaum a Yatazakkar al Insaana Maa Sa'a - The Day when mankind will recollect its whole endeavour.</w:t>
      </w:r>
    </w:p>
    <w:p>
      <w:pPr>
        <w:spacing w:before="0" w:after="120" w:line="300" w:lineRule="exact"/>
        <w:jc w:val="both"/>
      </w:pPr>
      <w:r>
        <w:rPr>
          <w:rFonts w:ascii="Georgia" w:hAnsi="Georgia" w:cs="Georgia" w:eastAsia="Georgia"/>
          <w:b w:val="0"/>
          <w:i w:val="0"/>
          <w:sz w:val="22"/>
        </w:rPr>
        <w:t>Yaum a Yaj'al ul Wildaan a Shiba - The Day that will turn children grey.</w:t>
      </w:r>
    </w:p>
    <w:p>
      <w:pPr>
        <w:spacing w:before="0" w:after="120" w:line="300" w:lineRule="exact"/>
        <w:jc w:val="both"/>
      </w:pPr>
      <w:r>
        <w:rPr>
          <w:rFonts w:ascii="Georgia" w:hAnsi="Georgia" w:cs="Georgia" w:eastAsia="Georgia"/>
          <w:b w:val="0"/>
          <w:i w:val="0"/>
          <w:sz w:val="22"/>
        </w:rPr>
        <w:t>Yaum a Yajma'a -The Day when He will gather you.</w:t>
      </w:r>
    </w:p>
    <w:p>
      <w:pPr>
        <w:spacing w:before="0" w:after="120" w:line="300" w:lineRule="exact"/>
        <w:jc w:val="both"/>
      </w:pPr>
      <w:r>
        <w:rPr>
          <w:rFonts w:ascii="Georgia" w:hAnsi="Georgia" w:cs="Georgia" w:eastAsia="Georgia"/>
          <w:b w:val="0"/>
          <w:i w:val="0"/>
          <w:sz w:val="22"/>
        </w:rPr>
        <w:t>Yaum a Yahshuruhum Jamee'a - The Day when He will gather them all Yaum a Yakhrujoon a min al Ajdaath - The Day when they come forth from the graves.</w:t>
      </w:r>
    </w:p>
    <w:p>
      <w:pPr>
        <w:spacing w:before="0" w:after="120" w:line="300" w:lineRule="exact"/>
        <w:jc w:val="both"/>
      </w:pPr>
      <w:r>
        <w:rPr>
          <w:rFonts w:ascii="Georgia" w:hAnsi="Georgia" w:cs="Georgia" w:eastAsia="Georgia"/>
          <w:b w:val="0"/>
          <w:i w:val="0"/>
          <w:sz w:val="22"/>
        </w:rPr>
        <w:t>Yaum a Yad ud Daa' - The Day when the Summoner Summons.</w:t>
      </w:r>
    </w:p>
    <w:p>
      <w:pPr>
        <w:spacing w:before="0" w:after="120" w:line="300" w:lineRule="exact"/>
        <w:jc w:val="both"/>
      </w:pPr>
      <w:r>
        <w:rPr>
          <w:rFonts w:ascii="Georgia" w:hAnsi="Georgia" w:cs="Georgia" w:eastAsia="Georgia"/>
          <w:b w:val="0"/>
          <w:i w:val="0"/>
          <w:sz w:val="22"/>
        </w:rPr>
        <w:t>Yaum a Yasma'oon as Saihata -The Day they hear the [Awful] Shout.</w:t>
      </w:r>
    </w:p>
    <w:p>
      <w:pPr>
        <w:spacing w:before="0" w:after="120" w:line="300" w:lineRule="exact"/>
        <w:jc w:val="both"/>
      </w:pPr>
      <w:r>
        <w:rPr>
          <w:rFonts w:ascii="Georgia" w:hAnsi="Georgia" w:cs="Georgia" w:eastAsia="Georgia"/>
          <w:b w:val="0"/>
          <w:i w:val="0"/>
          <w:sz w:val="22"/>
        </w:rPr>
        <w:t>Yaum a Yafirrul Mar u. -The Day when man flees (away from kin).</w:t>
      </w:r>
    </w:p>
    <w:p>
      <w:pPr>
        <w:spacing w:before="0" w:after="120" w:line="300" w:lineRule="exact"/>
        <w:jc w:val="both"/>
      </w:pPr>
      <w:r>
        <w:rPr>
          <w:rFonts w:ascii="Georgia" w:hAnsi="Georgia" w:cs="Georgia" w:eastAsia="Georgia"/>
          <w:b w:val="0"/>
          <w:i w:val="0"/>
          <w:sz w:val="22"/>
        </w:rPr>
        <w:t>Yaum a Yaqoon ul Ashhaad -The Day when the witness rise. Yaum Yaqoom ul Hisaab -The Day when Reckoning is established.</w:t>
      </w:r>
    </w:p>
    <w:p>
      <w:pPr>
        <w:spacing w:before="0" w:after="120" w:line="300" w:lineRule="exact"/>
        <w:jc w:val="both"/>
      </w:pPr>
      <w:r>
        <w:rPr>
          <w:rFonts w:ascii="Georgia" w:hAnsi="Georgia" w:cs="Georgia" w:eastAsia="Georgia"/>
          <w:b w:val="0"/>
          <w:i w:val="0"/>
          <w:sz w:val="22"/>
        </w:rPr>
        <w:t>Yaum a Yaqoom ur Rooh o Wal Mala'ikah - The Day when spirits and angels stand.</w:t>
      </w:r>
    </w:p>
    <w:p>
      <w:pPr>
        <w:spacing w:before="0" w:after="120" w:line="300" w:lineRule="exact"/>
        <w:jc w:val="both"/>
      </w:pPr>
      <w:r>
        <w:rPr>
          <w:rFonts w:ascii="Georgia" w:hAnsi="Georgia" w:cs="Georgia" w:eastAsia="Georgia"/>
          <w:b w:val="0"/>
          <w:i w:val="0"/>
          <w:sz w:val="22"/>
        </w:rPr>
        <w:t>Yaum a Yaqoom un Naas -The Day when (all) mankind stands (together).</w:t>
      </w:r>
    </w:p>
    <w:p>
      <w:pPr>
        <w:spacing w:before="0" w:after="120" w:line="300" w:lineRule="exact"/>
        <w:jc w:val="both"/>
      </w:pPr>
      <w:r>
        <w:rPr>
          <w:rFonts w:ascii="Georgia" w:hAnsi="Georgia" w:cs="Georgia" w:eastAsia="Georgia"/>
          <w:b w:val="0"/>
          <w:i w:val="0"/>
          <w:sz w:val="22"/>
        </w:rPr>
        <w:t>Yaum a Yalqaunahoo -The Day they meet Him.</w:t>
      </w:r>
    </w:p>
    <w:p>
      <w:pPr>
        <w:spacing w:before="0" w:after="120" w:line="300" w:lineRule="exact"/>
        <w:jc w:val="both"/>
      </w:pPr>
      <w:r>
        <w:rPr>
          <w:rFonts w:ascii="Georgia" w:hAnsi="Georgia" w:cs="Georgia" w:eastAsia="Georgia"/>
          <w:b w:val="0"/>
          <w:i w:val="0"/>
          <w:sz w:val="22"/>
        </w:rPr>
        <w:t>Yaum a Yunadeehim =The Day when He will call.</w:t>
      </w:r>
    </w:p>
    <w:p>
      <w:pPr>
        <w:spacing w:before="0" w:after="120" w:line="300" w:lineRule="exact"/>
        <w:jc w:val="both"/>
      </w:pPr>
      <w:r>
        <w:rPr>
          <w:rFonts w:ascii="Georgia" w:hAnsi="Georgia" w:cs="Georgia" w:eastAsia="Georgia"/>
          <w:b w:val="0"/>
          <w:i w:val="0"/>
          <w:sz w:val="22"/>
        </w:rPr>
        <w:t>Yaum aYunaadil Munaad -The Day when the Caller Calls. Yaum a Yanzur ul Mar u -The Day when man will see (all that he sent).</w:t>
      </w:r>
    </w:p>
    <w:p>
      <w:pPr>
        <w:spacing w:before="0" w:after="120" w:line="300" w:lineRule="exact"/>
        <w:jc w:val="both"/>
      </w:pPr>
      <w:r>
        <w:rPr>
          <w:rFonts w:ascii="Georgia" w:hAnsi="Georgia" w:cs="Georgia" w:eastAsia="Georgia"/>
          <w:b w:val="0"/>
          <w:i w:val="0"/>
          <w:sz w:val="22"/>
        </w:rPr>
        <w:t>Yaum a Yunfikhu fis Soor- The Day when the Trumpet is blown.</w:t>
      </w:r>
    </w:p>
    <w:p>
      <w:r>
        <w:br w:type="page"/>
      </w:r>
    </w:p>
    <w:p>
      <w:pPr>
        <w:pStyle w:val="Heading1"/>
        <w:spacing w:before="360" w:after="200" w:line="300" w:lineRule="exact"/>
        <w:jc w:val="center"/>
      </w:pPr>
      <w:r>
        <w:rPr>
          <w:rFonts w:ascii="Georgia" w:hAnsi="Georgia" w:cs="Georgia" w:eastAsia="Georgia"/>
          <w:b/>
          <w:i w:val="0"/>
          <w:color w:val="1F3864"/>
          <w:sz w:val="32"/>
        </w:rPr>
        <w:t>THE MINOR SIGNS OF QIYAAMAH (THE DAY OF JUDGEMENT)</w:t>
      </w:r>
    </w:p>
    <w:p>
      <w:pPr>
        <w:spacing w:before="0" w:after="120" w:line="300" w:lineRule="exact"/>
        <w:jc w:val="both"/>
      </w:pPr>
      <w:r>
        <w:rPr>
          <w:rFonts w:ascii="Georgia" w:hAnsi="Georgia" w:cs="Georgia" w:eastAsia="Georgia"/>
          <w:b w:val="0"/>
          <w:i w:val="0"/>
          <w:sz w:val="22"/>
        </w:rPr>
        <w:t>Hadhrat Abu Musa Ash'ari radhiyallahu anhu narrates that Rasulullah sallallahu alayhi wasallam said, "Qiyamah will come...</w:t>
      </w:r>
    </w:p>
    <w:p>
      <w:pPr>
        <w:spacing w:before="0" w:after="120" w:line="300" w:lineRule="exact"/>
        <w:jc w:val="both"/>
      </w:pPr>
      <w:r>
        <w:rPr>
          <w:rFonts w:ascii="Georgia" w:hAnsi="Georgia" w:cs="Georgia" w:eastAsia="Georgia"/>
          <w:b w:val="0"/>
          <w:i w:val="0"/>
          <w:sz w:val="22"/>
        </w:rPr>
        <w:t>1. When it will be regarded as a shame to act on Quranic injunctions.</w:t>
      </w:r>
    </w:p>
    <w:p>
      <w:pPr>
        <w:spacing w:before="0" w:after="120" w:line="300" w:lineRule="exact"/>
        <w:jc w:val="both"/>
      </w:pPr>
      <w:r>
        <w:rPr>
          <w:rFonts w:ascii="Georgia" w:hAnsi="Georgia" w:cs="Georgia" w:eastAsia="Georgia"/>
          <w:b w:val="0"/>
          <w:i w:val="0"/>
          <w:sz w:val="22"/>
        </w:rPr>
        <w:t>2. When untrustworthy people will be regarded as trustworthy and the trustworthy will be regarded as untrustworthy.</w:t>
      </w:r>
    </w:p>
    <w:p>
      <w:pPr>
        <w:spacing w:before="0" w:after="120" w:line="300" w:lineRule="exact"/>
        <w:jc w:val="both"/>
      </w:pPr>
      <w:r>
        <w:rPr>
          <w:rFonts w:ascii="Georgia" w:hAnsi="Georgia" w:cs="Georgia" w:eastAsia="Georgia"/>
          <w:b w:val="0"/>
          <w:i w:val="0"/>
          <w:sz w:val="22"/>
        </w:rPr>
        <w:t>3. When it will be hot in winter (and vice versa).</w:t>
      </w:r>
    </w:p>
    <w:p>
      <w:pPr>
        <w:spacing w:before="0" w:after="120" w:line="300" w:lineRule="exact"/>
        <w:jc w:val="both"/>
      </w:pPr>
      <w:r>
        <w:rPr>
          <w:rFonts w:ascii="Georgia" w:hAnsi="Georgia" w:cs="Georgia" w:eastAsia="Georgia"/>
          <w:b w:val="0"/>
          <w:i w:val="0"/>
          <w:sz w:val="22"/>
        </w:rPr>
        <w:t>4. When the length of days is stretched, i.e. a journey of a few days is covered in a matter of hours.</w:t>
      </w:r>
    </w:p>
    <w:p>
      <w:pPr>
        <w:spacing w:before="0" w:after="120" w:line="300" w:lineRule="exact"/>
        <w:jc w:val="both"/>
      </w:pPr>
      <w:r>
        <w:rPr>
          <w:rFonts w:ascii="Georgia" w:hAnsi="Georgia" w:cs="Georgia" w:eastAsia="Georgia"/>
          <w:b w:val="0"/>
          <w:i w:val="0"/>
          <w:sz w:val="22"/>
        </w:rPr>
        <w:t>5. When orators and lecturers lie openly.</w:t>
      </w:r>
    </w:p>
    <w:p>
      <w:pPr>
        <w:spacing w:before="0" w:after="120" w:line="300" w:lineRule="exact"/>
        <w:jc w:val="both"/>
      </w:pPr>
      <w:r>
        <w:rPr>
          <w:rFonts w:ascii="Georgia" w:hAnsi="Georgia" w:cs="Georgia" w:eastAsia="Georgia"/>
          <w:b w:val="0"/>
          <w:i w:val="0"/>
          <w:sz w:val="22"/>
        </w:rPr>
        <w:t>6. When people dispute over petty issues.</w:t>
      </w:r>
    </w:p>
    <w:p>
      <w:pPr>
        <w:spacing w:before="0" w:after="120" w:line="300" w:lineRule="exact"/>
        <w:jc w:val="both"/>
      </w:pPr>
      <w:r>
        <w:rPr>
          <w:rFonts w:ascii="Georgia" w:hAnsi="Georgia" w:cs="Georgia" w:eastAsia="Georgia"/>
          <w:b w:val="0"/>
          <w:i w:val="0"/>
          <w:sz w:val="22"/>
        </w:rPr>
        <w:t>7. When women with children come displeased on account of them bearing offspring, and barren women remain happy on account of having no responsibility of offspring. 8. When oppression, jealousy, and greed become the order of the day.</w:t>
      </w:r>
    </w:p>
    <w:p>
      <w:pPr>
        <w:spacing w:before="0" w:after="120" w:line="300" w:lineRule="exact"/>
        <w:jc w:val="both"/>
      </w:pPr>
      <w:r>
        <w:rPr>
          <w:rFonts w:ascii="Georgia" w:hAnsi="Georgia" w:cs="Georgia" w:eastAsia="Georgia"/>
          <w:b w:val="0"/>
          <w:i w:val="0"/>
          <w:sz w:val="22"/>
        </w:rPr>
        <w:t>9. When people blatantly follow their passions and whims. 10. When lies prevail over the truth.</w:t>
      </w:r>
    </w:p>
    <w:p>
      <w:pPr>
        <w:spacing w:before="0" w:after="120" w:line="300" w:lineRule="exact"/>
        <w:jc w:val="both"/>
      </w:pPr>
      <w:r>
        <w:rPr>
          <w:rFonts w:ascii="Georgia" w:hAnsi="Georgia" w:cs="Georgia" w:eastAsia="Georgia"/>
          <w:b w:val="0"/>
          <w:i w:val="0"/>
          <w:sz w:val="22"/>
        </w:rPr>
        <w:t>11. When violence, bloodshed and anarchy become common. 12. When immorality overtakes shamelessness and is perpetrated publicly.</w:t>
      </w:r>
    </w:p>
    <w:p>
      <w:pPr>
        <w:spacing w:before="0" w:after="120" w:line="300" w:lineRule="exact"/>
        <w:jc w:val="both"/>
      </w:pPr>
      <w:r>
        <w:rPr>
          <w:rFonts w:ascii="Georgia" w:hAnsi="Georgia" w:cs="Georgia" w:eastAsia="Georgia"/>
          <w:b w:val="0"/>
          <w:i w:val="0"/>
          <w:sz w:val="22"/>
        </w:rPr>
        <w:t>13. When legislation matters pertaining to Deen is handed over to the worst elements of the Ummat, and if people accept them and are satisfied with their findings, then such persons will not smell the fragrance of Jannat.</w:t>
      </w:r>
    </w:p>
    <w:p>
      <w:pPr>
        <w:spacing w:before="0" w:after="120" w:line="300" w:lineRule="exact"/>
        <w:jc w:val="both"/>
      </w:pPr>
      <w:r>
        <w:rPr>
          <w:rFonts w:ascii="Georgia" w:hAnsi="Georgia" w:cs="Georgia" w:eastAsia="Georgia"/>
          <w:b w:val="0"/>
          <w:i w:val="0"/>
          <w:sz w:val="22"/>
        </w:rPr>
        <w:t>14. When the offspring become a cause of grief and anger (for their parents).</w:t>
      </w:r>
    </w:p>
    <w:p>
      <w:pPr>
        <w:spacing w:before="0" w:after="120" w:line="300" w:lineRule="exact"/>
        <w:jc w:val="both"/>
      </w:pPr>
      <w:r>
        <w:rPr>
          <w:rFonts w:ascii="Georgia" w:hAnsi="Georgia" w:cs="Georgia" w:eastAsia="Georgia"/>
          <w:b w:val="0"/>
          <w:i w:val="0"/>
          <w:sz w:val="22"/>
        </w:rPr>
        <w:t>The following is part of a lengthy Hadith narrated by Hadhrat Abdullah Ibn Mas'ood radhiyallahu anhu when he inquired from Rasulullah sallallahu alayhi wasallam about the SIGNS OF QIYAAMAH.</w:t>
      </w:r>
    </w:p>
    <w:p>
      <w:pPr>
        <w:spacing w:before="0" w:after="120" w:line="300" w:lineRule="exact"/>
        <w:jc w:val="both"/>
      </w:pPr>
      <w:r>
        <w:rPr>
          <w:rFonts w:ascii="Georgia" w:hAnsi="Georgia" w:cs="Georgia" w:eastAsia="Georgia"/>
          <w:b w:val="0"/>
          <w:i w:val="0"/>
          <w:sz w:val="22"/>
        </w:rPr>
        <w:t>1. Music and musical instruments will be found in every home.</w:t>
      </w:r>
    </w:p>
    <w:p>
      <w:pPr>
        <w:spacing w:before="0" w:after="120" w:line="300" w:lineRule="exact"/>
        <w:jc w:val="both"/>
      </w:pPr>
      <w:r>
        <w:rPr>
          <w:rFonts w:ascii="Georgia" w:hAnsi="Georgia" w:cs="Georgia" w:eastAsia="Georgia"/>
          <w:b w:val="0"/>
          <w:i w:val="0"/>
          <w:sz w:val="22"/>
        </w:rPr>
        <w:t>2. People will indulge in homosexuality.</w:t>
      </w:r>
    </w:p>
    <w:p>
      <w:pPr>
        <w:spacing w:before="0" w:after="120" w:line="300" w:lineRule="exact"/>
        <w:jc w:val="both"/>
      </w:pPr>
      <w:r>
        <w:rPr>
          <w:rFonts w:ascii="Georgia" w:hAnsi="Georgia" w:cs="Georgia" w:eastAsia="Georgia"/>
          <w:b w:val="0"/>
          <w:i w:val="0"/>
          <w:sz w:val="22"/>
        </w:rPr>
        <w:t>3. There will be an abundance of illegitimate children. 4. There will be an abundance of critics, tale-carriers, backbiters and taunters in society.</w:t>
      </w:r>
    </w:p>
    <w:p>
      <w:pPr>
        <w:spacing w:before="0" w:after="120" w:line="300" w:lineRule="exact"/>
        <w:jc w:val="both"/>
      </w:pPr>
      <w:r>
        <w:rPr>
          <w:rFonts w:ascii="Georgia" w:hAnsi="Georgia" w:cs="Georgia" w:eastAsia="Georgia"/>
          <w:b w:val="0"/>
          <w:i w:val="0"/>
          <w:sz w:val="22"/>
        </w:rPr>
        <w:t>5. People will establish ties with strangers and sever relations with their near and dear ones.</w:t>
      </w:r>
    </w:p>
    <w:p>
      <w:pPr>
        <w:spacing w:before="0" w:after="120" w:line="300" w:lineRule="exact"/>
        <w:jc w:val="both"/>
      </w:pPr>
      <w:r>
        <w:rPr>
          <w:rFonts w:ascii="Georgia" w:hAnsi="Georgia" w:cs="Georgia" w:eastAsia="Georgia"/>
          <w:b w:val="0"/>
          <w:i w:val="0"/>
          <w:sz w:val="22"/>
        </w:rPr>
        <w:t>6. Hypocrites will be in control of the affairs of the community and evil, immoral people will be at the helm of business establishments.</w:t>
      </w:r>
    </w:p>
    <w:p>
      <w:pPr>
        <w:spacing w:before="0" w:after="120" w:line="300" w:lineRule="exact"/>
        <w:jc w:val="both"/>
      </w:pPr>
      <w:r>
        <w:rPr>
          <w:rFonts w:ascii="Georgia" w:hAnsi="Georgia" w:cs="Georgia" w:eastAsia="Georgia"/>
          <w:b w:val="0"/>
          <w:i w:val="0"/>
          <w:sz w:val="22"/>
        </w:rPr>
        <w:t>7. The Masjid will be decorated, but the hearts of the people will be devoid of guidance.</w:t>
      </w:r>
    </w:p>
    <w:p>
      <w:pPr>
        <w:spacing w:before="0" w:after="120" w:line="300" w:lineRule="exact"/>
        <w:jc w:val="both"/>
      </w:pPr>
      <w:r>
        <w:rPr>
          <w:rFonts w:ascii="Georgia" w:hAnsi="Georgia" w:cs="Georgia" w:eastAsia="Georgia"/>
          <w:b w:val="0"/>
          <w:i w:val="0"/>
          <w:sz w:val="22"/>
        </w:rPr>
        <w:t>8. The courtyards of Masjids will be built beautifully and high mimbars (pulpits) will be erected.</w:t>
      </w:r>
    </w:p>
    <w:p>
      <w:pPr>
        <w:spacing w:before="0" w:after="120" w:line="300" w:lineRule="exact"/>
        <w:jc w:val="both"/>
      </w:pPr>
      <w:r>
        <w:rPr>
          <w:rFonts w:ascii="Georgia" w:hAnsi="Georgia" w:cs="Georgia" w:eastAsia="Georgia"/>
          <w:b w:val="0"/>
          <w:i w:val="0"/>
          <w:sz w:val="22"/>
        </w:rPr>
        <w:t>9. Gangsters and evil people will prevail.</w:t>
      </w:r>
    </w:p>
    <w:p>
      <w:pPr>
        <w:spacing w:before="0" w:after="120" w:line="300" w:lineRule="exact"/>
        <w:jc w:val="both"/>
      </w:pPr>
      <w:r>
        <w:rPr>
          <w:rFonts w:ascii="Georgia" w:hAnsi="Georgia" w:cs="Georgia" w:eastAsia="Georgia"/>
          <w:b w:val="0"/>
          <w:i w:val="0"/>
          <w:sz w:val="22"/>
        </w:rPr>
        <w:t>10. Various wines will be consumed excessively.</w:t>
      </w:r>
    </w:p>
    <w:p>
      <w:r>
        <w:br w:type="page"/>
      </w:r>
    </w:p>
    <w:p>
      <w:pPr>
        <w:pStyle w:val="Heading1"/>
        <w:spacing w:before="360" w:after="200" w:line="300" w:lineRule="exact"/>
        <w:jc w:val="center"/>
      </w:pPr>
      <w:r>
        <w:rPr>
          <w:rFonts w:ascii="Georgia" w:hAnsi="Georgia" w:cs="Georgia" w:eastAsia="Georgia"/>
          <w:b/>
          <w:i w:val="0"/>
          <w:color w:val="1F3864"/>
          <w:sz w:val="32"/>
        </w:rPr>
        <w:t>IRAQ AND SYRIA</w:t>
      </w:r>
    </w:p>
    <w:p>
      <w:pPr>
        <w:spacing w:before="0" w:after="120" w:line="300" w:lineRule="exact"/>
        <w:jc w:val="both"/>
      </w:pPr>
      <w:r>
        <w:rPr>
          <w:rFonts w:ascii="Georgia" w:hAnsi="Georgia" w:cs="Georgia" w:eastAsia="Georgia"/>
          <w:b w:val="0"/>
          <w:i w:val="0"/>
          <w:sz w:val="22"/>
        </w:rPr>
        <w:t>Abu Nadhrah says: "We were sitting in the company of Jabir bin Abdullah (R.A.) when he said: 'Soon the people of IRAQ will neither receive any food (grain) nor any money.'" We asked, "Why would such a thing happen?" He replied, "Because of the non-Arabs." (i.e they will prevent food from going into Iraq, in the form of "sanctions" to this day.) He then said: "Soon the people of Shaam (SYRIA) will neither receive any money nor grain." We asked as to why this would happen. He replied: "Because of the Romans (christians)."</w:t>
      </w:r>
    </w:p>
    <w:p>
      <w:r>
        <w:br w:type="page"/>
      </w:r>
    </w:p>
    <w:p>
      <w:pPr>
        <w:pStyle w:val="Heading1"/>
        <w:spacing w:before="360" w:after="200" w:line="300" w:lineRule="exact"/>
        <w:jc w:val="center"/>
      </w:pPr>
      <w:r>
        <w:rPr>
          <w:rFonts w:ascii="Georgia" w:hAnsi="Georgia" w:cs="Georgia" w:eastAsia="Georgia"/>
          <w:b/>
          <w:i w:val="0"/>
          <w:color w:val="1F3864"/>
          <w:sz w:val="32"/>
        </w:rPr>
        <w:t>CONCEITED PEOPLE</w:t>
      </w:r>
    </w:p>
    <w:p>
      <w:pPr>
        <w:spacing w:before="0" w:after="120" w:line="300" w:lineRule="exact"/>
        <w:jc w:val="both"/>
      </w:pPr>
      <w:r>
        <w:rPr>
          <w:rFonts w:ascii="Georgia" w:hAnsi="Georgia" w:cs="Georgia" w:eastAsia="Georgia"/>
          <w:b w:val="0"/>
          <w:i w:val="0"/>
          <w:sz w:val="22"/>
        </w:rPr>
        <w:t>Hadhrat Abbas radhiyallahu anhu narrates that Rasulullah (Sallallahu Alayhi Wasallam) has said, "Islam will spread far and wide, across the seas. Horses will cross the land and seas in the cause of Jihaad. Then a time will come wherein a group of people will emerge which recites the Qur'aan. They will claim,</w:t>
      </w:r>
    </w:p>
    <w:p>
      <w:pPr>
        <w:spacing w:before="0" w:after="120" w:line="300" w:lineRule="exact"/>
        <w:jc w:val="both"/>
      </w:pPr>
      <w:r>
        <w:rPr>
          <w:rFonts w:ascii="Georgia" w:hAnsi="Georgia" w:cs="Georgia" w:eastAsia="Georgia"/>
          <w:b w:val="0"/>
          <w:i w:val="0"/>
          <w:sz w:val="22"/>
        </w:rPr>
        <w:t>'We have recited the Qur'aan and is there anyone who understands the Qur'aan better than us? There is NO ONE more proficient than us in the study of the Qur'aan.' Then Rasulullah sallallahu alayhi wasallam asked the Sahaba, "Do you see any good in their claims?" The Sahaba replied, "No". Rasulullah sallallahu alayhi wasallam said, "But these conceited claimants will be from my Ummah and will be the fuel of the Fire."</w:t>
      </w:r>
    </w:p>
    <w:p>
      <w:r>
        <w:br w:type="page"/>
      </w:r>
    </w:p>
    <w:p>
      <w:pPr>
        <w:pStyle w:val="Heading1"/>
        <w:spacing w:before="360" w:after="200" w:line="300" w:lineRule="exact"/>
        <w:jc w:val="center"/>
      </w:pPr>
      <w:r>
        <w:rPr>
          <w:rFonts w:ascii="Georgia" w:hAnsi="Georgia" w:cs="Georgia" w:eastAsia="Georgia"/>
          <w:b/>
          <w:i w:val="0"/>
          <w:color w:val="1F3864"/>
          <w:sz w:val="32"/>
        </w:rPr>
        <w:t>THE MAJOR SIGNS OF QIYAAMAH (DAY OF JUDGEMENT)</w:t>
      </w:r>
    </w:p>
    <w:p>
      <w:pPr>
        <w:spacing w:before="0" w:after="120" w:line="300" w:lineRule="exact"/>
        <w:jc w:val="both"/>
      </w:pPr>
      <w:r>
        <w:rPr>
          <w:rFonts w:ascii="Georgia" w:hAnsi="Georgia" w:cs="Georgia" w:eastAsia="Georgia"/>
          <w:b w:val="0"/>
          <w:i w:val="0"/>
          <w:sz w:val="22"/>
        </w:rPr>
        <w:t>Auf bin Malik radhiyallahu anhu says: I came to Rasulullah sallallahu alayhi wasallam while he was in his skin tent during the Tabuk expedition. He said to me, "Count six things before the advent of Qiyaamah:</w:t>
      </w:r>
    </w:p>
    <w:p>
      <w:pPr>
        <w:spacing w:before="0" w:after="120" w:line="300" w:lineRule="exact"/>
        <w:jc w:val="both"/>
      </w:pPr>
      <w:r>
        <w:rPr>
          <w:rFonts w:ascii="Georgia" w:hAnsi="Georgia" w:cs="Georgia" w:eastAsia="Georgia"/>
          <w:b w:val="0"/>
          <w:i w:val="0"/>
          <w:sz w:val="22"/>
        </w:rPr>
        <w:t>1. My death 2. The conquest of Jerusalem 3. Mass deaths amongst you people, just as when sheep die in large numbers during an epidemic 4. Abundance of wealth to such an extent that if a person were to be given a hundred 5. Dinars he will still not be satisfied 6. General anarchy and bloodshed, that no Arab household will be spared from it 7. Then a life of peace as a result of a peace agreement between you and the Banil Asfaar (Romans) which they will break and attack you with a force consisting of eighty flags and under each flag will be an army of twelve thousand men."</w:t>
      </w:r>
    </w:p>
    <w:p>
      <w:pPr>
        <w:spacing w:before="0" w:after="120" w:line="300" w:lineRule="exact"/>
        <w:jc w:val="both"/>
      </w:pPr>
      <w:r>
        <w:rPr>
          <w:rFonts w:ascii="Georgia" w:hAnsi="Georgia" w:cs="Georgia" w:eastAsia="Georgia"/>
          <w:b w:val="0"/>
          <w:i w:val="0"/>
          <w:sz w:val="22"/>
        </w:rPr>
        <w:t>(Bukhari).</w:t>
      </w:r>
    </w:p>
    <w:p>
      <w:r>
        <w:br w:type="page"/>
      </w:r>
    </w:p>
    <w:p>
      <w:pPr>
        <w:pStyle w:val="Heading1"/>
        <w:spacing w:before="360" w:after="200" w:line="300" w:lineRule="exact"/>
        <w:jc w:val="center"/>
      </w:pPr>
      <w:r>
        <w:rPr>
          <w:rFonts w:ascii="Georgia" w:hAnsi="Georgia" w:cs="Georgia" w:eastAsia="Georgia"/>
          <w:b/>
          <w:i w:val="0"/>
          <w:color w:val="1F3864"/>
          <w:sz w:val="32"/>
        </w:rPr>
        <w:t>SIGNS BEFORE THE MAJOR SIGNS (I.E. BEFORE THE EMERGENCE OF IMAAM MAHDI)</w:t>
      </w:r>
    </w:p>
    <w:p>
      <w:pPr>
        <w:spacing w:before="0" w:after="120" w:line="300" w:lineRule="exact"/>
        <w:jc w:val="both"/>
      </w:pPr>
      <w:r>
        <w:rPr>
          <w:rFonts w:ascii="Georgia" w:hAnsi="Georgia" w:cs="Georgia" w:eastAsia="Georgia"/>
          <w:b w:val="0"/>
          <w:i w:val="0"/>
          <w:sz w:val="22"/>
        </w:rPr>
        <w:t>• CHRISTIAN RULE WILL BE DOMINENT</w:t>
      </w:r>
    </w:p>
    <w:p>
      <w:pPr>
        <w:spacing w:before="0" w:after="120" w:line="300" w:lineRule="exact"/>
        <w:jc w:val="both"/>
      </w:pPr>
      <w:r>
        <w:rPr>
          <w:rFonts w:ascii="Georgia" w:hAnsi="Georgia" w:cs="Georgia" w:eastAsia="Georgia"/>
          <w:b w:val="0"/>
          <w:i w:val="0"/>
          <w:sz w:val="22"/>
        </w:rPr>
        <w:t>• ANOMALOUS INCIDENTS WILL OCCUR</w:t>
      </w:r>
    </w:p>
    <w:p>
      <w:pPr>
        <w:spacing w:before="0" w:after="120" w:line="300" w:lineRule="exact"/>
        <w:jc w:val="both"/>
      </w:pPr>
      <w:r>
        <w:rPr>
          <w:rFonts w:ascii="Georgia" w:hAnsi="Georgia" w:cs="Georgia" w:eastAsia="Georgia"/>
          <w:b w:val="0"/>
          <w:i w:val="0"/>
          <w:sz w:val="22"/>
        </w:rPr>
        <w:t>Occurrence of red winds, disfiguration of faces (man to pig), and people being swallowed into the ground.</w:t>
      </w:r>
    </w:p>
    <w:p>
      <w:pPr>
        <w:spacing w:before="0" w:after="120" w:line="300" w:lineRule="exact"/>
        <w:jc w:val="both"/>
      </w:pPr>
      <w:r>
        <w:rPr>
          <w:rFonts w:ascii="Georgia" w:hAnsi="Georgia" w:cs="Georgia" w:eastAsia="Georgia"/>
          <w:b w:val="0"/>
          <w:i w:val="0"/>
          <w:sz w:val="22"/>
        </w:rPr>
        <w:t>• GENOCIDE</w:t>
      </w:r>
    </w:p>
    <w:p>
      <w:pPr>
        <w:spacing w:before="0" w:after="120" w:line="300" w:lineRule="exact"/>
        <w:jc w:val="both"/>
      </w:pPr>
      <w:r>
        <w:rPr>
          <w:rFonts w:ascii="Georgia" w:hAnsi="Georgia" w:cs="Georgia" w:eastAsia="Georgia"/>
          <w:b w:val="0"/>
          <w:i w:val="0"/>
          <w:sz w:val="22"/>
        </w:rPr>
        <w:t>A man from Abu Sufyaan's progeny massacres descendents of Rasulullah sallallahu alayhi wasallam and rules over Syria and Egypt.</w:t>
      </w:r>
    </w:p>
    <w:p>
      <w:pPr>
        <w:spacing w:before="0" w:after="120" w:line="300" w:lineRule="exact"/>
        <w:jc w:val="both"/>
      </w:pPr>
      <w:r>
        <w:rPr>
          <w:rFonts w:ascii="Georgia" w:hAnsi="Georgia" w:cs="Georgia" w:eastAsia="Georgia"/>
          <w:b w:val="0"/>
          <w:i w:val="0"/>
          <w:sz w:val="22"/>
        </w:rPr>
        <w:t>• WAR</w:t>
      </w:r>
    </w:p>
    <w:p>
      <w:pPr>
        <w:spacing w:before="0" w:after="120" w:line="300" w:lineRule="exact"/>
        <w:jc w:val="both"/>
      </w:pPr>
      <w:r>
        <w:rPr>
          <w:rFonts w:ascii="Georgia" w:hAnsi="Georgia" w:cs="Georgia" w:eastAsia="Georgia"/>
          <w:b w:val="0"/>
          <w:i w:val="0"/>
          <w:sz w:val="22"/>
        </w:rPr>
        <w:t>A major war between Muslims and Christians: Half the Christian army will sign a peace treaty with the Muslim army, while the second half of the Christian army remains the common enemy.</w:t>
      </w:r>
    </w:p>
    <w:p>
      <w:pPr>
        <w:spacing w:before="0" w:after="120" w:line="300" w:lineRule="exact"/>
        <w:jc w:val="both"/>
      </w:pPr>
      <w:r>
        <w:rPr>
          <w:rFonts w:ascii="Georgia" w:hAnsi="Georgia" w:cs="Georgia" w:eastAsia="Georgia"/>
          <w:b w:val="0"/>
          <w:i w:val="0"/>
          <w:sz w:val="22"/>
        </w:rPr>
        <w:t>• ISTANBUL CONQUERED BY CHRISTIANS</w:t>
      </w:r>
    </w:p>
    <w:p>
      <w:pPr>
        <w:spacing w:before="0" w:after="120" w:line="300" w:lineRule="exact"/>
        <w:jc w:val="both"/>
      </w:pPr>
      <w:r>
        <w:rPr>
          <w:rFonts w:ascii="Georgia" w:hAnsi="Georgia" w:cs="Georgia" w:eastAsia="Georgia"/>
          <w:b w:val="0"/>
          <w:i w:val="0"/>
          <w:sz w:val="22"/>
        </w:rPr>
        <w:t>The enemy half of the Christian army conquers Constantinople (Istanbul), Turkey.</w:t>
      </w:r>
    </w:p>
    <w:p>
      <w:pPr>
        <w:spacing w:before="0" w:after="120" w:line="300" w:lineRule="exact"/>
        <w:jc w:val="both"/>
      </w:pPr>
      <w:r>
        <w:rPr>
          <w:rFonts w:ascii="Georgia" w:hAnsi="Georgia" w:cs="Georgia" w:eastAsia="Georgia"/>
          <w:b w:val="0"/>
          <w:i w:val="0"/>
          <w:sz w:val="22"/>
        </w:rPr>
        <w:t>• ISTANBUL RECONQUERED JOINTLY BY MUSLIM</w:t>
      </w:r>
    </w:p>
    <w:p>
      <w:pPr>
        <w:spacing w:before="0" w:after="120" w:line="300" w:lineRule="exact"/>
        <w:jc w:val="both"/>
      </w:pPr>
      <w:r>
        <w:rPr>
          <w:rFonts w:ascii="Georgia" w:hAnsi="Georgia" w:cs="Georgia" w:eastAsia="Georgia"/>
          <w:b w:val="0"/>
          <w:i w:val="0"/>
          <w:sz w:val="22"/>
        </w:rPr>
        <w:t>AND CHRISTIANS</w:t>
      </w:r>
    </w:p>
    <w:p>
      <w:pPr>
        <w:spacing w:before="0" w:after="120" w:line="300" w:lineRule="exact"/>
        <w:jc w:val="both"/>
      </w:pPr>
      <w:r>
        <w:rPr>
          <w:rFonts w:ascii="Georgia" w:hAnsi="Georgia" w:cs="Georgia" w:eastAsia="Georgia"/>
          <w:b w:val="0"/>
          <w:i w:val="0"/>
          <w:sz w:val="22"/>
        </w:rPr>
        <w:t>The Muslims and the good half of the Christian army conquer Constantinople together, against the enemy Christians. Thereafter, a Christian will say the victory was due to the cross, and the Muslim will say it was due to Islam. A battle between both sides will ensue, and the Muslim Ruler will be martyred.</w:t>
      </w:r>
    </w:p>
    <w:p>
      <w:pPr>
        <w:spacing w:before="0" w:after="120" w:line="300" w:lineRule="exact"/>
        <w:jc w:val="both"/>
      </w:pPr>
      <w:r>
        <w:rPr>
          <w:rFonts w:ascii="Georgia" w:hAnsi="Georgia" w:cs="Georgia" w:eastAsia="Georgia"/>
          <w:b w:val="0"/>
          <w:i w:val="0"/>
          <w:sz w:val="22"/>
        </w:rPr>
        <w:t>• SYRIA CONQUERED BY CHRISTIANS</w:t>
      </w:r>
    </w:p>
    <w:p>
      <w:pPr>
        <w:spacing w:before="0" w:after="120" w:line="300" w:lineRule="exact"/>
        <w:jc w:val="both"/>
      </w:pPr>
      <w:r>
        <w:rPr>
          <w:rFonts w:ascii="Georgia" w:hAnsi="Georgia" w:cs="Georgia" w:eastAsia="Georgia"/>
          <w:b w:val="0"/>
          <w:i w:val="0"/>
          <w:sz w:val="22"/>
        </w:rPr>
        <w:t>The two Christian armies reunite, conquering Syria.</w:t>
      </w:r>
    </w:p>
    <w:p>
      <w:pPr>
        <w:spacing w:before="0" w:after="120" w:line="300" w:lineRule="exact"/>
        <w:jc w:val="both"/>
      </w:pPr>
      <w:r>
        <w:rPr>
          <w:rFonts w:ascii="Georgia" w:hAnsi="Georgia" w:cs="Georgia" w:eastAsia="Georgia"/>
          <w:b w:val="0"/>
          <w:i w:val="0"/>
          <w:sz w:val="22"/>
        </w:rPr>
        <w:t>• CHRISTIAN DOMINATION</w:t>
      </w:r>
    </w:p>
    <w:p>
      <w:pPr>
        <w:spacing w:before="0" w:after="120" w:line="300" w:lineRule="exact"/>
        <w:jc w:val="both"/>
      </w:pPr>
      <w:r>
        <w:rPr>
          <w:rFonts w:ascii="Georgia" w:hAnsi="Georgia" w:cs="Georgia" w:eastAsia="Georgia"/>
          <w:b w:val="0"/>
          <w:i w:val="0"/>
          <w:sz w:val="22"/>
        </w:rPr>
        <w:t>Christians dominate the world up to Khaiber (near Madinah), and they will pursue Muslims with 80 flags, with 12,000 men under each flag.</w:t>
      </w:r>
    </w:p>
    <w:p>
      <w:pPr>
        <w:spacing w:before="0" w:after="120" w:line="300" w:lineRule="exact"/>
        <w:jc w:val="both"/>
      </w:pPr>
      <w:r>
        <w:rPr>
          <w:rFonts w:ascii="Georgia" w:hAnsi="Georgia" w:cs="Georgia" w:eastAsia="Georgia"/>
          <w:b w:val="0"/>
          <w:i w:val="0"/>
          <w:sz w:val="22"/>
        </w:rPr>
        <w:t>• MUSLIMS AWAIT Imaam Mahdi (A.S)</w:t>
      </w:r>
    </w:p>
    <w:p>
      <w:pPr>
        <w:spacing w:before="0" w:after="120" w:line="300" w:lineRule="exact"/>
        <w:jc w:val="both"/>
      </w:pPr>
      <w:r>
        <w:rPr>
          <w:rFonts w:ascii="Georgia" w:hAnsi="Georgia" w:cs="Georgia" w:eastAsia="Georgia"/>
          <w:b w:val="0"/>
          <w:i w:val="0"/>
          <w:sz w:val="22"/>
        </w:rPr>
        <w:t>• TOTAL ECLIPSE</w:t>
      </w:r>
    </w:p>
    <w:p>
      <w:pPr>
        <w:spacing w:before="0" w:after="120" w:line="300" w:lineRule="exact"/>
        <w:jc w:val="both"/>
      </w:pPr>
      <w:r>
        <w:rPr>
          <w:rFonts w:ascii="Georgia" w:hAnsi="Georgia" w:cs="Georgia" w:eastAsia="Georgia"/>
          <w:b w:val="0"/>
          <w:i w:val="0"/>
          <w:sz w:val="22"/>
        </w:rPr>
        <w:t>A total eclipse of the sun and moon will occur in Ramadhan, prior to Imaam Mahdi's emergence.</w:t>
      </w:r>
    </w:p>
    <w:p>
      <w:r>
        <w:br w:type="page"/>
      </w:r>
    </w:p>
    <w:p>
      <w:pPr>
        <w:pStyle w:val="Heading1"/>
        <w:spacing w:before="360" w:after="200" w:line="300" w:lineRule="exact"/>
        <w:jc w:val="center"/>
      </w:pPr>
      <w:r>
        <w:rPr>
          <w:rFonts w:ascii="Georgia" w:hAnsi="Georgia" w:cs="Georgia" w:eastAsia="Georgia"/>
          <w:b/>
          <w:i w:val="0"/>
          <w:color w:val="1F3864"/>
          <w:sz w:val="32"/>
        </w:rPr>
        <w:t>THE MAJOR SIGNS (I.E. AFTER THE EMERGENCE OF IMAAM MAHDI)</w:t>
      </w:r>
    </w:p>
    <w:p>
      <w:pPr>
        <w:spacing w:before="0" w:after="120" w:line="300" w:lineRule="exact"/>
        <w:jc w:val="both"/>
      </w:pPr>
      <w:r>
        <w:rPr>
          <w:rFonts w:ascii="Georgia" w:hAnsi="Georgia" w:cs="Georgia" w:eastAsia="Georgia"/>
          <w:b w:val="0"/>
          <w:i w:val="0"/>
          <w:sz w:val="22"/>
        </w:rPr>
        <w:t>IMAAM MAHDI EMERGES</w:t>
      </w:r>
    </w:p>
    <w:p>
      <w:pPr>
        <w:spacing w:before="0" w:after="120" w:line="300" w:lineRule="exact"/>
        <w:jc w:val="both"/>
      </w:pPr>
      <w:r>
        <w:rPr>
          <w:rFonts w:ascii="Georgia" w:hAnsi="Georgia" w:cs="Georgia" w:eastAsia="Georgia"/>
          <w:b w:val="0"/>
          <w:i w:val="0"/>
          <w:sz w:val="22"/>
        </w:rPr>
        <w:t>At the age 40, Imaam Mahdi appears in Makkah, then flees to Madinah.</w:t>
      </w:r>
    </w:p>
    <w:p>
      <w:pPr>
        <w:spacing w:before="0" w:after="120" w:line="300" w:lineRule="exact"/>
        <w:jc w:val="both"/>
      </w:pPr>
      <w:r>
        <w:rPr>
          <w:rFonts w:ascii="Georgia" w:hAnsi="Georgia" w:cs="Georgia" w:eastAsia="Georgia"/>
          <w:b w:val="0"/>
          <w:i w:val="0"/>
          <w:sz w:val="22"/>
        </w:rPr>
        <w:t>MUSLIM ARMY MARCHES</w:t>
      </w:r>
    </w:p>
    <w:p>
      <w:pPr>
        <w:spacing w:before="0" w:after="120" w:line="300" w:lineRule="exact"/>
        <w:jc w:val="both"/>
      </w:pPr>
      <w:r>
        <w:rPr>
          <w:rFonts w:ascii="Georgia" w:hAnsi="Georgia" w:cs="Georgia" w:eastAsia="Georgia"/>
          <w:b w:val="0"/>
          <w:i w:val="0"/>
          <w:sz w:val="22"/>
        </w:rPr>
        <w:t>The army of Mansoor from Khurasaan will head towards Makkah to aid Imaam Mahdi. They will win many battles on the way. No force will be able to stop them. They will carry black flags.</w:t>
      </w:r>
    </w:p>
    <w:p>
      <w:pPr>
        <w:spacing w:before="0" w:after="120" w:line="300" w:lineRule="exact"/>
        <w:jc w:val="both"/>
      </w:pPr>
      <w:r>
        <w:rPr>
          <w:rFonts w:ascii="Georgia" w:hAnsi="Georgia" w:cs="Georgia" w:eastAsia="Georgia"/>
          <w:b w:val="0"/>
          <w:i w:val="0"/>
          <w:sz w:val="22"/>
        </w:rPr>
        <w:t>SUFYAANI ARMY SWALLOWED BY THE EARTH.</w:t>
      </w:r>
    </w:p>
    <w:p>
      <w:pPr>
        <w:spacing w:before="0" w:after="120" w:line="300" w:lineRule="exact"/>
        <w:jc w:val="both"/>
      </w:pPr>
      <w:r>
        <w:rPr>
          <w:rFonts w:ascii="Georgia" w:hAnsi="Georgia" w:cs="Georgia" w:eastAsia="Georgia"/>
          <w:b w:val="0"/>
          <w:i w:val="0"/>
          <w:sz w:val="22"/>
        </w:rPr>
        <w:t>The Sufyaani army (an Anti-Muslim force) from Syria singles out Imaam Mahdi for execution. On the way to Makkah, they get swallowed into the ground. A second Sufyaani army is created with 960,000 men (of 80 nations).</w:t>
      </w:r>
    </w:p>
    <w:p>
      <w:pPr>
        <w:spacing w:before="0" w:after="120" w:line="300" w:lineRule="exact"/>
        <w:jc w:val="both"/>
      </w:pPr>
      <w:r>
        <w:rPr>
          <w:rFonts w:ascii="Georgia" w:hAnsi="Georgia" w:cs="Georgia" w:eastAsia="Georgia"/>
          <w:b w:val="0"/>
          <w:i w:val="0"/>
          <w:sz w:val="22"/>
        </w:rPr>
        <w:t>CONFRONTATION IN SYRIA</w:t>
      </w:r>
    </w:p>
    <w:p>
      <w:pPr>
        <w:spacing w:before="0" w:after="120" w:line="300" w:lineRule="exact"/>
        <w:jc w:val="both"/>
      </w:pPr>
      <w:r>
        <w:rPr>
          <w:rFonts w:ascii="Georgia" w:hAnsi="Georgia" w:cs="Georgia" w:eastAsia="Georgia"/>
          <w:b w:val="0"/>
          <w:i w:val="0"/>
          <w:sz w:val="22"/>
        </w:rPr>
        <w:t>Imaam Mahdi and the Muslim army go to Syria to confront the Christians. The Christians, before the battle, will ask Muslims for the return of their prisoners-of-war. The Muslims will refuse. The battle will begin. One-third of Imaam Mahdi's army will flee (their repentance will not be accepted), one-third will be martyred, and one-third will gain victory over the Christians.</w:t>
      </w:r>
    </w:p>
    <w:p>
      <w:pPr>
        <w:spacing w:before="0" w:after="120" w:line="300" w:lineRule="exact"/>
        <w:jc w:val="both"/>
      </w:pPr>
      <w:r>
        <w:rPr>
          <w:rFonts w:ascii="Georgia" w:hAnsi="Georgia" w:cs="Georgia" w:eastAsia="Georgia"/>
          <w:b w:val="0"/>
          <w:i w:val="0"/>
          <w:sz w:val="22"/>
        </w:rPr>
        <w:t>MUSLIM ARMY UNDER IMAAM MAHDI</w:t>
      </w:r>
    </w:p>
    <w:p>
      <w:pPr>
        <w:spacing w:before="0" w:after="120" w:line="300" w:lineRule="exact"/>
        <w:jc w:val="both"/>
      </w:pPr>
      <w:r>
        <w:rPr>
          <w:rFonts w:ascii="Georgia" w:hAnsi="Georgia" w:cs="Georgia" w:eastAsia="Georgia"/>
          <w:b w:val="0"/>
          <w:i w:val="0"/>
          <w:sz w:val="22"/>
        </w:rPr>
        <w:t>CONQUERS PALESTINE</w:t>
      </w:r>
    </w:p>
    <w:p>
      <w:pPr>
        <w:spacing w:before="0" w:after="120" w:line="300" w:lineRule="exact"/>
        <w:jc w:val="both"/>
      </w:pPr>
      <w:r>
        <w:rPr>
          <w:rFonts w:ascii="Georgia" w:hAnsi="Georgia" w:cs="Georgia" w:eastAsia="Georgia"/>
          <w:b w:val="0"/>
          <w:i w:val="0"/>
          <w:sz w:val="22"/>
        </w:rPr>
        <w:t>JIHAAD ON INDIA</w:t>
      </w:r>
    </w:p>
    <w:p>
      <w:pPr>
        <w:spacing w:before="0" w:after="120" w:line="300" w:lineRule="exact"/>
        <w:jc w:val="both"/>
      </w:pPr>
      <w:r>
        <w:rPr>
          <w:rFonts w:ascii="Georgia" w:hAnsi="Georgia" w:cs="Georgia" w:eastAsia="Georgia"/>
          <w:b w:val="0"/>
          <w:i w:val="0"/>
          <w:sz w:val="22"/>
        </w:rPr>
        <w:t>A jamaat of Muslims wages Jihaad on India and will be successful.</w:t>
      </w:r>
    </w:p>
    <w:p>
      <w:pPr>
        <w:spacing w:before="0" w:after="120" w:line="300" w:lineRule="exact"/>
        <w:jc w:val="both"/>
      </w:pPr>
      <w:r>
        <w:rPr>
          <w:rFonts w:ascii="Georgia" w:hAnsi="Georgia" w:cs="Georgia" w:eastAsia="Georgia"/>
          <w:b w:val="0"/>
          <w:i w:val="0"/>
          <w:sz w:val="22"/>
        </w:rPr>
        <w:t>SYRIA UNDER MUSLIM RULE</w:t>
      </w:r>
    </w:p>
    <w:p>
      <w:pPr>
        <w:spacing w:before="0" w:after="120" w:line="300" w:lineRule="exact"/>
        <w:jc w:val="both"/>
      </w:pPr>
      <w:r>
        <w:rPr>
          <w:rFonts w:ascii="Georgia" w:hAnsi="Georgia" w:cs="Georgia" w:eastAsia="Georgia"/>
          <w:b w:val="0"/>
          <w:i w:val="0"/>
          <w:sz w:val="22"/>
        </w:rPr>
        <w:t>Imaam Mahdi returns to Syria and establishes Muslim rule over the lands he passes.</w:t>
      </w:r>
    </w:p>
    <w:p>
      <w:pPr>
        <w:spacing w:before="0" w:after="120" w:line="300" w:lineRule="exact"/>
        <w:jc w:val="both"/>
      </w:pPr>
      <w:r>
        <w:rPr>
          <w:rFonts w:ascii="Georgia" w:hAnsi="Georgia" w:cs="Georgia" w:eastAsia="Georgia"/>
          <w:b w:val="0"/>
          <w:i w:val="0"/>
          <w:sz w:val="22"/>
        </w:rPr>
        <w:t>ANIMOSTIY RIFE AMONGST THE PEOPLE</w:t>
      </w:r>
    </w:p>
    <w:p>
      <w:pPr>
        <w:spacing w:before="0" w:after="120" w:line="300" w:lineRule="exact"/>
        <w:jc w:val="both"/>
      </w:pPr>
      <w:r>
        <w:rPr>
          <w:rFonts w:ascii="Georgia" w:hAnsi="Georgia" w:cs="Georgia" w:eastAsia="Georgia"/>
          <w:b w:val="0"/>
          <w:i w:val="0"/>
          <w:sz w:val="22"/>
        </w:rPr>
        <w:t>At this time, Muslims will be weak and there will be very few pious people.</w:t>
      </w:r>
    </w:p>
    <w:p>
      <w:pPr>
        <w:spacing w:before="0" w:after="120" w:line="300" w:lineRule="exact"/>
        <w:jc w:val="both"/>
      </w:pPr>
      <w:r>
        <w:rPr>
          <w:rFonts w:ascii="Georgia" w:hAnsi="Georgia" w:cs="Georgia" w:eastAsia="Georgia"/>
          <w:b w:val="0"/>
          <w:i w:val="0"/>
          <w:sz w:val="22"/>
        </w:rPr>
        <w:t>THREE RUMORS OF EMERGENCE OF Dajjaal... THREE YEARS OF DROUGHT</w:t>
      </w:r>
    </w:p>
    <w:p>
      <w:pPr>
        <w:spacing w:before="0" w:after="120" w:line="300" w:lineRule="exact"/>
        <w:jc w:val="both"/>
      </w:pPr>
      <w:r>
        <w:rPr>
          <w:rFonts w:ascii="Georgia" w:hAnsi="Georgia" w:cs="Georgia" w:eastAsia="Georgia"/>
          <w:b w:val="0"/>
          <w:i w:val="0"/>
          <w:sz w:val="22"/>
        </w:rPr>
        <w:t>Before the emergence of Dajjaal there will be three years of drought. The first year, the skies will retain 1/3 of its water, the second year 2/3, and all of its water the third year.</w:t>
      </w:r>
    </w:p>
    <w:p>
      <w:pPr>
        <w:spacing w:before="0" w:after="120" w:line="300" w:lineRule="exact"/>
        <w:jc w:val="both"/>
      </w:pPr>
      <w:r>
        <w:rPr>
          <w:rFonts w:ascii="Georgia" w:hAnsi="Georgia" w:cs="Georgia" w:eastAsia="Georgia"/>
          <w:b w:val="0"/>
          <w:i w:val="0"/>
          <w:sz w:val="22"/>
        </w:rPr>
        <w:t>DAJJAAL APPEARS</w:t>
      </w:r>
    </w:p>
    <w:p>
      <w:pPr>
        <w:spacing w:before="0" w:after="120" w:line="300" w:lineRule="exact"/>
        <w:jc w:val="both"/>
      </w:pPr>
      <w:r>
        <w:rPr>
          <w:rFonts w:ascii="Georgia" w:hAnsi="Georgia" w:cs="Georgia" w:eastAsia="Georgia"/>
          <w:b w:val="0"/>
          <w:i w:val="0"/>
          <w:sz w:val="22"/>
        </w:rPr>
        <w:t>Dajjaal appears. His followers, the Yahudis, will number 70,000 and will wear expensive silk attire and carry double edged swords.</w:t>
      </w:r>
    </w:p>
    <w:p>
      <w:pPr>
        <w:spacing w:before="0" w:after="120" w:line="300" w:lineRule="exact"/>
        <w:jc w:val="both"/>
      </w:pPr>
      <w:r>
        <w:rPr>
          <w:rFonts w:ascii="Georgia" w:hAnsi="Georgia" w:cs="Georgia" w:eastAsia="Georgia"/>
          <w:b w:val="0"/>
          <w:i w:val="0"/>
          <w:sz w:val="22"/>
        </w:rPr>
        <w:t>HADHRAT EESA ALAYHIS SALAAM APPEARS</w:t>
      </w:r>
    </w:p>
    <w:p>
      <w:pPr>
        <w:spacing w:before="0" w:after="120" w:line="300" w:lineRule="exact"/>
        <w:jc w:val="both"/>
      </w:pPr>
      <w:r>
        <w:rPr>
          <w:rFonts w:ascii="Georgia" w:hAnsi="Georgia" w:cs="Georgia" w:eastAsia="Georgia"/>
          <w:b w:val="0"/>
          <w:i w:val="0"/>
          <w:sz w:val="22"/>
        </w:rPr>
        <w:t>Hadhrat Eesa alayhis salaam descends during the lifetime of Imaam Mahdi.</w:t>
      </w:r>
    </w:p>
    <w:p>
      <w:pPr>
        <w:spacing w:before="0" w:after="120" w:line="300" w:lineRule="exact"/>
        <w:jc w:val="both"/>
      </w:pPr>
      <w:r>
        <w:rPr>
          <w:rFonts w:ascii="Georgia" w:hAnsi="Georgia" w:cs="Georgia" w:eastAsia="Georgia"/>
          <w:b w:val="0"/>
          <w:i w:val="0"/>
          <w:sz w:val="22"/>
        </w:rPr>
        <w:t>DAJJAAL KILLED AT THE GATE OF HUDD</w:t>
      </w:r>
    </w:p>
    <w:p>
      <w:pPr>
        <w:spacing w:before="0" w:after="120" w:line="300" w:lineRule="exact"/>
        <w:jc w:val="both"/>
      </w:pPr>
      <w:r>
        <w:rPr>
          <w:rFonts w:ascii="Georgia" w:hAnsi="Georgia" w:cs="Georgia" w:eastAsia="Georgia"/>
          <w:b w:val="0"/>
          <w:i w:val="0"/>
          <w:sz w:val="22"/>
        </w:rPr>
        <w:t>Hadhrat Eesa alayhis salaam kills Dajjaal at the Gate of Hudd, near an Israeli airport, in the valley of "Ifiq." The final war between the Yahudi's will ensue, and the Muslims be victorious.</w:t>
      </w:r>
    </w:p>
    <w:p>
      <w:pPr>
        <w:spacing w:before="0" w:after="120" w:line="300" w:lineRule="exact"/>
        <w:jc w:val="both"/>
      </w:pPr>
      <w:r>
        <w:rPr>
          <w:rFonts w:ascii="Georgia" w:hAnsi="Georgia" w:cs="Georgia" w:eastAsia="Georgia"/>
          <w:b w:val="0"/>
          <w:i w:val="0"/>
          <w:sz w:val="22"/>
        </w:rPr>
        <w:t>TOTAL PEACE</w:t>
      </w:r>
    </w:p>
    <w:p>
      <w:pPr>
        <w:spacing w:before="0" w:after="120" w:line="300" w:lineRule="exact"/>
        <w:jc w:val="both"/>
      </w:pPr>
      <w:r>
        <w:rPr>
          <w:rFonts w:ascii="Georgia" w:hAnsi="Georgia" w:cs="Georgia" w:eastAsia="Georgia"/>
          <w:b w:val="0"/>
          <w:i w:val="0"/>
          <w:sz w:val="22"/>
        </w:rPr>
        <w:t>With the death of Dajjaal, all wars will end. Jihad will be stopped; peace, harmony, and tranquility will be on earth. The earth will produce abundant crops and fruit. The people will follow Islam.</w:t>
      </w:r>
    </w:p>
    <w:p>
      <w:pPr>
        <w:spacing w:before="0" w:after="120" w:line="300" w:lineRule="exact"/>
        <w:jc w:val="both"/>
      </w:pPr>
      <w:r>
        <w:rPr>
          <w:rFonts w:ascii="Georgia" w:hAnsi="Georgia" w:cs="Georgia" w:eastAsia="Georgia"/>
          <w:b w:val="0"/>
          <w:i w:val="0"/>
          <w:sz w:val="22"/>
        </w:rPr>
        <w:t>HADHRAT EESA RECEIVES REVELATION</w:t>
      </w:r>
    </w:p>
    <w:p>
      <w:pPr>
        <w:spacing w:before="0" w:after="120" w:line="300" w:lineRule="exact"/>
        <w:jc w:val="both"/>
      </w:pPr>
      <w:r>
        <w:rPr>
          <w:rFonts w:ascii="Georgia" w:hAnsi="Georgia" w:cs="Georgia" w:eastAsia="Georgia"/>
          <w:b w:val="0"/>
          <w:i w:val="0"/>
          <w:sz w:val="22"/>
        </w:rPr>
        <w:t>The revelation tells that the Yajooj and Majooj will soon be released and the believers should be taken to Mt. Toor (Sinai).</w:t>
      </w:r>
    </w:p>
    <w:p>
      <w:pPr>
        <w:spacing w:before="0" w:after="120" w:line="300" w:lineRule="exact"/>
        <w:jc w:val="both"/>
      </w:pPr>
      <w:r>
        <w:rPr>
          <w:rFonts w:ascii="Georgia" w:hAnsi="Georgia" w:cs="Georgia" w:eastAsia="Georgia"/>
          <w:b w:val="0"/>
          <w:i w:val="0"/>
          <w:sz w:val="22"/>
        </w:rPr>
        <w:t>YAJOOJ AND MAJOOJ ("Gog and Magog") RELEASED The Yajooj and Majooj surge forth in large numbers. They destroy everything in their path in their effort to conquer the world. They will be released in two groups.</w:t>
      </w:r>
    </w:p>
    <w:p>
      <w:pPr>
        <w:spacing w:before="0" w:after="120" w:line="300" w:lineRule="exact"/>
        <w:jc w:val="both"/>
      </w:pPr>
      <w:r>
        <w:rPr>
          <w:rFonts w:ascii="Georgia" w:hAnsi="Georgia" w:cs="Georgia" w:eastAsia="Georgia"/>
          <w:b w:val="0"/>
          <w:i w:val="0"/>
          <w:sz w:val="22"/>
        </w:rPr>
        <w:t>YAJOOJ AND MAJOOJ REACH JERUSALEM</w:t>
      </w:r>
    </w:p>
    <w:p>
      <w:pPr>
        <w:spacing w:before="0" w:after="120" w:line="300" w:lineRule="exact"/>
        <w:jc w:val="both"/>
      </w:pPr>
      <w:r>
        <w:rPr>
          <w:rFonts w:ascii="Georgia" w:hAnsi="Georgia" w:cs="Georgia" w:eastAsia="Georgia"/>
          <w:b w:val="0"/>
          <w:i w:val="0"/>
          <w:sz w:val="22"/>
        </w:rPr>
        <w:t>When they reach Mount Khamrin in Jerusalem, they will proclaim to have conquered the world. Then the will shoot arrows into the sky to conquer the heavens. The arrows will return blood stained.</w:t>
      </w:r>
    </w:p>
    <w:p>
      <w:pPr>
        <w:spacing w:before="0" w:after="120" w:line="300" w:lineRule="exact"/>
        <w:jc w:val="both"/>
      </w:pPr>
      <w:r>
        <w:rPr>
          <w:rFonts w:ascii="Georgia" w:hAnsi="Georgia" w:cs="Georgia" w:eastAsia="Georgia"/>
          <w:b w:val="0"/>
          <w:i w:val="0"/>
          <w:sz w:val="22"/>
        </w:rPr>
        <w:t>HARDHSHIPS ON MOUNT TOOR</w:t>
      </w:r>
    </w:p>
    <w:p>
      <w:pPr>
        <w:spacing w:before="0" w:after="120" w:line="300" w:lineRule="exact"/>
        <w:jc w:val="both"/>
      </w:pPr>
      <w:r>
        <w:rPr>
          <w:rFonts w:ascii="Georgia" w:hAnsi="Georgia" w:cs="Georgia" w:eastAsia="Georgia"/>
          <w:b w:val="0"/>
          <w:i w:val="0"/>
          <w:sz w:val="22"/>
        </w:rPr>
        <w:t>Scarcity of provisions and hardships will afflict the Muslims. Hadhrat Eesa alayhis salaam and the Muslims will pray for the removal of the calamity.</w:t>
      </w:r>
    </w:p>
    <w:p>
      <w:pPr>
        <w:spacing w:before="0" w:after="120" w:line="300" w:lineRule="exact"/>
        <w:jc w:val="both"/>
      </w:pPr>
      <w:r>
        <w:rPr>
          <w:rFonts w:ascii="Georgia" w:hAnsi="Georgia" w:cs="Georgia" w:eastAsia="Georgia"/>
          <w:b w:val="0"/>
          <w:i w:val="0"/>
          <w:sz w:val="22"/>
        </w:rPr>
        <w:t>YAJOOJ AND MAJOOJ KILLED BY INFECTIONS</w:t>
      </w:r>
    </w:p>
    <w:p>
      <w:pPr>
        <w:spacing w:before="0" w:after="120" w:line="300" w:lineRule="exact"/>
        <w:jc w:val="both"/>
      </w:pPr>
      <w:r>
        <w:rPr>
          <w:rFonts w:ascii="Georgia" w:hAnsi="Georgia" w:cs="Georgia" w:eastAsia="Georgia"/>
          <w:b w:val="0"/>
          <w:i w:val="0"/>
          <w:sz w:val="22"/>
        </w:rPr>
        <w:t>Their prayers were answered and the Yajooj and Majooj develop boil infections, causing them to burst simultaneously as a result.</w:t>
      </w:r>
    </w:p>
    <w:p>
      <w:pPr>
        <w:spacing w:before="0" w:after="120" w:line="300" w:lineRule="exact"/>
        <w:jc w:val="both"/>
      </w:pPr>
      <w:r>
        <w:rPr>
          <w:rFonts w:ascii="Georgia" w:hAnsi="Georgia" w:cs="Georgia" w:eastAsia="Georgia"/>
          <w:b w:val="0"/>
          <w:i w:val="0"/>
          <w:sz w:val="22"/>
        </w:rPr>
        <w:t>EARTH FULL OF STENCH OF CORPSES</w:t>
      </w:r>
    </w:p>
    <w:p>
      <w:pPr>
        <w:spacing w:before="0" w:after="120" w:line="300" w:lineRule="exact"/>
        <w:jc w:val="both"/>
      </w:pPr>
      <w:r>
        <w:rPr>
          <w:rFonts w:ascii="Georgia" w:hAnsi="Georgia" w:cs="Georgia" w:eastAsia="Georgia"/>
          <w:b w:val="0"/>
          <w:i w:val="0"/>
          <w:sz w:val="22"/>
        </w:rPr>
        <w:t>Hadhrat Eesa alayhis salaam and his companions make duaa again and huge birds are sent to pick up the Yajooj and Majooj corpses and dispose of them in Nahbal (according to Tirmidhi), the ocean or elsewhere.</w:t>
      </w:r>
    </w:p>
    <w:p>
      <w:pPr>
        <w:spacing w:before="0" w:after="120" w:line="300" w:lineRule="exact"/>
        <w:jc w:val="both"/>
      </w:pPr>
      <w:r>
        <w:rPr>
          <w:rFonts w:ascii="Georgia" w:hAnsi="Georgia" w:cs="Georgia" w:eastAsia="Georgia"/>
          <w:b w:val="0"/>
          <w:i w:val="0"/>
          <w:sz w:val="22"/>
        </w:rPr>
        <w:t>PEACE ON EARTH</w:t>
      </w:r>
    </w:p>
    <w:p>
      <w:pPr>
        <w:spacing w:before="0" w:after="120" w:line="300" w:lineRule="exact"/>
        <w:jc w:val="both"/>
      </w:pPr>
      <w:r>
        <w:rPr>
          <w:rFonts w:ascii="Georgia" w:hAnsi="Georgia" w:cs="Georgia" w:eastAsia="Georgia"/>
          <w:b w:val="0"/>
          <w:i w:val="0"/>
          <w:sz w:val="22"/>
        </w:rPr>
        <w:t>It will rain for forty days and the earth will be cleansed. Muslims will burn the bows and arrow of Yajooj and Majooj for 7 years. Life will be peaceful while Hadhrat Eesa alayhis salaam is alive. The earth will be bountiful. Hadhrat Eesa will live 19 years after marriage.</w:t>
      </w:r>
    </w:p>
    <w:p>
      <w:pPr>
        <w:spacing w:before="0" w:after="120" w:line="300" w:lineRule="exact"/>
        <w:jc w:val="both"/>
      </w:pPr>
      <w:r>
        <w:rPr>
          <w:rFonts w:ascii="Georgia" w:hAnsi="Georgia" w:cs="Georgia" w:eastAsia="Georgia"/>
          <w:b w:val="0"/>
          <w:i w:val="0"/>
          <w:sz w:val="22"/>
        </w:rPr>
        <w:t>HADHRAT EISA PASSES AWAY AND BURIED NEXT</w:t>
      </w:r>
    </w:p>
    <w:p>
      <w:pPr>
        <w:spacing w:before="0" w:after="120" w:line="300" w:lineRule="exact"/>
        <w:jc w:val="both"/>
      </w:pPr>
      <w:r>
        <w:rPr>
          <w:rFonts w:ascii="Georgia" w:hAnsi="Georgia" w:cs="Georgia" w:eastAsia="Georgia"/>
          <w:b w:val="0"/>
          <w:i w:val="0"/>
          <w:sz w:val="22"/>
        </w:rPr>
        <w:t>TO MUHAMMED (Sallalahu Alayhi Wa Sallam)</w:t>
      </w:r>
    </w:p>
    <w:p>
      <w:pPr>
        <w:spacing w:before="0" w:after="120" w:line="300" w:lineRule="exact"/>
        <w:jc w:val="both"/>
      </w:pPr>
      <w:r>
        <w:rPr>
          <w:rFonts w:ascii="Georgia" w:hAnsi="Georgia" w:cs="Georgia" w:eastAsia="Georgia"/>
          <w:b w:val="0"/>
          <w:i w:val="0"/>
          <w:sz w:val="22"/>
        </w:rPr>
        <w:t>OTHER LEADERS FOLLOW AFTER HADHRAT EESA alayhis salaam Jahjaan from Qahtaan, from a tribe in Yemen, will rule as the next Khalifa. Muquad, from a tribe of Banu Tamim will also be a deputy.</w:t>
      </w:r>
    </w:p>
    <w:p>
      <w:pPr>
        <w:spacing w:before="0" w:after="120" w:line="300" w:lineRule="exact"/>
        <w:jc w:val="both"/>
      </w:pPr>
      <w:r>
        <w:rPr>
          <w:rFonts w:ascii="Georgia" w:hAnsi="Georgia" w:cs="Georgia" w:eastAsia="Georgia"/>
          <w:b w:val="0"/>
          <w:i w:val="0"/>
          <w:sz w:val="22"/>
        </w:rPr>
        <w:t>SOCIETY SLOWLY DECAYS AND KUFR SETS IN</w:t>
      </w:r>
    </w:p>
    <w:p>
      <w:r>
        <w:br w:type="page"/>
      </w:r>
    </w:p>
    <w:p>
      <w:pPr>
        <w:pStyle w:val="Heading1"/>
        <w:spacing w:before="360" w:after="200" w:line="300" w:lineRule="exact"/>
        <w:jc w:val="center"/>
      </w:pPr>
      <w:r>
        <w:rPr>
          <w:rFonts w:ascii="Georgia" w:hAnsi="Georgia" w:cs="Georgia" w:eastAsia="Georgia"/>
          <w:b/>
          <w:i w:val="0"/>
          <w:color w:val="1F3864"/>
          <w:sz w:val="32"/>
        </w:rPr>
        <w:t>THE FINAL SIGNS OF QIYAAMAH</w:t>
      </w:r>
    </w:p>
    <w:p>
      <w:pPr>
        <w:spacing w:before="0" w:after="120" w:line="300" w:lineRule="exact"/>
        <w:jc w:val="both"/>
      </w:pPr>
      <w:r>
        <w:rPr>
          <w:rFonts w:ascii="Georgia" w:hAnsi="Georgia" w:cs="Georgia" w:eastAsia="Georgia"/>
          <w:b w:val="0"/>
          <w:i w:val="0"/>
          <w:sz w:val="22"/>
        </w:rPr>
        <w:t>1 THE CAVING IN OF THE GROUND</w:t>
      </w:r>
    </w:p>
    <w:p>
      <w:pPr>
        <w:spacing w:before="0" w:after="120" w:line="300" w:lineRule="exact"/>
        <w:jc w:val="both"/>
      </w:pPr>
      <w:r>
        <w:rPr>
          <w:rFonts w:ascii="Georgia" w:hAnsi="Georgia" w:cs="Georgia" w:eastAsia="Georgia"/>
          <w:b w:val="0"/>
          <w:i w:val="0"/>
          <w:sz w:val="22"/>
        </w:rPr>
        <w:t>The ground will cave in: one in the east, one in the west, and one in Hejaz, Saudi Arabia.</w:t>
      </w:r>
    </w:p>
    <w:p>
      <w:pPr>
        <w:spacing w:before="0" w:after="120" w:line="300" w:lineRule="exact"/>
        <w:jc w:val="both"/>
      </w:pPr>
      <w:r>
        <w:rPr>
          <w:rFonts w:ascii="Georgia" w:hAnsi="Georgia" w:cs="Georgia" w:eastAsia="Georgia"/>
          <w:b w:val="0"/>
          <w:i w:val="0"/>
          <w:sz w:val="22"/>
        </w:rPr>
        <w:t>2 THE FORTY DAY SMOKE/ FOG</w:t>
      </w:r>
    </w:p>
    <w:p>
      <w:pPr>
        <w:spacing w:before="0" w:after="120" w:line="300" w:lineRule="exact"/>
        <w:jc w:val="both"/>
      </w:pPr>
      <w:r>
        <w:rPr>
          <w:rFonts w:ascii="Georgia" w:hAnsi="Georgia" w:cs="Georgia" w:eastAsia="Georgia"/>
          <w:b w:val="0"/>
          <w:i w:val="0"/>
          <w:sz w:val="22"/>
        </w:rPr>
        <w:t>Fog or smoke will cover the skies for forty days. The non-believers will fall unconscious, while Muslims will be ill (develop colds). The skies will then clear up.</w:t>
      </w:r>
    </w:p>
    <w:p>
      <w:pPr>
        <w:spacing w:before="0" w:after="120" w:line="300" w:lineRule="exact"/>
        <w:jc w:val="both"/>
      </w:pPr>
      <w:r>
        <w:rPr>
          <w:rFonts w:ascii="Georgia" w:hAnsi="Georgia" w:cs="Georgia" w:eastAsia="Georgia"/>
          <w:b w:val="0"/>
          <w:i w:val="0"/>
          <w:sz w:val="22"/>
        </w:rPr>
        <w:t>3 THE NIGHT OF THREE NIGHTS</w:t>
      </w:r>
    </w:p>
    <w:p>
      <w:pPr>
        <w:spacing w:before="0" w:after="120" w:line="300" w:lineRule="exact"/>
        <w:jc w:val="both"/>
      </w:pPr>
      <w:r>
        <w:rPr>
          <w:rFonts w:ascii="Georgia" w:hAnsi="Georgia" w:cs="Georgia" w:eastAsia="Georgia"/>
          <w:b w:val="0"/>
          <w:i w:val="0"/>
          <w:sz w:val="22"/>
        </w:rPr>
        <w:t>A night three nights long will follow the fog. It will occur in the month of Zil-Hajj after Eidul-Adha, and cause much restlessness among the people.</w:t>
      </w:r>
    </w:p>
    <w:p>
      <w:pPr>
        <w:spacing w:before="0" w:after="120" w:line="300" w:lineRule="exact"/>
        <w:jc w:val="both"/>
      </w:pPr>
      <w:r>
        <w:rPr>
          <w:rFonts w:ascii="Georgia" w:hAnsi="Georgia" w:cs="Georgia" w:eastAsia="Georgia"/>
          <w:b w:val="0"/>
          <w:i w:val="0"/>
          <w:sz w:val="22"/>
        </w:rPr>
        <w:t>4 THE RISING OF THE SUN IN THE WEST</w:t>
      </w:r>
    </w:p>
    <w:p>
      <w:pPr>
        <w:spacing w:before="0" w:after="120" w:line="300" w:lineRule="exact"/>
        <w:jc w:val="both"/>
      </w:pPr>
      <w:r>
        <w:rPr>
          <w:rFonts w:ascii="Georgia" w:hAnsi="Georgia" w:cs="Georgia" w:eastAsia="Georgia"/>
          <w:b w:val="0"/>
          <w:i w:val="0"/>
          <w:sz w:val="22"/>
        </w:rPr>
        <w:t>After the night of three nights, the following morning the sun will rise in the west. People's repentance will not be accepted after this incident.</w:t>
      </w:r>
    </w:p>
    <w:p>
      <w:pPr>
        <w:spacing w:before="0" w:after="120" w:line="300" w:lineRule="exact"/>
        <w:jc w:val="both"/>
      </w:pPr>
      <w:r>
        <w:rPr>
          <w:rFonts w:ascii="Georgia" w:hAnsi="Georgia" w:cs="Georgia" w:eastAsia="Georgia"/>
          <w:b w:val="0"/>
          <w:i w:val="0"/>
          <w:sz w:val="22"/>
        </w:rPr>
        <w:t>5 THE BEAST FROM THE EARTH APPEARS</w:t>
      </w:r>
    </w:p>
    <w:p>
      <w:pPr>
        <w:spacing w:before="0" w:after="120" w:line="300" w:lineRule="exact"/>
        <w:jc w:val="both"/>
      </w:pPr>
      <w:r>
        <w:rPr>
          <w:rFonts w:ascii="Georgia" w:hAnsi="Georgia" w:cs="Georgia" w:eastAsia="Georgia"/>
          <w:b w:val="0"/>
          <w:i w:val="0"/>
          <w:sz w:val="22"/>
        </w:rPr>
        <w:t>One day later, the Beast from the earth will miraculously emerge from Mount Safaa in Makkah, causing a split in the ground. The beast will be able to talk to people and mark the faces of people, making the believers' faces glitter, and the non-believers' faces darkened.</w:t>
      </w:r>
    </w:p>
    <w:p>
      <w:pPr>
        <w:spacing w:before="0" w:after="120" w:line="300" w:lineRule="exact"/>
        <w:jc w:val="both"/>
      </w:pPr>
      <w:r>
        <w:rPr>
          <w:rFonts w:ascii="Georgia" w:hAnsi="Georgia" w:cs="Georgia" w:eastAsia="Georgia"/>
          <w:b w:val="0"/>
          <w:i w:val="0"/>
          <w:sz w:val="22"/>
        </w:rPr>
        <w:t>6 THE BREEZE FROM THE SOUTH</w:t>
      </w:r>
    </w:p>
    <w:p>
      <w:pPr>
        <w:spacing w:before="0" w:after="120" w:line="300" w:lineRule="exact"/>
        <w:jc w:val="both"/>
      </w:pPr>
      <w:r>
        <w:rPr>
          <w:rFonts w:ascii="Georgia" w:hAnsi="Georgia" w:cs="Georgia" w:eastAsia="Georgia"/>
          <w:b w:val="0"/>
          <w:i w:val="0"/>
          <w:sz w:val="22"/>
        </w:rPr>
        <w:t>A breeze from the south causes sores in the armpits of Muslims, which they will die of as a result.</w:t>
      </w:r>
    </w:p>
    <w:p>
      <w:pPr>
        <w:spacing w:before="0" w:after="120" w:line="300" w:lineRule="exact"/>
        <w:jc w:val="both"/>
      </w:pPr>
      <w:r>
        <w:rPr>
          <w:rFonts w:ascii="Georgia" w:hAnsi="Georgia" w:cs="Georgia" w:eastAsia="Georgia"/>
          <w:b w:val="0"/>
          <w:i w:val="0"/>
          <w:sz w:val="22"/>
        </w:rPr>
        <w:t>7 DESTRUCTION OF THE KA'ABA SHAREEF</w:t>
      </w:r>
    </w:p>
    <w:p>
      <w:pPr>
        <w:spacing w:before="0" w:after="120" w:line="300" w:lineRule="exact"/>
        <w:jc w:val="both"/>
      </w:pPr>
      <w:r>
        <w:rPr>
          <w:rFonts w:ascii="Georgia" w:hAnsi="Georgia" w:cs="Georgia" w:eastAsia="Georgia"/>
          <w:b w:val="0"/>
          <w:i w:val="0"/>
          <w:sz w:val="22"/>
        </w:rPr>
        <w:t>The Ka'aba shareef will be destroyed by non-Muslim African group. Kufr will be rampant. Haj will be discontinued. The Qur'an-e-Kareem will be lifted from the heart of the people, 30 years after the ruler Muquad's death.</w:t>
      </w:r>
    </w:p>
    <w:p>
      <w:pPr>
        <w:spacing w:before="0" w:after="120" w:line="300" w:lineRule="exact"/>
        <w:jc w:val="both"/>
      </w:pPr>
      <w:r>
        <w:rPr>
          <w:rFonts w:ascii="Georgia" w:hAnsi="Georgia" w:cs="Georgia" w:eastAsia="Georgia"/>
          <w:b w:val="0"/>
          <w:i w:val="0"/>
          <w:sz w:val="22"/>
        </w:rPr>
        <w:t>8 FINAL SIGN OF QIYAAMAH: FIRE IN YEMEN</w:t>
      </w:r>
    </w:p>
    <w:p>
      <w:pPr>
        <w:spacing w:before="0" w:after="120" w:line="300" w:lineRule="exact"/>
        <w:jc w:val="both"/>
      </w:pPr>
      <w:r>
        <w:rPr>
          <w:rFonts w:ascii="Georgia" w:hAnsi="Georgia" w:cs="Georgia" w:eastAsia="Georgia"/>
          <w:b w:val="0"/>
          <w:i w:val="0"/>
          <w:sz w:val="22"/>
        </w:rPr>
        <w:t>The fire will follow people to Syria, after which it will stop. COMMENCEMENT OF QIYAAMAH</w:t>
      </w:r>
    </w:p>
    <w:p>
      <w:pPr>
        <w:spacing w:before="0" w:after="120" w:line="300" w:lineRule="exact"/>
        <w:jc w:val="both"/>
      </w:pPr>
      <w:r>
        <w:rPr>
          <w:rFonts w:ascii="Georgia" w:hAnsi="Georgia" w:cs="Georgia" w:eastAsia="Georgia"/>
          <w:b w:val="0"/>
          <w:i w:val="0"/>
          <w:sz w:val="22"/>
        </w:rPr>
        <w:t>Some years after the fire, Qiyaamah begins with the Soor (trumpet) being blown. The year is not known to any person. Qiyaamah will come upon the worst of creation.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