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NEW ZEALAND MASSACRE - THE ISLAMIC PERSPECTIVE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358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NEW ZEALAND MASSACRE</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w:t>
      </w:r>
    </w:p>
    <w:p>
      <w:r>
        <w:br w:type="page"/>
      </w:r>
    </w:p>
    <w:p>
      <w:pPr>
        <w:pStyle w:val="Heading1"/>
        <w:spacing w:before="360" w:after="200" w:line="300" w:lineRule="exact"/>
        <w:jc w:val="center"/>
      </w:pPr>
      <w:r>
        <w:rPr>
          <w:rFonts w:ascii="Georgia" w:hAnsi="Georgia" w:cs="Georgia" w:eastAsia="Georgia"/>
          <w:b/>
          <w:i w:val="0"/>
          <w:color w:val="1F3864"/>
          <w:sz w:val="32"/>
        </w:rPr>
        <w:t>THE NEW ZEALAND MASSACRE – THE ISLAMIC PERSPECTIVE</w:t>
      </w:r>
    </w:p>
    <w:p>
      <w:pPr>
        <w:pStyle w:val="Heading3"/>
        <w:spacing w:before="200" w:after="120" w:line="300" w:lineRule="exact"/>
        <w:jc w:val="left"/>
      </w:pPr>
      <w:r>
        <w:rPr>
          <w:rFonts w:ascii="Georgia" w:hAnsi="Georgia" w:cs="Georgia" w:eastAsia="Georgia"/>
          <w:b/>
          <w:i w:val="0"/>
          <w:color w:val="2E74B5"/>
          <w:sz w:val="24"/>
        </w:rPr>
        <w:t>BOOTLICKING</w:t>
      </w:r>
    </w:p>
    <w:p>
      <w:pPr>
        <w:spacing w:before="0" w:after="120" w:line="300" w:lineRule="exact"/>
        <w:jc w:val="both"/>
      </w:pPr>
      <w:r>
        <w:rPr>
          <w:rFonts w:ascii="Georgia" w:hAnsi="Georgia" w:cs="Georgia" w:eastAsia="Georgia"/>
          <w:b w:val="0"/>
          <w:i w:val="0"/>
          <w:sz w:val="22"/>
        </w:rPr>
        <w:t>Hitherto, not a single Muslim individual or organization has commented Islamically on the New Zealand massacre. All of them, without a single exception, have displayed bootlicking attitudes, lack of understanding, lack of valid Ilm of the Deen, and all of them have excised the Decree of Allah Azza Wa Jal from the equation. The tragedy is not being viewed in the light of the Qur'aan and Hadith.</w:t>
      </w:r>
    </w:p>
    <w:p>
      <w:pPr>
        <w:spacing w:before="0" w:after="120" w:line="300" w:lineRule="exact"/>
        <w:jc w:val="both"/>
      </w:pPr>
      <w:r>
        <w:rPr>
          <w:rFonts w:ascii="Georgia" w:hAnsi="Georgia" w:cs="Georgia" w:eastAsia="Georgia"/>
          <w:b w:val="0"/>
          <w:i w:val="0"/>
          <w:sz w:val="22"/>
        </w:rPr>
        <w:t>All of these bootlickers are like a man who commits a crime then blames the devil. Or they see their ugly forms and snouts in a mirror, and blame the mirror. Or they revile the earthquake, the flood and the hurricane for the destruction wrought. The mind is furthest from Allah Ta'ala. In fact, even when the calamity strikes, shadows of others are blamed. The actual Cause of the calamities never even crosses their minds, yet they profess to be Muslims.</w:t>
      </w:r>
    </w:p>
    <w:p>
      <w:pPr>
        <w:spacing w:before="0" w:after="120" w:line="300" w:lineRule="exact"/>
        <w:jc w:val="both"/>
      </w:pPr>
      <w:r>
        <w:rPr>
          <w:rFonts w:ascii="Georgia" w:hAnsi="Georgia" w:cs="Georgia" w:eastAsia="Georgia"/>
          <w:b w:val="0"/>
          <w:i w:val="0"/>
          <w:sz w:val="22"/>
        </w:rPr>
        <w:t>This lamentable state of the Muslim's mind is not restricted to the ignorant masses. Today almost all the Ulama are like the awaam (like stupid cattle just as the general public). Instead of having the ability to guide Muslims, these ulama jump on to the bandwagon initiated by the ignorant public. Then they toe the same stupid line and relegate Allah Azza Wa jal into the background or into oblivion.</w:t>
      </w:r>
    </w:p>
    <w:p>
      <w:r>
        <w:br w:type="page"/>
      </w:r>
    </w:p>
    <w:p>
      <w:pPr>
        <w:pStyle w:val="Heading1"/>
        <w:spacing w:before="360" w:after="200" w:line="300" w:lineRule="exact"/>
        <w:jc w:val="center"/>
      </w:pPr>
      <w:r>
        <w:rPr>
          <w:rFonts w:ascii="Georgia" w:hAnsi="Georgia" w:cs="Georgia" w:eastAsia="Georgia"/>
          <w:b/>
          <w:i w:val="0"/>
          <w:color w:val="1F3864"/>
          <w:sz w:val="32"/>
        </w:rPr>
        <w:t>THE CAUSE</w:t>
      </w:r>
    </w:p>
    <w:p>
      <w:pPr>
        <w:spacing w:before="0" w:after="120" w:line="300" w:lineRule="exact"/>
        <w:jc w:val="both"/>
      </w:pPr>
      <w:r>
        <w:rPr>
          <w:rFonts w:ascii="Georgia" w:hAnsi="Georgia" w:cs="Georgia" w:eastAsia="Georgia"/>
          <w:b w:val="0"/>
          <w:i w:val="0"/>
          <w:sz w:val="22"/>
        </w:rPr>
        <w:t>What is the cause of misfortune, calamity and the like? According to Islam, in so far as the masses are concerned, it is a punishment of Allah Azza Wa Jal. 'Masses' in the context brings the ulama within its scope. The ulama who suffer misfortunes are also the victims of Allah's punishment. The Nusoos in abundance substantiate this fact. Allah Ta'ala says in the Qur'aan Majeed:</w:t>
      </w:r>
    </w:p>
    <w:p>
      <w:pPr>
        <w:spacing w:before="120" w:after="120" w:line="300" w:lineRule="exact"/>
        <w:ind w:left="720" w:right="720"/>
        <w:jc w:val="center"/>
      </w:pPr>
      <w:r>
        <w:rPr>
          <w:rFonts w:ascii="Georgia" w:hAnsi="Georgia" w:cs="Georgia" w:eastAsia="Georgia"/>
          <w:b w:val="0"/>
          <w:i/>
          <w:sz w:val="22"/>
        </w:rPr>
        <w:t>"Whatever misfortune befalls you is on account of what your hands have earned, and He forgives much (of your sins which He does not punish)."</w:t>
      </w:r>
    </w:p>
    <w:p>
      <w:pPr>
        <w:spacing w:before="120" w:after="120" w:line="300" w:lineRule="exact"/>
        <w:ind w:left="720" w:right="720"/>
        <w:jc w:val="center"/>
      </w:pPr>
      <w:r>
        <w:rPr>
          <w:rFonts w:ascii="Georgia" w:hAnsi="Georgia" w:cs="Georgia" w:eastAsia="Georgia"/>
          <w:b w:val="0"/>
          <w:i/>
          <w:sz w:val="22"/>
        </w:rPr>
        <w:t>(Ash-Shuraa', Aayat 30)</w:t>
      </w:r>
    </w:p>
    <w:p>
      <w:pPr>
        <w:spacing w:before="0" w:after="120" w:line="300" w:lineRule="exact"/>
        <w:jc w:val="both"/>
      </w:pPr>
      <w:r>
        <w:rPr>
          <w:rFonts w:ascii="Georgia" w:hAnsi="Georgia" w:cs="Georgia" w:eastAsia="Georgia"/>
          <w:b w:val="0"/>
          <w:i w:val="0"/>
          <w:sz w:val="22"/>
        </w:rPr>
        <w:t>Allah Ta'ala says in this Aayat that 'whatever misfortune befalls you', is due to your own vile perpetrations.</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Before a great punishment, Allah Ta'ala afflicts us with a lesser Athaab. The Qur'aan Majeed states:</w:t>
      </w:r>
    </w:p>
    <w:p>
      <w:pPr>
        <w:spacing w:before="120" w:after="120" w:line="300" w:lineRule="exact"/>
        <w:ind w:left="720" w:right="720"/>
        <w:jc w:val="center"/>
      </w:pPr>
      <w:r>
        <w:rPr>
          <w:rFonts w:ascii="Georgia" w:hAnsi="Georgia" w:cs="Georgia" w:eastAsia="Georgia"/>
          <w:b w:val="0"/>
          <w:i/>
          <w:sz w:val="22"/>
        </w:rPr>
        <w:t>"Most certainly, We shall give them to taste of the lesser punishment not the greater punishment for perhaps they will return (to the path of rectitude and obedience)." (As-Sajdah, Aayat 21)</w:t>
      </w:r>
    </w:p>
    <w:p>
      <w:pPr>
        <w:spacing w:before="0" w:after="120" w:line="300" w:lineRule="exact"/>
        <w:jc w:val="both"/>
      </w:pPr>
      <w:r>
        <w:rPr>
          <w:rFonts w:ascii="Georgia" w:hAnsi="Georgia" w:cs="Georgia" w:eastAsia="Georgia"/>
          <w:b w:val="0"/>
          <w:i w:val="0"/>
          <w:sz w:val="22"/>
        </w:rPr>
        <w:t>The 'greater punishment' which is reserved, will be universal (aam). Its purpose will be to obliterate a nation/community in entirety for having intransigently refused to derive lessen from the 'lesser punishment'. The fate of the Muslims of Burma and Syria should be more than adequate to testify for the kind of 'greater' punishment which overtakes a community who has become incorrigibly corrupt and beyond the confines of redemption.</w:t>
      </w:r>
    </w:p>
    <w:p>
      <w:pPr>
        <w:spacing w:before="0" w:after="120" w:line="300" w:lineRule="exact"/>
        <w:jc w:val="both"/>
      </w:pPr>
      <w:r>
        <w:rPr>
          <w:rFonts w:ascii="Georgia" w:hAnsi="Georgia" w:cs="Georgia" w:eastAsia="Georgia"/>
          <w:b w:val="0"/>
          <w:i w:val="0"/>
          <w:sz w:val="22"/>
        </w:rPr>
        <w:t>The carnage in New Zealand is one such form of Athaab to jolt the drunken Muslim community. It warns of greater Athaab to follow. So while Muslims blame the devil and the white supremacists for the calamity, they fail to heed Allah's Warning and the Nusoos of the Qur'aan and Ahaadith pertaining to Divine Chastisement. It is clear that the Divne Warnings have no meaning for Muslims of this era, hence, instead of Inaabat Ilallaah (Turning to Allah with Repentance), they behave like dumb cattle, in fact worse than cattle, by totally ignoring Allah Ta'ala, and looking askance at shadows for assistance, safety and protection. But their hopes and desires will not attain fulfilment, for Allah Ta'ala says:</w:t>
      </w:r>
    </w:p>
    <w:p>
      <w:pPr>
        <w:spacing w:before="120" w:after="120" w:line="300" w:lineRule="exact"/>
        <w:ind w:left="720" w:right="720"/>
        <w:jc w:val="center"/>
      </w:pPr>
      <w:r>
        <w:rPr>
          <w:rFonts w:ascii="Georgia" w:hAnsi="Georgia" w:cs="Georgia" w:eastAsia="Georgia"/>
          <w:b w:val="0"/>
          <w:i/>
          <w:sz w:val="22"/>
        </w:rPr>
        <w:t>"And, if He withholds aid from you, then who is there to help you? Thus, the Mu'minoon should have trust on only Allah."</w:t>
      </w:r>
    </w:p>
    <w:p>
      <w:pPr>
        <w:spacing w:before="120" w:after="120" w:line="300" w:lineRule="exact"/>
        <w:ind w:left="720" w:right="720"/>
        <w:jc w:val="center"/>
      </w:pPr>
      <w:r>
        <w:rPr>
          <w:rFonts w:ascii="Georgia" w:hAnsi="Georgia" w:cs="Georgia" w:eastAsia="Georgia"/>
          <w:b w:val="0"/>
          <w:i/>
          <w:sz w:val="22"/>
        </w:rPr>
        <w:t>(Aal-e-Imraan, Aayat 160)</w:t>
      </w:r>
    </w:p>
    <w:p>
      <w:pPr>
        <w:spacing w:before="0" w:after="120" w:line="300" w:lineRule="exact"/>
        <w:jc w:val="both"/>
      </w:pPr>
      <w:r>
        <w:rPr>
          <w:rFonts w:ascii="Georgia" w:hAnsi="Georgia" w:cs="Georgia" w:eastAsia="Georgia"/>
          <w:b w:val="0"/>
          <w:i w:val="0"/>
          <w:sz w:val="22"/>
        </w:rPr>
        <w:t>Regarding these anarchies, Allah Ta'ala says in His Kalaam:</w:t>
      </w:r>
    </w:p>
    <w:p>
      <w:pPr>
        <w:spacing w:before="120" w:after="120" w:line="300" w:lineRule="exact"/>
        <w:ind w:left="720" w:right="720"/>
        <w:jc w:val="center"/>
      </w:pPr>
      <w:r>
        <w:rPr>
          <w:rFonts w:ascii="Georgia" w:hAnsi="Georgia" w:cs="Georgia" w:eastAsia="Georgia"/>
          <w:b w:val="0"/>
          <w:i/>
          <w:sz w:val="22"/>
        </w:rPr>
        <w:t>"Fasaad (anarchy / strife / corruption) has appeared on the land and the ocean as a consequence of what the hands of people have perpetrated, so that He (Allah) gives them a taste of some of (the misdeeds) they have committed. Perhaps they will return (to the Path of Allah)."</w:t>
      </w:r>
    </w:p>
    <w:p>
      <w:pPr>
        <w:spacing w:before="120" w:after="120" w:line="300" w:lineRule="exact"/>
        <w:ind w:left="720" w:right="720"/>
        <w:jc w:val="center"/>
      </w:pPr>
      <w:r>
        <w:rPr>
          <w:rFonts w:ascii="Georgia" w:hAnsi="Georgia" w:cs="Georgia" w:eastAsia="Georgia"/>
          <w:b w:val="0"/>
          <w:i/>
          <w:sz w:val="22"/>
        </w:rPr>
        <w:t>(Ar-Room, Aayat 41)</w:t>
      </w:r>
    </w:p>
    <w:p>
      <w:pPr>
        <w:spacing w:before="0" w:after="120" w:line="300" w:lineRule="exact"/>
        <w:jc w:val="both"/>
      </w:pPr>
      <w:r>
        <w:rPr>
          <w:rFonts w:ascii="Georgia" w:hAnsi="Georgia" w:cs="Georgia" w:eastAsia="Georgia"/>
          <w:b w:val="0"/>
          <w:i w:val="0"/>
          <w:sz w:val="22"/>
        </w:rPr>
        <w:t>This Aayat and other similar Nusoos have real meaning. This is Allah's Kalaam, but the molvis are barking like mongrels up some stupid kuffaar tree for safety and aid which are nothing but mirages and vain hopes which shaitaan dangles in front of them. It is indeed surprising that Ulama fail miserably to understand the reality of these occurrences, and what are the causes and Who is the Dispenser.</w:t>
      </w:r>
    </w:p>
    <w:p>
      <w:pPr>
        <w:spacing w:before="120" w:after="120" w:line="300" w:lineRule="exact"/>
        <w:ind w:left="720" w:right="720"/>
        <w:jc w:val="center"/>
      </w:pPr>
      <w:r>
        <w:rPr>
          <w:rFonts w:ascii="Georgia" w:hAnsi="Georgia" w:cs="Georgia" w:eastAsia="Georgia"/>
          <w:b w:val="0"/>
          <w:i/>
          <w:sz w:val="22"/>
        </w:rPr>
        <w:t>"By Him are the Keys of the Ghaib. No one knows these but He. He knows what is in the earth and ocean. Not a leaf falls, but He is aware. There is not a seed in the darkness of the earth (underground) nor anything moist and dry, but it is recorded in a Clear Book." (Al-An'aam, Aayat 59)</w:t>
      </w:r>
    </w:p>
    <w:p>
      <w:pPr>
        <w:spacing w:before="120" w:after="120" w:line="300" w:lineRule="exact"/>
        <w:ind w:left="720" w:right="720"/>
        <w:jc w:val="center"/>
      </w:pPr>
      <w:r>
        <w:rPr>
          <w:rFonts w:ascii="Georgia" w:hAnsi="Georgia" w:cs="Georgia" w:eastAsia="Georgia"/>
          <w:b w:val="0"/>
          <w:i/>
          <w:sz w:val="22"/>
        </w:rPr>
        <w:t>"Not an atom in the earth nor in the heavens, nor anything smaller or bigger is hidden from your Rabb, but it is recorded in a Clear Kitaab."</w:t>
      </w:r>
    </w:p>
    <w:p>
      <w:pPr>
        <w:spacing w:before="120" w:after="120" w:line="300" w:lineRule="exact"/>
        <w:ind w:left="720" w:right="720"/>
        <w:jc w:val="center"/>
      </w:pPr>
      <w:r>
        <w:rPr>
          <w:rFonts w:ascii="Georgia" w:hAnsi="Georgia" w:cs="Georgia" w:eastAsia="Georgia"/>
          <w:b w:val="0"/>
          <w:i/>
          <w:sz w:val="22"/>
        </w:rPr>
        <w:t>(Yoonus, Aayat 61)</w:t>
      </w:r>
    </w:p>
    <w:p>
      <w:r>
        <w:br w:type="page"/>
      </w:r>
    </w:p>
    <w:p>
      <w:pPr>
        <w:pStyle w:val="Heading1"/>
        <w:spacing w:before="360" w:after="200" w:line="300" w:lineRule="exact"/>
        <w:jc w:val="center"/>
      </w:pPr>
      <w:r>
        <w:rPr>
          <w:rFonts w:ascii="Georgia" w:hAnsi="Georgia" w:cs="Georgia" w:eastAsia="Georgia"/>
          <w:b/>
          <w:i w:val="0"/>
          <w:color w:val="1F3864"/>
          <w:sz w:val="32"/>
        </w:rPr>
        <w:t>HIS DECREE</w:t>
      </w:r>
    </w:p>
    <w:p>
      <w:pPr>
        <w:spacing w:before="0" w:after="120" w:line="300" w:lineRule="exact"/>
        <w:jc w:val="both"/>
      </w:pPr>
      <w:r>
        <w:rPr>
          <w:rFonts w:ascii="Georgia" w:hAnsi="Georgia" w:cs="Georgia" w:eastAsia="Georgia"/>
          <w:b w:val="0"/>
          <w:i w:val="0"/>
          <w:sz w:val="22"/>
        </w:rPr>
        <w:t>Allah Azza Wa Jal is in control. It is His command. There are no accidents in His Dominion. Thus, the massacre in New Zealand was at the command and decree of Allah Azza Wa Jal. Allah Azza Wa Jal decreed it to materialize with precision in the manner in which it had transpired. The chap who was the actor, was a small cog in the Divine Machinery which Allah Azza Wa Jal activated. The 'white supremacist' is a mere shadow. Rasulullah (Sallallahu alayhi wasallam) said that if the whole of the world, all mankind and jinnkind unite to harm you, they will be able to inflict only the degree of harm ordained for you by Allah Ta'ala. Conversely, if all of them unite to benefit or aid you, they will be able to present only that degree of help which Allah Ta'ala has ordained for you. Those who are unable to come to terms with this reality of Taqdeer, should openly declare their kufr and cease masquerading as Muslims, and quit Islam. And we say this to even the molvis who have adopted bootlicking as a profession.</w:t>
      </w:r>
    </w:p>
    <w:p>
      <w:r>
        <w:br w:type="page"/>
      </w:r>
    </w:p>
    <w:p>
      <w:pPr>
        <w:pStyle w:val="Heading1"/>
        <w:spacing w:before="360" w:after="200" w:line="300" w:lineRule="exact"/>
        <w:jc w:val="center"/>
      </w:pPr>
      <w:r>
        <w:rPr>
          <w:rFonts w:ascii="Georgia" w:hAnsi="Georgia" w:cs="Georgia" w:eastAsia="Georgia"/>
          <w:b/>
          <w:i w:val="0"/>
          <w:color w:val="1F3864"/>
          <w:sz w:val="32"/>
        </w:rPr>
        <w:t>INAABAT ILAL LAAH</w:t>
      </w:r>
    </w:p>
    <w:p>
      <w:pPr>
        <w:spacing w:before="0" w:after="120" w:line="300" w:lineRule="exact"/>
        <w:jc w:val="both"/>
      </w:pPr>
      <w:r>
        <w:rPr>
          <w:rFonts w:ascii="Georgia" w:hAnsi="Georgia" w:cs="Georgia" w:eastAsia="Georgia"/>
          <w:b w:val="0"/>
          <w:i w:val="0"/>
          <w:sz w:val="22"/>
        </w:rPr>
        <w:t>Muslim reaction to misfortunes and calamities is nothing other than Inaabat ilallaah. Our Imaan precludes all the other nonsensical kuffaar ways and styles of operation. Marches, petitions, solidarity functions and all the other bootlicking stunts are absolutely despicable for Muslims. Whilst such methods suit non-Muslims, they are abhorrent from the Islamic perspective. We have been taught by Rasulullah (Sallallahu alayhi wasallam) to understand only Inaabat Ilallaah, the ingredients of which are Sabr, Istighfaar, Dua and Islaah of the Nafs. When Bani Israaeel complained to Nabi Musa (Alayhis salaam) about the atrocities of Fir'aun which included slaughtering their babies, he said:</w:t>
      </w:r>
    </w:p>
    <w:p>
      <w:pPr>
        <w:spacing w:before="120" w:after="120" w:line="300" w:lineRule="exact"/>
        <w:ind w:left="720" w:right="720"/>
        <w:jc w:val="center"/>
      </w:pPr>
      <w:r>
        <w:rPr>
          <w:rFonts w:ascii="Georgia" w:hAnsi="Georgia" w:cs="Georgia" w:eastAsia="Georgia"/>
          <w:b w:val="0"/>
          <w:i/>
          <w:sz w:val="22"/>
        </w:rPr>
        <w:t>"Seek aid from Allah and adopt Sabr (patience). Verily the earth belongs to Allah. He grants it (its rule/kingdom) to whomever of His servants He wills. The ultimate success is for the Muttaqeen."</w:t>
      </w:r>
    </w:p>
    <w:p>
      <w:pPr>
        <w:spacing w:before="120" w:after="120" w:line="300" w:lineRule="exact"/>
        <w:ind w:left="720" w:right="720"/>
        <w:jc w:val="center"/>
      </w:pPr>
      <w:r>
        <w:rPr>
          <w:rFonts w:ascii="Georgia" w:hAnsi="Georgia" w:cs="Georgia" w:eastAsia="Georgia"/>
          <w:b w:val="0"/>
          <w:i/>
          <w:sz w:val="22"/>
        </w:rPr>
        <w:t>(Al-A'raaf, Aayat 128)</w:t>
      </w:r>
    </w:p>
    <w:p>
      <w:pPr>
        <w:spacing w:before="0" w:after="120" w:line="300" w:lineRule="exact"/>
        <w:jc w:val="both"/>
      </w:pPr>
      <w:r>
        <w:rPr>
          <w:rFonts w:ascii="Georgia" w:hAnsi="Georgia" w:cs="Georgia" w:eastAsia="Georgia"/>
          <w:b w:val="0"/>
          <w:i w:val="0"/>
          <w:sz w:val="22"/>
        </w:rPr>
        <w:t>This is the Tareeqah of Islam. There is no other avenue for us. Commenting on the calamities settling on Muslims via the agency of the kuffaar, Hadhrat Maulana Ashraf Ali Thanvi (Rahmatullah alayh) said, specifically in rejection of then kuffaar forms of protests which the Hindus had initiated to oust the British, and which methodology even senior Ulama had adopted, said:</w:t>
      </w:r>
    </w:p>
    <w:p>
      <w:pPr>
        <w:spacing w:before="120" w:after="120" w:line="300" w:lineRule="exact"/>
        <w:ind w:left="720" w:right="720"/>
        <w:jc w:val="center"/>
      </w:pPr>
      <w:r>
        <w:rPr>
          <w:rFonts w:ascii="Georgia" w:hAnsi="Georgia" w:cs="Georgia" w:eastAsia="Georgia"/>
          <w:b w:val="0"/>
          <w:i/>
          <w:sz w:val="22"/>
        </w:rPr>
        <w:t>"We understand only two ways: Jihad or Sabr. We do not understand all these in between (bain bain) methods."</w:t>
      </w:r>
    </w:p>
    <w:p>
      <w:pPr>
        <w:pStyle w:val="Heading3"/>
        <w:spacing w:before="200" w:after="120" w:line="300" w:lineRule="exact"/>
        <w:jc w:val="left"/>
      </w:pPr>
      <w:r>
        <w:rPr>
          <w:rFonts w:ascii="Georgia" w:hAnsi="Georgia" w:cs="Georgia" w:eastAsia="Georgia"/>
          <w:b/>
          <w:i w:val="0"/>
          <w:color w:val="2E74B5"/>
          <w:sz w:val="24"/>
        </w:rPr>
        <w:t>SABR</w:t>
      </w:r>
    </w:p>
    <w:p>
      <w:pPr>
        <w:spacing w:before="0" w:after="120" w:line="300" w:lineRule="exact"/>
        <w:jc w:val="both"/>
      </w:pPr>
      <w:r>
        <w:rPr>
          <w:rFonts w:ascii="Georgia" w:hAnsi="Georgia" w:cs="Georgia" w:eastAsia="Georgia"/>
          <w:b w:val="0"/>
          <w:i w:val="0"/>
          <w:sz w:val="22"/>
        </w:rPr>
        <w:t>When the Ummah lacks the power of Jihad as is their deplorable condition today, then the only option is Sabr, and within the purview of this concept of Sabr comes, Taubah, Islaah and Dua. When in Allah's Wisdom, this Ummah becomes sufficiently purified and has achieved a measure of spiritual elevation, He will create the circumstance for valid Jihad.</w:t>
      </w:r>
    </w:p>
    <w:p>
      <w:pPr>
        <w:spacing w:before="0" w:after="120" w:line="300" w:lineRule="exact"/>
        <w:jc w:val="both"/>
      </w:pPr>
      <w:r>
        <w:rPr>
          <w:rFonts w:ascii="Georgia" w:hAnsi="Georgia" w:cs="Georgia" w:eastAsia="Georgia"/>
          <w:b w:val="0"/>
          <w:i w:val="0"/>
          <w:sz w:val="22"/>
        </w:rPr>
        <w:t>Jihad here does not refer to the surrogate 'jihadi' outfits created and armed by the U.S.A. to spread havoc nor by the 'jihadi' groups operating under the intelligence agency of Pakistan to sustain the policies of the Pakistani government. The only valid Jihad, albeit on a secondary level, is the Jihad of the Taliban. This topic is a separate subject which shall, Insha-Allah, be explained in some other article. At this juncture it shall suffice to say that the Ummah of Islam of this era is totally unfit and in entirety lacks the ability for Qur'aanic Jihad. Today the Ummah is ghutha (trash) and its Ulama are hufaalah (rubbish). That is why we suffer from the bootlicking malady which is the effect of fear for shadows which in turn is the consequence of having abandoned fear for Allah Ta'ala.</w:t>
      </w:r>
    </w:p>
    <w:p>
      <w:r>
        <w:br w:type="page"/>
      </w:r>
    </w:p>
    <w:p>
      <w:pPr>
        <w:pStyle w:val="Heading1"/>
        <w:spacing w:before="360" w:after="200" w:line="300" w:lineRule="exact"/>
        <w:jc w:val="center"/>
      </w:pPr>
      <w:r>
        <w:rPr>
          <w:rFonts w:ascii="Georgia" w:hAnsi="Georgia" w:cs="Georgia" w:eastAsia="Georgia"/>
          <w:b/>
          <w:i w:val="0"/>
          <w:color w:val="1F3864"/>
          <w:sz w:val="32"/>
        </w:rPr>
        <w:t>GHUTHA - RUBBISH</w:t>
      </w:r>
    </w:p>
    <w:p>
      <w:pPr>
        <w:spacing w:before="0" w:after="120" w:line="300" w:lineRule="exact"/>
        <w:jc w:val="both"/>
      </w:pPr>
      <w:r>
        <w:rPr>
          <w:rFonts w:ascii="Georgia" w:hAnsi="Georgia" w:cs="Georgia" w:eastAsia="Georgia"/>
          <w:b w:val="0"/>
          <w:i w:val="0"/>
          <w:sz w:val="22"/>
        </w:rPr>
        <w:t>Describing the condition of today's Ummah, Rasulullah (Sallallahu alayhi wasallam) said: "Soon will the (kuffaar) nations form alliances to devour you as people who are invited to eat at a function." A Sahaabi asked: "Will this be on account of the paucity of our numbers on that day?" Rasulullah (Sallallahu alayhi wasallam) said: "On the contrary, on that day you will be abundant, but you will be trash, like the trash of floodwaters. Allah will most certainly eliminate fear for you from the hearts of your enemy, and He will cast wahan in your hearts." A Sahaabi asked: "O Rasulullah! What is wahan?" Rasulullah (Sallallahu alayhi wasallam) said:</w:t>
      </w:r>
    </w:p>
    <w:p>
      <w:pPr>
        <w:spacing w:before="120" w:after="120" w:line="300" w:lineRule="exact"/>
        <w:ind w:left="720" w:right="720"/>
        <w:jc w:val="center"/>
      </w:pPr>
      <w:r>
        <w:rPr>
          <w:rFonts w:ascii="Georgia" w:hAnsi="Georgia" w:cs="Georgia" w:eastAsia="Georgia"/>
          <w:b w:val="0"/>
          <w:i/>
          <w:sz w:val="22"/>
        </w:rPr>
        <w:t>"Love of the world and dislike for death."</w:t>
      </w:r>
    </w:p>
    <w:p>
      <w:pPr>
        <w:spacing w:before="0" w:after="120" w:line="300" w:lineRule="exact"/>
        <w:jc w:val="both"/>
      </w:pPr>
      <w:r>
        <w:rPr>
          <w:rFonts w:ascii="Georgia" w:hAnsi="Georgia" w:cs="Georgia" w:eastAsia="Georgia"/>
          <w:b w:val="0"/>
          <w:i w:val="0"/>
          <w:sz w:val="22"/>
        </w:rPr>
        <w:t>When Muslims become "GHUTHA" (trash and rubbish) then Allah Ta'ala eliminates respect and fear for us from the hearts of the kuffaar. They too understand our ghutha status. Bereft of roohaaniyat (spiritual stamina) Muslims then fail to apply their brains intelligently, and in the face of danger they panic. This was precisely the scenario in the two Musjids where the massacres took place. Despite the presence of hundreds of musallis, their panic allowed one rat to overwhelm them. If the musallis had not panicked, the rat would have only achieved a minimal success in his nefarious mission.</w:t>
      </w:r>
    </w:p>
    <w:p>
      <w:pPr>
        <w:spacing w:before="0" w:after="120" w:line="300" w:lineRule="exact"/>
        <w:jc w:val="both"/>
      </w:pPr>
      <w:r>
        <w:rPr>
          <w:rFonts w:ascii="Georgia" w:hAnsi="Georgia" w:cs="Georgia" w:eastAsia="Georgia"/>
          <w:b w:val="0"/>
          <w:i w:val="0"/>
          <w:sz w:val="22"/>
        </w:rPr>
        <w:t>Instead of storming the rat whom they could have disarmed and even killed by sheer force of numbers, and the many chairs available in the Musjid, they ran pell-mell in utter confusion offering themselves like lame ducks for slaughter at the altar of the rat. If they had not panicked, the musallis could have been on the rat within seconds. Perhaps a couple would have fallen and be martyred, but the rat would not have succeeded in inflicting the carnage. But since the episode to be enacted was Allah's Punishment for a grossly treacherous Muslim community, Allah Ta'ala overwhelmed their brains and hearts with fear and panic. This is the consequence of the wahan mentioned in the aforementioned Hadith. While fear in the face of danger is natural, panic for a Muslim is the effect of wahan. The intelligence is incapacitated. Minus the noor of Taqwa Muslims will not be able to utilize their intelligence correctly the way Allah Ta'ala has ordered us to employ our Aql.</w:t>
      </w:r>
    </w:p>
    <w:p>
      <w:r>
        <w:br w:type="page"/>
      </w:r>
    </w:p>
    <w:p>
      <w:pPr>
        <w:pStyle w:val="Heading1"/>
        <w:spacing w:before="360" w:after="200" w:line="300" w:lineRule="exact"/>
        <w:jc w:val="center"/>
      </w:pPr>
      <w:r>
        <w:rPr>
          <w:rFonts w:ascii="Georgia" w:hAnsi="Georgia" w:cs="Georgia" w:eastAsia="Georgia"/>
          <w:b/>
          <w:i w:val="0"/>
          <w:color w:val="1F3864"/>
          <w:sz w:val="32"/>
        </w:rPr>
        <w:t>THE POWER OF AQL</w:t>
      </w:r>
    </w:p>
    <w:p>
      <w:pPr>
        <w:spacing w:before="0" w:after="120" w:line="300" w:lineRule="exact"/>
        <w:jc w:val="both"/>
      </w:pPr>
      <w:r>
        <w:rPr>
          <w:rFonts w:ascii="Georgia" w:hAnsi="Georgia" w:cs="Georgia" w:eastAsia="Georgia"/>
          <w:b w:val="0"/>
          <w:i w:val="0"/>
          <w:sz w:val="22"/>
        </w:rPr>
        <w:t>Once Rasulullah (Sallallahu alayhi wasallam) asked Hadhrat Umar (Radhiyallahu anhu): "O Umar! What will be your condition on that day when you are in an intensely dark pit (the Qabr), and two monstrous Angels come splitting the earth and howling at you: "Who is your Rabb?.........." Hadhrat Umar responded: "O Rasulullah! Can I first ask a question?" Then he asked: "O Rasulullah! What will be the state of my Aql (intelligence) on that occasion? Will my Aql be intact?" Rasulullah (Sallallahu alayhi wasallam) said that on that occasion the Mu'min's Aql will be even more fortified. Then Hadhrat Umar (Radhiyallahu anhu) said that in that case he had no fear. They may come and interrogate as they wish and in any form, he would respond correctly.</w:t>
      </w:r>
    </w:p>
    <w:p>
      <w:pPr>
        <w:spacing w:before="0" w:after="120" w:line="300" w:lineRule="exact"/>
        <w:jc w:val="both"/>
      </w:pPr>
      <w:r>
        <w:rPr>
          <w:rFonts w:ascii="Georgia" w:hAnsi="Georgia" w:cs="Georgia" w:eastAsia="Georgia"/>
          <w:b w:val="0"/>
          <w:i w:val="0"/>
          <w:sz w:val="22"/>
        </w:rPr>
        <w:t>For such Aql which precludes panic, Taqwa is imperative, and Taqwa is reliant on Islaah of the Nafs (moral reformation). Minus this, Muslims will remain ghutha to be buffeted and kicked around like a ball. Love of the dunya which is one half of the wahan mentioned by Rasulullah (Sallallahu alayhi wasallam), has destroyed Muslims, and the Ulama of this age are in greater moral and spiritual destruction than even the masses.</w:t>
      </w:r>
    </w:p>
    <w:p>
      <w:r>
        <w:br w:type="page"/>
      </w:r>
    </w:p>
    <w:p>
      <w:pPr>
        <w:pStyle w:val="Heading1"/>
        <w:spacing w:before="360" w:after="200" w:line="300" w:lineRule="exact"/>
        <w:jc w:val="center"/>
      </w:pPr>
      <w:r>
        <w:rPr>
          <w:rFonts w:ascii="Georgia" w:hAnsi="Georgia" w:cs="Georgia" w:eastAsia="Georgia"/>
          <w:b/>
          <w:i w:val="0"/>
          <w:color w:val="1F3864"/>
          <w:sz w:val="32"/>
        </w:rPr>
        <w:t>DENIAL OF THE REALITY</w:t>
      </w:r>
    </w:p>
    <w:p>
      <w:pPr>
        <w:spacing w:before="0" w:after="120" w:line="300" w:lineRule="exact"/>
        <w:jc w:val="both"/>
      </w:pPr>
      <w:r>
        <w:rPr>
          <w:rFonts w:ascii="Georgia" w:hAnsi="Georgia" w:cs="Georgia" w:eastAsia="Georgia"/>
          <w:b w:val="0"/>
          <w:i w:val="0"/>
          <w:sz w:val="22"/>
        </w:rPr>
        <w:t>Despite the clarity of the warnings and messages of Allah Ta'ala and His Rasool (Sallallahu alayhi wasallam) stated in the Qur'aan and Ahaadith regarding the consequences of gross transgression and treachery, Muslims refuse to acknowledge the reality of the causes of the carnage in New Zealand and of similar Divine Enactments elsewhere afflicting the Ummah. There is no gainsaying that the massacre in New Zealand is the Athaab of Allah Azza Wa Jal.</w:t>
      </w:r>
    </w:p>
    <w:p>
      <w:pPr>
        <w:spacing w:before="0" w:after="120" w:line="300" w:lineRule="exact"/>
        <w:jc w:val="both"/>
      </w:pPr>
      <w:r>
        <w:rPr>
          <w:rFonts w:ascii="Georgia" w:hAnsi="Georgia" w:cs="Georgia" w:eastAsia="Georgia"/>
          <w:b w:val="0"/>
          <w:i w:val="0"/>
          <w:sz w:val="22"/>
        </w:rPr>
        <w:t>Blindness of the heart compels the transgressors to deny the reality of Allah's Warnings repeatedly made in the Qur'aan Majeed. When the transgressors and treasonists mocked and rejected the Nabi, Allah Azza Wa Jal apprehended them with His shattering Athaab. The Qur'aan Majeed states:</w:t>
      </w:r>
    </w:p>
    <w:p>
      <w:pPr>
        <w:spacing w:before="120" w:after="120" w:line="300" w:lineRule="exact"/>
        <w:ind w:left="720" w:right="720"/>
        <w:jc w:val="center"/>
      </w:pPr>
      <w:r>
        <w:rPr>
          <w:rFonts w:ascii="Georgia" w:hAnsi="Georgia" w:cs="Georgia" w:eastAsia="Georgia"/>
          <w:b w:val="0"/>
          <w:i/>
          <w:sz w:val="22"/>
        </w:rPr>
        <w:t>"Thus the Earthquake apprehended them, and (in consequence) they were sprawled on their faces (dead and destroyed)." (Al-A'raaf, Aayat78)</w:t>
      </w:r>
    </w:p>
    <w:p>
      <w:pPr>
        <w:spacing w:before="0" w:after="120" w:line="300" w:lineRule="exact"/>
        <w:jc w:val="both"/>
      </w:pPr>
      <w:r>
        <w:rPr>
          <w:rFonts w:ascii="Georgia" w:hAnsi="Georgia" w:cs="Georgia" w:eastAsia="Georgia"/>
          <w:b w:val="0"/>
          <w:i w:val="0"/>
          <w:sz w:val="22"/>
        </w:rPr>
        <w:t>It was not an occasion for the expression of sympathy and condolences and finding fault with this one and that one, with shadows, with white supremacists and blaming the devil. The Earthquake executed its madate as commanded by Allah Azza Wa Jal with precision. When Nabi Saalih (Alayhis salaam) surveyed the scene of utter destruction wrought by Divine Chastisement, he turned away and sadly exclaimed as the Qur'aan Majeed records:</w:t>
      </w:r>
    </w:p>
    <w:p>
      <w:pPr>
        <w:spacing w:before="120" w:after="120" w:line="300" w:lineRule="exact"/>
        <w:ind w:left="720" w:right="720"/>
        <w:jc w:val="center"/>
      </w:pPr>
      <w:r>
        <w:rPr>
          <w:rFonts w:ascii="Georgia" w:hAnsi="Georgia" w:cs="Georgia" w:eastAsia="Georgia"/>
          <w:b w:val="0"/>
          <w:i/>
          <w:sz w:val="22"/>
        </w:rPr>
        <w:t>"Thus, he (Saalih) turned away from them and said (to his sprawled people lying dead and destroyed): 'O my people! Verily, I had delivered to you the Message of my Rabb, and I proffered naseehat (advice) to you, but you do not love the Naasiheen (those who offer advice for your benefit)." (Al-A'raaf, Aayat 79)</w:t>
      </w:r>
    </w:p>
    <w:p>
      <w:pPr>
        <w:spacing w:before="0" w:after="120" w:line="300" w:lineRule="exact"/>
        <w:jc w:val="both"/>
      </w:pPr>
      <w:r>
        <w:rPr>
          <w:rFonts w:ascii="Georgia" w:hAnsi="Georgia" w:cs="Georgia" w:eastAsia="Georgia"/>
          <w:b w:val="0"/>
          <w:i w:val="0"/>
          <w:sz w:val="22"/>
        </w:rPr>
        <w:t>In another Aayat it is mentioned:</w:t>
      </w:r>
    </w:p>
    <w:p>
      <w:pPr>
        <w:spacing w:before="120" w:after="120" w:line="300" w:lineRule="exact"/>
        <w:ind w:left="720" w:right="720"/>
        <w:jc w:val="center"/>
      </w:pPr>
      <w:r>
        <w:rPr>
          <w:rFonts w:ascii="Georgia" w:hAnsi="Georgia" w:cs="Georgia" w:eastAsia="Georgia"/>
          <w:b w:val="0"/>
          <w:i/>
          <w:sz w:val="22"/>
        </w:rPr>
        <w:t>"Thus he (Saalih) turned away from them and said: 'O my people! Verily, I have delivered to you the Message of your Rabb, and I had given you advice (naseehat). Therefore, why should I (now) grieve over a nation of kaafireen?"</w:t>
      </w:r>
    </w:p>
    <w:p>
      <w:pPr>
        <w:spacing w:before="120" w:after="120" w:line="300" w:lineRule="exact"/>
        <w:ind w:left="720" w:right="720"/>
        <w:jc w:val="center"/>
      </w:pPr>
      <w:r>
        <w:rPr>
          <w:rFonts w:ascii="Georgia" w:hAnsi="Georgia" w:cs="Georgia" w:eastAsia="Georgia"/>
          <w:b w:val="0"/>
          <w:i/>
          <w:sz w:val="22"/>
        </w:rPr>
        <w:t>(Al-A'raaf, Aayat 93)</w:t>
      </w:r>
    </w:p>
    <w:p>
      <w:pPr>
        <w:spacing w:before="0" w:after="120" w:line="300" w:lineRule="exact"/>
        <w:jc w:val="both"/>
      </w:pPr>
      <w:r>
        <w:rPr>
          <w:rFonts w:ascii="Georgia" w:hAnsi="Georgia" w:cs="Georgia" w:eastAsia="Georgia"/>
          <w:b w:val="0"/>
          <w:i w:val="0"/>
          <w:sz w:val="22"/>
        </w:rPr>
        <w:t>When the Punishment of Allah Azza Wa Jal apprehended and obliterated the transgressors, then the standard reaction of their respective Ambiya (Alayhimus salaam) was: Why should I grieve and express sympathy and condole with people who are punished by Allah Azza Wa Jal?</w:t>
      </w:r>
    </w:p>
    <w:p>
      <w:r>
        <w:br w:type="page"/>
      </w:r>
    </w:p>
    <w:p>
      <w:pPr>
        <w:pStyle w:val="Heading1"/>
        <w:spacing w:before="360" w:after="200" w:line="300" w:lineRule="exact"/>
        <w:jc w:val="center"/>
      </w:pPr>
      <w:r>
        <w:rPr>
          <w:rFonts w:ascii="Georgia" w:hAnsi="Georgia" w:cs="Georgia" w:eastAsia="Georgia"/>
          <w:b/>
          <w:i w:val="0"/>
          <w:color w:val="1F3864"/>
          <w:sz w:val="32"/>
        </w:rPr>
        <w:t>KUFFAAR STUPIDITIES</w:t>
      </w:r>
    </w:p>
    <w:p>
      <w:pPr>
        <w:spacing w:before="0" w:after="120" w:line="300" w:lineRule="exact"/>
        <w:jc w:val="both"/>
      </w:pPr>
      <w:r>
        <w:rPr>
          <w:rFonts w:ascii="Georgia" w:hAnsi="Georgia" w:cs="Georgia" w:eastAsia="Georgia"/>
          <w:b w:val="0"/>
          <w:i w:val="0"/>
          <w:sz w:val="22"/>
        </w:rPr>
        <w:t>The carnage in New Zealand and the calamities which have overwhelmed Muslim communities elsewhere at the command of Allah Azza Wa Jal, are not occasions for grieving and indulging in non-essential kuffaar style protests and stupidities, and seeking aid and solidarity with them. It is a time long overdue for Inaabat ilal laah. In fact, the time for Inaabat ilal laah is before the universal Athaab strikes. The Qur'aan says in this regard:</w:t>
      </w:r>
    </w:p>
    <w:p>
      <w:pPr>
        <w:spacing w:before="120" w:after="120" w:line="300" w:lineRule="exact"/>
        <w:ind w:left="720" w:right="720"/>
        <w:jc w:val="center"/>
      </w:pPr>
      <w:r>
        <w:rPr>
          <w:rFonts w:ascii="Georgia" w:hAnsi="Georgia" w:cs="Georgia" w:eastAsia="Georgia"/>
          <w:b w:val="0"/>
          <w:i/>
          <w:sz w:val="22"/>
        </w:rPr>
        <w:t>"Turn unto your Rabb (with repentance) and fully submit to Him before there comes to you the Athaab, for then you shall not be aided."</w:t>
      </w:r>
    </w:p>
    <w:p>
      <w:pPr>
        <w:spacing w:before="120" w:after="120" w:line="300" w:lineRule="exact"/>
        <w:ind w:left="720" w:right="720"/>
        <w:jc w:val="center"/>
      </w:pPr>
      <w:r>
        <w:rPr>
          <w:rFonts w:ascii="Georgia" w:hAnsi="Georgia" w:cs="Georgia" w:eastAsia="Georgia"/>
          <w:b w:val="0"/>
          <w:i/>
          <w:sz w:val="22"/>
        </w:rPr>
        <w:t>(Az-Zumar, Aayat 54)</w:t>
      </w:r>
    </w:p>
    <w:p>
      <w:pPr>
        <w:spacing w:before="0" w:after="120" w:line="300" w:lineRule="exact"/>
        <w:jc w:val="both"/>
      </w:pPr>
      <w:r>
        <w:rPr>
          <w:rFonts w:ascii="Georgia" w:hAnsi="Georgia" w:cs="Georgia" w:eastAsia="Georgia"/>
          <w:b w:val="0"/>
          <w:i w:val="0"/>
          <w:sz w:val="22"/>
        </w:rPr>
        <w:t>Once the Athaab of Allah Azza Wa Jal strikes, then no measures and no methods will avail. Advising Muslims of the solution for their disgrace and problems, the Qur'aan Majeed states:</w:t>
      </w:r>
    </w:p>
    <w:p>
      <w:pPr>
        <w:spacing w:before="120" w:after="120" w:line="300" w:lineRule="exact"/>
        <w:ind w:left="720" w:right="720"/>
        <w:jc w:val="center"/>
      </w:pPr>
      <w:r>
        <w:rPr>
          <w:rFonts w:ascii="Georgia" w:hAnsi="Georgia" w:cs="Georgia" w:eastAsia="Georgia"/>
          <w:b w:val="0"/>
          <w:i/>
          <w:sz w:val="22"/>
        </w:rPr>
        <w:t>"And follow the most beautiful Law (Shariah) which has been revealed to you from your Rabb before there suddenly comes the Athaab whilst you do not even realize."</w:t>
      </w:r>
    </w:p>
    <w:p>
      <w:pPr>
        <w:spacing w:before="120" w:after="120" w:line="300" w:lineRule="exact"/>
        <w:ind w:left="720" w:right="720"/>
        <w:jc w:val="center"/>
      </w:pPr>
      <w:r>
        <w:rPr>
          <w:rFonts w:ascii="Georgia" w:hAnsi="Georgia" w:cs="Georgia" w:eastAsia="Georgia"/>
          <w:b w:val="0"/>
          <w:i/>
          <w:sz w:val="22"/>
        </w:rPr>
        <w:t>(Az-Zumar, Aayat 55)</w:t>
      </w:r>
    </w:p>
    <w:p>
      <w:pPr>
        <w:spacing w:before="0" w:after="120" w:line="300" w:lineRule="exact"/>
        <w:jc w:val="both"/>
      </w:pPr>
      <w:r>
        <w:rPr>
          <w:rFonts w:ascii="Georgia" w:hAnsi="Georgia" w:cs="Georgia" w:eastAsia="Georgia"/>
          <w:b w:val="0"/>
          <w:i w:val="0"/>
          <w:sz w:val="22"/>
        </w:rPr>
        <w:t>It is undeniable that only Allah Ta'ala is our Protector. Only He grants aid. Muslims daily, in their Salaat, dozens of times petition Allah Ta'ala and supplicate for His aid. "Only You do we worship, and only from You do we seek aid."</w:t>
      </w:r>
    </w:p>
    <w:p>
      <w:pPr>
        <w:spacing w:before="0" w:after="120" w:line="300" w:lineRule="exact"/>
        <w:jc w:val="both"/>
      </w:pPr>
      <w:r>
        <w:rPr>
          <w:rFonts w:ascii="Georgia" w:hAnsi="Georgia" w:cs="Georgia" w:eastAsia="Georgia"/>
          <w:b w:val="0"/>
          <w:i w:val="0"/>
          <w:sz w:val="22"/>
        </w:rPr>
        <w:t>This is our supplication rendered innumerable times daily. But Allah's aid is not forthcoming. In addition to withholding His Nusrat, Allah Ta'ala is inflicting Athaab on Muslims. One such Athaab is the massacre in New Zealand.</w:t>
      </w:r>
    </w:p>
    <w:p>
      <w:r>
        <w:br w:type="page"/>
      </w:r>
    </w:p>
    <w:p>
      <w:pPr>
        <w:pStyle w:val="Heading1"/>
        <w:spacing w:before="360" w:after="200" w:line="300" w:lineRule="exact"/>
        <w:jc w:val="center"/>
      </w:pPr>
      <w:r>
        <w:rPr>
          <w:rFonts w:ascii="Georgia" w:hAnsi="Georgia" w:cs="Georgia" w:eastAsia="Georgia"/>
          <w:b/>
          <w:i w:val="0"/>
          <w:color w:val="1F3864"/>
          <w:sz w:val="32"/>
        </w:rPr>
        <w:t>PROCLAIMING THE HAQQ</w:t>
      </w:r>
    </w:p>
    <w:p>
      <w:pPr>
        <w:spacing w:before="0" w:after="120" w:line="300" w:lineRule="exact"/>
        <w:jc w:val="both"/>
      </w:pPr>
      <w:r>
        <w:rPr>
          <w:rFonts w:ascii="Georgia" w:hAnsi="Georgia" w:cs="Georgia" w:eastAsia="Georgia"/>
          <w:b w:val="0"/>
          <w:i w:val="0"/>
          <w:sz w:val="22"/>
        </w:rPr>
        <w:t>We must speak facts, face the reality and proclaim the Haqq. The Muslims of New Zealand just as Muslims elsewhere, are treacherous and vile fussaaq. While almost all Muslim communities are standing in a row awaiting Athaab-e-Ilaahi (Divine Chastisement), Allah Azza Wa Jal chooses the moment of affliction. The Muslims of New Zealand have been punished for their fisq, fujoor, bid'ah and kufr. Sending condolences, sympathizing, and emulating the methods of non-Muslims for advertising hollow solidarity are not of the ways of Islam. The rot of our people cannot be swept under the carpet. It cannot be wished away. It has to be eliminated and cleansed. And the only way is Inaabat Ilal laah.</w:t>
      </w:r>
    </w:p>
    <w:p>
      <w:r>
        <w:br w:type="page"/>
      </w:r>
    </w:p>
    <w:p>
      <w:pPr>
        <w:pStyle w:val="Heading1"/>
        <w:spacing w:before="360" w:after="200" w:line="300" w:lineRule="exact"/>
        <w:jc w:val="center"/>
      </w:pPr>
      <w:r>
        <w:rPr>
          <w:rFonts w:ascii="Georgia" w:hAnsi="Georgia" w:cs="Georgia" w:eastAsia="Georgia"/>
          <w:b/>
          <w:i w:val="0"/>
          <w:color w:val="1F3864"/>
          <w:sz w:val="32"/>
        </w:rPr>
        <w:t>A FUTILE OUTPOUR</w:t>
      </w:r>
    </w:p>
    <w:p>
      <w:pPr>
        <w:spacing w:before="0" w:after="120" w:line="300" w:lineRule="exact"/>
        <w:jc w:val="both"/>
      </w:pPr>
      <w:r>
        <w:rPr>
          <w:rFonts w:ascii="Georgia" w:hAnsi="Georgia" w:cs="Georgia" w:eastAsia="Georgia"/>
          <w:b w:val="0"/>
          <w:i w:val="0"/>
          <w:sz w:val="22"/>
        </w:rPr>
        <w:t>In its puerile comment on the New Zealand issue, the KZN Jamiat states:</w:t>
      </w:r>
    </w:p>
    <w:p>
      <w:pPr>
        <w:spacing w:before="120" w:after="120" w:line="300" w:lineRule="exact"/>
        <w:ind w:left="720" w:right="720"/>
        <w:jc w:val="center"/>
      </w:pPr>
      <w:r>
        <w:rPr>
          <w:rFonts w:ascii="Georgia" w:hAnsi="Georgia" w:cs="Georgia" w:eastAsia="Georgia"/>
          <w:b w:val="0"/>
          <w:i/>
          <w:sz w:val="22"/>
        </w:rPr>
        <w:t>As we recover from the latest human tragedy in New Zealand, the outpour of sympathy from different faiths is testimony to the fact that killings of this nature will not be tolerated and this kind of brutality will only bring communities closer despite their different religions/cultures."</w:t>
      </w:r>
    </w:p>
    <w:p>
      <w:pPr>
        <w:spacing w:before="0" w:after="120" w:line="300" w:lineRule="exact"/>
        <w:jc w:val="both"/>
      </w:pPr>
      <w:r>
        <w:rPr>
          <w:rFonts w:ascii="Georgia" w:hAnsi="Georgia" w:cs="Georgia" w:eastAsia="Georgia"/>
          <w:b w:val="0"/>
          <w:i w:val="0"/>
          <w:sz w:val="22"/>
        </w:rPr>
        <w:t>This is the view of molvis who have lost their Imaani bearings. They miserably fail to see the Hand of Allah Azza Wa Jal. They despicably behave like kuffaar looking at the issue through the blinkered glasses fitted on to them in the wake of their emulation of the Yahood and Nasaara, hence they think like the mushrikeen and kuffaar.</w:t>
      </w:r>
    </w:p>
    <w:p>
      <w:pPr>
        <w:spacing w:before="0" w:after="120" w:line="300" w:lineRule="exact"/>
        <w:jc w:val="both"/>
      </w:pPr>
      <w:r>
        <w:rPr>
          <w:rFonts w:ascii="Georgia" w:hAnsi="Georgia" w:cs="Georgia" w:eastAsia="Georgia"/>
          <w:b w:val="0"/>
          <w:i w:val="0"/>
          <w:sz w:val="22"/>
        </w:rPr>
        <w:t>What recovery has been made from this latest tragedy? The Ummah remains sinking in the cesspool of inequity they have created for themselves with their treason and treachery against Allah Ta'ala. In fact, the incorrigible spiritual blindness and kufr of the New Zealnd Muslims have adorned the ways of kuffaar. Instead of understanding their folly and repenting, they are currently indulging in more acts of kufr and in the methodology of the kuffaar, labouring under the impression that the solidarity and sympathy of the non-Muslims will insulate them against future Acts of Divine Chastisement. This too is the mentality of the KZN Jamiat molvis and the rest of the ulama-e-soo'. Flowers, congregating outside the Musjid, inviting Christians to sing hymns of kufr and shirk right inside the Musjid, crawling into the "lizard's hole" in embraces with non-Muslims, etc., etc., etc. are the reactions of these professed Muslims whom Allah Ta'ala has earmarked for His Athaab.</w:t>
      </w:r>
    </w:p>
    <w:p>
      <w:pPr>
        <w:spacing w:before="0" w:after="120" w:line="300" w:lineRule="exact"/>
        <w:jc w:val="both"/>
      </w:pPr>
      <w:r>
        <w:rPr>
          <w:rFonts w:ascii="Georgia" w:hAnsi="Georgia" w:cs="Georgia" w:eastAsia="Georgia"/>
          <w:b w:val="0"/>
          <w:i w:val="0"/>
          <w:sz w:val="22"/>
        </w:rPr>
        <w:t>The outpour of sympathy from non-Muslims is no succour for Muslims. Such outpour is of no avail. We are not in need of non-Muslim sympathy. The Ummah is in dire need of Allah's Nusrat. But His aid is reliant of Inaabat and Tasleem. Rasulullah (Sallallahu alayhi wasallam) said:</w:t>
      </w:r>
    </w:p>
    <w:p>
      <w:pPr>
        <w:spacing w:before="120" w:after="120" w:line="300" w:lineRule="exact"/>
        <w:ind w:left="720" w:right="720"/>
        <w:jc w:val="center"/>
      </w:pPr>
      <w:r>
        <w:rPr>
          <w:rFonts w:ascii="Georgia" w:hAnsi="Georgia" w:cs="Georgia" w:eastAsia="Georgia"/>
          <w:b w:val="0"/>
          <w:i/>
          <w:sz w:val="22"/>
        </w:rPr>
        <w:t>"Whatever is by Allah is obtainable only by means of obedience."</w:t>
      </w:r>
    </w:p>
    <w:p>
      <w:pPr>
        <w:spacing w:before="0" w:after="120" w:line="300" w:lineRule="exact"/>
        <w:jc w:val="both"/>
      </w:pPr>
      <w:r>
        <w:rPr>
          <w:rFonts w:ascii="Georgia" w:hAnsi="Georgia" w:cs="Georgia" w:eastAsia="Georgia"/>
          <w:b w:val="0"/>
          <w:i w:val="0"/>
          <w:sz w:val="22"/>
        </w:rPr>
        <w:t>In which way will the Athaab of Allah Azza Wa Jal "not be tolerated"? In which way will Allah's Athaab be thwarted or neutralized? Just one man perpetrated the act of Divine Chastisement by Allah's command. Just a single one-legged misquito vanquished Namrood. "No one knows the armies of your Rabb except He (Himself)." (Qur'aan)</w:t>
      </w:r>
    </w:p>
    <w:p>
      <w:r>
        <w:br w:type="page"/>
      </w:r>
    </w:p>
    <w:p>
      <w:pPr>
        <w:pStyle w:val="Heading1"/>
        <w:spacing w:before="360" w:after="200" w:line="300" w:lineRule="exact"/>
        <w:jc w:val="center"/>
      </w:pPr>
      <w:r>
        <w:rPr>
          <w:rFonts w:ascii="Georgia" w:hAnsi="Georgia" w:cs="Georgia" w:eastAsia="Georgia"/>
          <w:b/>
          <w:i w:val="0"/>
          <w:color w:val="1F3864"/>
          <w:sz w:val="32"/>
        </w:rPr>
        <w:t>IMAAN AND KUFR – THE UNBRIDGEABLE CHASM</w:t>
      </w:r>
    </w:p>
    <w:p>
      <w:pPr>
        <w:spacing w:before="0" w:after="120" w:line="300" w:lineRule="exact"/>
        <w:jc w:val="both"/>
      </w:pPr>
      <w:r>
        <w:rPr>
          <w:rFonts w:ascii="Georgia" w:hAnsi="Georgia" w:cs="Georgia" w:eastAsia="Georgia"/>
          <w:b w:val="0"/>
          <w:i w:val="0"/>
          <w:sz w:val="22"/>
        </w:rPr>
        <w:t>The 'communities coming closer' will not avail. The comment of the KZN Jamiat, viz. "despite their different religions", smacks strongly of compromise with baatil and kufr which has become the salient feature of all deviated liberals, modernists and bootlicking molvis. Muslims need to become closer to Allah Ta'ala. The Bond with Rabbul Aalameen has to be cultivated and strengthened, not relationships with the protagonists of shirk and kufr.</w:t>
      </w:r>
    </w:p>
    <w:p>
      <w:r>
        <w:br w:type="page"/>
      </w:r>
    </w:p>
    <w:p>
      <w:pPr>
        <w:pStyle w:val="Heading1"/>
        <w:spacing w:before="360" w:after="200" w:line="300" w:lineRule="exact"/>
        <w:jc w:val="center"/>
      </w:pPr>
      <w:r>
        <w:rPr>
          <w:rFonts w:ascii="Georgia" w:hAnsi="Georgia" w:cs="Georgia" w:eastAsia="Georgia"/>
          <w:b/>
          <w:i w:val="0"/>
          <w:color w:val="1F3864"/>
          <w:sz w:val="32"/>
        </w:rPr>
        <w:t>SABR? - A MISCONCEPTION</w:t>
      </w:r>
    </w:p>
    <w:p>
      <w:pPr>
        <w:spacing w:before="0" w:after="120" w:line="300" w:lineRule="exact"/>
        <w:jc w:val="both"/>
      </w:pPr>
      <w:r>
        <w:rPr>
          <w:rFonts w:ascii="Georgia" w:hAnsi="Georgia" w:cs="Georgia" w:eastAsia="Georgia"/>
          <w:b w:val="0"/>
          <w:i w:val="0"/>
          <w:sz w:val="22"/>
        </w:rPr>
        <w:t>Offering solutions, the KZN Jamiat says:</w:t>
      </w:r>
    </w:p>
    <w:p>
      <w:pPr>
        <w:spacing w:before="120" w:after="120" w:line="300" w:lineRule="exact"/>
        <w:ind w:left="720" w:right="720"/>
        <w:jc w:val="center"/>
      </w:pPr>
      <w:r>
        <w:rPr>
          <w:rFonts w:ascii="Georgia" w:hAnsi="Georgia" w:cs="Georgia" w:eastAsia="Georgia"/>
          <w:b w:val="0"/>
          <w:i/>
          <w:sz w:val="22"/>
        </w:rPr>
        <w:t>"We exhort Muslims to embrace active patience (Sabr), rather than passive patience. The latter is to passively accept the news of a calamity because one is left with no choice; whereas active patience is to internally accept and be content that it happened by Allah's pre-ordained decree, thereby attaining the fullest reward."</w:t>
      </w:r>
    </w:p>
    <w:p>
      <w:pPr>
        <w:spacing w:before="0" w:after="120" w:line="300" w:lineRule="exact"/>
        <w:jc w:val="both"/>
      </w:pPr>
      <w:r>
        <w:rPr>
          <w:rFonts w:ascii="Georgia" w:hAnsi="Georgia" w:cs="Georgia" w:eastAsia="Georgia"/>
          <w:b w:val="0"/>
          <w:i w:val="0"/>
          <w:sz w:val="22"/>
        </w:rPr>
        <w:t>The error in this reasoning is twofold: (1) The patience which is said to be 'passive', is actually the Active Patience commanded by the Qur'aan Majeed. The relevant verses (Al-Baqarah 155- 157) have been cited by the KZN Jamiat. It is not 'passive' patience. It is the Active Patience prescribed by Allah Ta'ala. There is no 'passive' patience.</w:t>
      </w:r>
    </w:p>
    <w:p>
      <w:pPr>
        <w:spacing w:before="0" w:after="120" w:line="300" w:lineRule="exact"/>
        <w:jc w:val="both"/>
      </w:pPr>
      <w:r>
        <w:rPr>
          <w:rFonts w:ascii="Georgia" w:hAnsi="Georgia" w:cs="Georgia" w:eastAsia="Georgia"/>
          <w:b w:val="0"/>
          <w:i w:val="0"/>
          <w:sz w:val="22"/>
        </w:rPr>
        <w:t>Added to the Active Sabr is Inaabat ilallaah. Not even making a reference to this essential requisite is the second major error. A calamity must be actively followed with repentance and obedience. Minus this, the Sabr is hollow and baseless. It will never be a true Sabr. Its underground rumblings will be complaint, discontent, and obliviousness of Allah's command and decree. If the cause, viz. Muslim treason against Allah Ta'ala, for the Athaab of the magnitude of the New Zealand massacre and the Syrian and Burmese miseries is not understood, then it is a clear sign of Allah Ta'ala having sealed the hearts of the victims. They have entered into the domain of summum, bukmun, umyun fahoem laa yarji-oon (Qur'aan). "They are deaf, dumb and blind, thus they will not return (to the Path of Rectitude). Their ultimate abode is only Jahannam.</w:t>
      </w:r>
    </w:p>
    <w:p>
      <w:r>
        <w:br w:type="page"/>
      </w:r>
    </w:p>
    <w:p>
      <w:pPr>
        <w:pStyle w:val="Heading1"/>
        <w:spacing w:before="360" w:after="200" w:line="300" w:lineRule="exact"/>
        <w:jc w:val="center"/>
      </w:pPr>
      <w:r>
        <w:rPr>
          <w:rFonts w:ascii="Georgia" w:hAnsi="Georgia" w:cs="Georgia" w:eastAsia="Georgia"/>
          <w:b/>
          <w:i w:val="0"/>
          <w:color w:val="1F3864"/>
          <w:sz w:val="32"/>
        </w:rPr>
        <w:t>HIS DECREE IS THE SELECTOR</w:t>
      </w:r>
    </w:p>
    <w:p>
      <w:pPr>
        <w:spacing w:before="0" w:after="120" w:line="300" w:lineRule="exact"/>
        <w:jc w:val="both"/>
      </w:pPr>
      <w:r>
        <w:rPr>
          <w:rFonts w:ascii="Georgia" w:hAnsi="Georgia" w:cs="Georgia" w:eastAsia="Georgia"/>
          <w:b w:val="0"/>
          <w:i w:val="0"/>
          <w:sz w:val="22"/>
        </w:rPr>
        <w:t>The KZN Jamiat having failed to understand the decree of Allah Azza Wa Jal, says: "New Zealand's victims were killed in the Masjid, the most beloved place to Allah, on a Friday (Jumuah), the most beloved day to Allah, during the Salah beloved to Allah."</w:t>
      </w:r>
    </w:p>
    <w:p>
      <w:pPr>
        <w:spacing w:before="0" w:after="120" w:line="300" w:lineRule="exact"/>
        <w:jc w:val="both"/>
      </w:pPr>
      <w:r>
        <w:rPr>
          <w:rFonts w:ascii="Georgia" w:hAnsi="Georgia" w:cs="Georgia" w:eastAsia="Georgia"/>
          <w:b w:val="0"/>
          <w:i w:val="0"/>
          <w:sz w:val="22"/>
        </w:rPr>
        <w:t>What is the purport of this comment? Despite the venue, the time and the ibaadat being most beloved to Allah Ta'ala, He did not protect the Muslims. In fact, He ordained and allowed it to happen. What is the answer for this conundrum? In fact, there is no conundrum. Only people blind and lost fail to understand the explicit texts of the Qur'aan and Ahaadith. Why are they so stupid as not to see the clarity of the Athaab? It is because of gross deficiency of Imaan.</w:t>
      </w:r>
    </w:p>
    <w:p>
      <w:pPr>
        <w:spacing w:before="0" w:after="120" w:line="300" w:lineRule="exact"/>
        <w:jc w:val="both"/>
      </w:pPr>
      <w:r>
        <w:rPr>
          <w:rFonts w:ascii="Georgia" w:hAnsi="Georgia" w:cs="Georgia" w:eastAsia="Georgia"/>
          <w:b w:val="0"/>
          <w:i w:val="0"/>
          <w:sz w:val="22"/>
        </w:rPr>
        <w:t>Remember, that the holiness of places and times is in relation to us. The Musaajid and things dear and holy to us are used by Allah Azza Wa jal to punish us. When Allah's Punishment is decreed, it takes within its grasp the holiest places even Musjidul Aqsa and the Ka'bah. Regarding the destruction of Musjidul Aqsa as a punishment for Muslims, the Qur'aan Majeed states:</w:t>
      </w:r>
    </w:p>
    <w:p>
      <w:pPr>
        <w:spacing w:before="120" w:after="120" w:line="300" w:lineRule="exact"/>
        <w:ind w:left="720" w:right="720"/>
        <w:jc w:val="center"/>
      </w:pPr>
      <w:r>
        <w:rPr>
          <w:rFonts w:ascii="Georgia" w:hAnsi="Georgia" w:cs="Georgia" w:eastAsia="Georgia"/>
          <w:b w:val="0"/>
          <w:i/>
          <w:sz w:val="22"/>
        </w:rPr>
        <w:t>"We proclaimed to Bani Israaeel in the Kitaab that most certainly you will spread mischief / strife on earth twice, and you will transgress egregiously.</w:t>
      </w:r>
    </w:p>
    <w:p>
      <w:pPr>
        <w:spacing w:before="120" w:after="120" w:line="300" w:lineRule="exact"/>
        <w:ind w:left="720" w:right="720"/>
        <w:jc w:val="center"/>
      </w:pPr>
      <w:r>
        <w:rPr>
          <w:rFonts w:ascii="Georgia" w:hAnsi="Georgia" w:cs="Georgia" w:eastAsia="Georgia"/>
          <w:b w:val="0"/>
          <w:i/>
          <w:sz w:val="22"/>
        </w:rPr>
        <w:t>When the first of the two promises transpired, We sent against you such of Our (kuffaar) servants who were powerful in warfare. They penetrated the homes. It was a promise fulfilled."</w:t>
      </w:r>
    </w:p>
    <w:p>
      <w:pPr>
        <w:spacing w:before="120" w:after="120" w:line="300" w:lineRule="exact"/>
        <w:ind w:left="720" w:right="720"/>
        <w:jc w:val="center"/>
      </w:pPr>
      <w:r>
        <w:rPr>
          <w:rFonts w:ascii="Georgia" w:hAnsi="Georgia" w:cs="Georgia" w:eastAsia="Georgia"/>
          <w:b w:val="0"/>
          <w:i/>
          <w:sz w:val="22"/>
        </w:rPr>
        <w:t>(Bani Israaeel, 4 and 5)</w:t>
      </w:r>
    </w:p>
    <w:p>
      <w:pPr>
        <w:spacing w:before="120" w:after="120" w:line="300" w:lineRule="exact"/>
        <w:ind w:left="720" w:right="720"/>
        <w:jc w:val="center"/>
      </w:pPr>
      <w:r>
        <w:rPr>
          <w:rFonts w:ascii="Georgia" w:hAnsi="Georgia" w:cs="Georgia" w:eastAsia="Georgia"/>
          <w:b w:val="0"/>
          <w:i/>
          <w:sz w:val="22"/>
        </w:rPr>
        <w:t>"When the second promise arrived (Allah Ta'ala sent other powerful kuffaar servants against you) who disfigured your faces, to penetrate the Musjid (Musjidul Aqsa) as they had entered it the first time (defiling and destroying it), and to utterly destroy whatever they overran."</w:t>
      </w:r>
    </w:p>
    <w:p>
      <w:pPr>
        <w:spacing w:before="120" w:after="120" w:line="300" w:lineRule="exact"/>
        <w:ind w:left="720" w:right="720"/>
        <w:jc w:val="center"/>
      </w:pPr>
      <w:r>
        <w:rPr>
          <w:rFonts w:ascii="Georgia" w:hAnsi="Georgia" w:cs="Georgia" w:eastAsia="Georgia"/>
          <w:b w:val="0"/>
          <w:i/>
          <w:sz w:val="22"/>
        </w:rPr>
        <w:t>(Bani Israaeel, Aayat 7)</w:t>
      </w:r>
    </w:p>
    <w:p>
      <w:pPr>
        <w:spacing w:before="0" w:after="120" w:line="300" w:lineRule="exact"/>
        <w:jc w:val="both"/>
      </w:pPr>
      <w:r>
        <w:rPr>
          <w:rFonts w:ascii="Georgia" w:hAnsi="Georgia" w:cs="Georgia" w:eastAsia="Georgia"/>
          <w:b w:val="0"/>
          <w:i w:val="0"/>
          <w:sz w:val="22"/>
        </w:rPr>
        <w:t>Destruction of Musaajid as Athaab of Allah Ta'ala is not a new development. Musjidul Aqsa was defiled, desanctified, demolished and destroyed seven times in history. All these divine acts of enactment were punishments for the Muslims of those times, viz., Bani Israaeel, and the latest Israeli domination, is punishment of this Muslim Ummah.</w:t>
      </w:r>
    </w:p>
    <w:p>
      <w:pPr>
        <w:spacing w:before="0" w:after="120" w:line="300" w:lineRule="exact"/>
        <w:jc w:val="both"/>
      </w:pPr>
      <w:r>
        <w:rPr>
          <w:rFonts w:ascii="Georgia" w:hAnsi="Georgia" w:cs="Georgia" w:eastAsia="Georgia"/>
          <w:b w:val="0"/>
          <w:i w:val="0"/>
          <w:sz w:val="22"/>
        </w:rPr>
        <w:t>The solution for the Punishment is not the non-Muslim drivel which Muslims are insanely and stupidly emulating and adopting. Since Muslims are today rudderless, morally corrupt, and spiritually bankrupt they lick up whatever the kuffaar vomit, hence the Ummah suffers from the disease of bootlicking. This is what is precisely occurring to the Muslims in New Zealand. Elsewhere, Muslims, especially deviate and zindeeq molvis motivated by motives of self-aggrandizement are jumping on to the stupid bandwagon of sympathy and solidarity. All these morons are being led by Iblees.</w:t>
      </w:r>
    </w:p>
    <w:p>
      <w:r>
        <w:br w:type="page"/>
      </w:r>
    </w:p>
    <w:p>
      <w:pPr>
        <w:pStyle w:val="Heading1"/>
        <w:spacing w:before="360" w:after="200" w:line="300" w:lineRule="exact"/>
        <w:jc w:val="center"/>
      </w:pPr>
      <w:r>
        <w:rPr>
          <w:rFonts w:ascii="Georgia" w:hAnsi="Georgia" w:cs="Georgia" w:eastAsia="Georgia"/>
          <w:b/>
          <w:i w:val="0"/>
          <w:color w:val="1F3864"/>
          <w:sz w:val="32"/>
        </w:rPr>
        <w:t>DESTRUCTION OF MUSJIDUL AQSA</w:t>
      </w:r>
    </w:p>
    <w:p>
      <w:pPr>
        <w:spacing w:before="0" w:after="120" w:line="300" w:lineRule="exact"/>
        <w:jc w:val="both"/>
      </w:pPr>
      <w:r>
        <w:rPr>
          <w:rFonts w:ascii="Georgia" w:hAnsi="Georgia" w:cs="Georgia" w:eastAsia="Georgia"/>
          <w:b w:val="0"/>
          <w:i w:val="0"/>
          <w:sz w:val="22"/>
        </w:rPr>
        <w:t>Commenting on the destruction of Musjidul Aqsa as punishment from Allah Azza Wa Jal, Hadhrat Mufti Muhammad Shafi (Rahmatullah alayh) states in his Ma-aariful Qur'aan:</w:t>
      </w:r>
    </w:p>
    <w:p>
      <w:pPr>
        <w:spacing w:before="0" w:after="120" w:line="300" w:lineRule="exact"/>
        <w:jc w:val="both"/>
      </w:pPr>
      <w:r>
        <w:rPr>
          <w:rFonts w:ascii="Georgia" w:hAnsi="Georgia" w:cs="Georgia" w:eastAsia="Georgia"/>
          <w:b w:val="0"/>
          <w:i w:val="0"/>
          <w:sz w:val="22"/>
        </w:rPr>
        <w:t>"The apparent reason for Allah Ta'ala narrating these episodes of Bani Israaeel in the Qur'aan Kareem is to inform Muslims that they are not excluded from this rule (of Divine Chastisement). In this dunya, honour, glory and wealth are related to obedience to Allah Ta'ala (i.e. as far as Muslims are concerned). When Muslims divert from the obedience of Allah and His Rasool (Sallallahu alayhi wasallam), then the enemies (the kuffaar) will be imposed over them. Then these enemies will defile the Musaajid of Muslims.</w:t>
      </w:r>
    </w:p>
    <w:p>
      <w:pPr>
        <w:spacing w:before="0" w:after="120" w:line="300" w:lineRule="exact"/>
        <w:jc w:val="both"/>
      </w:pPr>
      <w:r>
        <w:rPr>
          <w:rFonts w:ascii="Georgia" w:hAnsi="Georgia" w:cs="Georgia" w:eastAsia="Georgia"/>
          <w:b w:val="0"/>
          <w:i w:val="0"/>
          <w:sz w:val="22"/>
        </w:rPr>
        <w:t>Nowadays (i.e. after the establishment of Israel in 1947) the painful calamity of Yahudi domination over Baitul Maqdis, then setting it alight, has cast the entire world of Islam into grief. This occurrence is in fact testifying to this Qur'aanic truth (mentioned in the aforementioned Verses of Surah Bani Israaeel). Muslims have forgotten Allah Ta'ala and His Rasool and have become oblivious of the Aakhirat. Hankering after worldly glory and wealth, they have become strangers to the Qur'aan, Sunnah and the Ahkaam (Shariah). This Divine Law (of Punishment) overtaking them, has imposed the domination of a few hundred thousand Yahudis over tens of millions of Muslims. The Yahudis have caused great havoc and damage to Muslims and have snatched from them Baitul Maqdis which had been the Qiblah of all the Ambiya. The most despised nation of the world (viz. the Yahud) has defeated the Muslims. Numerically, the Yahud has no comparison with Muslims, and relative to the collective military might of the Muslim nations, the Yahud's stock is insignificant. Despite the Yahud having no honour, they have been most certainly imposed as a Punishment for Muslims. This is vividly clear. Whatever has happened (of Muslim defeat at the hands of the Yahud) is the Punishment for our corruption. The remedy for this (state of disgrace and defeat) is nothing other than turning unto Allah with repentance, being regretful and submitting in obedience to His Ahkaam.</w:t>
      </w:r>
    </w:p>
    <w:p>
      <w:pPr>
        <w:spacing w:before="0" w:after="120" w:line="300" w:lineRule="exact"/>
        <w:jc w:val="both"/>
      </w:pPr>
      <w:r>
        <w:rPr>
          <w:rFonts w:ascii="Georgia" w:hAnsi="Georgia" w:cs="Georgia" w:eastAsia="Georgia"/>
          <w:b w:val="0"/>
          <w:i w:val="0"/>
          <w:sz w:val="22"/>
        </w:rPr>
        <w:t>Become true Muslims. Abstain from aping aliens and from the major sin of reposing trust on them. Then, Insha-Allah, in terms of the Promise of Allah, Baitul Maqdis and Fillistine shall be returned to us. But, Alas! The Arab rulers of this era as well as the people of those lands have yet not understood this reality. Relying on aid of aliens, they are formulating plans for retaking Baitul Maqdis, but apparently there is no possibility for this to happen. The weapons and means for again gaining possession of Baitul Maqdis and Palestine are only Inaabat Ilallaah (turning to Allah in repentance), and having the focus firmly on the Aakhirat, and obeying the Shariat. In our social and political life, abstain from reposing trust on aliens and from emulating them. With trust on Allah the solution is only pure Islamic Jihad. May Allah Ta'ala grant our Arab rulers and populations this taufeeq."</w:t>
      </w:r>
    </w:p>
    <w:p>
      <w:pPr>
        <w:spacing w:before="0" w:after="120" w:line="300" w:lineRule="exact"/>
        <w:jc w:val="both"/>
      </w:pPr>
      <w:r>
        <w:rPr>
          <w:rFonts w:ascii="Georgia" w:hAnsi="Georgia" w:cs="Georgia" w:eastAsia="Georgia"/>
          <w:b w:val="0"/>
          <w:i w:val="0"/>
          <w:sz w:val="22"/>
        </w:rPr>
        <w:t>(End of Mufti Shafi's commentary)</w:t>
      </w:r>
    </w:p>
    <w:p>
      <w:pPr>
        <w:spacing w:before="0" w:after="120" w:line="300" w:lineRule="exact"/>
        <w:jc w:val="both"/>
      </w:pPr>
      <w:r>
        <w:rPr>
          <w:rFonts w:ascii="Georgia" w:hAnsi="Georgia" w:cs="Georgia" w:eastAsia="Georgia"/>
          <w:b w:val="0"/>
          <w:i w:val="0"/>
          <w:sz w:val="22"/>
        </w:rPr>
        <w:t>This tafseer of Hadhrat Mufti Shafi (Rahmatullah alayh) adequately answers the Molvi who denies the massacre being a punishment of Allah Ta'ala. His abnegation is based on the fact that the carnage occurred inside a Musjid, hence it cannot be the punishment of Allah Ta'ala. This thinking is stupid and baseless. As punishment for Muslims, Allah Ta'ala had awarded Musjidul Aqsa to the kuffaar several times in history. Along with defiling and destroying the Musjid, the kuffaar had slaughtered innumerable Muslims inside the Musjid.</w:t>
      </w:r>
    </w:p>
    <w:p>
      <w:pPr>
        <w:spacing w:before="0" w:after="120" w:line="300" w:lineRule="exact"/>
        <w:jc w:val="both"/>
      </w:pPr>
      <w:r>
        <w:rPr>
          <w:rFonts w:ascii="Georgia" w:hAnsi="Georgia" w:cs="Georgia" w:eastAsia="Georgia"/>
          <w:b w:val="0"/>
          <w:i w:val="0"/>
          <w:sz w:val="22"/>
        </w:rPr>
        <w:t>Furthermore, the history of the Crusades should convince the Molvi of the error of his thinking. The Musaajid in Baghdad and elsewhere were venues of bloodbaths. Thousands of Musaajid were defiled and destroyed along with innumerable musallis by the Hindu idolaters and cow-urine drinkers in 1947 on the occasion of the partition of the Indian sub-continent. To this day thousands of Musaajid in India are stables for animals and venues of defilement. All of this is the Athaab of Allah Azza Wa Jal.</w:t>
      </w:r>
    </w:p>
    <w:p>
      <w:pPr>
        <w:spacing w:before="0" w:after="120" w:line="300" w:lineRule="exact"/>
        <w:jc w:val="both"/>
      </w:pPr>
      <w:r>
        <w:rPr>
          <w:rFonts w:ascii="Georgia" w:hAnsi="Georgia" w:cs="Georgia" w:eastAsia="Georgia"/>
          <w:b w:val="0"/>
          <w:i w:val="0"/>
          <w:sz w:val="22"/>
        </w:rPr>
        <w:t>The Molvi Sahib should widen his research, and desist from stupid objections which border on kufr, for Allah Ta'ala and His Rasool (Sallallahu alayhi wasallam) have explicitly stated that imposition of kuffaar domination and brutality on Muslims, defiling the Musaajid, are among the methods of Divine Punishment.</w:t>
      </w:r>
    </w:p>
    <w:p>
      <w:r>
        <w:br w:type="page"/>
      </w:r>
    </w:p>
    <w:p>
      <w:pPr>
        <w:pStyle w:val="Heading1"/>
        <w:spacing w:before="360" w:after="200" w:line="300" w:lineRule="exact"/>
        <w:jc w:val="center"/>
      </w:pPr>
      <w:r>
        <w:rPr>
          <w:rFonts w:ascii="Georgia" w:hAnsi="Georgia" w:cs="Georgia" w:eastAsia="Georgia"/>
          <w:b/>
          <w:i w:val="0"/>
          <w:color w:val="1F3864"/>
          <w:sz w:val="32"/>
        </w:rPr>
        <w:t>MUSLIMS AND KUFFAAR – A VAST DIFFERENCE – NO SIMILARITIES</w:t>
      </w:r>
    </w:p>
    <w:p>
      <w:pPr>
        <w:spacing w:before="0" w:after="120" w:line="300" w:lineRule="exact"/>
        <w:jc w:val="both"/>
      </w:pPr>
      <w:r>
        <w:rPr>
          <w:rFonts w:ascii="Georgia" w:hAnsi="Georgia" w:cs="Georgia" w:eastAsia="Georgia"/>
          <w:b w:val="0"/>
          <w:i w:val="0"/>
          <w:sz w:val="22"/>
        </w:rPr>
        <w:t>In a futile and un-Islamic attempt to strike a similarity between Muslims and non-Muslims, the KZN Jamiat says:</w:t>
      </w:r>
    </w:p>
    <w:p>
      <w:pPr>
        <w:spacing w:before="120" w:after="120" w:line="300" w:lineRule="exact"/>
        <w:ind w:left="720" w:right="720"/>
        <w:jc w:val="center"/>
      </w:pPr>
      <w:r>
        <w:rPr>
          <w:rFonts w:ascii="Georgia" w:hAnsi="Georgia" w:cs="Georgia" w:eastAsia="Georgia"/>
          <w:b w:val="0"/>
          <w:i/>
          <w:sz w:val="22"/>
        </w:rPr>
        <w:t>"All communities are likewise affected by tests of this nature. Shooting at the hands of extremists are sadly commonplace in the world, harming Muslims and non-Muslims……."</w:t>
      </w:r>
    </w:p>
    <w:p>
      <w:pPr>
        <w:spacing w:before="0" w:after="120" w:line="300" w:lineRule="exact"/>
        <w:jc w:val="both"/>
      </w:pPr>
      <w:r>
        <w:rPr>
          <w:rFonts w:ascii="Georgia" w:hAnsi="Georgia" w:cs="Georgia" w:eastAsia="Georgia"/>
          <w:b w:val="0"/>
          <w:i w:val="0"/>
          <w:sz w:val="22"/>
        </w:rPr>
        <w:t>We cannot diagnose and prescribe for non-Muslims. It is not our business. The Ulama have to diagnose and prescribe for Muslims. But instead of executing their obligation of Amr Bil Ma'roof Nahy Anil Munkar, they resort to flattery and bootlicking, looking askance for sympathy and help from non-Muslims. But nothing will avail. Instead of turning only to Allah Ta'ala, they are turning to the enemies of Allah Azza Wa Jal for succour which will be denied to them. They are chasing after phantoms and seeing mirages of aid and honour in the form of kuffaar assistance and protection.</w:t>
      </w:r>
    </w:p>
    <w:p>
      <w:pPr>
        <w:spacing w:before="0" w:after="120" w:line="300" w:lineRule="exact"/>
        <w:jc w:val="both"/>
      </w:pPr>
      <w:r>
        <w:rPr>
          <w:rFonts w:ascii="Georgia" w:hAnsi="Georgia" w:cs="Georgia" w:eastAsia="Georgia"/>
          <w:b w:val="0"/>
          <w:i w:val="0"/>
          <w:sz w:val="22"/>
        </w:rPr>
        <w:t>The Ulama, or so-called ulama, have degenerated to scandalous levels of bootlicking. The ameer of the NNB jamiat of Fordsburg masquerading as 'jamiatul ulama south africa', a great grandfather of about 90 years, despite being on the very verge of the Qabr and on the eve of meeting Allah Ta'ala, displayed ludicrous senility with his bootlicking of the New Zealand authorities at the behest of his handler, Reverend Abraham Bham, the cross-worshipper. This unfortunate ameer sahib went like a stupid puppet to the New Zealand High Commission to sign a stupid condolence message.</w:t>
      </w:r>
    </w:p>
    <w:p>
      <w:pPr>
        <w:spacing w:before="0" w:after="120" w:line="300" w:lineRule="exact"/>
        <w:jc w:val="both"/>
      </w:pPr>
      <w:r>
        <w:rPr>
          <w:rFonts w:ascii="Georgia" w:hAnsi="Georgia" w:cs="Georgia" w:eastAsia="Georgia"/>
          <w:b w:val="0"/>
          <w:i w:val="0"/>
          <w:sz w:val="22"/>
        </w:rPr>
        <w:t>When Muslims should turn unto Allah Ta'ala in silent and sincere dua and ibaadat, they are licking the boots of the kuffaar and like baboons aping the ways, styles and mannerisms of Allah's enemies, as the Qur'aan Majeed states:</w:t>
      </w:r>
    </w:p>
    <w:p>
      <w:pPr>
        <w:spacing w:before="120" w:after="120" w:line="300" w:lineRule="exact"/>
        <w:ind w:left="720" w:right="720"/>
        <w:jc w:val="center"/>
      </w:pPr>
      <w:r>
        <w:rPr>
          <w:rFonts w:ascii="Georgia" w:hAnsi="Georgia" w:cs="Georgia" w:eastAsia="Georgia"/>
          <w:b w:val="0"/>
          <w:i/>
          <w:sz w:val="22"/>
        </w:rPr>
        <w:t>"What! Do you search for the law of jaahiliyyah"</w:t>
      </w:r>
    </w:p>
    <w:p>
      <w:pPr>
        <w:pStyle w:val="Heading3"/>
        <w:spacing w:before="200" w:after="120" w:line="300" w:lineRule="exact"/>
        <w:jc w:val="left"/>
      </w:pPr>
      <w:r>
        <w:rPr>
          <w:rFonts w:ascii="Georgia" w:hAnsi="Georgia" w:cs="Georgia" w:eastAsia="Georgia"/>
          <w:b/>
          <w:i w:val="0"/>
          <w:color w:val="2E74B5"/>
          <w:sz w:val="24"/>
        </w:rPr>
        <w:t>ISLAMOPHOBIA?</w:t>
      </w:r>
    </w:p>
    <w:p>
      <w:pPr>
        <w:spacing w:before="0" w:after="120" w:line="300" w:lineRule="exact"/>
        <w:jc w:val="both"/>
      </w:pPr>
      <w:r>
        <w:rPr>
          <w:rFonts w:ascii="Georgia" w:hAnsi="Georgia" w:cs="Georgia" w:eastAsia="Georgia"/>
          <w:b w:val="0"/>
          <w:i w:val="0"/>
          <w:sz w:val="22"/>
        </w:rPr>
        <w:t>Presenting the stupid excuse of 'islamophobia' as the cause of the tragedy, the KZN Jamiat says: The first point to note is as the Australian Federation of Islamic Councils elucidated precisely, moments after the event:</w:t>
      </w:r>
    </w:p>
    <w:p>
      <w:pPr>
        <w:spacing w:before="120" w:after="120" w:line="300" w:lineRule="exact"/>
        <w:ind w:left="720" w:right="720"/>
        <w:jc w:val="center"/>
      </w:pPr>
      <w:r>
        <w:rPr>
          <w:rFonts w:ascii="Georgia" w:hAnsi="Georgia" w:cs="Georgia" w:eastAsia="Georgia"/>
          <w:b w:val="0"/>
          <w:i/>
          <w:sz w:val="22"/>
        </w:rPr>
        <w:t>"This massacre today is the product of the ever-increasing Islamophobia and marginalisation of Muslims and is a reminder to all concerned, including political leaders and media commentators, of the horrific consequences that an atmosphere of hate and division can lead to."</w:t>
      </w:r>
    </w:p>
    <w:p>
      <w:pPr>
        <w:spacing w:before="0" w:after="120" w:line="300" w:lineRule="exact"/>
        <w:jc w:val="both"/>
      </w:pPr>
      <w:r>
        <w:rPr>
          <w:rFonts w:ascii="Georgia" w:hAnsi="Georgia" w:cs="Georgia" w:eastAsia="Georgia"/>
          <w:b w:val="0"/>
          <w:i w:val="0"/>
          <w:sz w:val="22"/>
        </w:rPr>
        <w:t>This is another bunkum idea of modernists who are bereft of any Deeni bearings. They are deficient in every branch of Islam, hence they proffer baseless and bunkum theories for events on which the Qur'aan and Hadith comment.</w:t>
      </w:r>
    </w:p>
    <w:p>
      <w:pPr>
        <w:spacing w:before="0" w:after="120" w:line="300" w:lineRule="exact"/>
        <w:jc w:val="both"/>
      </w:pPr>
      <w:r>
        <w:rPr>
          <w:rFonts w:ascii="Georgia" w:hAnsi="Georgia" w:cs="Georgia" w:eastAsia="Georgia"/>
          <w:b w:val="0"/>
          <w:i w:val="0"/>
          <w:sz w:val="22"/>
        </w:rPr>
        <w:t>While the term, islamophobia (fear of Islam), is a valid concept, it is misunderstood and misapplied by those who have coined it. The kuffaar attitude towards Muslims and Islam is 'hatred', not fear, especially not fear for the present-day ghutha Ummah. Confirming their hatred for Muslims, the Qur'aan Majeed says:</w:t>
      </w:r>
    </w:p>
    <w:p>
      <w:pPr>
        <w:spacing w:before="120" w:after="120" w:line="300" w:lineRule="exact"/>
        <w:ind w:left="720" w:right="720"/>
        <w:jc w:val="center"/>
      </w:pPr>
      <w:r>
        <w:rPr>
          <w:rFonts w:ascii="Georgia" w:hAnsi="Georgia" w:cs="Georgia" w:eastAsia="Georgia"/>
          <w:b w:val="0"/>
          <w:i/>
          <w:sz w:val="22"/>
        </w:rPr>
        <w:t>"O People of Imaan! Do not take as confidantes those besides yourselves. They will leave no stone unturned to ruin you. They desire that which will cause suffering to you. Verily, hatred has been disgorged from their mouths, but what their hearts conceal is worse. Verily, We have explained clearly to you the Signs if indeed you have sense." (Aal-e-Imraan, Aayat 118)</w:t>
      </w:r>
    </w:p>
    <w:p>
      <w:pPr>
        <w:spacing w:before="0" w:after="120" w:line="300" w:lineRule="exact"/>
        <w:jc w:val="both"/>
      </w:pPr>
      <w:r>
        <w:rPr>
          <w:rFonts w:ascii="Georgia" w:hAnsi="Georgia" w:cs="Georgia" w:eastAsia="Georgia"/>
          <w:b w:val="0"/>
          <w:i w:val="0"/>
          <w:sz w:val="22"/>
        </w:rPr>
        <w:t>It is not proper to interpret kuffaar hatred for us with the term 'islamophobia'. As far as this concept is concerned, Muslims themselves are the worst offenders. Muslims today are suffering from the malady of 'islamophobia'. Muslims are the ones who fear Islam most, hence the vast majority of the Ummah has abandoned Islam. They display excessive fear for the ahkaam of Islam. They abhor the Shariah.</w:t>
      </w:r>
    </w:p>
    <w:p>
      <w:pPr>
        <w:spacing w:before="0" w:after="120" w:line="300" w:lineRule="exact"/>
        <w:jc w:val="both"/>
      </w:pPr>
      <w:r>
        <w:rPr>
          <w:rFonts w:ascii="Georgia" w:hAnsi="Georgia" w:cs="Georgia" w:eastAsia="Georgia"/>
          <w:b w:val="0"/>
          <w:i w:val="0"/>
          <w:sz w:val="22"/>
        </w:rPr>
        <w:t>In every Muslim country, Muslims have intense aversion for Islam. They regard Islam to be an obstacle for progress—progress western style. That is why, a Muslim political party is unable to gain the support of Muslim voters. The position with Ulama parties in countries such as Pakistan is even worse than secular Muslim parties in non-Muslim countries. The Ulama and the Shariah are synonyms for the masses. The Muslim masses fear the Shariah, and this is the meaning of Islamophobia. Muslims are not prepared to submit to Islam. Their lifestyle and culture, their corrupt beliefs and their gross fisq, fujoor, bid'ah and kufr are explicit evidence for their aversion and abhorrence for Islam. In reality, their aversion for the Ulama, i.e. the Ulama-e-Haqq, is the evidence for their aversion for Allah Azza Wajal. The Ulama are the Shields which take the blows these enemies masquerading as 'Muslims' strike at Allah Ta'ala and Rasulullah (Sallallahu alayhi wasallam). In this regard, the Qur'aan Majeed says:</w:t>
      </w:r>
    </w:p>
    <w:p>
      <w:pPr>
        <w:spacing w:before="120" w:after="120" w:line="300" w:lineRule="exact"/>
        <w:ind w:left="720" w:right="720"/>
        <w:jc w:val="center"/>
      </w:pPr>
      <w:r>
        <w:rPr>
          <w:rFonts w:ascii="Georgia" w:hAnsi="Georgia" w:cs="Georgia" w:eastAsia="Georgia"/>
          <w:b w:val="0"/>
          <w:i/>
          <w:sz w:val="22"/>
        </w:rPr>
        <w:t>"Verily, We know that you (O Muhammad!) are grieved by that which they say. Most certainly, they are not belieing (and rejecting) you. But the zaalimeen are denying the Aayaat of Allah."</w:t>
      </w:r>
    </w:p>
    <w:p>
      <w:pPr>
        <w:spacing w:before="120" w:after="120" w:line="300" w:lineRule="exact"/>
        <w:ind w:left="720" w:right="720"/>
        <w:jc w:val="center"/>
      </w:pPr>
      <w:r>
        <w:rPr>
          <w:rFonts w:ascii="Georgia" w:hAnsi="Georgia" w:cs="Georgia" w:eastAsia="Georgia"/>
          <w:b w:val="0"/>
          <w:i/>
          <w:sz w:val="22"/>
        </w:rPr>
        <w:t>"Messengers before you were made liars, but they adopted patience regarding the falsehood of which they were accused, whilst they were persecuted until Our aid came to them. There is no change for the Words (Decrees) of Allah."</w:t>
      </w:r>
    </w:p>
    <w:p>
      <w:pPr>
        <w:spacing w:before="120" w:after="120" w:line="300" w:lineRule="exact"/>
        <w:ind w:left="720" w:right="720"/>
        <w:jc w:val="center"/>
      </w:pPr>
      <w:r>
        <w:rPr>
          <w:rFonts w:ascii="Georgia" w:hAnsi="Georgia" w:cs="Georgia" w:eastAsia="Georgia"/>
          <w:b w:val="0"/>
          <w:i/>
          <w:sz w:val="22"/>
        </w:rPr>
        <w:t>(Al-An'aam, 33 and 34)</w:t>
      </w:r>
    </w:p>
    <w:p>
      <w:pPr>
        <w:spacing w:before="0" w:after="120" w:line="300" w:lineRule="exact"/>
        <w:jc w:val="both"/>
      </w:pPr>
      <w:r>
        <w:rPr>
          <w:rFonts w:ascii="Georgia" w:hAnsi="Georgia" w:cs="Georgia" w:eastAsia="Georgia"/>
          <w:b w:val="0"/>
          <w:i w:val="0"/>
          <w:sz w:val="22"/>
        </w:rPr>
        <w:t>However, since the Zanaadaqah claim to have belief in Allah, they are unable to openly deny the Qur'aan and the Sunnah, that is Islam. They take the Ulama-e-Haqq for scapegoats and pour all their vilification intended for Islam onto the Ulama. Thus, they accuse the Ulama of propagating an Islam of their opinion in the same way as the kuffaar and mushrikeen had always accused and denied the Ambiya (Alayhimus salaam) as the aforementioned Aayat states.</w:t>
      </w:r>
    </w:p>
    <w:p>
      <w:pPr>
        <w:spacing w:before="0" w:after="120" w:line="300" w:lineRule="exact"/>
        <w:jc w:val="both"/>
      </w:pPr>
      <w:r>
        <w:rPr>
          <w:rFonts w:ascii="Georgia" w:hAnsi="Georgia" w:cs="Georgia" w:eastAsia="Georgia"/>
          <w:b w:val="0"/>
          <w:i w:val="0"/>
          <w:sz w:val="22"/>
        </w:rPr>
        <w:t>Thus, while Islamophobia is a reality, it is the disease from which the vast majority of the Muslim Ummah suffer, not the kuffaar. It is the Islamophobia of Muslims which has converted them into kuffaar, hence Allah's Athaab is overtaking this Ummah all over the world in a variety of forms.</w:t>
      </w:r>
    </w:p>
    <w:p>
      <w:pPr>
        <w:spacing w:before="0" w:after="120" w:line="300" w:lineRule="exact"/>
        <w:jc w:val="both"/>
      </w:pPr>
      <w:r>
        <w:rPr>
          <w:rFonts w:ascii="Georgia" w:hAnsi="Georgia" w:cs="Georgia" w:eastAsia="Georgia"/>
          <w:b w:val="0"/>
          <w:i w:val="0"/>
          <w:sz w:val="22"/>
        </w:rPr>
        <w:t>In the insane emulation of the ways of the kuffaar, Muslims have gone overboard on this occasion of the New Zealand massacre. They have not reacted in the manner prescribed by the Qur'aan and Sunnah. Reaction to calamities according to Islam is Sabr, Istighfaar, Islaah of the Nafs and soul-searching. In fact, on this occasion, Muslims have even completely forgotten about their mock 'qunoot-e-naazilah' which they usually perform with much fanfare and publicity for the purpose of aggrandizement. The evil molvis and sheikhs are notorious for mismanipulating acts of Ibaadat for self-aggrandizement and other despicable nafsaani motives. But this time they have abandoned even their mock performance of 'qunoot'. Bootlicking the Yahood and Nasaara has completely vermiculated their brains. Their approbation of kuffaar culture is total and all-embracing. Even old, senior molvis have degenerated into stupidity, making clowns of themselves by ludicrously aping the ways and stupidities of the kuffaar. While the mannerisms of non-Muslims suit them, they are hideously incongruent and ugly for Muslims.</w:t>
      </w:r>
    </w:p>
    <w:p>
      <w:pPr>
        <w:spacing w:before="0" w:after="120" w:line="300" w:lineRule="exact"/>
        <w:jc w:val="both"/>
      </w:pPr>
      <w:r>
        <w:rPr>
          <w:rFonts w:ascii="Georgia" w:hAnsi="Georgia" w:cs="Georgia" w:eastAsia="Georgia"/>
          <w:b w:val="0"/>
          <w:i w:val="0"/>
          <w:sz w:val="22"/>
        </w:rPr>
        <w:t>The deeply embedded disease of Islamophobia in Muslims – their fear for Islam - sends them fleeing from the Deen like wild donkeys flee from a lion. Thus, the Qur'aan Majeed states:</w:t>
      </w:r>
    </w:p>
    <w:p>
      <w:pPr>
        <w:spacing w:before="120" w:after="120" w:line="300" w:lineRule="exact"/>
        <w:ind w:left="720" w:right="720"/>
        <w:jc w:val="center"/>
      </w:pPr>
      <w:r>
        <w:rPr>
          <w:rFonts w:ascii="Georgia" w:hAnsi="Georgia" w:cs="Georgia" w:eastAsia="Georgia"/>
          <w:b w:val="0"/>
          <w:i/>
          <w:sz w:val="22"/>
        </w:rPr>
        <w:t>"What is the matter with them for (displaying such) aversion for Naseehat? They (behave) like wild asses fleeing from a lion."</w:t>
      </w:r>
    </w:p>
    <w:p>
      <w:pPr>
        <w:spacing w:before="120" w:after="120" w:line="300" w:lineRule="exact"/>
        <w:ind w:left="720" w:right="720"/>
        <w:jc w:val="center"/>
      </w:pPr>
      <w:r>
        <w:rPr>
          <w:rFonts w:ascii="Georgia" w:hAnsi="Georgia" w:cs="Georgia" w:eastAsia="Georgia"/>
          <w:b w:val="0"/>
          <w:i/>
          <w:sz w:val="22"/>
        </w:rPr>
        <w:t>(Al-Muddath-thir, Aayaat 49, 50 and 51)</w:t>
      </w:r>
    </w:p>
    <w:p>
      <w:pPr>
        <w:spacing w:before="0" w:after="120" w:line="300" w:lineRule="exact"/>
        <w:jc w:val="both"/>
      </w:pPr>
      <w:r>
        <w:rPr>
          <w:rFonts w:ascii="Georgia" w:hAnsi="Georgia" w:cs="Georgia" w:eastAsia="Georgia"/>
          <w:b w:val="0"/>
          <w:i w:val="0"/>
          <w:sz w:val="22"/>
        </w:rPr>
        <w:t>This is exactly how Muslims of this age are behaving. They are like wild donkeys fleeing from a lion. This Lion is Allah's Shariah.</w:t>
      </w:r>
    </w:p>
    <w:p>
      <w:r>
        <w:br w:type="page"/>
      </w:r>
    </w:p>
    <w:p>
      <w:pPr>
        <w:pStyle w:val="Heading1"/>
        <w:spacing w:before="360" w:after="200" w:line="300" w:lineRule="exact"/>
        <w:jc w:val="center"/>
      </w:pPr>
      <w:r>
        <w:rPr>
          <w:rFonts w:ascii="Georgia" w:hAnsi="Georgia" w:cs="Georgia" w:eastAsia="Georgia"/>
          <w:b/>
          <w:i w:val="0"/>
          <w:color w:val="1F3864"/>
          <w:sz w:val="32"/>
        </w:rPr>
        <w:t>MALI AND MUSLIM HYPOCRISY</w:t>
      </w:r>
    </w:p>
    <w:p>
      <w:pPr>
        <w:spacing w:before="0" w:after="120" w:line="300" w:lineRule="exact"/>
        <w:jc w:val="both"/>
      </w:pPr>
      <w:r>
        <w:rPr>
          <w:rFonts w:ascii="Georgia" w:hAnsi="Georgia" w:cs="Georgia" w:eastAsia="Georgia"/>
          <w:b w:val="0"/>
          <w:i w:val="0"/>
          <w:sz w:val="22"/>
        </w:rPr>
        <w:t>Coming hard on the heels of the New Zealand massacre, is the tragedy of Mali. 160 or more poor village folk – all Muslims – including pregnant women and babies were lynched and hacked to death and about 100 seriously injured. While there was not even a whimper from Muslims, the world over, some non-Muslims voiced their concern and are giving publicity to the tragedy. In the mirror of the cacophony of drivel noises made on the New Zealand issue, the silence and indifference of Muslims regarding the Mali carnage are hypocritical and wicked. Such silence reveals the actual motive for the loud noises and the abundance of dust and hot air kicked up by the so-called sympathizers of the Muslims who were killed in New Zealand. The hypocrisy is dazzlingly conspicuous.</w:t>
      </w:r>
    </w:p>
    <w:p>
      <w:pPr>
        <w:spacing w:before="0" w:after="120" w:line="300" w:lineRule="exact"/>
        <w:jc w:val="both"/>
      </w:pPr>
      <w:r>
        <w:rPr>
          <w:rFonts w:ascii="Georgia" w:hAnsi="Georgia" w:cs="Georgia" w:eastAsia="Georgia"/>
          <w:b w:val="0"/>
          <w:i w:val="0"/>
          <w:sz w:val="22"/>
        </w:rPr>
        <w:t>On the New Zealand issue there was a strong kuffaar public echo. Prominent personalities, including presidents and prime ministers, etc., all raised their voices with clarity on the New Zealand massacre. It was only on account of this publicity that Muslims – the bootlickers – clambered aboard the silly bandwagon to display their clownery, hollowness and hypocrisy. They have no true feeling for the Muslims who were killed in the carnage. Their concern was only to be in the limelight for gaining nafsaani aggrandizement, and this is obtainable in their opinion by bootlicking the Yahood and Nasaara. But Allah Azza Wa Jal says in His Qur'aan-e-Kareem:</w:t>
      </w:r>
    </w:p>
    <w:p>
      <w:pPr>
        <w:spacing w:before="120" w:after="120" w:line="300" w:lineRule="exact"/>
        <w:ind w:left="720" w:right="720"/>
        <w:jc w:val="center"/>
      </w:pPr>
      <w:r>
        <w:rPr>
          <w:rFonts w:ascii="Georgia" w:hAnsi="Georgia" w:cs="Georgia" w:eastAsia="Georgia"/>
          <w:b w:val="0"/>
          <w:i/>
          <w:sz w:val="22"/>
        </w:rPr>
        <w:t>"If you obey (follow and bootlick) the kuffaar, they will only turn you on your heels (away from Islam), then you will fall (headlong) into loss (in this dunya and in the Aakhirat). (Understand well that) Allah is your Friend (and Protector), and He is the best of helpers."</w:t>
      </w:r>
    </w:p>
    <w:p>
      <w:pPr>
        <w:spacing w:before="0" w:after="120" w:line="300" w:lineRule="exact"/>
        <w:jc w:val="both"/>
      </w:pPr>
      <w:r>
        <w:rPr>
          <w:rFonts w:ascii="Georgia" w:hAnsi="Georgia" w:cs="Georgia" w:eastAsia="Georgia"/>
          <w:b w:val="0"/>
          <w:i w:val="0"/>
          <w:sz w:val="22"/>
        </w:rPr>
        <w:t>(Aal-e-Imraan, Aayats 149 and 150)</w:t>
      </w:r>
    </w:p>
    <w:p>
      <w:pPr>
        <w:spacing w:before="0" w:after="120" w:line="300" w:lineRule="exact"/>
        <w:jc w:val="both"/>
      </w:pPr>
      <w:r>
        <w:rPr>
          <w:rFonts w:ascii="Georgia" w:hAnsi="Georgia" w:cs="Georgia" w:eastAsia="Georgia"/>
          <w:b w:val="0"/>
          <w:i w:val="0"/>
          <w:sz w:val="22"/>
        </w:rPr>
        <w:t>The incremental desensitization of the so-called Ulama has reached the degree of total abandonment of Imaani haya. Sometime ago, while the so-called 'senior' Ulama were undergoing a kind of imperceptible metamorphosis – a transformation from Haqq to baatil on a low key – they acquitted themselves pendulously being careful of flagrant fisq and fujoor. But today they have cast off their masks of deception, abandoning every vestige of shame and Islamic honour to plunge headlong in the evil of bootlicking. There is no longer any shame to inhibit them from flagrant transgression and rebellion in the public. They join hands with kuffaar, pray with them, eat with them, make merry with them, cry with them, laugh with them, and condone and even accept their baatil of kufr and shirk. This is the 'enlightenment' and 'progress' which Muslims have acquired and adopted from the Yahood and Nasaara. This is what Rasulullah (Sallallahu alayhi wasallam) conveyed to us by informing us of our filthy emulation of the kuffaar right into "lizard's hole".</w:t>
      </w:r>
    </w:p>
    <w:p>
      <w:pPr>
        <w:spacing w:before="0" w:after="120" w:line="300" w:lineRule="exact"/>
        <w:jc w:val="both"/>
      </w:pPr>
      <w:r>
        <w:rPr>
          <w:rFonts w:ascii="Georgia" w:hAnsi="Georgia" w:cs="Georgia" w:eastAsia="Georgia"/>
          <w:b w:val="0"/>
          <w:i w:val="0"/>
          <w:sz w:val="22"/>
        </w:rPr>
        <w:t>It is this type of fraternization and socialization which totally desensitizes Muslims, effacing all aversion for kufr, shirk and idolatry. Such a state of affairs is the clarion call for Divine Chastisement which has been explained with clarity by Rasulullah (Sallallahu alayhi wasallam).</w:t>
      </w:r>
    </w:p>
    <w:p>
      <w:pPr>
        <w:spacing w:before="0" w:after="120" w:line="300" w:lineRule="exact"/>
        <w:jc w:val="both"/>
      </w:pPr>
      <w:r>
        <w:rPr>
          <w:rFonts w:ascii="Georgia" w:hAnsi="Georgia" w:cs="Georgia" w:eastAsia="Georgia"/>
          <w:b w:val="0"/>
          <w:i w:val="0"/>
          <w:sz w:val="22"/>
        </w:rPr>
        <w:t>The episode of the destruction of the 100,000 people during the time of Nabi Yusha' (Alayhis salaam) despite 40,000 of these inhabitants of the city being such Buzroogs whose 'a'maal were like the deeds of the Ambiya', and the fall and ruin of Bal'am Ba-oor, and of the Raahib Baseesah, and the tens of thousands of Bani Israaeel reduced to slavery by the Babylonians after the sacking, defilement and utter destruction of Musjidul Aqsa and Jerusalem, as well as many more similar episodes of Allah's Athaab more than adequately provide clear evidence for the claim that the comparatively 'insignificant' carnage which transpired in New Zealand was an Athaab on a lesser level as the Qur'aan Majeed mentions:</w:t>
      </w:r>
    </w:p>
    <w:p>
      <w:pPr>
        <w:spacing w:before="120" w:after="120" w:line="300" w:lineRule="exact"/>
        <w:ind w:left="720" w:right="720"/>
        <w:jc w:val="center"/>
      </w:pPr>
      <w:r>
        <w:rPr>
          <w:rFonts w:ascii="Georgia" w:hAnsi="Georgia" w:cs="Georgia" w:eastAsia="Georgia"/>
          <w:b w:val="0"/>
          <w:i/>
          <w:sz w:val="22"/>
        </w:rPr>
        <w:t>"Most certainly, We shall give them a taste of the lesser punishment, not of the greater punishment for perhaps they may return (to Siraatul Mustaqeem)."</w:t>
      </w:r>
    </w:p>
    <w:p>
      <w:pPr>
        <w:spacing w:before="120" w:after="120" w:line="300" w:lineRule="exact"/>
        <w:ind w:left="720" w:right="720"/>
        <w:jc w:val="center"/>
      </w:pPr>
      <w:r>
        <w:rPr>
          <w:rFonts w:ascii="Georgia" w:hAnsi="Georgia" w:cs="Georgia" w:eastAsia="Georgia"/>
          <w:b w:val="0"/>
          <w:i/>
          <w:sz w:val="22"/>
        </w:rPr>
        <w:t>(As-Sajdah, Aayat 21)</w:t>
      </w:r>
    </w:p>
    <w:p>
      <w:pPr>
        <w:spacing w:before="0" w:after="120" w:line="300" w:lineRule="exact"/>
        <w:jc w:val="both"/>
      </w:pPr>
      <w:r>
        <w:rPr>
          <w:rFonts w:ascii="Georgia" w:hAnsi="Georgia" w:cs="Georgia" w:eastAsia="Georgia"/>
          <w:b w:val="0"/>
          <w:i w:val="0"/>
          <w:sz w:val="22"/>
        </w:rPr>
        <w:t>But if they do not heed the Strike from Allah Azza Wa Jal, then they will be the most wicked people earmarked for obliteration with the "Greater Punishment" as Allah Ta'ala says in the Qur'aan Majeed:</w:t>
      </w:r>
    </w:p>
    <w:p>
      <w:pPr>
        <w:spacing w:before="120" w:after="120" w:line="300" w:lineRule="exact"/>
        <w:ind w:left="720" w:right="720"/>
        <w:jc w:val="center"/>
      </w:pPr>
      <w:r>
        <w:rPr>
          <w:rFonts w:ascii="Georgia" w:hAnsi="Georgia" w:cs="Georgia" w:eastAsia="Georgia"/>
          <w:b w:val="0"/>
          <w:i/>
          <w:sz w:val="22"/>
        </w:rPr>
        <w:t>"Who is a greater zaalim (oppressor) than he who is given naseehat of the Aayaat of his Rabb, but then he ignores it? Verily, We shall extract vengeance from the criminals."</w:t>
      </w:r>
    </w:p>
    <w:p>
      <w:pPr>
        <w:spacing w:before="120" w:after="120" w:line="300" w:lineRule="exact"/>
        <w:ind w:left="720" w:right="720"/>
        <w:jc w:val="center"/>
      </w:pPr>
      <w:r>
        <w:rPr>
          <w:rFonts w:ascii="Georgia" w:hAnsi="Georgia" w:cs="Georgia" w:eastAsia="Georgia"/>
          <w:b w:val="0"/>
          <w:i/>
          <w:sz w:val="22"/>
        </w:rPr>
        <w:t>(As-Sajdah, Aayat 22)</w:t>
      </w:r>
    </w:p>
    <w:p>
      <w:pPr>
        <w:spacing w:before="0" w:after="120" w:line="300" w:lineRule="exact"/>
        <w:jc w:val="both"/>
      </w:pPr>
      <w:r>
        <w:rPr>
          <w:rFonts w:ascii="Georgia" w:hAnsi="Georgia" w:cs="Georgia" w:eastAsia="Georgia"/>
          <w:b w:val="0"/>
          <w:i w:val="0"/>
          <w:sz w:val="22"/>
        </w:rPr>
        <w:t>These silent molvis, regardless of their self-perceived 'sincerity' and their stupid arguments of 'hikmat' by which they justify their devilish silence when Allah's ahkaam are shamelessly, flagrantly and brutally flouted and mutilated in their presence, will be swept into the Grasp of Allah's Athaab. Warning them of their capital crime of abandoning Amr Bil Ma'roof Nahyi Anil Munkar, the Qur'aan Majeed says:</w:t>
      </w:r>
    </w:p>
    <w:p>
      <w:pPr>
        <w:spacing w:before="120" w:after="120" w:line="300" w:lineRule="exact"/>
        <w:ind w:left="720" w:right="720"/>
        <w:jc w:val="center"/>
      </w:pPr>
      <w:r>
        <w:rPr>
          <w:rFonts w:ascii="Georgia" w:hAnsi="Georgia" w:cs="Georgia" w:eastAsia="Georgia"/>
          <w:b w:val="0"/>
          <w:i/>
          <w:sz w:val="22"/>
        </w:rPr>
        <w:t>"Fear such a FITNAH (Athaab) which will not overtake only the transgressors among you."</w:t>
      </w:r>
    </w:p>
    <w:p>
      <w:pPr>
        <w:spacing w:before="120" w:after="120" w:line="300" w:lineRule="exact"/>
        <w:ind w:left="720" w:right="720"/>
        <w:jc w:val="center"/>
      </w:pPr>
      <w:r>
        <w:rPr>
          <w:rFonts w:ascii="Georgia" w:hAnsi="Georgia" w:cs="Georgia" w:eastAsia="Georgia"/>
          <w:b w:val="0"/>
          <w:i/>
          <w:sz w:val="22"/>
        </w:rPr>
        <w:t>(Al-Anfaal, Aayat 25)</w:t>
      </w:r>
    </w:p>
    <w:p>
      <w:pPr>
        <w:spacing w:before="0" w:after="120" w:line="300" w:lineRule="exact"/>
        <w:jc w:val="both"/>
      </w:pPr>
      <w:r>
        <w:rPr>
          <w:rFonts w:ascii="Georgia" w:hAnsi="Georgia" w:cs="Georgia" w:eastAsia="Georgia"/>
          <w:b w:val="0"/>
          <w:i w:val="0"/>
          <w:sz w:val="22"/>
        </w:rPr>
        <w:t>All of you buzroogs, evil molvis and zindeeq sheikhs will be struck down into obliteration by Divine Chastisement when Allah's Decree materializes. Do not be snug in your hallucinated safety and peace you are presently enjoying. The Qur'aan Majeed states:</w:t>
      </w:r>
    </w:p>
    <w:p>
      <w:pPr>
        <w:spacing w:before="120" w:after="120" w:line="300" w:lineRule="exact"/>
        <w:ind w:left="720" w:right="720"/>
        <w:jc w:val="center"/>
      </w:pPr>
      <w:r>
        <w:rPr>
          <w:rFonts w:ascii="Georgia" w:hAnsi="Georgia" w:cs="Georgia" w:eastAsia="Georgia"/>
          <w:b w:val="0"/>
          <w:i/>
          <w:sz w:val="22"/>
        </w:rPr>
        <w:t>"For every community there is an appointed time. When that time arrives, it shall not be delayed nor advanced a moment."</w:t>
      </w:r>
    </w:p>
    <w:p>
      <w:pPr>
        <w:spacing w:before="120" w:after="120" w:line="300" w:lineRule="exact"/>
        <w:ind w:left="720" w:right="720"/>
        <w:jc w:val="center"/>
      </w:pPr>
      <w:r>
        <w:rPr>
          <w:rFonts w:ascii="Georgia" w:hAnsi="Georgia" w:cs="Georgia" w:eastAsia="Georgia"/>
          <w:b w:val="0"/>
          <w:i/>
          <w:sz w:val="22"/>
        </w:rPr>
        <w:t>(Al-A'raaf, Aayat 34)</w:t>
      </w:r>
    </w:p>
    <w:p>
      <w:pPr>
        <w:spacing w:before="120" w:after="120" w:line="300" w:lineRule="exact"/>
        <w:ind w:left="720" w:right="720"/>
        <w:jc w:val="center"/>
      </w:pPr>
      <w:r>
        <w:rPr>
          <w:rFonts w:ascii="Georgia" w:hAnsi="Georgia" w:cs="Georgia" w:eastAsia="Georgia"/>
          <w:b w:val="0"/>
          <w:i/>
          <w:sz w:val="22"/>
        </w:rPr>
        <w:t>"Verily, the Athaab of their Rabb is not something to be snug about."</w:t>
      </w:r>
    </w:p>
    <w:p>
      <w:pPr>
        <w:spacing w:before="120" w:after="120" w:line="300" w:lineRule="exact"/>
        <w:ind w:left="720" w:right="720"/>
        <w:jc w:val="center"/>
      </w:pPr>
      <w:r>
        <w:rPr>
          <w:rFonts w:ascii="Georgia" w:hAnsi="Georgia" w:cs="Georgia" w:eastAsia="Georgia"/>
          <w:b w:val="0"/>
          <w:i/>
          <w:sz w:val="22"/>
        </w:rPr>
        <w:t>(Al-Ma'aarij, Aayat 28)</w:t>
      </w:r>
    </w:p>
    <w:p>
      <w:pPr>
        <w:spacing w:before="0" w:after="120" w:line="300" w:lineRule="exact"/>
        <w:jc w:val="both"/>
      </w:pPr>
      <w:r>
        <w:rPr>
          <w:rFonts w:ascii="Georgia" w:hAnsi="Georgia" w:cs="Georgia" w:eastAsia="Georgia"/>
          <w:b w:val="0"/>
          <w:i w:val="0"/>
          <w:sz w:val="22"/>
        </w:rPr>
        <w:t>Allah Ta'ala warns us to beware of being confident and over-confident in our deception of our current state of perceived 'safety'. Nothing will thwart Allah's Athaab when it strikes. These buzroogs who have corrupted the Aqaaid and despoiled the Akhlaaq of the masses with their vile and baatil interpretations are the "worst specimens under the canopy of the sky". They come fully within the purview of the Qur'aanic stricture:</w:t>
      </w:r>
    </w:p>
    <w:p>
      <w:pPr>
        <w:spacing w:before="120" w:after="120" w:line="300" w:lineRule="exact"/>
        <w:ind w:left="720" w:right="720"/>
        <w:jc w:val="center"/>
      </w:pPr>
      <w:r>
        <w:rPr>
          <w:rFonts w:ascii="Georgia" w:hAnsi="Georgia" w:cs="Georgia" w:eastAsia="Georgia"/>
          <w:b w:val="0"/>
          <w:i/>
          <w:sz w:val="22"/>
        </w:rPr>
        <w:t>"Verily, the worst creatures by Allah are the deaf and the dumb who have no aql (brains and sense)." (Al-Anfaal, Aayat 22)</w:t>
      </w:r>
    </w:p>
    <w:p>
      <w:pPr>
        <w:spacing w:before="0" w:after="120" w:line="300" w:lineRule="exact"/>
        <w:jc w:val="both"/>
      </w:pPr>
      <w:r>
        <w:rPr>
          <w:rFonts w:ascii="Georgia" w:hAnsi="Georgia" w:cs="Georgia" w:eastAsia="Georgia"/>
          <w:b w:val="0"/>
          <w:i w:val="0"/>
          <w:sz w:val="22"/>
        </w:rPr>
        <w:t>The following is a brief account by non-Muslim journalists, of the horrendous massacre in Mali:</w:t>
      </w:r>
    </w:p>
    <w:p>
      <w:pPr>
        <w:spacing w:before="0" w:after="120" w:line="300" w:lineRule="exact"/>
        <w:jc w:val="both"/>
      </w:pPr>
      <w:r>
        <w:rPr>
          <w:rFonts w:ascii="Georgia" w:hAnsi="Georgia" w:cs="Georgia" w:eastAsia="Georgia"/>
          <w:b w:val="0"/>
          <w:i w:val="0"/>
          <w:sz w:val="22"/>
        </w:rPr>
        <w:t>The horrific massacre in the central Malian village of Ogossagou is exposing the brutal realities of the war in Mali launched by Paris in 2013. Under French and German military occupation, this country—one of the poorest in the world—is being torn apart by a rising wave of ethnic bloodshed.</w:t>
      </w:r>
    </w:p>
    <w:p>
      <w:pPr>
        <w:spacing w:before="0" w:after="120" w:line="300" w:lineRule="exact"/>
        <w:jc w:val="both"/>
      </w:pPr>
      <w:r>
        <w:rPr>
          <w:rFonts w:ascii="Georgia" w:hAnsi="Georgia" w:cs="Georgia" w:eastAsia="Georgia"/>
          <w:b w:val="0"/>
          <w:i w:val="0"/>
          <w:sz w:val="22"/>
        </w:rPr>
        <w:t>Just before dawn on March 23, a band of approximately 100 fighters dressed in ethnic Dogon garb and bearing firearms arrived in Ogossagou, a Peul (or Fulani) village in the region of Bankass, near the border with Burkina Faso. They proceeded to shoot or kill everyone they could find, from the elderly down to the smallest infants. Approximately 160 people were killed and 55 wounded.</w:t>
      </w:r>
    </w:p>
    <w:p>
      <w:pPr>
        <w:spacing w:before="0" w:after="120" w:line="300" w:lineRule="exact"/>
        <w:jc w:val="both"/>
      </w:pPr>
      <w:r>
        <w:rPr>
          <w:rFonts w:ascii="Georgia" w:hAnsi="Georgia" w:cs="Georgia" w:eastAsia="Georgia"/>
          <w:b w:val="0"/>
          <w:i w:val="0"/>
          <w:sz w:val="22"/>
        </w:rPr>
        <w:t>Eighteen people sought refuge in the house of the village marabout (healer), Bara Sékou Issa, who is known across West Africa, hoping the gunmen would not attack a marabout's house. Sékou Issa had already welcomed a number of refugees from nearby villages into his home, offering them room and board. However, the attackers set Sékou Issa's house on fire and gunned down anyone fleeing the house to escape the flames. All of Sékou Issa's religious students reportedly perished in the flames inside his house.</w:t>
      </w:r>
    </w:p>
    <w:p>
      <w:pPr>
        <w:spacing w:before="0" w:after="120" w:line="300" w:lineRule="exact"/>
        <w:jc w:val="both"/>
      </w:pPr>
      <w:r>
        <w:rPr>
          <w:rFonts w:ascii="Georgia" w:hAnsi="Georgia" w:cs="Georgia" w:eastAsia="Georgia"/>
          <w:b w:val="0"/>
          <w:i w:val="0"/>
          <w:sz w:val="22"/>
        </w:rPr>
        <w:t>The attackers slit the throat of the village chief, Amadou Barry, in front of his mother, aged 90, and then executed her, as well.</w:t>
      </w:r>
    </w:p>
    <w:p>
      <w:pPr>
        <w:spacing w:before="0" w:after="120" w:line="300" w:lineRule="exact"/>
        <w:jc w:val="both"/>
      </w:pPr>
      <w:r>
        <w:rPr>
          <w:rFonts w:ascii="Georgia" w:hAnsi="Georgia" w:cs="Georgia" w:eastAsia="Georgia"/>
          <w:b w:val="0"/>
          <w:i w:val="0"/>
          <w:sz w:val="22"/>
        </w:rPr>
        <w:t>The village was left devastated, with houses and buildings burnt down and even livestock and domestic animals killed. Ismaïla Cissé, one of the Malian army's few Peul officers, told the press: "They want to wipe us off the surface of the earth. Otherwise, how can one explain that they killed children, the elderly, and even livestock?"</w:t>
      </w:r>
    </w:p>
    <w:p>
      <w:pPr>
        <w:spacing w:before="0" w:after="120" w:line="300" w:lineRule="exact"/>
        <w:jc w:val="both"/>
      </w:pPr>
      <w:r>
        <w:rPr>
          <w:rFonts w:ascii="Georgia" w:hAnsi="Georgia" w:cs="Georgia" w:eastAsia="Georgia"/>
          <w:b w:val="0"/>
          <w:i w:val="0"/>
          <w:sz w:val="22"/>
        </w:rPr>
        <w:t>The interfaith prayer and condolence kufr stupidity have replaced the mock 'qunoot'. Vociferous chanting and howling has obliterated silent Sabr, Istighfaar, Taubah and Dua. In brief, nothing of Islam's attitudes and nothing of the Sunnah remains with these shayaateenul ins (human devils) masquerading as 'ulama', including the jaahil awaam (masses). They have destroyed their dunya and their Aakhirat.</w:t>
      </w:r>
    </w:p>
    <w:p>
      <w:pPr>
        <w:spacing w:before="0" w:after="120" w:line="300" w:lineRule="exact"/>
        <w:jc w:val="both"/>
      </w:pPr>
      <w:r>
        <w:rPr>
          <w:rFonts w:ascii="Georgia" w:hAnsi="Georgia" w:cs="Georgia" w:eastAsia="Georgia"/>
          <w:b w:val="0"/>
          <w:i w:val="0"/>
          <w:sz w:val="22"/>
        </w:rPr>
        <w:t>As for the masses who behave like cattle and apes, they do not follow these vile molvis and sheikhs. They follow only their vain desires. However, they present the putrid and baatil arguments and shaitaani 'fatwas' of the ulama-e-soo' to give credence and justification to the haraam, fisq, fujoor, bid'ah and kufr in which they freely and flagrantly indulge.</w:t>
      </w:r>
    </w:p>
    <w:p>
      <w:pPr>
        <w:spacing w:before="0" w:after="120" w:line="300" w:lineRule="exact"/>
        <w:jc w:val="both"/>
      </w:pPr>
      <w:r>
        <w:rPr>
          <w:rFonts w:ascii="Georgia" w:hAnsi="Georgia" w:cs="Georgia" w:eastAsia="Georgia"/>
          <w:b w:val="0"/>
          <w:i w:val="0"/>
          <w:sz w:val="22"/>
        </w:rPr>
        <w:t>The self-evident Islamic fact of the New Zealand massacre being Allah's Athaab is denied by even the molvis and sheikhs who have degenerated into such jahaalat which precludes them from understanding this Qur'aanic reality. Their ebullient support for and acceptance of whatever rubbish the kuffaar disgorge, and their pedantry presentation of ludicrous 'daleel' to justify all their dhalaal (deviation) and even zandaqah (kufr) illustrate how far, very far they have drifted from Siraatul Mustaqeem. They have lost all their Imaani bearings. Their brains are flummoxed by the avalanche of baatil which has been dinned into their ears as a result of their fraternization and socialisation with fussaaq, fujjaar and kuffaar.</w:t>
      </w:r>
    </w:p>
    <w:p>
      <w:pPr>
        <w:spacing w:before="0" w:after="120" w:line="300" w:lineRule="exact"/>
        <w:jc w:val="both"/>
      </w:pPr>
      <w:r>
        <w:rPr>
          <w:rFonts w:ascii="Georgia" w:hAnsi="Georgia" w:cs="Georgia" w:eastAsia="Georgia"/>
          <w:b w:val="0"/>
          <w:i w:val="0"/>
          <w:sz w:val="22"/>
        </w:rPr>
        <w:t>Their gross insincerity is abundantly displayed by their deafening silence on the brutal massacre of</w:t>
      </w:r>
    </w:p>
    <w:p>
      <w:pPr>
        <w:spacing w:before="0" w:after="120" w:line="300" w:lineRule="exact"/>
        <w:jc w:val="both"/>
      </w:pPr>
      <w:r>
        <w:rPr>
          <w:rFonts w:ascii="Georgia" w:hAnsi="Georgia" w:cs="Georgia" w:eastAsia="Georgia"/>
          <w:b w:val="0"/>
          <w:i w:val="0"/>
          <w:sz w:val="22"/>
        </w:rPr>
        <w:t>160 Muslims in Mali. This massacre occurred soon after the New Zealand carnage. In the Mali massacre, even babies were hacked to death in the presence of their mothers who were thrown into burning oil and shot. But the Ummah is satanically silent in this regard. That is because the Mali scenario promises no publicity, no limelight and no aggrandizement as the New Zealand scenario has presented to the morons.</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Undoubtedly, the massacre in New Zealand and the tragedy in Mali are specimens of Allah's Athaab. It is kufr to cast aspersions on the Wisdom of Allah Azza Wa Jal. No one can fathom Divine Wisdom and Mystery. He punishes His creation as He wills. It is His prerogative.</w:t>
      </w:r>
    </w:p>
    <w:p>
      <w:pPr>
        <w:spacing w:before="0" w:after="120" w:line="300" w:lineRule="exact"/>
        <w:jc w:val="both"/>
      </w:pPr>
      <w:r>
        <w:rPr>
          <w:rFonts w:ascii="Georgia" w:hAnsi="Georgia" w:cs="Georgia" w:eastAsia="Georgia"/>
          <w:b w:val="0"/>
          <w:i w:val="0"/>
          <w:sz w:val="22"/>
        </w:rPr>
        <w:t>If Allah Azza Wa Jal had willed to protect the Muslims in New Zealand, in Mali, in Syria and in other places, He would have done so. The Qur'aan Majeed says:</w:t>
      </w:r>
    </w:p>
    <w:p>
      <w:pPr>
        <w:spacing w:before="120" w:after="120" w:line="300" w:lineRule="exact"/>
        <w:ind w:left="720" w:right="720"/>
        <w:jc w:val="center"/>
      </w:pPr>
      <w:r>
        <w:rPr>
          <w:rFonts w:ascii="Georgia" w:hAnsi="Georgia" w:cs="Georgia" w:eastAsia="Georgia"/>
          <w:b w:val="0"/>
          <w:i/>
          <w:sz w:val="22"/>
        </w:rPr>
        <w:t>"Verily, His affair when He wills something, is to simply say to it: 'Be!', and it comes into existence. Glory unto Allah! The reins of all things is in His Power, and unto Him shall you be returned." (Yaaseen, Aayats 82 and 83)</w:t>
      </w:r>
    </w:p>
    <w:p>
      <w:pPr>
        <w:spacing w:before="0" w:after="120" w:line="300" w:lineRule="exact"/>
        <w:jc w:val="both"/>
      </w:pPr>
      <w:r>
        <w:rPr>
          <w:rFonts w:ascii="Georgia" w:hAnsi="Georgia" w:cs="Georgia" w:eastAsia="Georgia"/>
          <w:b w:val="0"/>
          <w:i w:val="0"/>
          <w:sz w:val="22"/>
        </w:rPr>
        <w:t>Denial of Allah's operating Hand in the New Zealand and Mali massacres, and in all other enactments of horror on Muslims, is kufr. So beware of ascribing kufr stupidities to the Decrees of Allah Azza Wa Jal.</w:t>
      </w:r>
    </w:p>
    <w:p>
      <w:pPr>
        <w:pStyle w:val="Heading3"/>
        <w:spacing w:before="200" w:after="120" w:line="300" w:lineRule="exact"/>
        <w:jc w:val="left"/>
      </w:pPr>
      <w:r>
        <w:rPr>
          <w:rFonts w:ascii="Georgia" w:hAnsi="Georgia" w:cs="Georgia" w:eastAsia="Georgia"/>
          <w:b/>
          <w:i w:val="0"/>
          <w:color w:val="2E74B5"/>
          <w:sz w:val="24"/>
        </w:rPr>
        <w:t>FEAR?</w:t>
      </w:r>
    </w:p>
    <w:p>
      <w:pPr>
        <w:spacing w:before="120" w:after="120" w:line="300" w:lineRule="exact"/>
        <w:ind w:left="720" w:right="720"/>
        <w:jc w:val="center"/>
      </w:pPr>
      <w:r>
        <w:rPr>
          <w:rFonts w:ascii="Georgia" w:hAnsi="Georgia" w:cs="Georgia" w:eastAsia="Georgia"/>
          <w:b w:val="0"/>
          <w:i/>
          <w:sz w:val="22"/>
        </w:rPr>
        <w:t>Proferring further advice, the KZN Jamiat says: "We should not allow fear to penetrate our hearts and reside therein. Such fear is of the worst enemies of man and is a sensation that can destroy them even before anything transpires. Apart from natural, temporary fear, we as Muslims should strive to drive out every other fear existing in our hearts save that for Allah the Almighty."</w:t>
      </w:r>
    </w:p>
    <w:p>
      <w:pPr>
        <w:spacing w:before="0" w:after="120" w:line="300" w:lineRule="exact"/>
        <w:jc w:val="both"/>
      </w:pPr>
      <w:r>
        <w:rPr>
          <w:rFonts w:ascii="Georgia" w:hAnsi="Georgia" w:cs="Georgia" w:eastAsia="Georgia"/>
          <w:b w:val="0"/>
          <w:i w:val="0"/>
          <w:sz w:val="22"/>
        </w:rPr>
        <w:t>The Jamiat speaks without understanding. These are words devoid of reality and sense. Empty words signifying nil. What causes fear to penetrate the heart and to drive people into a state of panic as was the case with the people in the New Zealand Musjids? How can we drive out fear for shadows from our hearts and cultivate only fear for Allah Ta'ala? Ulama should not degenerate into drivel talk. They are supposed to understand and to offer naseehat in the light of the Qur'aan and Sunnah.</w:t>
      </w:r>
    </w:p>
    <w:p>
      <w:pPr>
        <w:spacing w:before="0" w:after="120" w:line="300" w:lineRule="exact"/>
        <w:jc w:val="both"/>
      </w:pPr>
      <w:r>
        <w:rPr>
          <w:rFonts w:ascii="Georgia" w:hAnsi="Georgia" w:cs="Georgia" w:eastAsia="Georgia"/>
          <w:b w:val="0"/>
          <w:i w:val="0"/>
          <w:sz w:val="22"/>
        </w:rPr>
        <w:t>Fear for shadows which induces the disease of bootlicking with which the Jamiat KZN also suffers, is the effect of wahan. Describing wahan (see page 10), Rasulullah (Sallallahu alayhi wasallam) said that it is "love of the dunya and dislike for Maut." How does a person "strive to drive out fear from the heart"? Most certainly not by bootlicking the Yahood and Nasaara.</w:t>
      </w:r>
    </w:p>
    <w:p>
      <w:pPr>
        <w:spacing w:before="0" w:after="120" w:line="300" w:lineRule="exact"/>
        <w:jc w:val="both"/>
      </w:pPr>
      <w:r>
        <w:rPr>
          <w:rFonts w:ascii="Georgia" w:hAnsi="Georgia" w:cs="Georgia" w:eastAsia="Georgia"/>
          <w:b w:val="0"/>
          <w:i w:val="0"/>
          <w:sz w:val="22"/>
        </w:rPr>
        <w:t>Fear for shadows exists where fear for Allah Ta'ala does not exist. It is only Taqwa which ensured maintenance of sanity which precludes panic in times of danger, calamity and misfortune. Minus Taqwa, wishing for courage is stupid and futile. The bootlicking disease which is endemic in the Ummah of this era is the consequence of the wahan mentioned by Rasulullah (Sallallahu alayhi wasallam). Taqwa and its effect of courage and fortified Aql(intelligence) which will remain balanced and functioning correctly in times of danger, has to be cultivated by total submission to the Shariah. Islaah of the Nafs (moral reformation) is an imperative requisite which cannot be acquired by wishing.</w:t>
      </w:r>
    </w:p>
    <w:p>
      <w:pPr>
        <w:spacing w:before="0" w:after="120" w:line="300" w:lineRule="exact"/>
        <w:jc w:val="both"/>
      </w:pPr>
      <w:r>
        <w:rPr>
          <w:rFonts w:ascii="Georgia" w:hAnsi="Georgia" w:cs="Georgia" w:eastAsia="Georgia"/>
          <w:b w:val="0"/>
          <w:i w:val="0"/>
          <w:sz w:val="22"/>
        </w:rPr>
        <w:t>Mujaahadah (struggle) against the nafs by observance of the Sunnah in all departments of life is of fundamental importance. Only people who have acquired a high degree of spiritual stamina will not panic. They will have the ability to arrest natural fear and overcome to conform to the commands of Allah Azza Wa Jal.</w:t>
      </w:r>
    </w:p>
    <w:p>
      <w:pPr>
        <w:spacing w:before="0" w:after="120" w:line="300" w:lineRule="exact"/>
        <w:jc w:val="both"/>
      </w:pPr>
      <w:r>
        <w:rPr>
          <w:rFonts w:ascii="Georgia" w:hAnsi="Georgia" w:cs="Georgia" w:eastAsia="Georgia"/>
          <w:b w:val="0"/>
          <w:i w:val="0"/>
          <w:sz w:val="22"/>
        </w:rPr>
        <w:t>While the molvis of the dunya speak of 'fear for Allah', they are devoid of the faintest idea of its meaning. Thus, we see them bootlicking the kuffaar, striking up alliances with fussaaq, fujjaar and even murtaddeen. The KZN Jamiat's dalliance with the stupid, paper, bogus 'uucsa' with its murtad president of the deviate MJC, and its cavorting with even the Qabar Pujaaris while distancing itself from the Ahlul Haq, speaks volumes for the deviation of the Jamiat's molvis. Those who fear only Allah Ta'ala in the way in which He should be feared will not strike up alliances with the enemies of Allah Ta'ala. For those who have true fear stemming from Taqwa, Allah Ta'ala assures:</w:t>
      </w:r>
    </w:p>
    <w:p>
      <w:pPr>
        <w:spacing w:before="120" w:after="120" w:line="300" w:lineRule="exact"/>
        <w:ind w:left="720" w:right="720"/>
        <w:jc w:val="center"/>
      </w:pPr>
      <w:r>
        <w:rPr>
          <w:rFonts w:ascii="Georgia" w:hAnsi="Georgia" w:cs="Georgia" w:eastAsia="Georgia"/>
          <w:b w:val="0"/>
          <w:i/>
          <w:sz w:val="22"/>
        </w:rPr>
        <w:t>"This (Naseehat of the Qur'aan) is elucidation for people (true Mu'mineen), a guide and an admonition for the Muttaqeen. (Therefore) Do not lose courage nor grieve (over losses and setbacks); you will be victorious if indeed you are true Mu'mineen."</w:t>
      </w:r>
    </w:p>
    <w:p>
      <w:pPr>
        <w:spacing w:before="0" w:after="120" w:line="300" w:lineRule="exact"/>
        <w:jc w:val="both"/>
      </w:pPr>
      <w:r>
        <w:rPr>
          <w:rFonts w:ascii="Georgia" w:hAnsi="Georgia" w:cs="Georgia" w:eastAsia="Georgia"/>
          <w:b w:val="0"/>
          <w:i w:val="0"/>
          <w:sz w:val="22"/>
        </w:rPr>
        <w:t>(Aal-e-Imraan, Aayats 138 and 139)</w:t>
      </w:r>
    </w:p>
    <w:p>
      <w:pPr>
        <w:spacing w:before="0" w:after="120" w:line="300" w:lineRule="exact"/>
        <w:jc w:val="both"/>
      </w:pPr>
      <w:r>
        <w:rPr>
          <w:rFonts w:ascii="Georgia" w:hAnsi="Georgia" w:cs="Georgia" w:eastAsia="Georgia"/>
          <w:b w:val="0"/>
          <w:i w:val="0"/>
          <w:sz w:val="22"/>
        </w:rPr>
        <w:t>The true Mu'mineen are never bootlickers. They do not hanker after the worldly false honour and glitter of the Yahood and Nasaara, hence they have no reason for striking up alliances with the Yahood, Nasaara, MJC mudhilleen, bogus paper uucsa and the Qabar Pujaaris. The focus is on only Allah Azza Wa Jal. They are not in need of New Zealand's prime minister or of the world of the kuffaar for their safety and protection. The Qur'aan Majeed says to them: "Allah is a sufficient Helper." "Allah will protect you against the people (the kuffaar enemies)."</w:t>
      </w:r>
    </w:p>
    <w:p>
      <w:pPr>
        <w:spacing w:before="0" w:after="120" w:line="300" w:lineRule="exact"/>
        <w:jc w:val="both"/>
      </w:pPr>
      <w:r>
        <w:rPr>
          <w:rFonts w:ascii="Georgia" w:hAnsi="Georgia" w:cs="Georgia" w:eastAsia="Georgia"/>
          <w:b w:val="0"/>
          <w:i w:val="0"/>
          <w:sz w:val="22"/>
        </w:rPr>
        <w:t>Instead of seeking assistance from the Yahood and Nasaara, and instead of adopting their stupid ways of condoling with the victims, and instead of aping their kind of vigils, etc., the Qur'aan prescribes for us the remedy and the method for adoption when calamity befalls us. The true Mu'mineen, silently and in privacy supplicate to Allah Ta'ala:</w:t>
      </w:r>
    </w:p>
    <w:p>
      <w:pPr>
        <w:spacing w:before="120" w:after="120" w:line="300" w:lineRule="exact"/>
        <w:ind w:left="720" w:right="720"/>
        <w:jc w:val="center"/>
      </w:pPr>
      <w:r>
        <w:rPr>
          <w:rFonts w:ascii="Georgia" w:hAnsi="Georgia" w:cs="Georgia" w:eastAsia="Georgia"/>
          <w:b w:val="0"/>
          <w:i/>
          <w:sz w:val="22"/>
        </w:rPr>
        <w:t>"O our Rabb! Forgive for us our sins and our excesses in our affairs, and plant our feet firmly, and help us against the nation of kaafireen."</w:t>
      </w:r>
    </w:p>
    <w:p>
      <w:pPr>
        <w:spacing w:before="120" w:after="120" w:line="300" w:lineRule="exact"/>
        <w:ind w:left="720" w:right="720"/>
        <w:jc w:val="center"/>
      </w:pPr>
      <w:r>
        <w:rPr>
          <w:rFonts w:ascii="Georgia" w:hAnsi="Georgia" w:cs="Georgia" w:eastAsia="Georgia"/>
          <w:b w:val="0"/>
          <w:i/>
          <w:sz w:val="22"/>
        </w:rPr>
        <w:t>(Aal-e-Imraan, Aayat 147)</w:t>
      </w:r>
    </w:p>
    <w:p>
      <w:pPr>
        <w:spacing w:before="0" w:after="120" w:line="300" w:lineRule="exact"/>
        <w:jc w:val="both"/>
      </w:pPr>
      <w:r>
        <w:rPr>
          <w:rFonts w:ascii="Georgia" w:hAnsi="Georgia" w:cs="Georgia" w:eastAsia="Georgia"/>
          <w:b w:val="0"/>
          <w:i w:val="0"/>
          <w:sz w:val="22"/>
        </w:rPr>
        <w:t>Then Allah Azza Wa Jal responds with His mercy and help. Giving this assurance, the Qur'aan Majeed says:</w:t>
      </w:r>
    </w:p>
    <w:p>
      <w:pPr>
        <w:spacing w:before="120" w:after="120" w:line="300" w:lineRule="exact"/>
        <w:ind w:left="720" w:right="720"/>
        <w:jc w:val="center"/>
      </w:pPr>
      <w:r>
        <w:rPr>
          <w:rFonts w:ascii="Georgia" w:hAnsi="Georgia" w:cs="Georgia" w:eastAsia="Georgia"/>
          <w:b w:val="0"/>
          <w:i/>
          <w:sz w:val="22"/>
        </w:rPr>
        <w:t>"Then, Allah bestowed to them the reward (of His Aid and Success) of this dunya and the beautiful (reward) of the Aakhirah. And, Allah loves the Muhsineen (those who practise virtue)." (Aal-e-Imraan, Aayat 148)</w:t>
      </w:r>
    </w:p>
    <w:p>
      <w:pPr>
        <w:spacing w:before="0" w:after="120" w:line="300" w:lineRule="exact"/>
        <w:jc w:val="both"/>
      </w:pPr>
      <w:r>
        <w:rPr>
          <w:rFonts w:ascii="Georgia" w:hAnsi="Georgia" w:cs="Georgia" w:eastAsia="Georgia"/>
          <w:b w:val="0"/>
          <w:i w:val="0"/>
          <w:sz w:val="22"/>
        </w:rPr>
        <w:t>It is fear for shadows which has driven the KZN Jamiat into the camp of the evil molvis and sheikhs. Its ministering about 'fear of Allah Ta'ala' is plain drivel, full of sound and fury signifying nothing. The very bottom line for the cultivation of Khauf-e-Ilaahi, is total observance of the Shariah and adoption of the Sunnah, and all of this precludes courting the pleasure of the people at the cost of sacrificing the Pleasure of Allah Ta'ala.</w:t>
      </w:r>
    </w:p>
    <w:p>
      <w:pPr>
        <w:spacing w:before="0" w:after="120" w:line="300" w:lineRule="exact"/>
        <w:jc w:val="both"/>
      </w:pPr>
      <w:r>
        <w:rPr>
          <w:rFonts w:ascii="Georgia" w:hAnsi="Georgia" w:cs="Georgia" w:eastAsia="Georgia"/>
          <w:b w:val="0"/>
          <w:i w:val="0"/>
          <w:sz w:val="22"/>
        </w:rPr>
        <w:t>The Qur'aan, mentioning the evil consequence of bootlicking the kuffaar, says:</w:t>
      </w:r>
    </w:p>
    <w:p>
      <w:pPr>
        <w:spacing w:before="120" w:after="120" w:line="300" w:lineRule="exact"/>
        <w:ind w:left="720" w:right="720"/>
        <w:jc w:val="center"/>
      </w:pPr>
      <w:r>
        <w:rPr>
          <w:rFonts w:ascii="Georgia" w:hAnsi="Georgia" w:cs="Georgia" w:eastAsia="Georgia"/>
          <w:b w:val="0"/>
          <w:i/>
          <w:sz w:val="22"/>
        </w:rPr>
        <w:t>"O People of Imaan! If you obey (bootlick) the kuffaar, they will turn you on your heels (to become murtadds). Then you will become the losers (in this dunya and in the Aakhirat). In fact, Allah is your Friend, and He is the best of helpers." (Aal-e-Imraan, Aayats 149 and 150)</w:t>
      </w:r>
    </w:p>
    <w:p>
      <w:pPr>
        <w:spacing w:before="0" w:after="120" w:line="300" w:lineRule="exact"/>
        <w:jc w:val="both"/>
      </w:pPr>
      <w:r>
        <w:rPr>
          <w:rFonts w:ascii="Georgia" w:hAnsi="Georgia" w:cs="Georgia" w:eastAsia="Georgia"/>
          <w:b w:val="0"/>
          <w:i w:val="0"/>
          <w:sz w:val="22"/>
        </w:rPr>
        <w:t>Tawakkul (Trust in Allah) has to be cultivated by means of Taa'at (Obedience). Allah Ta'ala repeatedly says in the Qur'aan: "Verily, Allah loves the Mutawakkileen (the People of Tawakkul)." This virtue can be acquired only by means of Taqwa. It is only on this basis that Allah's Nusrat (Help) is acquired.</w:t>
      </w:r>
    </w:p>
    <w:p>
      <w:pPr>
        <w:spacing w:before="120" w:after="120" w:line="300" w:lineRule="exact"/>
        <w:ind w:left="720" w:right="720"/>
        <w:jc w:val="center"/>
      </w:pPr>
      <w:r>
        <w:rPr>
          <w:rFonts w:ascii="Georgia" w:hAnsi="Georgia" w:cs="Georgia" w:eastAsia="Georgia"/>
          <w:b w:val="0"/>
          <w:i/>
          <w:sz w:val="22"/>
        </w:rPr>
        <w:t>"If He helps you, then there is no one who can defeat you, and if He withholds aid from you, then who is there after this to help you. And, on Allah should the Mu'mineen have trust."</w:t>
      </w:r>
    </w:p>
    <w:p>
      <w:pPr>
        <w:spacing w:before="120" w:after="120" w:line="300" w:lineRule="exact"/>
        <w:ind w:left="720" w:right="720"/>
        <w:jc w:val="center"/>
      </w:pPr>
      <w:r>
        <w:rPr>
          <w:rFonts w:ascii="Georgia" w:hAnsi="Georgia" w:cs="Georgia" w:eastAsia="Georgia"/>
          <w:b w:val="0"/>
          <w:i/>
          <w:sz w:val="22"/>
        </w:rPr>
        <w:t>(Aal-e-Imraan, Aayat 160)</w:t>
      </w:r>
    </w:p>
    <w:p>
      <w:pPr>
        <w:spacing w:before="0" w:after="120" w:line="300" w:lineRule="exact"/>
        <w:jc w:val="both"/>
      </w:pPr>
      <w:r>
        <w:rPr>
          <w:rFonts w:ascii="Georgia" w:hAnsi="Georgia" w:cs="Georgia" w:eastAsia="Georgia"/>
          <w:b w:val="0"/>
          <w:i w:val="0"/>
          <w:sz w:val="22"/>
        </w:rPr>
        <w:t>Allah Ta'ala provides the prescriptions for the cultivation of Fear (Taqwa). The Qur'aan explains these prescriptions in many places. For example, Allah Ta'ala commands: "O People of Imaan! FearAllah!" Then immediately thereafter, explaining a method for acquiring fear, the Qur'aan says: "Speak a righteous talk. Then He will reform for you your deeds and forgive your sins." For Taqwa, one method is to abstain from drivel talk, leave alone all the falsehood, gheebat, whatsapp and facebook filth, etc., etc. which pollute and ruin the heart and fossilize the intelligence.</w:t>
      </w:r>
    </w:p>
    <w:p>
      <w:pPr>
        <w:spacing w:before="0" w:after="120" w:line="300" w:lineRule="exact"/>
        <w:jc w:val="both"/>
      </w:pPr>
      <w:r>
        <w:rPr>
          <w:rFonts w:ascii="Georgia" w:hAnsi="Georgia" w:cs="Georgia" w:eastAsia="Georgia"/>
          <w:b w:val="0"/>
          <w:i w:val="0"/>
          <w:sz w:val="22"/>
        </w:rPr>
        <w:t>The Qur'aan Majeed is replete with commands prescribing A'maal-e-Saalihah as the basis for Taqwa. This fear cannot be wished into the heart. Adoption of the Shariah is the only way for its acquisition. Minus Taqwa, there will always be fear in us – such fear which shaitaan will manipulate to drive us into panic as had happened in New Zealand and elsewhere when calamity strikes. Informing us of this manipulation of shaitaan, the Qur'aan says:</w:t>
      </w:r>
    </w:p>
    <w:p>
      <w:pPr>
        <w:spacing w:before="120" w:after="120" w:line="300" w:lineRule="exact"/>
        <w:ind w:left="720" w:right="720"/>
        <w:jc w:val="center"/>
      </w:pPr>
      <w:r>
        <w:rPr>
          <w:rFonts w:ascii="Georgia" w:hAnsi="Georgia" w:cs="Georgia" w:eastAsia="Georgia"/>
          <w:b w:val="0"/>
          <w:i/>
          <w:sz w:val="22"/>
        </w:rPr>
        <w:t>"Verily, that is shaitaan who terrifies his friends (the bootlickers). Therefore do not fear them (the kuffaar), but fear ME if indeed you are Mu'mineen. And, do not let those who hasten into kufr cause grief to you. Verily, they cannot harm Allah in any way whatsoever."</w:t>
      </w:r>
    </w:p>
    <w:p>
      <w:pPr>
        <w:spacing w:before="120" w:after="120" w:line="300" w:lineRule="exact"/>
        <w:ind w:left="720" w:right="720"/>
        <w:jc w:val="center"/>
      </w:pPr>
      <w:r>
        <w:rPr>
          <w:rFonts w:ascii="Georgia" w:hAnsi="Georgia" w:cs="Georgia" w:eastAsia="Georgia"/>
          <w:b w:val="0"/>
          <w:i/>
          <w:sz w:val="22"/>
        </w:rPr>
        <w:t>(Aal-e-Imraan, 175, 176)</w:t>
      </w:r>
    </w:p>
    <w:p>
      <w:pPr>
        <w:spacing w:before="0" w:after="120" w:line="300" w:lineRule="exact"/>
        <w:jc w:val="both"/>
      </w:pPr>
      <w:r>
        <w:rPr>
          <w:rFonts w:ascii="Georgia" w:hAnsi="Georgia" w:cs="Georgia" w:eastAsia="Georgia"/>
          <w:b w:val="0"/>
          <w:i w:val="0"/>
          <w:sz w:val="22"/>
        </w:rPr>
        <w:t>The wordly pomp and false glitter of the Yahood and Nasaara have blinded Muslims. It is for this reason that Muslims see progress and success in the methods and practices of the kuffaar. They believe that the Sunnah is now obsolete and antique. Warning Muslims of their deception, the Qur'aan Majeed says:</w:t>
      </w:r>
    </w:p>
    <w:p>
      <w:pPr>
        <w:spacing w:before="120" w:after="120" w:line="300" w:lineRule="exact"/>
        <w:ind w:left="720" w:right="720"/>
        <w:jc w:val="center"/>
      </w:pPr>
      <w:r>
        <w:rPr>
          <w:rFonts w:ascii="Georgia" w:hAnsi="Georgia" w:cs="Georgia" w:eastAsia="Georgia"/>
          <w:b w:val="0"/>
          <w:i/>
          <w:sz w:val="22"/>
        </w:rPr>
        <w:t>"Do not allow the strutting of the kuffaar in the lands to deceive you. It (their strutting and technology) is a slight provision (of deception) then their abode will be Jahannam. Indeed it is an evil abode."</w:t>
      </w:r>
    </w:p>
    <w:p>
      <w:pPr>
        <w:spacing w:before="120" w:after="120" w:line="300" w:lineRule="exact"/>
        <w:ind w:left="720" w:right="720"/>
        <w:jc w:val="center"/>
      </w:pPr>
      <w:r>
        <w:rPr>
          <w:rFonts w:ascii="Georgia" w:hAnsi="Georgia" w:cs="Georgia" w:eastAsia="Georgia"/>
          <w:b w:val="0"/>
          <w:i/>
          <w:sz w:val="22"/>
        </w:rPr>
        <w:t>(Aal-e-Imraan, Aayats 196 and 197)</w:t>
      </w:r>
    </w:p>
    <w:p>
      <w:pPr>
        <w:spacing w:before="0" w:after="120" w:line="300" w:lineRule="exact"/>
        <w:jc w:val="both"/>
      </w:pPr>
      <w:r>
        <w:rPr>
          <w:rFonts w:ascii="Georgia" w:hAnsi="Georgia" w:cs="Georgia" w:eastAsia="Georgia"/>
          <w:b w:val="0"/>
          <w:i w:val="0"/>
          <w:sz w:val="22"/>
        </w:rPr>
        <w:t>As long as true fear for Allah Ta'ala is not cultivated via the Shariah and adoption of the Sunnah, Muslims will perpetually fear shadows, bootlick the kuffaar and be overwhelmed with panic. The first requisite is for Muslims to rid themselves of the disease of Islamophobia. Muslims are suffering with this disease, not the kuffaar.</w:t>
      </w:r>
    </w:p>
    <w:p>
      <w:r>
        <w:br w:type="page"/>
      </w:r>
    </w:p>
    <w:p>
      <w:pPr>
        <w:pStyle w:val="Heading1"/>
        <w:spacing w:before="360" w:after="200" w:line="300" w:lineRule="exact"/>
        <w:jc w:val="center"/>
      </w:pPr>
      <w:r>
        <w:rPr>
          <w:rFonts w:ascii="Georgia" w:hAnsi="Georgia" w:cs="Georgia" w:eastAsia="Georgia"/>
          <w:b/>
          <w:i w:val="0"/>
          <w:color w:val="1F3864"/>
          <w:sz w:val="32"/>
        </w:rPr>
        <w:t>A SUPERFLUITY</w:t>
      </w:r>
    </w:p>
    <w:p>
      <w:pPr>
        <w:spacing w:before="0" w:after="120" w:line="300" w:lineRule="exact"/>
        <w:jc w:val="both"/>
      </w:pPr>
      <w:r>
        <w:rPr>
          <w:rFonts w:ascii="Georgia" w:hAnsi="Georgia" w:cs="Georgia" w:eastAsia="Georgia"/>
          <w:b w:val="0"/>
          <w:i w:val="0"/>
          <w:sz w:val="22"/>
        </w:rPr>
        <w:t>Adding futility to its advice, the KZN Jamiat says:</w:t>
      </w:r>
    </w:p>
    <w:p>
      <w:pPr>
        <w:spacing w:before="120" w:after="120" w:line="300" w:lineRule="exact"/>
        <w:ind w:left="720" w:right="720"/>
        <w:jc w:val="center"/>
      </w:pPr>
      <w:r>
        <w:rPr>
          <w:rFonts w:ascii="Georgia" w:hAnsi="Georgia" w:cs="Georgia" w:eastAsia="Georgia"/>
          <w:b w:val="0"/>
          <w:i/>
          <w:sz w:val="22"/>
        </w:rPr>
        <w:t>"We should not presume, that all white non-Muslims approve of or celebrate this crime, or allow our words or reactions to emit such assumption."</w:t>
      </w:r>
    </w:p>
    <w:p>
      <w:pPr>
        <w:spacing w:before="0" w:after="120" w:line="300" w:lineRule="exact"/>
        <w:jc w:val="both"/>
      </w:pPr>
      <w:r>
        <w:rPr>
          <w:rFonts w:ascii="Georgia" w:hAnsi="Georgia" w:cs="Georgia" w:eastAsia="Georgia"/>
          <w:b w:val="0"/>
          <w:i w:val="0"/>
          <w:sz w:val="22"/>
        </w:rPr>
        <w:t>Of what goodness is this superfluity? It is a self-evident fact. In fact, Muslims in New Zealand have invited Christians into the Musjid to sing hymns of shirk and kufr. The Jamiat and all other bootlickers are silent about all the shirk, kufr and fisq being perpetrated by Muslims. Muslims have fallen over themselves in their haste to bootlick the New Zealand prime minister and other dignitaries. Muslims are embracing Christians in interfaith prayer gatherings at the expense of effacing their Imaan. They join in even the prayers of shirk and kufr.</w:t>
      </w:r>
    </w:p>
    <w:p>
      <w:pPr>
        <w:spacing w:before="0" w:after="120" w:line="300" w:lineRule="exact"/>
        <w:jc w:val="both"/>
      </w:pPr>
      <w:r>
        <w:rPr>
          <w:rFonts w:ascii="Georgia" w:hAnsi="Georgia" w:cs="Georgia" w:eastAsia="Georgia"/>
          <w:b w:val="0"/>
          <w:i w:val="0"/>
          <w:sz w:val="22"/>
        </w:rPr>
        <w:t>As far as Muslims are concerned the worldly source of the calamity is irrelevant. The Actual Source is Allah Azza Wa Jal, and the actual cause is Muslim transgression and rebellion which have exceeded all bounds of toleration. The Jamiat is far off the mark in its advice. The lack of intellectual perspicacity due to abandonment of the Sunnah which is known to modernists and kuffaar as 'orthodox Islam', has completely blurred and deranged the understanding of the molvis and Muslim masses alike. They fear shadows more than they fear Allah Ta'ala.</w:t>
      </w:r>
    </w:p>
    <w:p>
      <w:pPr>
        <w:spacing w:before="120" w:after="120" w:line="300" w:lineRule="exact"/>
        <w:ind w:left="720" w:right="720"/>
        <w:jc w:val="center"/>
      </w:pPr>
      <w:r>
        <w:rPr>
          <w:rFonts w:ascii="Georgia" w:hAnsi="Georgia" w:cs="Georgia" w:eastAsia="Georgia"/>
          <w:b w:val="0"/>
          <w:i/>
          <w:sz w:val="22"/>
        </w:rPr>
        <w:t>"……They fear people like fear for Allah or even greater fear (for the shadows – greater than fear for Allah Ta'ala).", hence they bootlick!</w:t>
      </w:r>
    </w:p>
    <w:p>
      <w:pPr>
        <w:spacing w:before="120" w:after="120" w:line="300" w:lineRule="exact"/>
        <w:ind w:left="720" w:right="720"/>
        <w:jc w:val="center"/>
      </w:pPr>
      <w:r>
        <w:rPr>
          <w:rFonts w:ascii="Georgia" w:hAnsi="Georgia" w:cs="Georgia" w:eastAsia="Georgia"/>
          <w:b w:val="0"/>
          <w:i/>
          <w:sz w:val="22"/>
        </w:rPr>
        <w:t>(An-Nisaa', Aayat 77)</w:t>
      </w:r>
    </w:p>
    <w:p>
      <w:pPr>
        <w:spacing w:before="120" w:after="120" w:line="300" w:lineRule="exact"/>
        <w:ind w:left="720" w:right="720"/>
        <w:jc w:val="center"/>
      </w:pPr>
      <w:r>
        <w:rPr>
          <w:rFonts w:ascii="Georgia" w:hAnsi="Georgia" w:cs="Georgia" w:eastAsia="Georgia"/>
          <w:b w:val="0"/>
          <w:i/>
          <w:sz w:val="22"/>
        </w:rPr>
        <w:t>"Whatever evil (calamity, punishment) befalls you, is from yourself. (An-Nisaa' 79)</w:t>
      </w:r>
    </w:p>
    <w:p>
      <w:pPr>
        <w:spacing w:before="0" w:after="120" w:line="300" w:lineRule="exact"/>
        <w:jc w:val="both"/>
      </w:pPr>
      <w:r>
        <w:rPr>
          <w:rFonts w:ascii="Georgia" w:hAnsi="Georgia" w:cs="Georgia" w:eastAsia="Georgia"/>
          <w:b w:val="0"/>
          <w:i w:val="0"/>
          <w:sz w:val="22"/>
        </w:rPr>
        <w:t>Understand well that whatever has happened in New Zealand, is the consequence of the evil of the people.</w:t>
      </w:r>
    </w:p>
    <w:p>
      <w:pPr>
        <w:pStyle w:val="Heading3"/>
        <w:spacing w:before="200" w:after="120" w:line="300" w:lineRule="exact"/>
        <w:jc w:val="left"/>
      </w:pPr>
      <w:r>
        <w:rPr>
          <w:rFonts w:ascii="Georgia" w:hAnsi="Georgia" w:cs="Georgia" w:eastAsia="Georgia"/>
          <w:b/>
          <w:i w:val="0"/>
          <w:color w:val="2E74B5"/>
          <w:sz w:val="24"/>
        </w:rPr>
        <w:t>JUSTICE?</w:t>
      </w:r>
    </w:p>
    <w:p>
      <w:pPr>
        <w:spacing w:before="0" w:after="120" w:line="300" w:lineRule="exact"/>
        <w:jc w:val="both"/>
      </w:pPr>
      <w:r>
        <w:rPr>
          <w:rFonts w:ascii="Georgia" w:hAnsi="Georgia" w:cs="Georgia" w:eastAsia="Georgia"/>
          <w:b w:val="0"/>
          <w:i w:val="0"/>
          <w:sz w:val="22"/>
        </w:rPr>
        <w:t>In its pontification, the KZN Jamiat says:</w:t>
      </w:r>
    </w:p>
    <w:p>
      <w:pPr>
        <w:spacing w:before="120" w:after="120" w:line="300" w:lineRule="exact"/>
        <w:ind w:left="720" w:right="720"/>
        <w:jc w:val="center"/>
      </w:pPr>
      <w:r>
        <w:rPr>
          <w:rFonts w:ascii="Georgia" w:hAnsi="Georgia" w:cs="Georgia" w:eastAsia="Georgia"/>
          <w:b w:val="0"/>
          <w:i/>
          <w:sz w:val="22"/>
        </w:rPr>
        <w:t>"In the Qur'an, Allah confirms this diversity and cultivates in us this lens of justice when forming our presumptions about members of wider society."</w:t>
      </w:r>
    </w:p>
    <w:p>
      <w:pPr>
        <w:spacing w:before="0" w:after="120" w:line="300" w:lineRule="exact"/>
        <w:jc w:val="both"/>
      </w:pPr>
      <w:r>
        <w:rPr>
          <w:rFonts w:ascii="Georgia" w:hAnsi="Georgia" w:cs="Georgia" w:eastAsia="Georgia"/>
          <w:b w:val="0"/>
          <w:i w:val="0"/>
          <w:sz w:val="22"/>
        </w:rPr>
        <w:t>This is manifestly erroneous. Allah Ta'ala does not confirm 'diversity' for acceptance and honouring. The diversity is kufr and Imaan. It is an unbridgeable chasm. The Muslim must maintain a distance from kufr and its proponents. He may not become assimilated in the baatil concept of diversification.</w:t>
      </w:r>
    </w:p>
    <w:p>
      <w:pPr>
        <w:spacing w:before="0" w:after="120" w:line="300" w:lineRule="exact"/>
        <w:jc w:val="both"/>
      </w:pPr>
      <w:r>
        <w:rPr>
          <w:rFonts w:ascii="Georgia" w:hAnsi="Georgia" w:cs="Georgia" w:eastAsia="Georgia"/>
          <w:b w:val="0"/>
          <w:i w:val="0"/>
          <w:sz w:val="22"/>
        </w:rPr>
        <w:t>Again another superfluity, devoid of substance. Every Muslim knows that there is no greater and no better system and attitude of justice than Islam. Muslims are not being unjust to the kuffaar in any way whatsoever. On the contrary, most non-Muslims, especially their governments, are inveterate enemies of Islam. Despite their hatred for Islam and Muslims, we know that their attitude of animosity and hostility should not contaminate our attitude of justice. But for the Jamiat to touch on this topic at this juncture is meaningless and superfluous. It smacks strongly of bootlicking.</w:t>
      </w:r>
    </w:p>
    <w:p>
      <w:pPr>
        <w:spacing w:before="0" w:after="120" w:line="300" w:lineRule="exact"/>
        <w:jc w:val="both"/>
      </w:pPr>
      <w:r>
        <w:rPr>
          <w:rFonts w:ascii="Georgia" w:hAnsi="Georgia" w:cs="Georgia" w:eastAsia="Georgia"/>
          <w:b w:val="0"/>
          <w:i w:val="0"/>
          <w:sz w:val="22"/>
        </w:rPr>
        <w:t>Muslims have been at the receiving end of kuffaar hatred. Therefore, the superfluity of the Jamiat does not feature in the context of the New Zealand scenario. It was and is the obligation of the Jamiat KZN, and of all other Muslim entities, to resort to Amr Bil Ma'roof Nahy Anil Munkar; to remind Muslims of their moral debauchery and of their abandonment of the Shariah and Sunnah, and not issue bootlicking advices bereft of Shar'i substance. Muslims need to know that they are morally corrupt and rotten, and spiritually bankrupt. They must be told that Rasulullah (Sallallahu alayhi wasallam) said that the Ummah will become ghutha (trash/rubbish/flotsam). The rot should not be swept under the carpet with stupid messages of condolence and stupid shows of 'solidarity' as the NNB jamiat's cross-worshipper, Reverend Abraham Bham plotted with his haraam interfaith kufr prayer gathering in the Bid'ati hall.</w:t>
      </w:r>
    </w:p>
    <w:p>
      <w:pPr>
        <w:spacing w:before="0" w:after="120" w:line="300" w:lineRule="exact"/>
        <w:jc w:val="both"/>
      </w:pPr>
      <w:r>
        <w:rPr>
          <w:rFonts w:ascii="Georgia" w:hAnsi="Georgia" w:cs="Georgia" w:eastAsia="Georgia"/>
          <w:b w:val="0"/>
          <w:i w:val="0"/>
          <w:sz w:val="22"/>
        </w:rPr>
        <w:t>In terms of kufr, all kuffaar of all hues and attitudes are the same. Kufr is a single breed which is abhorrent to Islam. But our abhorrence for kufr does not preclude us, i.e. Muslims, from justice. Allah Ta'ala commanding justice, says to Rasulullah (Sallallahu alayhi wasallam):</w:t>
      </w:r>
    </w:p>
    <w:p>
      <w:pPr>
        <w:spacing w:before="120" w:after="120" w:line="300" w:lineRule="exact"/>
        <w:ind w:left="720" w:right="720"/>
        <w:jc w:val="center"/>
      </w:pPr>
      <w:r>
        <w:rPr>
          <w:rFonts w:ascii="Georgia" w:hAnsi="Georgia" w:cs="Georgia" w:eastAsia="Georgia"/>
          <w:b w:val="0"/>
          <w:i/>
          <w:sz w:val="22"/>
        </w:rPr>
        <w:t>"When you decide (matters), then decide between them (the kuffaar) with justice. Verily, Allah loves those who decide with justice."</w:t>
      </w:r>
    </w:p>
    <w:p>
      <w:pPr>
        <w:spacing w:before="120" w:after="120" w:line="300" w:lineRule="exact"/>
        <w:ind w:left="720" w:right="720"/>
        <w:jc w:val="center"/>
      </w:pPr>
      <w:r>
        <w:rPr>
          <w:rFonts w:ascii="Georgia" w:hAnsi="Georgia" w:cs="Georgia" w:eastAsia="Georgia"/>
          <w:b w:val="0"/>
          <w:i/>
          <w:sz w:val="22"/>
        </w:rPr>
        <w:t>(Al-Maaidah, Aayat 42)</w:t>
      </w:r>
    </w:p>
    <w:p>
      <w:pPr>
        <w:spacing w:before="0" w:after="120" w:line="300" w:lineRule="exact"/>
        <w:jc w:val="both"/>
      </w:pPr>
      <w:r>
        <w:rPr>
          <w:rFonts w:ascii="Georgia" w:hAnsi="Georgia" w:cs="Georgia" w:eastAsia="Georgia"/>
          <w:b w:val="0"/>
          <w:i w:val="0"/>
          <w:sz w:val="22"/>
        </w:rPr>
        <w:t>At this critical juncture in our history, the Ummah is not in need of lessons and advice pertaining to justice when dealing with kuffaar. Muslims are impotent and incapable of aggression on and injustice to non-Muslims. We have become like mice crawling in humiliation at the feet of the kuffaar. The need is to proffer naseehat on ridding themselves from the disease of Islamophobia, i.e. from fearing Islam, which brings in its wake rejection of Allah's Shariah, and the most despicable trait of bootlicking.</w:t>
      </w:r>
    </w:p>
    <w:p>
      <w:pPr>
        <w:spacing w:before="0" w:after="120" w:line="300" w:lineRule="exact"/>
        <w:jc w:val="both"/>
      </w:pPr>
      <w:r>
        <w:rPr>
          <w:rFonts w:ascii="Georgia" w:hAnsi="Georgia" w:cs="Georgia" w:eastAsia="Georgia"/>
          <w:b w:val="0"/>
          <w:i w:val="0"/>
          <w:sz w:val="22"/>
        </w:rPr>
        <w:t>Muslims need to understand that they have to mete out justice to themselves. Regarding the oppression on themselves, they are the worst offenders. Confirming this fact, the Qur'aan Majeed says:</w:t>
      </w:r>
    </w:p>
    <w:p>
      <w:pPr>
        <w:spacing w:before="120" w:after="120" w:line="300" w:lineRule="exact"/>
        <w:ind w:left="720" w:right="720"/>
        <w:jc w:val="center"/>
      </w:pPr>
      <w:r>
        <w:rPr>
          <w:rFonts w:ascii="Georgia" w:hAnsi="Georgia" w:cs="Georgia" w:eastAsia="Georgia"/>
          <w:b w:val="0"/>
          <w:i/>
          <w:sz w:val="22"/>
        </w:rPr>
        <w:t>"Who is a greater oppressor than the one who turns away from the Aayaat of Allah after he has been reminded (and given naseehat) of it? Most certainly, We shall extract vengeance from the criminals." (As-Sajdah, Aayat 22)</w:t>
      </w:r>
    </w:p>
    <w:p>
      <w:pPr>
        <w:spacing w:before="120" w:after="120" w:line="300" w:lineRule="exact"/>
        <w:ind w:left="720" w:right="720"/>
        <w:jc w:val="center"/>
      </w:pPr>
      <w:r>
        <w:rPr>
          <w:rFonts w:ascii="Georgia" w:hAnsi="Georgia" w:cs="Georgia" w:eastAsia="Georgia"/>
          <w:b w:val="0"/>
          <w:i/>
          <w:sz w:val="22"/>
        </w:rPr>
        <w:t>"Whoever transgresses the limits of Allah, verily he has oppressed himself."</w:t>
      </w:r>
    </w:p>
    <w:p>
      <w:pPr>
        <w:spacing w:before="120" w:after="120" w:line="300" w:lineRule="exact"/>
        <w:ind w:left="720" w:right="720"/>
        <w:jc w:val="center"/>
      </w:pPr>
      <w:r>
        <w:rPr>
          <w:rFonts w:ascii="Georgia" w:hAnsi="Georgia" w:cs="Georgia" w:eastAsia="Georgia"/>
          <w:b w:val="0"/>
          <w:i/>
          <w:sz w:val="22"/>
        </w:rPr>
        <w:t>(In many Aayaat of the Qur'aan)</w:t>
      </w:r>
    </w:p>
    <w:p>
      <w:pPr>
        <w:spacing w:before="0" w:after="120" w:line="300" w:lineRule="exact"/>
        <w:jc w:val="both"/>
      </w:pPr>
      <w:r>
        <w:rPr>
          <w:rFonts w:ascii="Georgia" w:hAnsi="Georgia" w:cs="Georgia" w:eastAsia="Georgia"/>
          <w:b w:val="0"/>
          <w:i w:val="0"/>
          <w:sz w:val="22"/>
        </w:rPr>
        <w:t>In this aspect of injustice, Muslims are the worst oppressors with regard to themselves.</w:t>
      </w:r>
    </w:p>
    <w:p>
      <w:pPr>
        <w:spacing w:before="0" w:after="120" w:line="300" w:lineRule="exact"/>
        <w:jc w:val="both"/>
      </w:pPr>
      <w:r>
        <w:rPr>
          <w:rFonts w:ascii="Georgia" w:hAnsi="Georgia" w:cs="Georgia" w:eastAsia="Georgia"/>
          <w:b w:val="0"/>
          <w:i w:val="0"/>
          <w:sz w:val="22"/>
        </w:rPr>
        <w:t>Thus, at this juncture, the advice to the Ummah to be fair and just to the kuffaar is luxurious drivel – an exercise in futility which does not even enable the Jamiat to score a point.</w:t>
      </w:r>
    </w:p>
    <w:p>
      <w:pPr>
        <w:pStyle w:val="Heading3"/>
        <w:spacing w:before="200" w:after="120" w:line="300" w:lineRule="exact"/>
        <w:jc w:val="left"/>
      </w:pPr>
      <w:r>
        <w:rPr>
          <w:rFonts w:ascii="Georgia" w:hAnsi="Georgia" w:cs="Georgia" w:eastAsia="Georgia"/>
          <w:b/>
          <w:i w:val="0"/>
          <w:color w:val="2E74B5"/>
          <w:sz w:val="24"/>
        </w:rPr>
        <w:t>DA'WAH?</w:t>
      </w:r>
    </w:p>
    <w:p>
      <w:pPr>
        <w:spacing w:before="0" w:after="120" w:line="300" w:lineRule="exact"/>
        <w:jc w:val="both"/>
      </w:pPr>
      <w:r>
        <w:rPr>
          <w:rFonts w:ascii="Georgia" w:hAnsi="Georgia" w:cs="Georgia" w:eastAsia="Georgia"/>
          <w:b w:val="0"/>
          <w:i w:val="0"/>
          <w:sz w:val="22"/>
        </w:rPr>
        <w:t>Barking up the wrong tree, the KZN Jamiat says:</w:t>
      </w:r>
    </w:p>
    <w:p>
      <w:pPr>
        <w:spacing w:before="0" w:after="120" w:line="300" w:lineRule="exact"/>
        <w:jc w:val="both"/>
      </w:pPr>
      <w:r>
        <w:rPr>
          <w:rFonts w:ascii="Georgia" w:hAnsi="Georgia" w:cs="Georgia" w:eastAsia="Georgia"/>
          <w:b w:val="0"/>
          <w:i w:val="0"/>
          <w:sz w:val="22"/>
        </w:rPr>
        <w:t>"5. Now is the time to reach out We should utilise this challenge as an opportunity to give Da'wah to non-Muslims. Many are now sympathising with Muslims, others want to know more about Islam; why we gather for sermons and Allah's worship on Fridays, why we are calling those killed 'martyrs' and why we strengthen one another as to their going to a 'better destination' despite the grave worldly losses. Now is the opportune time to address this curiosity."</w:t>
      </w:r>
    </w:p>
    <w:p>
      <w:pPr>
        <w:spacing w:before="0" w:after="120" w:line="300" w:lineRule="exact"/>
        <w:jc w:val="both"/>
      </w:pPr>
      <w:r>
        <w:rPr>
          <w:rFonts w:ascii="Georgia" w:hAnsi="Georgia" w:cs="Georgia" w:eastAsia="Georgia"/>
          <w:b w:val="0"/>
          <w:i w:val="0"/>
          <w:sz w:val="22"/>
        </w:rPr>
        <w:t>Da'wah to non-Muslims is not reliant on the Athaab of Allah Ta'ala first settling on Muslims. Whatever 'dawah' the Jamiat intends making now at the belated hour, is known to non-Muslims. Now is the time for da'wah to Muslims. Muslims have lost the Path of the Deen. They are plodding the path of kufr. They are in greater need of da'wah. Their Islamophobia has alienated them from Islam. There is a dire need for endeavours to bring them back to Islam.</w:t>
      </w:r>
    </w:p>
    <w:p>
      <w:pPr>
        <w:spacing w:before="0" w:after="120" w:line="300" w:lineRule="exact"/>
        <w:jc w:val="both"/>
      </w:pPr>
      <w:r>
        <w:rPr>
          <w:rFonts w:ascii="Georgia" w:hAnsi="Georgia" w:cs="Georgia" w:eastAsia="Georgia"/>
          <w:b w:val="0"/>
          <w:i w:val="0"/>
          <w:sz w:val="22"/>
        </w:rPr>
        <w:t>The need of this hour is not da'wah to non-Muslims. The Waajib da'wah today is for Muslims. Da'wah for non-Muslims is Mustahab. The Waajib da'wah is Amr Bil Ma'roof Nahy Anil Munkar. Muslims have lost their Deen. They are the 'losers' – losers in this dunya and the Aakhirat mentioned in the Qur'aan Majeed. Taking an oath, Allah Ta'ala says:</w:t>
      </w:r>
    </w:p>
    <w:p>
      <w:pPr>
        <w:spacing w:before="120" w:after="120" w:line="300" w:lineRule="exact"/>
        <w:ind w:left="720" w:right="720"/>
        <w:jc w:val="center"/>
      </w:pPr>
      <w:r>
        <w:rPr>
          <w:rFonts w:ascii="Georgia" w:hAnsi="Georgia" w:cs="Georgia" w:eastAsia="Georgia"/>
          <w:b w:val="0"/>
          <w:i/>
          <w:sz w:val="22"/>
        </w:rPr>
        <w:t>"By The Time! Verily insaan (all mankind) is in loss except those who have accepted Imaan, practise virtue, and to one another proclaim the Haqq, and mutually advise each other with Sabr." (Surah Al-Asr)</w:t>
      </w:r>
    </w:p>
    <w:p>
      <w:r>
        <w:br w:type="page"/>
      </w:r>
    </w:p>
    <w:p>
      <w:pPr>
        <w:pStyle w:val="Heading1"/>
        <w:spacing w:before="360" w:after="200" w:line="300" w:lineRule="exact"/>
        <w:jc w:val="center"/>
      </w:pPr>
      <w:r>
        <w:rPr>
          <w:rFonts w:ascii="Georgia" w:hAnsi="Georgia" w:cs="Georgia" w:eastAsia="Georgia"/>
          <w:b/>
          <w:i w:val="0"/>
          <w:color w:val="1F3864"/>
          <w:sz w:val="32"/>
        </w:rPr>
        <w:t>MUFTI TAQI'S BOOTLICKING</w:t>
      </w:r>
    </w:p>
    <w:p>
      <w:pPr>
        <w:spacing w:before="0" w:after="120" w:line="300" w:lineRule="exact"/>
        <w:jc w:val="both"/>
      </w:pPr>
      <w:r>
        <w:rPr>
          <w:rFonts w:ascii="Georgia" w:hAnsi="Georgia" w:cs="Georgia" w:eastAsia="Georgia"/>
          <w:b w:val="0"/>
          <w:i w:val="0"/>
          <w:sz w:val="22"/>
        </w:rPr>
        <w:t>Mufti Taqi Sahib despite being a senior Aalim of the Deoband Maslak has long ago drifted and strayed from Siraatul Mustaqeem. His dalliances with the people of baatil (riba bankers, government personnel, western institutions, etc.) have converted him into a liberal. He is no longer a man of the Sunnah.</w:t>
      </w:r>
    </w:p>
    <w:p>
      <w:pPr>
        <w:spacing w:before="0" w:after="120" w:line="300" w:lineRule="exact"/>
        <w:jc w:val="both"/>
      </w:pPr>
      <w:r>
        <w:rPr>
          <w:rFonts w:ascii="Georgia" w:hAnsi="Georgia" w:cs="Georgia" w:eastAsia="Georgia"/>
          <w:b w:val="0"/>
          <w:i w:val="0"/>
          <w:sz w:val="22"/>
        </w:rPr>
        <w:t>The Ulama are supposed to be the Heirs and Representatives of the Ambiya in general and of Rasulullah (Sallallahu alayhi wasallam) in particular. What is the duty of Rasulullah's representative? It is the perpetuation of the Mission of Nubuwwat. It is to infuse in the Ummah the spirit and objective which were imparted to him in Ghaar-e-Hira (the Cave of Hira) where the Qur'aan Majeed was first revealed.</w:t>
      </w:r>
    </w:p>
    <w:p>
      <w:pPr>
        <w:spacing w:before="0" w:after="120" w:line="300" w:lineRule="exact"/>
        <w:jc w:val="both"/>
      </w:pPr>
      <w:r>
        <w:rPr>
          <w:rFonts w:ascii="Georgia" w:hAnsi="Georgia" w:cs="Georgia" w:eastAsia="Georgia"/>
          <w:b w:val="0"/>
          <w:i w:val="0"/>
          <w:sz w:val="22"/>
        </w:rPr>
        <w:t>Instead of upholding the requisites and demands of the Mission of Nubuwwat, Mufti Taqi has actively connived to eliminate the Sunnah. His madrasah, his lifestyle, his associates, his dalliance with fussaaq/fujjaar and his deplorably flawed and liberal 'fatwas' loudly testify to his aberrations and drift from the Sunnah.</w:t>
      </w:r>
    </w:p>
    <w:p>
      <w:pPr>
        <w:spacing w:before="0" w:after="120" w:line="300" w:lineRule="exact"/>
        <w:jc w:val="both"/>
      </w:pPr>
      <w:r>
        <w:rPr>
          <w:rFonts w:ascii="Georgia" w:hAnsi="Georgia" w:cs="Georgia" w:eastAsia="Georgia"/>
          <w:b w:val="0"/>
          <w:i w:val="0"/>
          <w:sz w:val="22"/>
        </w:rPr>
        <w:t>Instead of proferring valid naseehat to the suffering Ummah grovelling in jahaalat and kufr, he issues the following bootlicking statement to curry favour with shadows which he perceive to be reality:</w:t>
      </w:r>
    </w:p>
    <w:p>
      <w:pPr>
        <w:spacing w:before="120" w:after="120" w:line="300" w:lineRule="exact"/>
        <w:ind w:left="720" w:right="720"/>
        <w:jc w:val="center"/>
      </w:pPr>
      <w:r>
        <w:rPr>
          <w:rFonts w:ascii="Georgia" w:hAnsi="Georgia" w:cs="Georgia" w:eastAsia="Georgia"/>
          <w:b w:val="0"/>
          <w:i/>
          <w:sz w:val="22"/>
        </w:rPr>
        <w:t>"The way the PM of New Zealand has showed sympathy not only for those affected but to the entire community and the way the parliament started its session with recitation of the Holy Qur'an and condemned those spreading hate is highly commendable and an example for the whole world."</w:t>
      </w:r>
    </w:p>
    <w:p>
      <w:pPr>
        <w:spacing w:before="0" w:after="120" w:line="300" w:lineRule="exact"/>
        <w:jc w:val="both"/>
      </w:pPr>
      <w:r>
        <w:rPr>
          <w:rFonts w:ascii="Georgia" w:hAnsi="Georgia" w:cs="Georgia" w:eastAsia="Georgia"/>
          <w:b w:val="0"/>
          <w:i w:val="0"/>
          <w:sz w:val="22"/>
        </w:rPr>
        <w:t>The only Example for the whole world we and the Ummah knows of is Muhammadur Rasulullah</w:t>
      </w:r>
    </w:p>
    <w:p>
      <w:pPr>
        <w:spacing w:before="0" w:after="120" w:line="300" w:lineRule="exact"/>
        <w:jc w:val="both"/>
      </w:pPr>
      <w:r>
        <w:rPr>
          <w:rFonts w:ascii="Georgia" w:hAnsi="Georgia" w:cs="Georgia" w:eastAsia="Georgia"/>
          <w:b w:val="0"/>
          <w:i w:val="0"/>
          <w:sz w:val="22"/>
        </w:rPr>
        <w:t>(Sallallahu alayhi wasallam). Explicitly declaring this fact of truth, the Qur'aan Majeed says:</w:t>
      </w:r>
    </w:p>
    <w:p>
      <w:pPr>
        <w:spacing w:before="120" w:after="120" w:line="300" w:lineRule="exact"/>
        <w:ind w:left="720" w:right="720"/>
        <w:jc w:val="center"/>
      </w:pPr>
      <w:r>
        <w:rPr>
          <w:rFonts w:ascii="Georgia" w:hAnsi="Georgia" w:cs="Georgia" w:eastAsia="Georgia"/>
          <w:b w:val="0"/>
          <w:i/>
          <w:sz w:val="22"/>
        </w:rPr>
        <w:t>"Verily, for you in the Rasool of Allah there is an Uswah Hasanah (the most beautiful example / pattern of life) for those who hope (to meet) Allah and the Last Day, and they engage much in Thikrullaah." (Al-Ahzaab, Aayat 21)</w:t>
      </w:r>
    </w:p>
    <w:p>
      <w:pPr>
        <w:spacing w:before="0" w:after="120" w:line="300" w:lineRule="exact"/>
        <w:jc w:val="both"/>
      </w:pPr>
      <w:r>
        <w:rPr>
          <w:rFonts w:ascii="Georgia" w:hAnsi="Georgia" w:cs="Georgia" w:eastAsia="Georgia"/>
          <w:b w:val="0"/>
          <w:i w:val="0"/>
          <w:sz w:val="22"/>
        </w:rPr>
        <w:t>Furthermore, this most Beautiful Example of which Muhammad (Sallallahu alayhi wasallam) was the Embodiment, in terms of the Qur'aan, is restricted to those in whom exist the aforementioned Qur'aanic conditions, viz., (1) They have yaqeen in meeting Allah Ta'ala. (2) They have yaqeen in Qiyaamah. (3) They engage much in Thikrullah.</w:t>
      </w:r>
    </w:p>
    <w:p>
      <w:pPr>
        <w:spacing w:before="0" w:after="120" w:line="300" w:lineRule="exact"/>
        <w:jc w:val="both"/>
      </w:pPr>
      <w:r>
        <w:rPr>
          <w:rFonts w:ascii="Georgia" w:hAnsi="Georgia" w:cs="Georgia" w:eastAsia="Georgia"/>
          <w:b w:val="0"/>
          <w:i w:val="0"/>
          <w:sz w:val="22"/>
        </w:rPr>
        <w:t>The New Zealand prime minister is bereft of all three essential conditions which are fundamental requisites for being classified "a commendable example for the whole world." The only motive for Mufti Taqi's superfluous and silly disgorgement is bootlicking. The New Zealand prime minister was not bestowing a favour on the Muslim community. In terms of his 'democratic' principles as enshrined in his constitution, it is the duty of the security apparatus and rulers of the country to protect its citizens. How does he acquire the Uswah Hasanah of Rasulullah (Sallallahu alayhi wasallam) by a mere discharge of his basic obligation? And, how can he be a 'commendable example for the whole world' whilst grovelling and wallowing in kufr and najaasat?</w:t>
      </w:r>
    </w:p>
    <w:p>
      <w:pPr>
        <w:spacing w:before="0" w:after="120" w:line="300" w:lineRule="exact"/>
        <w:jc w:val="both"/>
      </w:pPr>
      <w:r>
        <w:rPr>
          <w:rFonts w:ascii="Georgia" w:hAnsi="Georgia" w:cs="Georgia" w:eastAsia="Georgia"/>
          <w:b w:val="0"/>
          <w:i w:val="0"/>
          <w:sz w:val="22"/>
        </w:rPr>
        <w:t>Degenerating into ludicrity with his disingenuous accolade for the New Zealand prime minister in total forgetfulness of Allah Azza Wa Jal, the Ummah and his supposed role as an Heir of Rasulullah (Sallallahu alayhi wasallam), there percolates from his stupid statement of praise nothing but abject bootlicking.</w:t>
      </w:r>
    </w:p>
    <w:p>
      <w:pPr>
        <w:spacing w:before="0" w:after="120" w:line="300" w:lineRule="exact"/>
        <w:jc w:val="both"/>
      </w:pPr>
      <w:r>
        <w:rPr>
          <w:rFonts w:ascii="Georgia" w:hAnsi="Georgia" w:cs="Georgia" w:eastAsia="Georgia"/>
          <w:b w:val="0"/>
          <w:i w:val="0"/>
          <w:sz w:val="22"/>
        </w:rPr>
        <w:t>The attribution of causes to others and to praise and criticize others and the devil for the enactments of Allah Azza Wa Jal testify to the deficiency of Imaan and the total lack of yaqeen which in reality should be an outstanding feature of the character of the Ulama. Hadhrat Abdullah Ibn Mas'ood (Radhiyallahu anhu), explaining the meaning of Yaqeen (Resolute faith in Allah Ta'ala), said that Yaqeen is that:</w:t>
      </w:r>
    </w:p>
    <w:p>
      <w:pPr>
        <w:spacing w:before="120" w:after="120" w:line="300" w:lineRule="exact"/>
        <w:ind w:left="720" w:right="720"/>
        <w:jc w:val="center"/>
      </w:pPr>
      <w:r>
        <w:rPr>
          <w:rFonts w:ascii="Georgia" w:hAnsi="Georgia" w:cs="Georgia" w:eastAsia="Georgia"/>
          <w:b w:val="0"/>
          <w:i/>
          <w:sz w:val="22"/>
        </w:rPr>
        <w:t>"You do not seek the pleasure of the people by courting the Wrath of Allah; you do not praise anyone for the Rizq provided by Allah, and you do not criticize anyone for anything which Allah has denied you."</w:t>
      </w:r>
    </w:p>
    <w:p>
      <w:pPr>
        <w:spacing w:before="0" w:after="120" w:line="300" w:lineRule="exact"/>
        <w:jc w:val="both"/>
      </w:pPr>
      <w:r>
        <w:rPr>
          <w:rFonts w:ascii="Georgia" w:hAnsi="Georgia" w:cs="Georgia" w:eastAsia="Georgia"/>
          <w:b w:val="0"/>
          <w:i w:val="0"/>
          <w:sz w:val="22"/>
        </w:rPr>
        <w:t>What is there to gloat if a kaafir opens a parliament session with a recitation from the Qur'aan? Is this a feather in Mufti Taqi's Jinnah cap of fisq? Does this recitation rise from the bedrock of Imaan or from kufr? What is there to be proud of? Those spreading hate against Muslims are among the armies of Allah Azza Wa Jal. About His armies, the Qur'aan Majeed says: "No one but He knows the armies of your Rabb." (Al-Muddath-thir, Aayat 31)</w:t>
      </w:r>
    </w:p>
    <w:p>
      <w:pPr>
        <w:spacing w:before="0" w:after="120" w:line="300" w:lineRule="exact"/>
        <w:jc w:val="both"/>
      </w:pPr>
      <w:r>
        <w:rPr>
          <w:rFonts w:ascii="Georgia" w:hAnsi="Georgia" w:cs="Georgia" w:eastAsia="Georgia"/>
          <w:b w:val="0"/>
          <w:i w:val="0"/>
          <w:sz w:val="22"/>
        </w:rPr>
        <w:t>Railing and ranting at shadows display vividly total obliviousness regarding Allah Ta'ala and His Decrees. When liberalism vermiculates the brains, the molvi's intelligence necrotizes. Thus all perspicacity is effaced from him. Then he speaks bunkum which reflects his senility and stupidity.</w:t>
      </w:r>
    </w:p>
    <w:p>
      <w:pPr>
        <w:spacing w:before="0" w:after="120" w:line="300" w:lineRule="exact"/>
        <w:jc w:val="both"/>
      </w:pPr>
      <w:r>
        <w:rPr>
          <w:rFonts w:ascii="Georgia" w:hAnsi="Georgia" w:cs="Georgia" w:eastAsia="Georgia"/>
          <w:b w:val="0"/>
          <w:i w:val="0"/>
          <w:sz w:val="22"/>
        </w:rPr>
        <w:t>The dire need of the moment is to repent, to seek Allah's protection, to supplicate for aafiyat (safety), to pledge self-reformation, and to adopt orthodox Islam, that is, the Sunnah of Rasulullah (Sallallahu alayhi wasallam) in all facets of life. Mufti Taqi's accolade for the New Zealand prime minister, at best is twaddle and excrescent. At its worst, this bootlicking statement smacks of severe Imaani deficiency and total lack of understanding of the Divine Methodology as explained in the Qur'aan and Ahaadith.</w:t>
      </w:r>
    </w:p>
    <w:p>
      <w:pPr>
        <w:spacing w:before="0" w:after="120" w:line="300" w:lineRule="exact"/>
        <w:jc w:val="both"/>
      </w:pPr>
      <w:r>
        <w:rPr>
          <w:rFonts w:ascii="Georgia" w:hAnsi="Georgia" w:cs="Georgia" w:eastAsia="Georgia"/>
          <w:b w:val="0"/>
          <w:i w:val="0"/>
          <w:sz w:val="22"/>
        </w:rPr>
        <w:t>Mufti Taqi's praise for the New Zealand prime minister demonstrates his ghaflat regarding Allah Azza Wa Jal. The Mu'min is required to praise only Allah Ta'ala in all conditions of life. Daily, innumerable times, every Muslim declares in Salaat when beginning Surah Faatihah that "All Praises are only for Allah". No amount of mental gymnastics can argue away this fact. This is the meaning of 'Alhamdulillah' with which Surah Faatihah commences. But, it is a meaningless recitation for almost all Muslims, including the molvis, sheikhs and buzroogs.</w:t>
      </w:r>
    </w:p>
    <w:p>
      <w:pPr>
        <w:spacing w:before="120" w:after="120" w:line="300" w:lineRule="exact"/>
        <w:ind w:left="720" w:right="720"/>
        <w:jc w:val="center"/>
      </w:pPr>
      <w:r>
        <w:rPr>
          <w:rFonts w:ascii="Georgia" w:hAnsi="Georgia" w:cs="Georgia" w:eastAsia="Georgia"/>
          <w:b w:val="0"/>
          <w:i/>
          <w:sz w:val="22"/>
        </w:rPr>
        <w:t>Rasulullah (Sallallahu alayhi wasallam) said: "The Mu'min is a wonderful entity. When prosperity / goodness comes to him, he engages in the hamd (recites the praises) of Allah, and makes shukr (is grateful.) When museebat (calamity / misfortune) befalls, he engages in the hamd (praises) of Allah, and he makes sabr (is patient). Therefore, the Mu'min is rewarded for everything even for the morsel of food which he raises to the mouth of his wife."</w:t>
      </w:r>
    </w:p>
    <w:p>
      <w:pPr>
        <w:spacing w:before="0" w:after="120" w:line="300" w:lineRule="exact"/>
        <w:jc w:val="both"/>
      </w:pPr>
      <w:r>
        <w:rPr>
          <w:rFonts w:ascii="Georgia" w:hAnsi="Georgia" w:cs="Georgia" w:eastAsia="Georgia"/>
          <w:b w:val="0"/>
          <w:i w:val="0"/>
          <w:sz w:val="22"/>
        </w:rPr>
        <w:t>A Muslim does not praise and criticize shadows. Praising the non-Muslim prime minister is a subtle form of shirk, for it entails apportioning of something which belongs exclusively to Allah Ta'ala, to someone else. It further, diverts the focus of the mind and heart from the enactment of Allah Ta'ala, and from our total dependence on Him for aafiyat (safety) and all needs. If Mufti Taqi had understood that the carnage was Allah's decree of Athaab, then he would have understood what advice to proffer to the Ummah. He would not have chased after the mirage of aid, sympathy and solidarity which shadows are displaying.</w:t>
      </w:r>
    </w:p>
    <w:p>
      <w:pPr>
        <w:pStyle w:val="Heading3"/>
        <w:spacing w:before="200" w:after="120" w:line="300" w:lineRule="exact"/>
        <w:jc w:val="left"/>
      </w:pPr>
      <w:r>
        <w:rPr>
          <w:rFonts w:ascii="Georgia" w:hAnsi="Georgia" w:cs="Georgia" w:eastAsia="Georgia"/>
          <w:b/>
          <w:i w:val="0"/>
          <w:color w:val="2E74B5"/>
          <w:sz w:val="24"/>
        </w:rPr>
        <w:t>BOOTLICKERS</w:t>
      </w:r>
    </w:p>
    <w:p>
      <w:pPr>
        <w:spacing w:before="0" w:after="120" w:line="300" w:lineRule="exact"/>
        <w:jc w:val="both"/>
      </w:pPr>
      <w:r>
        <w:rPr>
          <w:rFonts w:ascii="Georgia" w:hAnsi="Georgia" w:cs="Georgia" w:eastAsia="Georgia"/>
          <w:b w:val="0"/>
          <w:i w:val="0"/>
          <w:sz w:val="22"/>
        </w:rPr>
        <w:t>Bootlickers are a despicable specimen of humanity. Regarding them, the Qur'aan Majeed says:</w:t>
      </w:r>
    </w:p>
    <w:p>
      <w:pPr>
        <w:spacing w:before="120" w:after="120" w:line="300" w:lineRule="exact"/>
        <w:ind w:left="720" w:right="720"/>
        <w:jc w:val="center"/>
      </w:pPr>
      <w:r>
        <w:rPr>
          <w:rFonts w:ascii="Georgia" w:hAnsi="Georgia" w:cs="Georgia" w:eastAsia="Georgia"/>
          <w:b w:val="0"/>
          <w:i/>
          <w:sz w:val="22"/>
        </w:rPr>
        <w:t>"Verily, We have created numerous from jinn and mankind (specifically) for Jahannam. They have such hearts with which they do not understand; such eyes with which they cannot see, and such ears with which they cannot hear. Indeed, they are like cattle, in fact they are more astray. Indeed, they are the ghaafiloon (negligent and totally oblivious of Allah Ta'ala and the reality of having been created)." (Al-A'raaf, Aayat 179)</w:t>
      </w:r>
    </w:p>
    <w:p>
      <w:pPr>
        <w:spacing w:before="0" w:after="120" w:line="300" w:lineRule="exact"/>
        <w:jc w:val="both"/>
      </w:pPr>
      <w:r>
        <w:rPr>
          <w:rFonts w:ascii="Georgia" w:hAnsi="Georgia" w:cs="Georgia" w:eastAsia="Georgia"/>
          <w:b w:val="0"/>
          <w:i w:val="0"/>
          <w:sz w:val="22"/>
        </w:rPr>
        <w:t>Their spiritual faculties are inoperative. While they claim to be Muslims and perform the ritual acts of Islam, they are worse than animals with regards to understanding. Animals live to only eat and satisfy their emotional instincts. But these bootlickers are worse than animals because Allah Ta'ala has bestowed to them an intelligence which they fossilize and render dysfunctional and inoperative with their carnal instincts, fulfilment of which is their only goal in life.</w:t>
      </w:r>
    </w:p>
    <w:p>
      <w:pPr>
        <w:spacing w:before="120" w:after="120" w:line="300" w:lineRule="exact"/>
        <w:ind w:left="720" w:right="720"/>
        <w:jc w:val="center"/>
      </w:pPr>
      <w:r>
        <w:rPr>
          <w:rFonts w:ascii="Georgia" w:hAnsi="Georgia" w:cs="Georgia" w:eastAsia="Georgia"/>
          <w:b w:val="0"/>
          <w:i/>
          <w:sz w:val="22"/>
        </w:rPr>
        <w:t>"Verily, the worst of creatures by Allah are the deaf and dumb who do not understand."</w:t>
      </w:r>
    </w:p>
    <w:p>
      <w:pPr>
        <w:spacing w:before="120" w:after="120" w:line="300" w:lineRule="exact"/>
        <w:ind w:left="720" w:right="720"/>
        <w:jc w:val="center"/>
      </w:pPr>
      <w:r>
        <w:rPr>
          <w:rFonts w:ascii="Georgia" w:hAnsi="Georgia" w:cs="Georgia" w:eastAsia="Georgia"/>
          <w:b w:val="0"/>
          <w:i/>
          <w:sz w:val="22"/>
        </w:rPr>
        <w:t>(Al-Anfaal, Aayat 22)</w:t>
      </w:r>
    </w:p>
    <w:p>
      <w:r>
        <w:br w:type="page"/>
      </w:r>
    </w:p>
    <w:p>
      <w:pPr>
        <w:pStyle w:val="Heading1"/>
        <w:spacing w:before="360" w:after="200" w:line="300" w:lineRule="exact"/>
        <w:jc w:val="center"/>
      </w:pPr>
      <w:r>
        <w:rPr>
          <w:rFonts w:ascii="Georgia" w:hAnsi="Georgia" w:cs="Georgia" w:eastAsia="Georgia"/>
          <w:b/>
          <w:i w:val="0"/>
          <w:color w:val="1F3864"/>
          <w:sz w:val="32"/>
        </w:rPr>
        <w:t>AID FOR MUSLIMS</w:t>
      </w:r>
    </w:p>
    <w:p>
      <w:pPr>
        <w:spacing w:before="0" w:after="120" w:line="300" w:lineRule="exact"/>
        <w:jc w:val="both"/>
      </w:pPr>
      <w:r>
        <w:rPr>
          <w:rFonts w:ascii="Georgia" w:hAnsi="Georgia" w:cs="Georgia" w:eastAsia="Georgia"/>
          <w:b w:val="0"/>
          <w:i w:val="0"/>
          <w:sz w:val="22"/>
        </w:rPr>
        <w:t>It is essential for Muslims to understand that aid for us comes from only Allah Ta'ala. No amount of bootlicking the kuffaar and looking elsewhere for aid and safety will avail. Reminding the Sahaabah of this reality, Allah Ta'ala says in the Qur'aan Majeed:</w:t>
      </w:r>
    </w:p>
    <w:p>
      <w:pPr>
        <w:spacing w:before="120" w:after="120" w:line="300" w:lineRule="exact"/>
        <w:ind w:left="720" w:right="720"/>
        <w:jc w:val="center"/>
      </w:pPr>
      <w:r>
        <w:rPr>
          <w:rFonts w:ascii="Georgia" w:hAnsi="Georgia" w:cs="Georgia" w:eastAsia="Georgia"/>
          <w:b w:val="0"/>
          <w:i/>
          <w:sz w:val="22"/>
        </w:rPr>
        <w:t>"Remember when you were a few and weak on earth. You feared that the people (the kuffaar) would eliminate you. Then He granted you sanctuary and aided you with His help, and He provided tayyibaat (halaal and wholesome rizq) for you, so that you be grateful."</w:t>
      </w:r>
    </w:p>
    <w:p>
      <w:pPr>
        <w:spacing w:before="0" w:after="120" w:line="300" w:lineRule="exact"/>
        <w:jc w:val="both"/>
      </w:pPr>
      <w:r>
        <w:rPr>
          <w:rFonts w:ascii="Georgia" w:hAnsi="Georgia" w:cs="Georgia" w:eastAsia="Georgia"/>
          <w:b w:val="0"/>
          <w:i w:val="0"/>
          <w:sz w:val="22"/>
        </w:rPr>
        <w:t>(Al-Anfaal, Aayat 26)</w:t>
      </w:r>
    </w:p>
    <w:p>
      <w:pPr>
        <w:spacing w:before="0" w:after="120" w:line="300" w:lineRule="exact"/>
        <w:jc w:val="both"/>
      </w:pPr>
      <w:r>
        <w:rPr>
          <w:rFonts w:ascii="Georgia" w:hAnsi="Georgia" w:cs="Georgia" w:eastAsia="Georgia"/>
          <w:b w:val="0"/>
          <w:i w:val="0"/>
          <w:sz w:val="22"/>
        </w:rPr>
        <w:t>How far have the Ulama drifted from the Reality of Siraatul Mustaqeem! They gaze at shadows and mirages, forgetful of our diseases, and they seek remedies and solutions from these shadows and mirages. About the mirages and shadows whom Muslims are bootlicking, the Qur'aan says:</w:t>
      </w:r>
    </w:p>
    <w:p>
      <w:pPr>
        <w:spacing w:before="120" w:after="120" w:line="300" w:lineRule="exact"/>
        <w:ind w:left="720" w:right="720"/>
        <w:jc w:val="center"/>
      </w:pPr>
      <w:r>
        <w:rPr>
          <w:rFonts w:ascii="Georgia" w:hAnsi="Georgia" w:cs="Georgia" w:eastAsia="Georgia"/>
          <w:b w:val="0"/>
          <w:i/>
          <w:sz w:val="22"/>
        </w:rPr>
        <w:t>"Verily the worst creatures by Allah are those who have become kuffaar. Thus they do not have Imaan." (Al-Anfaal, Aayat 55)</w:t>
      </w:r>
    </w:p>
    <w:p>
      <w:r>
        <w:br w:type="page"/>
      </w:r>
    </w:p>
    <w:p>
      <w:pPr>
        <w:pStyle w:val="Heading1"/>
        <w:spacing w:before="360" w:after="200" w:line="300" w:lineRule="exact"/>
        <w:jc w:val="center"/>
      </w:pPr>
      <w:r>
        <w:rPr>
          <w:rFonts w:ascii="Georgia" w:hAnsi="Georgia" w:cs="Georgia" w:eastAsia="Georgia"/>
          <w:b/>
          <w:i w:val="0"/>
          <w:color w:val="1F3864"/>
          <w:sz w:val="32"/>
        </w:rPr>
        <w:t>THE BOOTLICKING NIGHT</w:t>
      </w:r>
    </w:p>
    <w:p>
      <w:pPr>
        <w:spacing w:before="0" w:after="120" w:line="300" w:lineRule="exact"/>
        <w:jc w:val="both"/>
      </w:pPr>
      <w:r>
        <w:rPr>
          <w:rFonts w:ascii="Georgia" w:hAnsi="Georgia" w:cs="Georgia" w:eastAsia="Georgia"/>
          <w:b w:val="0"/>
          <w:i w:val="0"/>
          <w:sz w:val="22"/>
        </w:rPr>
        <w:t>The shaitaani entity, the NNB jamiat of Fordsburg, masquerading as jamiatul ulama south africa, jumping on the shaitaani bandwagon, purely motivated by the inordinate craving for self-aggrandizement, organized what it dubbed 'Night of Solidarity against Islamophobia and Hate'. This stupid shaitaani function was organized in the 'Sultan Bahu' hall of the Qabar Pujaari sect.</w:t>
      </w:r>
    </w:p>
    <w:p>
      <w:pPr>
        <w:spacing w:before="0" w:after="120" w:line="300" w:lineRule="exact"/>
        <w:jc w:val="both"/>
      </w:pPr>
      <w:r>
        <w:rPr>
          <w:rFonts w:ascii="Georgia" w:hAnsi="Georgia" w:cs="Georgia" w:eastAsia="Georgia"/>
          <w:b w:val="0"/>
          <w:i w:val="0"/>
          <w:sz w:val="22"/>
        </w:rPr>
        <w:t>This function was ostensibly organized for delivering messages of peace and in condemnation of what they term 'Islamophobia'. This disease of Islamophobia is endemic in the Muslim community, and the worst sufferers are these moron molvis. They all have an inveterate hatred for the teachings of Islam, hence they find satanic justifications to argue away the Ahkaam of the Shariah. The kuffaar do not suffer from Islamophobia. This is a disease which affects only Muslims.</w:t>
      </w:r>
    </w:p>
    <w:p>
      <w:pPr>
        <w:spacing w:before="0" w:after="120" w:line="300" w:lineRule="exact"/>
        <w:jc w:val="both"/>
      </w:pPr>
      <w:r>
        <w:rPr>
          <w:rFonts w:ascii="Georgia" w:hAnsi="Georgia" w:cs="Georgia" w:eastAsia="Georgia"/>
          <w:b w:val="0"/>
          <w:i w:val="0"/>
          <w:sz w:val="22"/>
        </w:rPr>
        <w:t>At this interfaith gathering, kuffaar presence and propagation predominated. The Yahudi priest stated the aims and objectives of his religion. Whatever the others of this crowd of morons disgorged had no affinity with Islam. The entire function was in total conflict with everything for which Islam stands.</w:t>
      </w:r>
    </w:p>
    <w:p>
      <w:pPr>
        <w:spacing w:before="0" w:after="120" w:line="300" w:lineRule="exact"/>
        <w:jc w:val="both"/>
      </w:pPr>
      <w:r>
        <w:rPr>
          <w:rFonts w:ascii="Georgia" w:hAnsi="Georgia" w:cs="Georgia" w:eastAsia="Georgia"/>
          <w:b w:val="0"/>
          <w:i w:val="0"/>
          <w:sz w:val="22"/>
        </w:rPr>
        <w:t>Moron molvis of the NNB jamiat posed with women for the camera. There was intermingling frolicking of zina dimensions. It was an ugly immoral shaitaani mixed gathering of men, women, kuffaar, fussaaq, fujjaar and Satanists. The biggest Satanists were the NNB jamiat molvis. Not a single item in the shaitaani function was Islamic.</w:t>
      </w:r>
    </w:p>
    <w:p>
      <w:pPr>
        <w:spacing w:before="0" w:after="120" w:line="300" w:lineRule="exact"/>
        <w:jc w:val="both"/>
      </w:pPr>
      <w:r>
        <w:rPr>
          <w:rFonts w:ascii="Georgia" w:hAnsi="Georgia" w:cs="Georgia" w:eastAsia="Georgia"/>
          <w:b w:val="0"/>
          <w:i w:val="0"/>
          <w:sz w:val="22"/>
        </w:rPr>
        <w:t>Of what benefit was this stupid function for the New Zealand Muslims – those who are alive and those who had been killed? What does Islam teach us? We are required to act with dignity and present acts which are of benefit to Muslims, to the living and the dead. Such beneficial acts prescribed by the Deen are naseehat and dua. All these methods which have absolutely no origin in Islam, and which infact are nugatory of Islamic teachings and spirit, are the practices of the kuffaar which are haraam for Muslims.</w:t>
      </w:r>
    </w:p>
    <w:p>
      <w:pPr>
        <w:spacing w:before="0" w:after="120" w:line="300" w:lineRule="exact"/>
        <w:jc w:val="both"/>
      </w:pPr>
      <w:r>
        <w:rPr>
          <w:rFonts w:ascii="Georgia" w:hAnsi="Georgia" w:cs="Georgia" w:eastAsia="Georgia"/>
          <w:b w:val="0"/>
          <w:i w:val="0"/>
          <w:sz w:val="22"/>
        </w:rPr>
        <w:t>Vigils, interfaith prayers, interfaith gatherings, memorials, messages of solidarity, flowers, etc. have no relationship with Islam. The stupid 'solidarity' gathering provides not the slightest relief or benefit for Muslims. The only shaitaani 'benefit' is the cheap publicity which moron molvis seek from the public exhibitions of the kuffaar.</w:t>
      </w:r>
    </w:p>
    <w:p>
      <w:pPr>
        <w:spacing w:before="0" w:after="120" w:line="300" w:lineRule="exact"/>
        <w:jc w:val="both"/>
      </w:pPr>
      <w:r>
        <w:rPr>
          <w:rFonts w:ascii="Georgia" w:hAnsi="Georgia" w:cs="Georgia" w:eastAsia="Georgia"/>
          <w:b w:val="0"/>
          <w:i w:val="0"/>
          <w:sz w:val="22"/>
        </w:rPr>
        <w:t>When a massacre of dozens of Huffaaz-Muballigheen sent by Rasulullah (Sallallahu alayhi wasallam) was perpetrated by treacherous kuffaar, the only reaction of Nabi (Sallallahu alayhi wasallam) was to perform Qunoot-e-Naazilah. He sufficed with Dua to Allah Ta'ala.</w:t>
      </w:r>
    </w:p>
    <w:p>
      <w:pPr>
        <w:spacing w:before="0" w:after="120" w:line="300" w:lineRule="exact"/>
        <w:jc w:val="both"/>
      </w:pPr>
      <w:r>
        <w:rPr>
          <w:rFonts w:ascii="Georgia" w:hAnsi="Georgia" w:cs="Georgia" w:eastAsia="Georgia"/>
          <w:b w:val="0"/>
          <w:i w:val="0"/>
          <w:sz w:val="22"/>
        </w:rPr>
        <w:t>Nothing else was done on the occasion of this momentous tragedy when numerous Huffaaz were lured by deception by the kuffaar and treacherously killed.</w:t>
      </w:r>
    </w:p>
    <w:p>
      <w:pPr>
        <w:spacing w:before="0" w:after="120" w:line="300" w:lineRule="exact"/>
        <w:jc w:val="both"/>
      </w:pPr>
      <w:r>
        <w:rPr>
          <w:rFonts w:ascii="Georgia" w:hAnsi="Georgia" w:cs="Georgia" w:eastAsia="Georgia"/>
          <w:b w:val="0"/>
          <w:i w:val="0"/>
          <w:sz w:val="22"/>
        </w:rPr>
        <w:t>Instead of seeking Allah's aid and turning to Him with dignified silence and repentance with remorse for our transgressions, these jaahil, shaitaani molvis react with more and greater transgression. They strike up relationships with kuffaar and listen with dignity to their preachings of shirk and kufr. Thus, for them cross-worship, idolatry and even the atheism of political leaders have become acceptable and tolerable. Their hearts are totally desensitized and their brains fossilized. May Allah Ta'ala save the Ummah from the depredations of these shaitaani scoundrels.</w:t>
      </w:r>
    </w:p>
    <w:p>
      <w:pPr>
        <w:spacing w:before="0" w:after="120" w:line="300" w:lineRule="exact"/>
        <w:jc w:val="both"/>
      </w:pPr>
      <w:r>
        <w:rPr>
          <w:rFonts w:ascii="Georgia" w:hAnsi="Georgia" w:cs="Georgia" w:eastAsia="Georgia"/>
          <w:b w:val="0"/>
          <w:i w:val="0"/>
          <w:sz w:val="22"/>
        </w:rPr>
        <w:t>Kufr and Shirk are the dividing line between Muslims and kuffaar. Without the slightest vestige of bootlicking, Hadhrat Ibraaheem (Alayhis salaam) said to the mushrikeen:</w:t>
      </w:r>
    </w:p>
    <w:p>
      <w:pPr>
        <w:spacing w:before="120" w:after="120" w:line="300" w:lineRule="exact"/>
        <w:ind w:left="720" w:right="720"/>
        <w:jc w:val="center"/>
      </w:pPr>
      <w:r>
        <w:rPr>
          <w:rFonts w:ascii="Georgia" w:hAnsi="Georgia" w:cs="Georgia" w:eastAsia="Georgia"/>
          <w:b w:val="0"/>
          <w:i/>
          <w:sz w:val="22"/>
        </w:rPr>
        <w:t>"What! Do you see what you are worshipping? You and your forefathers? Verily, they are my enemies, except Rabbul Aalameen Who has created me and guided me."</w:t>
      </w:r>
    </w:p>
    <w:p>
      <w:pPr>
        <w:spacing w:before="120" w:after="120" w:line="300" w:lineRule="exact"/>
        <w:ind w:left="720" w:right="720"/>
        <w:jc w:val="center"/>
      </w:pPr>
      <w:r>
        <w:rPr>
          <w:rFonts w:ascii="Georgia" w:hAnsi="Georgia" w:cs="Georgia" w:eastAsia="Georgia"/>
          <w:b w:val="0"/>
          <w:i/>
          <w:sz w:val="22"/>
        </w:rPr>
        <w:t>(As-Shu'araa' Aayaat 75, 76, 77, 78)</w:t>
      </w:r>
    </w:p>
    <w:p>
      <w:pPr>
        <w:spacing w:before="0" w:after="120" w:line="300" w:lineRule="exact"/>
        <w:jc w:val="both"/>
      </w:pPr>
      <w:r>
        <w:rPr>
          <w:rFonts w:ascii="Georgia" w:hAnsi="Georgia" w:cs="Georgia" w:eastAsia="Georgia"/>
          <w:b w:val="0"/>
          <w:i w:val="0"/>
          <w:sz w:val="22"/>
        </w:rPr>
        <w:t>How is it ever possible for true Muslims to participate in an interfaith kufr/shirk gathering when the concepts of shirk/kufr are most abhorrent to Allah Ta'ala. But these concepts of satanism are propagated, dinned into the ears of so-called Muslim participants who sit silently like dumb animals savouring all the baatil being disgorged in the name of 'solidarity' and 'peace'. Yet the Tauheed propagated by the Ambiya (Alayhimus salaam) was the fundamental basis for the conflict between Islam and Kufr.</w:t>
      </w:r>
    </w:p>
    <w:p>
      <w:pPr>
        <w:spacing w:before="0" w:after="120" w:line="300" w:lineRule="exact"/>
        <w:jc w:val="both"/>
      </w:pPr>
      <w:r>
        <w:rPr>
          <w:rFonts w:ascii="Georgia" w:hAnsi="Georgia" w:cs="Georgia" w:eastAsia="Georgia"/>
          <w:b w:val="0"/>
          <w:i w:val="0"/>
          <w:sz w:val="22"/>
        </w:rPr>
        <w:t>But today, that Message of Tauheed for which Rasulullah (Sallallahu alayhi wasallam) and the Sahaabah were so horrendously persecuted, tortured, exiled and killed, has been compromised at the altar of kufr and shirk, and abandoned by those who proclaim to be the followers of Muhammad (Sallallahu alayhi wasallam).</w:t>
      </w:r>
    </w:p>
    <w:p>
      <w:pPr>
        <w:spacing w:before="0" w:after="120" w:line="300" w:lineRule="exact"/>
        <w:jc w:val="both"/>
      </w:pPr>
      <w:r>
        <w:rPr>
          <w:rFonts w:ascii="Georgia" w:hAnsi="Georgia" w:cs="Georgia" w:eastAsia="Georgia"/>
          <w:b w:val="0"/>
          <w:i w:val="0"/>
          <w:sz w:val="22"/>
        </w:rPr>
        <w:t>All of this shaitaani mischief of the moron molvis is the effect of Hubb-e-Jaah (love for fame) and Hubb-e-Maal (love for wealth). It has blinded them and effaced their Imaan.</w:t>
      </w:r>
    </w:p>
    <w:p>
      <w:pPr>
        <w:spacing w:before="0" w:after="120" w:line="300" w:lineRule="exact"/>
        <w:jc w:val="both"/>
      </w:pPr>
      <w:r>
        <w:rPr>
          <w:rFonts w:ascii="Georgia" w:hAnsi="Georgia" w:cs="Georgia" w:eastAsia="Georgia"/>
          <w:b w:val="0"/>
          <w:i w:val="0"/>
          <w:sz w:val="22"/>
        </w:rPr>
        <w:t>Hankering after imaginary honour, respect and aid from the kuffaar, these bootlickers are more astray than animals. Describing them, the Qur'aan Majeed says:</w:t>
      </w:r>
    </w:p>
    <w:p>
      <w:pPr>
        <w:spacing w:before="120" w:after="120" w:line="300" w:lineRule="exact"/>
        <w:ind w:left="720" w:right="720"/>
        <w:jc w:val="center"/>
      </w:pPr>
      <w:r>
        <w:rPr>
          <w:rFonts w:ascii="Georgia" w:hAnsi="Georgia" w:cs="Georgia" w:eastAsia="Georgia"/>
          <w:b w:val="0"/>
          <w:i/>
          <w:sz w:val="22"/>
        </w:rPr>
        <w:t>"You think (you labour under the impression) that most of them are hearing or they understand. However, they are only like cattle or more astray." (Al-Furqaan, Aayat 44)</w:t>
      </w:r>
    </w:p>
    <w:p>
      <w:pPr>
        <w:spacing w:before="0" w:after="120" w:line="300" w:lineRule="exact"/>
        <w:jc w:val="both"/>
      </w:pPr>
      <w:r>
        <w:rPr>
          <w:rFonts w:ascii="Georgia" w:hAnsi="Georgia" w:cs="Georgia" w:eastAsia="Georgia"/>
          <w:b w:val="0"/>
          <w:i w:val="0"/>
          <w:sz w:val="22"/>
        </w:rPr>
        <w:t>Although this Aayat is directed at the kuffaar, it more than adequately applies to the bootlickers who lay claim to Islam. No matter how much assistance the aliens pledge, no matter how many messages of condolence and solidarity they broadcast, everything is hot air devoid of substance, but pleasing to the bootlickers.</w:t>
      </w:r>
    </w:p>
    <w:p>
      <w:pPr>
        <w:spacing w:before="0" w:after="120" w:line="300" w:lineRule="exact"/>
        <w:jc w:val="both"/>
      </w:pPr>
      <w:r>
        <w:rPr>
          <w:rFonts w:ascii="Georgia" w:hAnsi="Georgia" w:cs="Georgia" w:eastAsia="Georgia"/>
          <w:b w:val="0"/>
          <w:i w:val="0"/>
          <w:sz w:val="22"/>
        </w:rPr>
        <w:t>The solution for all our problems and woes is prescribed with vivid clarity in the Qur'aan Majeed:</w:t>
      </w:r>
    </w:p>
    <w:p>
      <w:pPr>
        <w:spacing w:before="120" w:after="120" w:line="300" w:lineRule="exact"/>
        <w:ind w:left="720" w:right="720"/>
        <w:jc w:val="center"/>
      </w:pPr>
      <w:r>
        <w:rPr>
          <w:rFonts w:ascii="Georgia" w:hAnsi="Georgia" w:cs="Georgia" w:eastAsia="Georgia"/>
          <w:b w:val="0"/>
          <w:i/>
          <w:sz w:val="22"/>
        </w:rPr>
        <w:t>"Say (O Muhammad!) to My servants who have oppressed themselves (with sin and transgression): 'Do not despair of the mercy of Allah. Verily Allah forgives all sins. Verily, He is Most Forgiving, Most Merciful.'</w:t>
      </w:r>
    </w:p>
    <w:p>
      <w:pPr>
        <w:spacing w:before="120" w:after="120" w:line="300" w:lineRule="exact"/>
        <w:ind w:left="720" w:right="720"/>
        <w:jc w:val="center"/>
      </w:pPr>
      <w:r>
        <w:rPr>
          <w:rFonts w:ascii="Georgia" w:hAnsi="Georgia" w:cs="Georgia" w:eastAsia="Georgia"/>
          <w:b w:val="0"/>
          <w:i/>
          <w:sz w:val="22"/>
        </w:rPr>
        <w:t>And, turn in repentance to your Rabb and submit totally unto Him (to His Shariah) before there comes to you the Punishment, then you will not be helped.</w:t>
      </w:r>
    </w:p>
    <w:p>
      <w:pPr>
        <w:spacing w:before="120" w:after="120" w:line="300" w:lineRule="exact"/>
        <w:ind w:left="720" w:right="720"/>
        <w:jc w:val="center"/>
      </w:pPr>
      <w:r>
        <w:rPr>
          <w:rFonts w:ascii="Georgia" w:hAnsi="Georgia" w:cs="Georgia" w:eastAsia="Georgia"/>
          <w:b w:val="0"/>
          <w:i/>
          <w:sz w:val="22"/>
        </w:rPr>
        <w:t>Follow the most beautiful (Shariah) which has been revealed to you from your Rabb before there suddenly comes to you the Punishment without you even realizing."</w:t>
      </w:r>
    </w:p>
    <w:p>
      <w:pPr>
        <w:spacing w:before="120" w:after="120" w:line="300" w:lineRule="exact"/>
        <w:ind w:left="720" w:right="720"/>
        <w:jc w:val="center"/>
      </w:pPr>
      <w:r>
        <w:rPr>
          <w:rFonts w:ascii="Georgia" w:hAnsi="Georgia" w:cs="Georgia" w:eastAsia="Georgia"/>
          <w:b w:val="0"/>
          <w:i/>
          <w:sz w:val="22"/>
        </w:rPr>
        <w:t>(Az-Zumar, Aayaat 53, 54, 55)</w:t>
      </w:r>
    </w:p>
    <w:p>
      <w:pPr>
        <w:spacing w:before="0" w:after="120" w:line="300" w:lineRule="exact"/>
        <w:jc w:val="both"/>
      </w:pPr>
      <w:r>
        <w:rPr>
          <w:rFonts w:ascii="Georgia" w:hAnsi="Georgia" w:cs="Georgia" w:eastAsia="Georgia"/>
          <w:b w:val="0"/>
          <w:i w:val="0"/>
          <w:sz w:val="22"/>
        </w:rPr>
        <w:t>Thus, for safety from the Athaab of Allah Azza Wa Jal, Inaabat Ilal laah is the imperative condition. Only Repentance and Submission to the Sunnah will avail, not bootlicking shadows and mirages. No help will ever be forthcoming from those who are being bootlicked. Confirming this fact, the aforementioned Aayat explicitly states: "Then you will not be helped."</w:t>
      </w:r>
    </w:p>
    <w:p>
      <w:pPr>
        <w:spacing w:before="0" w:after="120" w:line="300" w:lineRule="exact"/>
        <w:jc w:val="both"/>
      </w:pPr>
      <w:r>
        <w:rPr>
          <w:rFonts w:ascii="Georgia" w:hAnsi="Georgia" w:cs="Georgia" w:eastAsia="Georgia"/>
          <w:b w:val="0"/>
          <w:i w:val="0"/>
          <w:sz w:val="22"/>
        </w:rPr>
        <w:t>Understand well, digest this reality and remember it:</w:t>
      </w:r>
    </w:p>
    <w:p>
      <w:pPr>
        <w:spacing w:before="120" w:after="120" w:line="300" w:lineRule="exact"/>
        <w:ind w:left="720" w:right="720"/>
        <w:jc w:val="center"/>
      </w:pPr>
      <w:r>
        <w:rPr>
          <w:rFonts w:ascii="Georgia" w:hAnsi="Georgia" w:cs="Georgia" w:eastAsia="Georgia"/>
          <w:b w:val="0"/>
          <w:i/>
          <w:sz w:val="22"/>
        </w:rPr>
        <w:t>"Say: Never will there befall us except that which Allah has ordained for us. He is our Friend (and Helper) And, on Allah should the Mu'minoon have tawakkul (Trust)." (At-Taubah, Aayat 51)</w:t>
      </w:r>
    </w:p>
    <w:p>
      <w:r>
        <w:br w:type="page"/>
      </w:r>
    </w:p>
    <w:p>
      <w:pPr>
        <w:pStyle w:val="Heading1"/>
        <w:spacing w:before="360" w:after="200" w:line="300" w:lineRule="exact"/>
        <w:jc w:val="center"/>
      </w:pPr>
      <w:r>
        <w:rPr>
          <w:rFonts w:ascii="Georgia" w:hAnsi="Georgia" w:cs="Georgia" w:eastAsia="Georgia"/>
          <w:b/>
          <w:i w:val="0"/>
          <w:color w:val="1F3864"/>
          <w:sz w:val="32"/>
        </w:rPr>
        <w:t>THE UNDENIABLE QUR'AANIC TRUTH</w:t>
      </w:r>
    </w:p>
    <w:p>
      <w:pPr>
        <w:spacing w:before="0" w:after="120" w:line="300" w:lineRule="exact"/>
        <w:jc w:val="both"/>
      </w:pPr>
      <w:r>
        <w:rPr>
          <w:rFonts w:ascii="Georgia" w:hAnsi="Georgia" w:cs="Georgia" w:eastAsia="Georgia"/>
          <w:b w:val="0"/>
          <w:i w:val="0"/>
          <w:sz w:val="22"/>
        </w:rPr>
        <w:t>In His glorious Kitaab, Allah Ta'ala says:</w:t>
      </w:r>
    </w:p>
    <w:p>
      <w:pPr>
        <w:spacing w:before="120" w:after="120" w:line="300" w:lineRule="exact"/>
        <w:ind w:left="720" w:right="720"/>
        <w:jc w:val="center"/>
      </w:pPr>
      <w:r>
        <w:rPr>
          <w:rFonts w:ascii="Georgia" w:hAnsi="Georgia" w:cs="Georgia" w:eastAsia="Georgia"/>
          <w:b w:val="0"/>
          <w:i/>
          <w:sz w:val="22"/>
        </w:rPr>
        <w:t>"Fasaad (anarchy / strife / corruption) has appeared on the land and the ocean because of (the evil) which the hands of people have earned, so that He gives them to taste (punishment) for a portion of what they have perpetrated, for perhaps they may return (to the obedience of Allah Ta'ala)." (Ar-Room, Aayat 41)</w:t>
      </w:r>
    </w:p>
    <w:p>
      <w:pPr>
        <w:spacing w:before="0" w:after="120" w:line="300" w:lineRule="exact"/>
        <w:jc w:val="both"/>
      </w:pPr>
      <w:r>
        <w:rPr>
          <w:rFonts w:ascii="Georgia" w:hAnsi="Georgia" w:cs="Georgia" w:eastAsia="Georgia"/>
          <w:b w:val="0"/>
          <w:i w:val="0"/>
          <w:sz w:val="22"/>
        </w:rPr>
        <w:t>It should be manifestly clear that the anarchy prevailing all over the world and the calamities befalling us, are the consequences of our own misdeeds; of our sins and transgression which justify the Divine Decree of Chastisement. Adding emphasis to this reality, the Qur'aan states:</w:t>
      </w:r>
    </w:p>
    <w:p>
      <w:pPr>
        <w:spacing w:before="120" w:after="120" w:line="300" w:lineRule="exact"/>
        <w:ind w:left="720" w:right="720"/>
        <w:jc w:val="center"/>
      </w:pPr>
      <w:r>
        <w:rPr>
          <w:rFonts w:ascii="Georgia" w:hAnsi="Georgia" w:cs="Georgia" w:eastAsia="Georgia"/>
          <w:b w:val="0"/>
          <w:i/>
          <w:sz w:val="22"/>
        </w:rPr>
        <w:t>"Travel in the lands, and see what was the fate of those before you. Most of them were mushrikeen." (Ar-Room, Aayat 42)</w:t>
      </w:r>
    </w:p>
    <w:p>
      <w:pPr>
        <w:spacing w:before="0" w:after="120" w:line="300" w:lineRule="exact"/>
        <w:jc w:val="both"/>
      </w:pPr>
      <w:r>
        <w:rPr>
          <w:rFonts w:ascii="Georgia" w:hAnsi="Georgia" w:cs="Georgia" w:eastAsia="Georgia"/>
          <w:b w:val="0"/>
          <w:i w:val="0"/>
          <w:sz w:val="22"/>
        </w:rPr>
        <w:t>Nations were utterly obliterated in bygone times because of gross transgression. Athaab for incorrigible and treacherous transgressors is the Sunnah of Allah Azza Wa Jal. Regarding this Divine Sunnah, the Qur'aan states: "And for the Sunnah of Allah you will find no change."</w:t>
      </w:r>
    </w:p>
    <w:p>
      <w:pPr>
        <w:spacing w:before="0" w:after="120" w:line="300" w:lineRule="exact"/>
        <w:jc w:val="both"/>
      </w:pPr>
      <w:r>
        <w:rPr>
          <w:rFonts w:ascii="Georgia" w:hAnsi="Georgia" w:cs="Georgia" w:eastAsia="Georgia"/>
          <w:b w:val="0"/>
          <w:i w:val="0"/>
          <w:sz w:val="22"/>
        </w:rPr>
        <w:t>Therefore, do not be shocked when the next volt of Allah's Athaab strikes. As long as Muslims labour under the satanic delusion that bootlicking the Yahood and Nasaaraa' is the solution, they will most certainly be apprehended by Allah's Punishment.</w:t>
      </w:r>
    </w:p>
    <w:p>
      <w:r>
        <w:br w:type="page"/>
      </w:r>
    </w:p>
    <w:p>
      <w:pPr>
        <w:pStyle w:val="Heading1"/>
        <w:spacing w:before="360" w:after="200" w:line="300" w:lineRule="exact"/>
        <w:jc w:val="center"/>
      </w:pPr>
      <w:r>
        <w:rPr>
          <w:rFonts w:ascii="Georgia" w:hAnsi="Georgia" w:cs="Georgia" w:eastAsia="Georgia"/>
          <w:b/>
          <w:i w:val="0"/>
          <w:color w:val="1F3864"/>
          <w:sz w:val="32"/>
        </w:rPr>
        <w:t>OUR DUA</w:t>
      </w:r>
    </w:p>
    <w:p>
      <w:pPr>
        <w:spacing w:before="0" w:after="120" w:line="300" w:lineRule="exact"/>
        <w:jc w:val="both"/>
      </w:pPr>
      <w:r>
        <w:rPr>
          <w:rFonts w:ascii="Georgia" w:hAnsi="Georgia" w:cs="Georgia" w:eastAsia="Georgia"/>
          <w:b w:val="0"/>
          <w:i w:val="0"/>
          <w:sz w:val="22"/>
        </w:rPr>
        <w:t>It must be acknowledged that Allah Azza Wa Jal is punishing Muslims for their gross rebellion, fisq, fujoor, bid'ah and kufr. In addition to repentance, we seek refuge with Him and supplicate to Him in the manner He has commanded in the Qur'aan Majeed. Thus, in conclusion we cry to Him:</w:t>
      </w:r>
    </w:p>
    <w:p>
      <w:pPr>
        <w:spacing w:before="120" w:after="120" w:line="300" w:lineRule="exact"/>
        <w:ind w:left="720" w:right="720"/>
        <w:jc w:val="center"/>
      </w:pPr>
      <w:r>
        <w:rPr>
          <w:rFonts w:ascii="Georgia" w:hAnsi="Georgia" w:cs="Georgia" w:eastAsia="Georgia"/>
          <w:b w:val="0"/>
          <w:i/>
          <w:sz w:val="22"/>
        </w:rPr>
        <w:t>"….We hear and we obey. Grant us Your Forgiveness, O our Rabb! Unto You is the Return.</w:t>
      </w:r>
    </w:p>
    <w:p>
      <w:pPr>
        <w:spacing w:before="120" w:after="120" w:line="300" w:lineRule="exact"/>
        <w:ind w:left="720" w:right="720"/>
        <w:jc w:val="center"/>
      </w:pPr>
      <w:r>
        <w:rPr>
          <w:rFonts w:ascii="Georgia" w:hAnsi="Georgia" w:cs="Georgia" w:eastAsia="Georgia"/>
          <w:b w:val="0"/>
          <w:i/>
          <w:sz w:val="22"/>
        </w:rPr>
        <w:t>O our Rabb! Do not apprehend us if we forget or err (and fall into sin).</w:t>
      </w:r>
    </w:p>
    <w:p>
      <w:pPr>
        <w:spacing w:before="120" w:after="120" w:line="300" w:lineRule="exact"/>
        <w:ind w:left="720" w:right="720"/>
        <w:jc w:val="center"/>
      </w:pPr>
      <w:r>
        <w:rPr>
          <w:rFonts w:ascii="Georgia" w:hAnsi="Georgia" w:cs="Georgia" w:eastAsia="Georgia"/>
          <w:b w:val="0"/>
          <w:i/>
          <w:sz w:val="22"/>
        </w:rPr>
        <w:t>O our Rabb! Do not impose on us such a weight as You had imposed on those before us.</w:t>
      </w:r>
    </w:p>
    <w:p>
      <w:pPr>
        <w:spacing w:before="120" w:after="120" w:line="300" w:lineRule="exact"/>
        <w:ind w:left="720" w:right="720"/>
        <w:jc w:val="center"/>
      </w:pPr>
      <w:r>
        <w:rPr>
          <w:rFonts w:ascii="Georgia" w:hAnsi="Georgia" w:cs="Georgia" w:eastAsia="Georgia"/>
          <w:b w:val="0"/>
          <w:i/>
          <w:sz w:val="22"/>
        </w:rPr>
        <w:t>O our Rabb! Do not impose on us such issues which we cannot bear. Overlook our faults! Forgive us! Have mercy on us! You (O our Rabb!) are our Friend, therefore help us against the nation of kaafireen." (Surah Baqarah)</w:t>
      </w:r>
    </w:p>
    <w:p>
      <w:pPr>
        <w:spacing w:before="120" w:after="120" w:line="300" w:lineRule="exact"/>
        <w:ind w:left="720" w:right="720"/>
        <w:jc w:val="center"/>
      </w:pPr>
      <w:r>
        <w:rPr>
          <w:rFonts w:ascii="Georgia" w:hAnsi="Georgia" w:cs="Georgia" w:eastAsia="Georgia"/>
          <w:b w:val="0"/>
          <w:i/>
          <w:sz w:val="22"/>
        </w:rPr>
        <w:t>O our Rabb? Cure us from the disease of bootlicking the kuffaar. O our Rabb extricate this fallen, disgraced Ummah from the cesspool of Rijs and satanism in which it is sinking. Aameen Yaa Rabbal Aalameen.</w:t>
      </w:r>
    </w:p>
    <w:p>
      <w:r>
        <w:br w:type="page"/>
      </w:r>
    </w:p>
    <w:p>
      <w:pPr>
        <w:pStyle w:val="Heading1"/>
        <w:spacing w:before="360" w:after="200" w:line="300" w:lineRule="exact"/>
        <w:jc w:val="center"/>
      </w:pPr>
      <w:r>
        <w:rPr>
          <w:rFonts w:ascii="Georgia" w:hAnsi="Georgia" w:cs="Georgia" w:eastAsia="Georgia"/>
          <w:b/>
          <w:i w:val="0"/>
          <w:color w:val="1F3864"/>
          <w:sz w:val="32"/>
        </w:rPr>
        <w:t>SALAAM ON THOSE WHO FOLLOW THE</w:t>
      </w:r>
    </w:p>
    <w:p>
      <w:pPr>
        <w:pStyle w:val="Heading3"/>
        <w:spacing w:before="200" w:after="120" w:line="300" w:lineRule="exact"/>
        <w:jc w:val="left"/>
      </w:pPr>
      <w:r>
        <w:rPr>
          <w:rFonts w:ascii="Georgia" w:hAnsi="Georgia" w:cs="Georgia" w:eastAsia="Georgia"/>
          <w:b/>
          <w:i w:val="0"/>
          <w:color w:val="2E74B5"/>
          <w:sz w:val="24"/>
        </w:rPr>
        <w:t>HUDA (Guidance) OF ALLAH.</w:t>
      </w:r>
    </w:p>
    <w:p>
      <w:r>
        <w:br w:type="page"/>
      </w:r>
    </w:p>
    <w:p>
      <w:pPr>
        <w:pStyle w:val="Heading1"/>
        <w:spacing w:before="360" w:after="200" w:line="300" w:lineRule="exact"/>
        <w:jc w:val="center"/>
      </w:pPr>
      <w:r>
        <w:rPr>
          <w:rFonts w:ascii="Georgia" w:hAnsi="Georgia" w:cs="Georgia" w:eastAsia="Georgia"/>
          <w:b/>
          <w:i w:val="0"/>
          <w:color w:val="1F3864"/>
          <w:sz w:val="32"/>
        </w:rPr>
        <w:t>QUR'AANIC NASEEHAT FOR THE BOOTLICKERS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friends to one other. Whoever among you who befriends them, verily he is of them. Verily, Allah does not guide a nation of zaalimeen." (Al-Maaidah,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nifaaq and kufr) scurrying among them (the kuffaar and mushrikeen), saying: 'We fear that a calamity will befall us.' ……………..</w:t>
      </w:r>
    </w:p>
    <w:p>
      <w:pPr>
        <w:spacing w:before="120" w:after="120" w:line="300" w:lineRule="exact"/>
        <w:ind w:left="720" w:right="720"/>
        <w:jc w:val="center"/>
      </w:pPr>
      <w:r>
        <w:rPr>
          <w:rFonts w:ascii="Georgia" w:hAnsi="Georgia" w:cs="Georgia" w:eastAsia="Georgia"/>
          <w:b w:val="0"/>
          <w:i/>
          <w:sz w:val="22"/>
        </w:rPr>
        <w:t>(Al-Maaidah, Aayat 52)</w:t>
      </w:r>
    </w:p>
    <w:p>
      <w:pPr>
        <w:spacing w:before="120" w:after="120" w:line="300" w:lineRule="exact"/>
        <w:ind w:left="720" w:right="720"/>
        <w:jc w:val="center"/>
      </w:pPr>
      <w:r>
        <w:rPr>
          <w:rFonts w:ascii="Georgia" w:hAnsi="Georgia" w:cs="Georgia" w:eastAsia="Georgia"/>
          <w:b w:val="0"/>
          <w:i/>
          <w:sz w:val="22"/>
        </w:rPr>
        <w:t>"Verily, your friend is Allah, His Rasool and the Mu'mineen who establish Salaat, pay Zakaat, and bow (in humility to Allah). Whoever befriends Allah, His Rasool and the Mu'mineen, then (know) that verily, the Party of Allah will be victorious."</w:t>
      </w:r>
    </w:p>
    <w:p>
      <w:pPr>
        <w:spacing w:before="120" w:after="120" w:line="300" w:lineRule="exact"/>
        <w:ind w:left="720" w:right="720"/>
        <w:jc w:val="center"/>
      </w:pPr>
      <w:r>
        <w:rPr>
          <w:rFonts w:ascii="Georgia" w:hAnsi="Georgia" w:cs="Georgia" w:eastAsia="Georgia"/>
          <w:b w:val="0"/>
          <w:i/>
          <w:sz w:val="22"/>
        </w:rPr>
        <w:t>(Al-Maaidah, Aayats 55 and 56)</w:t>
      </w:r>
    </w:p>
    <w:p>
      <w:pPr>
        <w:spacing w:before="120" w:after="120" w:line="300" w:lineRule="exact"/>
        <w:ind w:left="720" w:right="720"/>
        <w:jc w:val="center"/>
      </w:pPr>
      <w:r>
        <w:rPr>
          <w:rFonts w:ascii="Georgia" w:hAnsi="Georgia" w:cs="Georgia" w:eastAsia="Georgia"/>
          <w:b w:val="0"/>
          <w:i/>
          <w:sz w:val="22"/>
        </w:rPr>
        <w:t>"Beware of such a punishment which will not overtake only the transgressors among you. Know that Allah is severe in punishment."</w:t>
      </w:r>
    </w:p>
    <w:p>
      <w:pPr>
        <w:spacing w:before="120" w:after="120" w:line="300" w:lineRule="exact"/>
        <w:ind w:left="720" w:right="720"/>
        <w:jc w:val="center"/>
      </w:pPr>
      <w:r>
        <w:rPr>
          <w:rFonts w:ascii="Georgia" w:hAnsi="Georgia" w:cs="Georgia" w:eastAsia="Georgia"/>
          <w:b w:val="0"/>
          <w:i/>
          <w:sz w:val="22"/>
        </w:rPr>
        <w:t>(Al-Anfaal, Aayat 25)</w:t>
      </w:r>
    </w:p>
    <w:p>
      <w:pPr>
        <w:spacing w:before="120" w:after="120" w:line="300" w:lineRule="exact"/>
        <w:ind w:left="720" w:right="720"/>
        <w:jc w:val="center"/>
      </w:pPr>
      <w:r>
        <w:rPr>
          <w:rFonts w:ascii="Georgia" w:hAnsi="Georgia" w:cs="Georgia" w:eastAsia="Georgia"/>
          <w:b w:val="0"/>
          <w:i/>
          <w:sz w:val="22"/>
        </w:rPr>
        <w:t>"O people of Imaan! If you follow the kuffaar, they will turn you on your heels (away from Islam), then you will become the losers (in this world and in the Aakhirat). But, Allah is your Friend, and He is the best of helpers."</w:t>
      </w:r>
    </w:p>
    <w:p>
      <w:pPr>
        <w:spacing w:before="120" w:after="120" w:line="300" w:lineRule="exact"/>
        <w:ind w:left="720" w:right="720"/>
        <w:jc w:val="center"/>
      </w:pPr>
      <w:r>
        <w:rPr>
          <w:rFonts w:ascii="Georgia" w:hAnsi="Georgia" w:cs="Georgia" w:eastAsia="Georgia"/>
          <w:b w:val="0"/>
          <w:i/>
          <w:sz w:val="22"/>
        </w:rPr>
        <w:t>(Aal-e-Imraan, 149, 150)</w:t>
      </w:r>
    </w:p>
    <w:p>
      <w:pPr>
        <w:spacing w:before="120" w:after="120" w:line="300" w:lineRule="exact"/>
        <w:ind w:left="720" w:right="720"/>
        <w:jc w:val="center"/>
      </w:pPr>
      <w:r>
        <w:rPr>
          <w:rFonts w:ascii="Georgia" w:hAnsi="Georgia" w:cs="Georgia" w:eastAsia="Georgia"/>
          <w:b w:val="0"/>
          <w:i/>
          <w:sz w:val="22"/>
        </w:rPr>
        <w:t>"Verily, Allah defends those who Believe (the Mu'mineen). Verily, Allah does not love the treacherous kuffaar." (Al-Hajj, Aayat 38)</w:t>
      </w:r>
    </w:p>
    <w:p>
      <w:pPr>
        <w:spacing w:before="120" w:after="120" w:line="300" w:lineRule="exact"/>
        <w:ind w:left="720" w:right="720"/>
        <w:jc w:val="center"/>
      </w:pPr>
      <w:r>
        <w:rPr>
          <w:rFonts w:ascii="Georgia" w:hAnsi="Georgia" w:cs="Georgia" w:eastAsia="Georgia"/>
          <w:b w:val="0"/>
          <w:i/>
          <w:sz w:val="22"/>
        </w:rPr>
        <w:t>"If you have Sabr and adopt Taqwa, then their plot will not harm you in any way whatsoever. Verily, Allah encompasses in entirety whatever they are perpetrating."</w:t>
      </w:r>
    </w:p>
    <w:p>
      <w:pPr>
        <w:spacing w:before="120" w:after="120" w:line="300" w:lineRule="exact"/>
        <w:ind w:left="720" w:right="720"/>
        <w:jc w:val="center"/>
      </w:pPr>
      <w:r>
        <w:rPr>
          <w:rFonts w:ascii="Georgia" w:hAnsi="Georgia" w:cs="Georgia" w:eastAsia="Georgia"/>
          <w:b w:val="0"/>
          <w:i/>
          <w:sz w:val="22"/>
        </w:rPr>
        <w:t>(Aal-e-Imraan, Aayat 120)</w:t>
      </w:r>
    </w:p>
    <w:p>
      <w:pPr>
        <w:spacing w:before="120" w:after="120" w:line="300" w:lineRule="exact"/>
        <w:ind w:left="720" w:right="720"/>
        <w:jc w:val="center"/>
      </w:pPr>
      <w:r>
        <w:rPr>
          <w:rFonts w:ascii="Georgia" w:hAnsi="Georgia" w:cs="Georgia" w:eastAsia="Georgia"/>
          <w:b w:val="0"/>
          <w:i/>
          <w:sz w:val="22"/>
        </w:rPr>
        <w:t>"Seek aid (from Allah) with Sabr and Salaat, and verily, these are difficult except for those who fear (Allah). They believe that they will certainly be meeting their Rabb, and verily they shall return unto Him." (Al-Baqarah, Aayats 45, 46)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