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Vaccination Potions of Filth and Poison May Ruin Your Hajj &amp; Umrah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Mujlisul Ulama of S. A. P.O. Box 3393 Port Elizabeth</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THE DEVIL'S POTION SAY THE DOCTORS:</w:t>
      </w:r>
    </w:p>
    <w:p>
      <w:pPr>
        <w:spacing w:before="0" w:after="120" w:line="300" w:lineRule="exact"/>
        <w:jc w:val="both"/>
      </w:pPr>
      <w:r>
        <w:rPr>
          <w:rFonts w:ascii="Georgia" w:hAnsi="Georgia" w:cs="Georgia" w:eastAsia="Georgia"/>
          <w:b w:val="0"/>
          <w:i w:val="0"/>
          <w:sz w:val="22"/>
        </w:rPr>
        <w:t>"Vaccines &amp; polio drops may contain many filthy and impure substances from animals and humans that do not undergo complete change and remain impure.</w:t>
      </w:r>
    </w:p>
    <w:p>
      <w:pPr>
        <w:spacing w:before="0" w:after="120" w:line="300" w:lineRule="exact"/>
        <w:jc w:val="both"/>
      </w:pPr>
      <w:r>
        <w:rPr>
          <w:rFonts w:ascii="Georgia" w:hAnsi="Georgia" w:cs="Georgia" w:eastAsia="Georgia"/>
          <w:b w:val="0"/>
          <w:i w:val="0"/>
          <w:sz w:val="22"/>
        </w:rPr>
        <w:t>Animal DNA/RNA, baby foreskin, chick kidney &amp; embryo, cows blood &amp; gelatine, dog kidney, faecal matter &amp; urine, foetal cells from aborted babies, hidden viruses &amp; bacteria, horse blood &amp; serum, human DNA/RNA, infected homosexuals blood, macerated cancer cells, monkey kidney &amp; viruses, mouse brain, pig blood &amp; gelatine, pus from diseased animals, sweepings from diseased children, poisons like aluminium, mercury, polysorbate, contaminants and many more."</w:t>
      </w:r>
    </w:p>
    <w:p>
      <w:r>
        <w:br w:type="page"/>
      </w:r>
    </w:p>
    <w:p>
      <w:pPr>
        <w:pStyle w:val="Heading1"/>
        <w:spacing w:before="360" w:after="200" w:line="300" w:lineRule="exact"/>
        <w:jc w:val="center"/>
      </w:pPr>
      <w:r>
        <w:rPr>
          <w:rFonts w:ascii="Georgia" w:hAnsi="Georgia" w:cs="Georgia" w:eastAsia="Georgia"/>
          <w:b/>
          <w:i w:val="0"/>
          <w:color w:val="1F3864"/>
          <w:sz w:val="32"/>
        </w:rPr>
        <w:t>THE DEVIL'S PLOT SAY THE DOCTORS:</w:t>
      </w:r>
    </w:p>
    <w:p>
      <w:pPr>
        <w:spacing w:before="0" w:after="120" w:line="300" w:lineRule="exact"/>
        <w:jc w:val="both"/>
      </w:pPr>
      <w:r>
        <w:rPr>
          <w:rFonts w:ascii="Georgia" w:hAnsi="Georgia" w:cs="Georgia" w:eastAsia="Georgia"/>
          <w:b w:val="0"/>
          <w:i w:val="0"/>
          <w:sz w:val="22"/>
        </w:rPr>
        <w:t>Many doctors and scientists believe that vaccines are a biological weapon linked to disease, infertility and death, thus reducing the global population. Vaccines may be enforced by governments upon school children seeking education, or by the Ministry of Hajj upon Muslim pilgrims compelled to perform Hajj and Umrah!</w:t>
      </w:r>
    </w:p>
    <w:p>
      <w:pPr>
        <w:spacing w:before="120" w:after="120" w:line="300" w:lineRule="exact"/>
        <w:ind w:left="720" w:right="720"/>
        <w:jc w:val="center"/>
      </w:pPr>
      <w:r>
        <w:rPr>
          <w:rFonts w:ascii="Georgia" w:hAnsi="Georgia" w:cs="Georgia" w:eastAsia="Georgia"/>
          <w:b w:val="0"/>
          <w:i/>
          <w:sz w:val="22"/>
        </w:rPr>
        <w:t>Vaccination enables the selection of populations to be decimated. It facilitates targeted genocide. It permits one to kill people of a certain race, a certain group, a certain country. And to leave others untouched. In the name of health and well being, of course. Dr. Guylaine Lanctot, MD.</w:t>
      </w:r>
    </w:p>
    <w:p>
      <w:pPr>
        <w:spacing w:before="120" w:after="120" w:line="300" w:lineRule="exact"/>
        <w:ind w:left="720" w:right="720"/>
        <w:jc w:val="center"/>
      </w:pPr>
      <w:r>
        <w:rPr>
          <w:rFonts w:ascii="Georgia" w:hAnsi="Georgia" w:cs="Georgia" w:eastAsia="Georgia"/>
          <w:b w:val="0"/>
          <w:i/>
          <w:sz w:val="22"/>
        </w:rPr>
        <w:t>The mythical HIV induced AIDS plague in the Third World generates huge sums of cash from Western relief organisations whilst smoke screening the vaccine/drug boys, responsible for the carnage. Dr. Patrick Rattigan, ND.</w:t>
      </w:r>
    </w:p>
    <w:p>
      <w:pPr>
        <w:spacing w:before="120" w:after="120" w:line="300" w:lineRule="exact"/>
        <w:ind w:left="720" w:right="720"/>
        <w:jc w:val="center"/>
      </w:pPr>
      <w:r>
        <w:rPr>
          <w:rFonts w:ascii="Georgia" w:hAnsi="Georgia" w:cs="Georgia" w:eastAsia="Georgia"/>
          <w:b w:val="0"/>
          <w:i/>
          <w:sz w:val="22"/>
        </w:rPr>
        <w:t>My final conclusion after forty years or more in this business is that the unofficial policy of the World Health Organization and the unofficial policy of the Save the Children's Fund and organizations is one of murder and genocide. Dr. Archie Kalokerinos, MD, PhD, FAPM.</w:t>
      </w:r>
    </w:p>
    <w:p>
      <w:pPr>
        <w:spacing w:before="0" w:after="120" w:line="300" w:lineRule="exact"/>
        <w:jc w:val="both"/>
      </w:pPr>
      <w:r>
        <w:rPr>
          <w:rFonts w:ascii="Georgia" w:hAnsi="Georgia" w:cs="Georgia" w:eastAsia="Georgia"/>
          <w:b w:val="0"/>
          <w:i w:val="0"/>
          <w:sz w:val="22"/>
        </w:rPr>
        <w:t>Reports say in 1993, a high court judge in the UK decided it was impossible to know the exact contents of vaccines and that science had no idea what the cocktail of chemicals, contaminants and heavy metals contained in vaccines could do to the human body, or why they would work to prevent disease. It is impossible for any scholar to rule in favour of any vaccine, when nobody knows what is in them!</w:t>
      </w:r>
    </w:p>
    <w:p>
      <w:r>
        <w:br w:type="page"/>
      </w:r>
    </w:p>
    <w:p>
      <w:pPr>
        <w:pStyle w:val="Heading1"/>
        <w:spacing w:before="360" w:after="200" w:line="300" w:lineRule="exact"/>
        <w:jc w:val="center"/>
      </w:pPr>
      <w:r>
        <w:rPr>
          <w:rFonts w:ascii="Georgia" w:hAnsi="Georgia" w:cs="Georgia" w:eastAsia="Georgia"/>
          <w:b/>
          <w:i w:val="0"/>
          <w:color w:val="1F3864"/>
          <w:sz w:val="32"/>
        </w:rPr>
        <w:t>VACCINES MAY RUIN YOUR HAJJ &amp; UMRAH</w:t>
      </w:r>
    </w:p>
    <w:p>
      <w:pPr>
        <w:spacing w:before="0" w:after="120" w:line="300" w:lineRule="exact"/>
        <w:jc w:val="both"/>
      </w:pPr>
      <w:r>
        <w:rPr>
          <w:rFonts w:ascii="Georgia" w:hAnsi="Georgia" w:cs="Georgia" w:eastAsia="Georgia"/>
          <w:b w:val="0"/>
          <w:i w:val="0"/>
          <w:sz w:val="22"/>
        </w:rPr>
        <w:t>Vaccines May Ruin Your Hajj &amp; Umrah. By Muslim Health Watch &amp; The Majlisul Ulama. 1st April 2018.</w:t>
      </w:r>
    </w:p>
    <w:p>
      <w:pPr>
        <w:spacing w:before="120" w:after="40" w:line="300" w:lineRule="exact"/>
        <w:jc w:val="both"/>
      </w:pPr>
      <w:r>
        <w:rPr>
          <w:rFonts w:ascii="Georgia" w:hAnsi="Georgia" w:cs="Georgia" w:eastAsia="Georgia"/>
          <w:b/>
          <w:i/>
          <w:sz w:val="22"/>
        </w:rPr>
        <w:t>Did you know?</w:t>
      </w:r>
    </w:p>
    <w:p>
      <w:pPr>
        <w:spacing w:before="0" w:after="120" w:line="300" w:lineRule="exact"/>
        <w:jc w:val="both"/>
      </w:pPr>
      <w:r>
        <w:rPr>
          <w:rFonts w:ascii="Georgia" w:hAnsi="Georgia" w:cs="Georgia" w:eastAsia="Georgia"/>
          <w:b w:val="0"/>
          <w:i w:val="0"/>
          <w:sz w:val="22"/>
        </w:rPr>
        <w:t>• Vaccines and polio drops may contain impure substances like baby foreskin and foetus, pigs blood, infected homosexuals blood, and many toxins linked to infertility, delayed disease, cancer and AIDS!</w:t>
      </w:r>
    </w:p>
    <w:p>
      <w:pPr>
        <w:spacing w:before="0" w:after="120" w:line="300" w:lineRule="exact"/>
        <w:jc w:val="both"/>
      </w:pPr>
      <w:r>
        <w:rPr>
          <w:rFonts w:ascii="Georgia" w:hAnsi="Georgia" w:cs="Georgia" w:eastAsia="Georgia"/>
          <w:b w:val="0"/>
          <w:i w:val="0"/>
          <w:sz w:val="22"/>
        </w:rPr>
        <w:t>• The meningitis vaccine protocol for Hajj and Umrah is a money making scheme that poisons the blood of Muslim pilgrims and may actually cause meningitis!</w:t>
      </w:r>
    </w:p>
    <w:p>
      <w:pPr>
        <w:spacing w:before="0" w:after="120" w:line="300" w:lineRule="exact"/>
        <w:jc w:val="both"/>
      </w:pPr>
      <w:r>
        <w:rPr>
          <w:rFonts w:ascii="Georgia" w:hAnsi="Georgia" w:cs="Georgia" w:eastAsia="Georgia"/>
          <w:b w:val="0"/>
          <w:i w:val="0"/>
          <w:sz w:val="22"/>
        </w:rPr>
        <w:t>• Fatwas against vaccination are mounting globally as scholars learn the truth, and all previous fatwas that supported vaccines and polio drops may be invalid!</w:t>
      </w:r>
    </w:p>
    <w:p>
      <w:pPr>
        <w:spacing w:before="0" w:after="120" w:line="300" w:lineRule="exact"/>
        <w:jc w:val="both"/>
      </w:pPr>
      <w:r>
        <w:rPr>
          <w:rFonts w:ascii="Georgia" w:hAnsi="Georgia" w:cs="Georgia" w:eastAsia="Georgia"/>
          <w:b w:val="0"/>
          <w:i w:val="0"/>
          <w:sz w:val="22"/>
        </w:rPr>
        <w:t>World Doctors and Scientists Say Vaccines and Polio Drops Cause Disease and Death!</w:t>
      </w:r>
    </w:p>
    <w:p>
      <w:pPr>
        <w:spacing w:before="120" w:after="40" w:line="300" w:lineRule="exact"/>
        <w:jc w:val="both"/>
      </w:pPr>
      <w:r>
        <w:rPr>
          <w:rFonts w:ascii="Georgia" w:hAnsi="Georgia" w:cs="Georgia" w:eastAsia="Georgia"/>
          <w:b/>
          <w:i/>
          <w:sz w:val="22"/>
        </w:rPr>
        <w:t>Autism and Strokes.</w:t>
      </w:r>
    </w:p>
    <w:p>
      <w:pPr>
        <w:spacing w:before="0" w:after="120" w:line="300" w:lineRule="exact"/>
        <w:jc w:val="both"/>
      </w:pPr>
      <w:r>
        <w:rPr>
          <w:rFonts w:ascii="Georgia" w:hAnsi="Georgia" w:cs="Georgia" w:eastAsia="Georgia"/>
          <w:b w:val="0"/>
          <w:i w:val="0"/>
          <w:sz w:val="22"/>
        </w:rPr>
        <w:t>Vaccines alter the electrical charge of the blood, making blood sticky. Organs and capillaries are starved of blood and oxygen leading to disease and death.</w:t>
      </w:r>
    </w:p>
    <w:p>
      <w:pPr>
        <w:spacing w:before="120" w:after="120" w:line="300" w:lineRule="exact"/>
        <w:ind w:left="720" w:right="720"/>
        <w:jc w:val="center"/>
      </w:pPr>
      <w:r>
        <w:rPr>
          <w:rFonts w:ascii="Georgia" w:hAnsi="Georgia" w:cs="Georgia" w:eastAsia="Georgia"/>
          <w:b w:val="0"/>
          <w:i/>
          <w:sz w:val="22"/>
        </w:rPr>
        <w:t>Vaccinations are causing impaired blood flow (ischemia) to brain and body from clinically silent to death. These are strokes across the board for all of us... all are being affected and all vaccinations ARE causing the overwhelming rise in autism, specific learning disabilities, attention deficit disorders, sudden infant death, gulf war syndrome, dementia, seizure disorders, some cancers it would appear, and much, much more. Dr. Andrew Moulden, BA, MA, MD, PhD.</w:t>
      </w:r>
    </w:p>
    <w:p>
      <w:pPr>
        <w:spacing w:before="120" w:after="120" w:line="300" w:lineRule="exact"/>
        <w:ind w:left="720" w:right="720"/>
        <w:jc w:val="center"/>
      </w:pPr>
      <w:r>
        <w:rPr>
          <w:rFonts w:ascii="Georgia" w:hAnsi="Georgia" w:cs="Georgia" w:eastAsia="Georgia"/>
          <w:b w:val="0"/>
          <w:i/>
          <w:sz w:val="22"/>
        </w:rPr>
        <w:t>Vaccination is a medical procedure that causes permanent and irreversible modification of the immune system. For every vaccination, minimal encephalopathy destroys brain cells. Dr. Gerhard Buchwald, MD.</w:t>
      </w:r>
    </w:p>
    <w:p>
      <w:pPr>
        <w:spacing w:before="120" w:after="120" w:line="300" w:lineRule="exact"/>
        <w:ind w:left="720" w:right="720"/>
        <w:jc w:val="center"/>
      </w:pPr>
      <w:r>
        <w:rPr>
          <w:rFonts w:ascii="Georgia" w:hAnsi="Georgia" w:cs="Georgia" w:eastAsia="Georgia"/>
          <w:b w:val="0"/>
          <w:i/>
          <w:sz w:val="22"/>
        </w:rPr>
        <w:t>The AAP (American Academy of Pediatrics) leadership knows very well that vaccines cause autism. Dr. David Ayoub.</w:t>
      </w:r>
    </w:p>
    <w:p>
      <w:pPr>
        <w:spacing w:before="120" w:after="120" w:line="300" w:lineRule="exact"/>
        <w:ind w:left="720" w:right="720"/>
        <w:jc w:val="center"/>
      </w:pPr>
      <w:r>
        <w:rPr>
          <w:rFonts w:ascii="Georgia" w:hAnsi="Georgia" w:cs="Georgia" w:eastAsia="Georgia"/>
          <w:b w:val="0"/>
          <w:i/>
          <w:sz w:val="22"/>
        </w:rPr>
        <w:t>Our database includes thousands of cases of previously healthy children who began exhibiting autistic behavior soon after getting a routine vaccination. Bernard Rimland, PhD, Director, Autism Research Institute.</w:t>
      </w:r>
    </w:p>
    <w:p>
      <w:pPr>
        <w:spacing w:before="0" w:after="120" w:line="300" w:lineRule="exact"/>
        <w:jc w:val="both"/>
      </w:pPr>
      <w:r>
        <w:rPr>
          <w:rFonts w:ascii="Georgia" w:hAnsi="Georgia" w:cs="Georgia" w:eastAsia="Georgia"/>
          <w:b w:val="0"/>
          <w:i w:val="0"/>
          <w:sz w:val="22"/>
        </w:rPr>
        <w:t>Autoimmune and Neurological Diseases. Vaccines are linked to nearly every disease and actually cause the very disease they are supposed to protect against. Outbreaks of disease are usually seen in populations who have been recently vaccinated, whereas the unvaccinated stay healthy. Measles transmission has been clearly documented amongst vaccinated persons. In large outbreaks, over 95% of cases have a history of vaccination. Dr. William Atkinson, Senior Epidemiologist, CDC. This is not a rare occurrence. Epidemics in fully vaccinated populations are a rule rather than an exception. Dr. Viera Scheibner, PhD.</w:t>
      </w:r>
    </w:p>
    <w:p>
      <w:pPr>
        <w:spacing w:before="120" w:after="120" w:line="300" w:lineRule="exact"/>
        <w:ind w:left="720" w:right="720"/>
        <w:jc w:val="center"/>
      </w:pPr>
      <w:r>
        <w:rPr>
          <w:rFonts w:ascii="Georgia" w:hAnsi="Georgia" w:cs="Georgia" w:eastAsia="Georgia"/>
          <w:b w:val="0"/>
          <w:i/>
          <w:sz w:val="22"/>
        </w:rPr>
        <w:t>Vaccination stimulates the immune system, the body's defense mechanism. Repeated, vaccination exhausts the immune system. We are changing our genetic code through vaccination. Dr. Guylaine Lanctot, MD.</w:t>
      </w:r>
    </w:p>
    <w:p>
      <w:pPr>
        <w:spacing w:before="120" w:after="120" w:line="300" w:lineRule="exact"/>
        <w:ind w:left="720" w:right="720"/>
        <w:jc w:val="center"/>
      </w:pPr>
      <w:r>
        <w:rPr>
          <w:rFonts w:ascii="Georgia" w:hAnsi="Georgia" w:cs="Georgia" w:eastAsia="Georgia"/>
          <w:b w:val="0"/>
          <w:i/>
          <w:sz w:val="22"/>
        </w:rPr>
        <w:t>All vaccine ingredients are poisonous, carcinogenic, or potentially harmful to the skin, gastro-intestinal, pulmonary, neurological and immune systems. Dr. Lawrence B. Palevsky, MD, FAAP.</w:t>
      </w:r>
    </w:p>
    <w:p>
      <w:pPr>
        <w:spacing w:before="120" w:after="120" w:line="300" w:lineRule="exact"/>
        <w:ind w:left="720" w:right="720"/>
        <w:jc w:val="center"/>
      </w:pPr>
      <w:r>
        <w:rPr>
          <w:rFonts w:ascii="Georgia" w:hAnsi="Georgia" w:cs="Georgia" w:eastAsia="Georgia"/>
          <w:b w:val="0"/>
          <w:i/>
          <w:sz w:val="22"/>
        </w:rPr>
        <w:t>Studies are increasingly pointing to the conclusion that vaccines represent a dangerous assault to the immune system leading to autoimmune diseases like multiple sclerosis, lupus, juvenile onset diabetes, fibromyalgia, and cystic fibrosis as well as previously rare disorders like brain cancer, SIDS, childhood leukemia, autism and asthma. Dr. Rona Zoltan, MD.</w:t>
      </w:r>
    </w:p>
    <w:p>
      <w:pPr>
        <w:spacing w:before="120" w:after="40" w:line="300" w:lineRule="exact"/>
        <w:jc w:val="both"/>
      </w:pPr>
      <w:r>
        <w:rPr>
          <w:rFonts w:ascii="Georgia" w:hAnsi="Georgia" w:cs="Georgia" w:eastAsia="Georgia"/>
          <w:b/>
          <w:i/>
          <w:sz w:val="22"/>
        </w:rPr>
        <w:t>Cot Death and SIDS (Sudden Infant Death Syndrome).</w:t>
      </w:r>
    </w:p>
    <w:p>
      <w:pPr>
        <w:spacing w:before="0" w:after="120" w:line="300" w:lineRule="exact"/>
        <w:jc w:val="both"/>
      </w:pPr>
      <w:r>
        <w:rPr>
          <w:rFonts w:ascii="Georgia" w:hAnsi="Georgia" w:cs="Georgia" w:eastAsia="Georgia"/>
          <w:b w:val="0"/>
          <w:i w:val="0"/>
          <w:sz w:val="22"/>
        </w:rPr>
        <w:t>Cot death was virtually unheard of before the vaccine programs were introduced, and continues to rise as the number of vaccines increases.</w:t>
      </w:r>
    </w:p>
    <w:p>
      <w:pPr>
        <w:spacing w:before="120" w:after="120" w:line="300" w:lineRule="exact"/>
        <w:ind w:left="720" w:right="720"/>
        <w:jc w:val="center"/>
      </w:pPr>
      <w:r>
        <w:rPr>
          <w:rFonts w:ascii="Georgia" w:hAnsi="Georgia" w:cs="Georgia" w:eastAsia="Georgia"/>
          <w:b w:val="0"/>
          <w:i/>
          <w:sz w:val="22"/>
        </w:rPr>
        <w:t>Crib death was so infrequent in the pre-vaccination era that it was not even mentioned in the statistics, but it started to climb in the 1950's with the spread of mass vaccination against diseases of childhood. Dr. Harris L. Coulter, PhD.</w:t>
      </w:r>
    </w:p>
    <w:p>
      <w:pPr>
        <w:spacing w:before="120" w:after="120" w:line="300" w:lineRule="exact"/>
        <w:ind w:left="720" w:right="720"/>
        <w:jc w:val="center"/>
      </w:pPr>
      <w:r>
        <w:rPr>
          <w:rFonts w:ascii="Georgia" w:hAnsi="Georgia" w:cs="Georgia" w:eastAsia="Georgia"/>
          <w:b w:val="0"/>
          <w:i/>
          <w:sz w:val="22"/>
        </w:rPr>
        <w:t>We soon established that the vaccines are killing babies, and Crib Deaths (SIDS) are 95% vaccine deaths. Dr. Viera Scheibner, PhD.</w:t>
      </w:r>
    </w:p>
    <w:p>
      <w:pPr>
        <w:spacing w:before="120" w:after="120" w:line="300" w:lineRule="exact"/>
        <w:ind w:left="720" w:right="720"/>
        <w:jc w:val="center"/>
      </w:pPr>
      <w:r>
        <w:rPr>
          <w:rFonts w:ascii="Georgia" w:hAnsi="Georgia" w:cs="Georgia" w:eastAsia="Georgia"/>
          <w:b w:val="0"/>
          <w:i/>
          <w:sz w:val="22"/>
        </w:rPr>
        <w:t>When you impair the brain blood flow by vaccination you can impair the respiration control center which can result in death. We call it SIDS. Dr. Andrew Moulden, BA, MA, MD, PhD.</w:t>
      </w:r>
    </w:p>
    <w:p>
      <w:pPr>
        <w:spacing w:before="120" w:after="40" w:line="300" w:lineRule="exact"/>
        <w:jc w:val="both"/>
      </w:pPr>
      <w:r>
        <w:rPr>
          <w:rFonts w:ascii="Georgia" w:hAnsi="Georgia" w:cs="Georgia" w:eastAsia="Georgia"/>
          <w:b/>
          <w:i/>
          <w:sz w:val="22"/>
        </w:rPr>
        <w:t>Aids, Cancer and Polio.</w:t>
      </w:r>
    </w:p>
    <w:p>
      <w:pPr>
        <w:spacing w:before="0" w:after="120" w:line="300" w:lineRule="exact"/>
        <w:jc w:val="both"/>
      </w:pPr>
      <w:r>
        <w:rPr>
          <w:rFonts w:ascii="Georgia" w:hAnsi="Georgia" w:cs="Georgia" w:eastAsia="Georgia"/>
          <w:b w:val="0"/>
          <w:i w:val="0"/>
          <w:sz w:val="22"/>
        </w:rPr>
        <w:t>Over 98 million Americans received a Polio vaccine contaminated with monkey virus SV40, linked to many modern cancers! Total figures are unknown for this global disaster. A vaccine was also created from the blood of infected homosexuals and injected into millions. It is now linked to many modern diseases like Herpes, Shingles and AIDS!</w:t>
      </w:r>
    </w:p>
    <w:p>
      <w:pPr>
        <w:spacing w:before="120" w:after="120" w:line="300" w:lineRule="exact"/>
        <w:ind w:left="720" w:right="720"/>
        <w:jc w:val="center"/>
      </w:pPr>
      <w:r>
        <w:rPr>
          <w:rFonts w:ascii="Georgia" w:hAnsi="Georgia" w:cs="Georgia" w:eastAsia="Georgia"/>
          <w:b w:val="0"/>
          <w:i/>
          <w:sz w:val="22"/>
        </w:rPr>
        <w:t>The Polio Vaccine may be responsible for many modern Cancers and AIDS. Dr. Maurice Hilleman, PhD. Head of vaccine development.</w:t>
      </w:r>
    </w:p>
    <w:p>
      <w:pPr>
        <w:spacing w:before="120" w:after="120" w:line="300" w:lineRule="exact"/>
        <w:ind w:left="720" w:right="720"/>
        <w:jc w:val="center"/>
      </w:pPr>
      <w:r>
        <w:rPr>
          <w:rFonts w:ascii="Georgia" w:hAnsi="Georgia" w:cs="Georgia" w:eastAsia="Georgia"/>
          <w:b w:val="0"/>
          <w:i/>
          <w:sz w:val="22"/>
        </w:rPr>
        <w:t>It is officially admitted that all cases of polio in the US, since the introduction of the vaccine, are caused by the vaccine. The same has been seen in Australia and other countries like England. Dr. Viera Scheibner, PhD.</w:t>
      </w:r>
    </w:p>
    <w:p>
      <w:pPr>
        <w:spacing w:before="120" w:after="120" w:line="300" w:lineRule="exact"/>
        <w:ind w:left="720" w:right="720"/>
        <w:jc w:val="center"/>
      </w:pPr>
      <w:r>
        <w:rPr>
          <w:rFonts w:ascii="Georgia" w:hAnsi="Georgia" w:cs="Georgia" w:eastAsia="Georgia"/>
          <w:b w:val="0"/>
          <w:i/>
          <w:sz w:val="22"/>
        </w:rPr>
        <w:t>Vaccines do predispose to cancer and leukaemia. Professor L. Vincent.</w:t>
      </w:r>
    </w:p>
    <w:p>
      <w:pPr>
        <w:spacing w:before="120" w:after="120" w:line="300" w:lineRule="exact"/>
        <w:ind w:left="720" w:right="720"/>
        <w:jc w:val="center"/>
      </w:pPr>
      <w:r>
        <w:rPr>
          <w:rFonts w:ascii="Georgia" w:hAnsi="Georgia" w:cs="Georgia" w:eastAsia="Georgia"/>
          <w:b w:val="0"/>
          <w:i/>
          <w:sz w:val="22"/>
        </w:rPr>
        <w:t>The Indian Medical Association (IMA) has a figure of 85,000 vaccine attributed polio victims up to 2005. Doctors have been advised to keep quiet on these issues for the greater good of humanity. GAVI, UNICEF, Rotary and WHO do not reply to our emails making it plainly evident they aren't the least bothered about the health of Indian children. Shame on those who wish to profit by killing and maiming little babies. Dr. Omesh Bharati.</w:t>
      </w:r>
    </w:p>
    <w:p>
      <w:pPr>
        <w:spacing w:before="120" w:after="40" w:line="300" w:lineRule="exact"/>
        <w:jc w:val="both"/>
      </w:pPr>
      <w:r>
        <w:rPr>
          <w:rFonts w:ascii="Georgia" w:hAnsi="Georgia" w:cs="Georgia" w:eastAsia="Georgia"/>
          <w:b/>
          <w:i/>
          <w:sz w:val="22"/>
        </w:rPr>
        <w:t>Vaccines Are a Biological Weapon?</w:t>
      </w:r>
    </w:p>
    <w:p>
      <w:pPr>
        <w:spacing w:before="0" w:after="120" w:line="300" w:lineRule="exact"/>
        <w:jc w:val="both"/>
      </w:pPr>
      <w:r>
        <w:rPr>
          <w:rFonts w:ascii="Georgia" w:hAnsi="Georgia" w:cs="Georgia" w:eastAsia="Georgia"/>
          <w:b w:val="0"/>
          <w:i w:val="0"/>
          <w:sz w:val="22"/>
        </w:rPr>
        <w:t>Many doctors and scientists believe that vaccines are a biological weapon linked to disease, infertility and death, thus reducing the global population. Vaccines may be enforced by governments upon school children seeking education, or by the Ministry of Hajj upon Muslim pilgrims compelled to perform Hajj and Umrah!</w:t>
      </w:r>
    </w:p>
    <w:p>
      <w:pPr>
        <w:spacing w:before="120" w:after="120" w:line="300" w:lineRule="exact"/>
        <w:ind w:left="720" w:right="720"/>
        <w:jc w:val="center"/>
      </w:pPr>
      <w:r>
        <w:rPr>
          <w:rFonts w:ascii="Georgia" w:hAnsi="Georgia" w:cs="Georgia" w:eastAsia="Georgia"/>
          <w:b w:val="0"/>
          <w:i/>
          <w:sz w:val="22"/>
        </w:rPr>
        <w:t>Vaccination enables the selection of populations to be decimated. It facilitates targeted genocide. It permits one to kill people of a certain race, a certain group, a certain country. And to leave others untouched. In the name of health and well being, of course. Dr. Guylaine Lanctot, MD.</w:t>
      </w:r>
    </w:p>
    <w:p>
      <w:pPr>
        <w:spacing w:before="120" w:after="120" w:line="300" w:lineRule="exact"/>
        <w:ind w:left="720" w:right="720"/>
        <w:jc w:val="center"/>
      </w:pPr>
      <w:r>
        <w:rPr>
          <w:rFonts w:ascii="Georgia" w:hAnsi="Georgia" w:cs="Georgia" w:eastAsia="Georgia"/>
          <w:b w:val="0"/>
          <w:i/>
          <w:sz w:val="22"/>
        </w:rPr>
        <w:t>The mythical HIV induced AIDS plague in the Third World generates huge sums of cash from Western relief organisations whilst smoke screening the vaccine/drug boys, responsible for the carnage. Dr. Patrick Rattigan, ND.</w:t>
      </w:r>
    </w:p>
    <w:p>
      <w:pPr>
        <w:spacing w:before="120" w:after="120" w:line="300" w:lineRule="exact"/>
        <w:ind w:left="720" w:right="720"/>
        <w:jc w:val="center"/>
      </w:pPr>
      <w:r>
        <w:rPr>
          <w:rFonts w:ascii="Georgia" w:hAnsi="Georgia" w:cs="Georgia" w:eastAsia="Georgia"/>
          <w:b w:val="0"/>
          <w:i/>
          <w:sz w:val="22"/>
        </w:rPr>
        <w:t>My final conclusion after forty years or more in this business is that the unofficial policy of the World Health Organization and the unofficial policy of the Save the Children's Fund and organizations is one of murder and genocide. Dr. Archie Kalokerinos, MD, PhD, FAPM.</w:t>
      </w:r>
    </w:p>
    <w:p>
      <w:pPr>
        <w:spacing w:before="0" w:after="120" w:line="300" w:lineRule="exact"/>
        <w:jc w:val="both"/>
      </w:pPr>
      <w:r>
        <w:rPr>
          <w:rFonts w:ascii="Georgia" w:hAnsi="Georgia" w:cs="Georgia" w:eastAsia="Georgia"/>
          <w:b w:val="0"/>
          <w:i w:val="0"/>
          <w:sz w:val="22"/>
        </w:rPr>
        <w:t>Graphs and Data Are Manipulated to Sell Vaccines.</w:t>
      </w:r>
    </w:p>
    <w:p>
      <w:pPr>
        <w:spacing w:before="0" w:after="120" w:line="300" w:lineRule="exact"/>
        <w:jc w:val="both"/>
      </w:pPr>
      <w:r>
        <w:rPr>
          <w:rFonts w:ascii="Georgia" w:hAnsi="Georgia" w:cs="Georgia" w:eastAsia="Georgia"/>
          <w:b w:val="0"/>
          <w:i w:val="0"/>
          <w:sz w:val="22"/>
        </w:rPr>
        <w:t>The misleading graphs used by the CDC, WHO, Unicef, Rotary, Gavi, governments and NGO's are designed to make it appear that vaccines wiped out disease. They select a short term graph with data points starting immediately before the vaccine was introduced, making it appear that the vaccine wiped out the disease. But earlier data is witheld because it shows the opposite! Long term graphs expose this deception and show the information being witheld from you by these organisations, and that disease declined before any vaccines were introduced. For revealing, long term graphs, see the following.</w:t>
      </w:r>
    </w:p>
    <w:p>
      <w:pPr>
        <w:spacing w:before="0" w:after="120" w:line="300" w:lineRule="exact"/>
        <w:jc w:val="both"/>
      </w:pPr>
      <w:r>
        <w:rPr>
          <w:rFonts w:ascii="Georgia" w:hAnsi="Georgia" w:cs="Georgia" w:eastAsia="Georgia"/>
          <w:b w:val="0"/>
          <w:i w:val="0"/>
          <w:sz w:val="22"/>
        </w:rPr>
        <w:t>• Muslim Health Watch at www.muslimhealthwatch.org</w:t>
      </w:r>
    </w:p>
    <w:p>
      <w:pPr>
        <w:spacing w:before="0" w:after="120" w:line="300" w:lineRule="exact"/>
        <w:jc w:val="both"/>
      </w:pPr>
      <w:r>
        <w:rPr>
          <w:rFonts w:ascii="Georgia" w:hAnsi="Georgia" w:cs="Georgia" w:eastAsia="Georgia"/>
          <w:b w:val="0"/>
          <w:i w:val="0"/>
          <w:sz w:val="22"/>
        </w:rPr>
        <w:t>• Dissolving Illusions at www.dissolvingillusions.com • Vaccination Dilemma at www.vaccinationdilemma.com</w:t>
      </w:r>
    </w:p>
    <w:p>
      <w:pPr>
        <w:spacing w:before="0" w:after="120" w:line="300" w:lineRule="exact"/>
        <w:jc w:val="both"/>
      </w:pPr>
      <w:r>
        <w:rPr>
          <w:rFonts w:ascii="Georgia" w:hAnsi="Georgia" w:cs="Georgia" w:eastAsia="Georgia"/>
          <w:b w:val="0"/>
          <w:i w:val="0"/>
          <w:sz w:val="22"/>
        </w:rPr>
        <w:t>• The Role of Medicine by Thomas McKeown (Book).</w:t>
      </w:r>
    </w:p>
    <w:p>
      <w:pPr>
        <w:spacing w:before="120" w:after="40" w:line="300" w:lineRule="exact"/>
        <w:jc w:val="both"/>
      </w:pPr>
      <w:r>
        <w:rPr>
          <w:rFonts w:ascii="Georgia" w:hAnsi="Georgia" w:cs="Georgia" w:eastAsia="Georgia"/>
          <w:b/>
          <w:i/>
          <w:sz w:val="22"/>
        </w:rPr>
        <w:t>The Case Against All Vaccines and Polio Drops.</w:t>
      </w:r>
    </w:p>
    <w:p>
      <w:pPr>
        <w:spacing w:before="120" w:after="120" w:line="300" w:lineRule="exact"/>
        <w:ind w:left="720" w:right="720"/>
        <w:jc w:val="center"/>
      </w:pPr>
      <w:r>
        <w:rPr>
          <w:rFonts w:ascii="Georgia" w:hAnsi="Georgia" w:cs="Georgia" w:eastAsia="Georgia"/>
          <w:b w:val="0"/>
          <w:i/>
          <w:sz w:val="22"/>
        </w:rPr>
        <w:t>• Vaccines weaken the immune (defence) system of children for life, causing infections and diseases.</w:t>
      </w:r>
    </w:p>
    <w:p>
      <w:pPr>
        <w:spacing w:before="120" w:after="120" w:line="300" w:lineRule="exact"/>
        <w:ind w:left="720" w:right="720"/>
        <w:jc w:val="center"/>
      </w:pPr>
      <w:r>
        <w:rPr>
          <w:rFonts w:ascii="Georgia" w:hAnsi="Georgia" w:cs="Georgia" w:eastAsia="Georgia"/>
          <w:b w:val="0"/>
          <w:i/>
          <w:sz w:val="22"/>
        </w:rPr>
        <w:t>• Most childhood infections are mild and self remitting and induce, new strong antibodies for future infections.</w:t>
      </w:r>
    </w:p>
    <w:p>
      <w:pPr>
        <w:spacing w:before="120" w:after="120" w:line="300" w:lineRule="exact"/>
        <w:ind w:left="720" w:right="720"/>
        <w:jc w:val="center"/>
      </w:pPr>
      <w:r>
        <w:rPr>
          <w:rFonts w:ascii="Georgia" w:hAnsi="Georgia" w:cs="Georgia" w:eastAsia="Georgia"/>
          <w:b w:val="0"/>
          <w:i/>
          <w:sz w:val="22"/>
        </w:rPr>
        <w:t>• Vaccines may contain many harmful chemicals like mercury and aluminium which damage the brain, nervous system and cell function.</w:t>
      </w:r>
    </w:p>
    <w:p>
      <w:pPr>
        <w:spacing w:before="120" w:after="120" w:line="300" w:lineRule="exact"/>
        <w:ind w:left="720" w:right="720"/>
        <w:jc w:val="center"/>
      </w:pPr>
      <w:r>
        <w:rPr>
          <w:rFonts w:ascii="Georgia" w:hAnsi="Georgia" w:cs="Georgia" w:eastAsia="Georgia"/>
          <w:b w:val="0"/>
          <w:i/>
          <w:sz w:val="22"/>
        </w:rPr>
        <w:t>• Vaccines may cause many diseases, allergies, cancers, autoimmune diseases, neurological diseases and even Polio-like paralysis today!</w:t>
      </w:r>
    </w:p>
    <w:p>
      <w:pPr>
        <w:spacing w:before="120" w:after="120" w:line="300" w:lineRule="exact"/>
        <w:ind w:left="720" w:right="720"/>
        <w:jc w:val="center"/>
      </w:pPr>
      <w:r>
        <w:rPr>
          <w:rFonts w:ascii="Georgia" w:hAnsi="Georgia" w:cs="Georgia" w:eastAsia="Georgia"/>
          <w:b w:val="0"/>
          <w:i/>
          <w:sz w:val="22"/>
        </w:rPr>
        <w:t>• Vaccines may contain live, attenuated and hidden viruses which is extremely risky.</w:t>
      </w:r>
    </w:p>
    <w:p>
      <w:pPr>
        <w:spacing w:before="120" w:after="120" w:line="300" w:lineRule="exact"/>
        <w:ind w:left="720" w:right="720"/>
        <w:jc w:val="center"/>
      </w:pPr>
      <w:r>
        <w:rPr>
          <w:rFonts w:ascii="Georgia" w:hAnsi="Georgia" w:cs="Georgia" w:eastAsia="Georgia"/>
          <w:b w:val="0"/>
          <w:i/>
          <w:sz w:val="22"/>
        </w:rPr>
        <w:t>• There is a global COVER UP regarding serious failures, side effects and death from vaccines!</w:t>
      </w:r>
    </w:p>
    <w:p>
      <w:pPr>
        <w:spacing w:before="120" w:after="120" w:line="300" w:lineRule="exact"/>
        <w:ind w:left="720" w:right="720"/>
        <w:jc w:val="center"/>
      </w:pPr>
      <w:r>
        <w:rPr>
          <w:rFonts w:ascii="Georgia" w:hAnsi="Georgia" w:cs="Georgia" w:eastAsia="Georgia"/>
          <w:b w:val="0"/>
          <w:i/>
          <w:sz w:val="22"/>
        </w:rPr>
        <w:t>• Vaccines lack scientific, independent evidence of efficacy and safety.</w:t>
      </w:r>
    </w:p>
    <w:p>
      <w:pPr>
        <w:spacing w:before="120" w:after="120" w:line="300" w:lineRule="exact"/>
        <w:ind w:left="720" w:right="720"/>
        <w:jc w:val="center"/>
      </w:pPr>
      <w:r>
        <w:rPr>
          <w:rFonts w:ascii="Georgia" w:hAnsi="Georgia" w:cs="Georgia" w:eastAsia="Georgia"/>
          <w:b w:val="0"/>
          <w:i/>
          <w:sz w:val="22"/>
        </w:rPr>
        <w:t>• It wastes trillions of dollars/pounds and is making the people and governments in poor third world countries poorer and more in debt, and the drug companies filthy rich!</w:t>
      </w:r>
    </w:p>
    <w:p>
      <w:pPr>
        <w:spacing w:before="120" w:after="120" w:line="300" w:lineRule="exact"/>
        <w:ind w:left="720" w:right="720"/>
        <w:jc w:val="center"/>
      </w:pPr>
      <w:r>
        <w:rPr>
          <w:rFonts w:ascii="Georgia" w:hAnsi="Georgia" w:cs="Georgia" w:eastAsia="Georgia"/>
          <w:b w:val="0"/>
          <w:i/>
          <w:sz w:val="22"/>
        </w:rPr>
        <w:t>• Today there are thousands of websites in most countries against vaccination.</w:t>
      </w:r>
    </w:p>
    <w:p>
      <w:pPr>
        <w:spacing w:before="120" w:after="120" w:line="300" w:lineRule="exact"/>
        <w:ind w:left="720" w:right="720"/>
        <w:jc w:val="center"/>
      </w:pPr>
      <w:r>
        <w:rPr>
          <w:rFonts w:ascii="Georgia" w:hAnsi="Georgia" w:cs="Georgia" w:eastAsia="Georgia"/>
          <w:b w:val="0"/>
          <w:i/>
          <w:sz w:val="22"/>
        </w:rPr>
        <w:t>• We have today many natural ways to build a natural strong immune system to fight most infections and diseases.</w:t>
      </w:r>
    </w:p>
    <w:p>
      <w:pPr>
        <w:spacing w:before="120" w:after="120" w:line="300" w:lineRule="exact"/>
        <w:ind w:left="720" w:right="720"/>
        <w:jc w:val="center"/>
      </w:pPr>
      <w:r>
        <w:rPr>
          <w:rFonts w:ascii="Georgia" w:hAnsi="Georgia" w:cs="Georgia" w:eastAsia="Georgia"/>
          <w:b w:val="0"/>
          <w:i/>
          <w:sz w:val="22"/>
        </w:rPr>
        <w:t>• Our innocent children are suffering from vaccines and they gave no consent at all for the vaccines forced on them. This constitutes a medical assault.</w:t>
      </w:r>
    </w:p>
    <w:p>
      <w:pPr>
        <w:spacing w:before="120" w:after="120" w:line="300" w:lineRule="exact"/>
        <w:ind w:left="720" w:right="720"/>
        <w:jc w:val="center"/>
      </w:pPr>
      <w:r>
        <w:rPr>
          <w:rFonts w:ascii="Georgia" w:hAnsi="Georgia" w:cs="Georgia" w:eastAsia="Georgia"/>
          <w:b w:val="0"/>
          <w:i/>
          <w:sz w:val="22"/>
        </w:rPr>
        <w:t>Dr. Abdul Majid Khatme, MBBCh, DPM.</w:t>
      </w:r>
    </w:p>
    <w:p>
      <w:pPr>
        <w:spacing w:before="120" w:after="40" w:line="300" w:lineRule="exact"/>
        <w:jc w:val="both"/>
      </w:pPr>
      <w:r>
        <w:rPr>
          <w:rFonts w:ascii="Georgia" w:hAnsi="Georgia" w:cs="Georgia" w:eastAsia="Georgia"/>
          <w:b/>
          <w:i/>
          <w:sz w:val="22"/>
        </w:rPr>
        <w:t>Vaccines and Chemicals Interact.</w:t>
      </w:r>
    </w:p>
    <w:p>
      <w:pPr>
        <w:spacing w:before="0" w:after="120" w:line="300" w:lineRule="exact"/>
        <w:jc w:val="both"/>
      </w:pPr>
      <w:r>
        <w:rPr>
          <w:rFonts w:ascii="Georgia" w:hAnsi="Georgia" w:cs="Georgia" w:eastAsia="Georgia"/>
          <w:b w:val="0"/>
          <w:i w:val="0"/>
          <w:sz w:val="22"/>
        </w:rPr>
        <w:t>Vaccine ingredients may interact, and change into different chemicals that also interact, multiplying overall toxicity a hundred fold or to deadly limits. Safety and synergistic toxicity is never tested on any vaccine, and it is never done. Corporations and governments simply ignore any medical evidence that shows harm, until it becomes too obvious to cover up!</w:t>
      </w:r>
    </w:p>
    <w:p>
      <w:pPr>
        <w:spacing w:before="0" w:after="120" w:line="300" w:lineRule="exact"/>
        <w:jc w:val="both"/>
      </w:pPr>
      <w:r>
        <w:rPr>
          <w:rFonts w:ascii="Georgia" w:hAnsi="Georgia" w:cs="Georgia" w:eastAsia="Georgia"/>
          <w:b w:val="0"/>
          <w:i w:val="0"/>
          <w:sz w:val="22"/>
        </w:rPr>
        <w:t>Common things that may interact with vaccines include air freshners, alcohol, antibiotics, baby formula milk, baking powder, chemicals, coke, cosmetics, detergents, food &amp; drink additives, herbicides, hormones, mercury fillings, pesticides, prescription drugs, soft drinks, sprays, sweets, tobacco, toiletries, treated tap water, vaccines and many more.</w:t>
      </w:r>
    </w:p>
    <w:p>
      <w:pPr>
        <w:spacing w:before="120" w:after="120" w:line="300" w:lineRule="exact"/>
        <w:ind w:left="720" w:right="720"/>
        <w:jc w:val="center"/>
      </w:pPr>
      <w:r>
        <w:rPr>
          <w:rFonts w:ascii="Georgia" w:hAnsi="Georgia" w:cs="Georgia" w:eastAsia="Georgia"/>
          <w:b w:val="0"/>
          <w:i/>
          <w:sz w:val="22"/>
        </w:rPr>
        <w:t>A small dose of mercury that kills 1 in 100 rats and a dose of aluminum that will kill 1 in 100 rats, when combined have a striking effect... All rats die! Prof. Donald Miller, MD.</w:t>
      </w:r>
    </w:p>
    <w:p>
      <w:pPr>
        <w:spacing w:before="120" w:after="120" w:line="300" w:lineRule="exact"/>
        <w:ind w:left="720" w:right="720"/>
        <w:jc w:val="center"/>
      </w:pPr>
      <w:r>
        <w:rPr>
          <w:rFonts w:ascii="Georgia" w:hAnsi="Georgia" w:cs="Georgia" w:eastAsia="Georgia"/>
          <w:b w:val="0"/>
          <w:i/>
          <w:sz w:val="22"/>
        </w:rPr>
        <w:t>Only when the problem became so obvious, that is of epidemic proportion and the legal profession became involved, would they have even noticed there was a problem. This is a recurring theme in the government's regulatory agencies, as witnessed with fluoride, aspartame, MSG, dioxin and pesticides issues. (The Truth About The Vaccine Cover Up. Dr Russell L. Blaylock, MD).</w:t>
      </w:r>
    </w:p>
    <w:p>
      <w:pPr>
        <w:spacing w:before="120" w:after="40" w:line="300" w:lineRule="exact"/>
        <w:jc w:val="both"/>
      </w:pPr>
      <w:r>
        <w:rPr>
          <w:rFonts w:ascii="Georgia" w:hAnsi="Georgia" w:cs="Georgia" w:eastAsia="Georgia"/>
          <w:b/>
          <w:i/>
          <w:sz w:val="22"/>
        </w:rPr>
        <w:t>Vaccination Originated From Sorcery and Superstition.</w:t>
      </w:r>
    </w:p>
    <w:p>
      <w:pPr>
        <w:spacing w:before="0" w:after="120" w:line="300" w:lineRule="exact"/>
        <w:jc w:val="both"/>
      </w:pPr>
      <w:r>
        <w:rPr>
          <w:rFonts w:ascii="Georgia" w:hAnsi="Georgia" w:cs="Georgia" w:eastAsia="Georgia"/>
          <w:b w:val="0"/>
          <w:i w:val="0"/>
          <w:sz w:val="22"/>
        </w:rPr>
        <w:t>Vaccination originated from sorcery and superstition, in the belief that it warned off disease. The ignorant belief in vaccination causes Muslims to be reckless, believing they can simply gain protection from disease by injecting magical, filthy and unknown substances into their body, instead of leading a pure life and refraining from sin!</w:t>
      </w:r>
    </w:p>
    <w:p>
      <w:pPr>
        <w:spacing w:before="0" w:after="120" w:line="300" w:lineRule="exact"/>
        <w:jc w:val="both"/>
      </w:pPr>
      <w:r>
        <w:rPr>
          <w:rFonts w:ascii="Georgia" w:hAnsi="Georgia" w:cs="Georgia" w:eastAsia="Georgia"/>
          <w:b w:val="0"/>
          <w:i w:val="0"/>
          <w:sz w:val="22"/>
        </w:rPr>
        <w:t>The updated belief in vaccination has now evolved into a long-discredited theory that stimulation of antibodies in the human body equals protection from disease. This theory has not only failed to be proved, but has been repeatedly disproved by many world doctors and scientists. See the International Medical Council on Vaccination www.vaccinationcouncil.org</w:t>
      </w:r>
    </w:p>
    <w:p>
      <w:pPr>
        <w:spacing w:before="120" w:after="40" w:line="300" w:lineRule="exact"/>
        <w:jc w:val="both"/>
      </w:pPr>
      <w:r>
        <w:rPr>
          <w:rFonts w:ascii="Georgia" w:hAnsi="Georgia" w:cs="Georgia" w:eastAsia="Georgia"/>
          <w:b/>
          <w:i/>
          <w:sz w:val="22"/>
        </w:rPr>
        <w:t>The Real Cause of Disease.</w:t>
      </w:r>
    </w:p>
    <w:p>
      <w:pPr>
        <w:spacing w:before="0" w:after="120" w:line="300" w:lineRule="exact"/>
        <w:jc w:val="both"/>
      </w:pPr>
      <w:r>
        <w:rPr>
          <w:rFonts w:ascii="Georgia" w:hAnsi="Georgia" w:cs="Georgia" w:eastAsia="Georgia"/>
          <w:b w:val="0"/>
          <w:i w:val="0"/>
          <w:sz w:val="22"/>
        </w:rPr>
        <w:t>The real cause of disease may simply be due to systemic constipation or excess mucus and phlegm in the body, caused by overloading the stomach with food made unsuitable for humans by processing and refining, or contamination with chemicals like DDT, Glyphosate, herbicides, pesticides and vaccines. Cooking in aluminium or non stick cookware is also highly toxic, and fake food loaded with chemicals and hormones acts like voodoo, interfering with cell function and contributes to the rising epidemic of obesity. Fake food makes fake health, and the results can be clearly seen by the amount of hospitals, clinics and drug stores popping up on every corner, even in remote villages!</w:t>
      </w:r>
    </w:p>
    <w:p>
      <w:pPr>
        <w:spacing w:before="120" w:after="40" w:line="300" w:lineRule="exact"/>
        <w:jc w:val="both"/>
      </w:pPr>
      <w:r>
        <w:rPr>
          <w:rFonts w:ascii="Georgia" w:hAnsi="Georgia" w:cs="Georgia" w:eastAsia="Georgia"/>
          <w:b/>
          <w:i/>
          <w:sz w:val="22"/>
        </w:rPr>
        <w:t>Impurity and Filth in Vaccines!</w:t>
      </w:r>
    </w:p>
    <w:p>
      <w:pPr>
        <w:spacing w:before="0" w:after="120" w:line="300" w:lineRule="exact"/>
        <w:jc w:val="both"/>
      </w:pPr>
      <w:r>
        <w:rPr>
          <w:rFonts w:ascii="Georgia" w:hAnsi="Georgia" w:cs="Georgia" w:eastAsia="Georgia"/>
          <w:b w:val="0"/>
          <w:i w:val="0"/>
          <w:sz w:val="22"/>
        </w:rPr>
        <w:t>Vaccines and polio drops may contain many filthy and impure substances from animals and humans that do not undergo complete change and remain impure.</w:t>
      </w:r>
    </w:p>
    <w:p>
      <w:pPr>
        <w:spacing w:before="0" w:after="120" w:line="300" w:lineRule="exact"/>
        <w:jc w:val="both"/>
      </w:pPr>
      <w:r>
        <w:rPr>
          <w:rFonts w:ascii="Georgia" w:hAnsi="Georgia" w:cs="Georgia" w:eastAsia="Georgia"/>
          <w:b w:val="0"/>
          <w:i w:val="0"/>
          <w:sz w:val="22"/>
        </w:rPr>
        <w:t>Animal DNA/RNA, baby foreskin, chick kidney and embryo, cows blood and gelatine, dog kidney, faecal matter and urine, foetal cells from aborted babies, hidden viruses and bacteria, horse blood and serum, human DNA/RNA, infected homosexuals blood, macerated cancer cells, monkey kidney and viruses, mouse brain, pig blood and gelatine, pus from diseased animals, sweepings from diseased children, poisons like aluminium, mercury, polysorbate, contaminants and many more.</w:t>
      </w:r>
    </w:p>
    <w:p>
      <w:pPr>
        <w:spacing w:before="120" w:after="120" w:line="300" w:lineRule="exact"/>
        <w:ind w:left="720" w:right="720"/>
        <w:jc w:val="center"/>
      </w:pPr>
      <w:r>
        <w:rPr>
          <w:rFonts w:ascii="Georgia" w:hAnsi="Georgia" w:cs="Georgia" w:eastAsia="Georgia"/>
          <w:b w:val="0"/>
          <w:i/>
          <w:sz w:val="22"/>
        </w:rPr>
        <w:t>Everyday millions of children are lined up and injected with toxic putrid substances grown on animal organs, cancer cells, aborted fetuses and other toxic substances. Vaccines are made from the most vilest and filthiest substances on the earth. The vaccine cauldron is full of putrid junk from bodies exposed to disease and excreting morbid purulence. Science gathers this junk up in hopes of making vaccines for preventing disease, and we are being fooled while vaccinations cause increases in diseases. Dr. Joseph Mercola, DO.</w:t>
      </w:r>
    </w:p>
    <w:p>
      <w:pPr>
        <w:spacing w:before="120" w:after="40" w:line="300" w:lineRule="exact"/>
        <w:jc w:val="both"/>
      </w:pPr>
      <w:r>
        <w:rPr>
          <w:rFonts w:ascii="Georgia" w:hAnsi="Georgia" w:cs="Georgia" w:eastAsia="Georgia"/>
          <w:b/>
          <w:i/>
          <w:sz w:val="22"/>
        </w:rPr>
        <w:t>Hidden Viruses and Substances.</w:t>
      </w:r>
    </w:p>
    <w:p>
      <w:pPr>
        <w:spacing w:before="0" w:after="120" w:line="300" w:lineRule="exact"/>
        <w:jc w:val="both"/>
      </w:pPr>
      <w:r>
        <w:rPr>
          <w:rFonts w:ascii="Georgia" w:hAnsi="Georgia" w:cs="Georgia" w:eastAsia="Georgia"/>
          <w:b w:val="0"/>
          <w:i w:val="0"/>
          <w:sz w:val="22"/>
        </w:rPr>
        <w:t>All vaccines are contaminated with unknown viruses, bacteria, antigens and hidden substances as seen above, when 98 million Americans received contaminated polio vaccines, and the statement by Dr. Maurice Hilleman. Also, substances may be legally hidden by trade secrets, patent rights, disclaimers on changes in raw materials and supplies, substances added, but not intended as ingredients and Insane regulations that allow ingredients below a certain level to disappear from the list completely. Thimerosal free vaccines that still contain mercury are a blatant example.</w:t>
      </w:r>
    </w:p>
    <w:p>
      <w:pPr>
        <w:spacing w:before="120" w:after="40" w:line="300" w:lineRule="exact"/>
        <w:jc w:val="both"/>
      </w:pPr>
      <w:r>
        <w:rPr>
          <w:rFonts w:ascii="Georgia" w:hAnsi="Georgia" w:cs="Georgia" w:eastAsia="Georgia"/>
          <w:b/>
          <w:i/>
          <w:sz w:val="22"/>
        </w:rPr>
        <w:t>Vaccines Cause Meningitis.</w:t>
      </w:r>
    </w:p>
    <w:p>
      <w:pPr>
        <w:spacing w:before="0" w:after="120" w:line="300" w:lineRule="exact"/>
        <w:jc w:val="both"/>
      </w:pPr>
      <w:r>
        <w:rPr>
          <w:rFonts w:ascii="Georgia" w:hAnsi="Georgia" w:cs="Georgia" w:eastAsia="Georgia"/>
          <w:b w:val="0"/>
          <w:i w:val="0"/>
          <w:sz w:val="22"/>
        </w:rPr>
        <w:t>Each year, meningitis vaccines containing pig and cow substances, are forced upon millions of Hajj Pilgrims, along with unknown viruses and bacteria. This misguided and unnecessary protocol, from the Ministry of Hajj is very strange when world experts say that meningitis is actually linked to vaccines and those vaccinated!</w:t>
      </w:r>
    </w:p>
    <w:p>
      <w:pPr>
        <w:spacing w:before="120" w:after="120" w:line="300" w:lineRule="exact"/>
        <w:ind w:left="720" w:right="720"/>
        <w:jc w:val="center"/>
      </w:pPr>
      <w:r>
        <w:rPr>
          <w:rFonts w:ascii="Georgia" w:hAnsi="Georgia" w:cs="Georgia" w:eastAsia="Georgia"/>
          <w:b w:val="0"/>
          <w:i/>
          <w:sz w:val="22"/>
        </w:rPr>
        <w:t>Meningitis is not a transmissible disease, we do not catch it from one another. Only the freshly vaccinated recruits caught meningitis. Dr. Daniel H. Duffy Sr, DC.</w:t>
      </w:r>
    </w:p>
    <w:p>
      <w:pPr>
        <w:spacing w:before="120" w:after="120" w:line="300" w:lineRule="exact"/>
        <w:ind w:left="720" w:right="720"/>
        <w:jc w:val="center"/>
      </w:pPr>
      <w:r>
        <w:rPr>
          <w:rFonts w:ascii="Georgia" w:hAnsi="Georgia" w:cs="Georgia" w:eastAsia="Georgia"/>
          <w:b w:val="0"/>
          <w:i/>
          <w:sz w:val="22"/>
        </w:rPr>
        <w:t>You cannot get meningitis from casual contact. Dr. Sherri Tenpenny.</w:t>
      </w:r>
    </w:p>
    <w:p>
      <w:pPr>
        <w:spacing w:before="120" w:after="120" w:line="300" w:lineRule="exact"/>
        <w:ind w:left="720" w:right="720"/>
        <w:jc w:val="center"/>
      </w:pPr>
      <w:r>
        <w:rPr>
          <w:rFonts w:ascii="Georgia" w:hAnsi="Georgia" w:cs="Georgia" w:eastAsia="Georgia"/>
          <w:b w:val="0"/>
          <w:i/>
          <w:sz w:val="22"/>
        </w:rPr>
        <w:t>Professor Emeritus Shehu himself will bear witness to this if he recalls the incidence of CSM (Meningitis) immunization campaign in an area called Mayobelwa in former Gongola State. The communities were given vaccines for protection against the CSM, but what happened? After just a few weeks, there was a massive outbreak unprecedented in the history of the country there, and it was mostly those who were given the vaccines that were affected in that outbreak. There are other instances in other third world countries like Philippines, Mexico and so on. Dr. Haruna Kaita, JNI scientist who conducted the test on the polio vaccines in India.</w:t>
      </w:r>
    </w:p>
    <w:p>
      <w:pPr>
        <w:spacing w:before="120" w:after="40" w:line="300" w:lineRule="exact"/>
        <w:jc w:val="both"/>
      </w:pPr>
      <w:r>
        <w:rPr>
          <w:rFonts w:ascii="Georgia" w:hAnsi="Georgia" w:cs="Georgia" w:eastAsia="Georgia"/>
          <w:b/>
          <w:i/>
          <w:sz w:val="22"/>
        </w:rPr>
        <w:t>Halaal Vaccine Scam.</w:t>
      </w:r>
    </w:p>
    <w:p>
      <w:pPr>
        <w:spacing w:before="0" w:after="120" w:line="300" w:lineRule="exact"/>
        <w:jc w:val="both"/>
      </w:pPr>
      <w:r>
        <w:rPr>
          <w:rFonts w:ascii="Georgia" w:hAnsi="Georgia" w:cs="Georgia" w:eastAsia="Georgia"/>
          <w:b w:val="0"/>
          <w:i w:val="0"/>
          <w:sz w:val="22"/>
        </w:rPr>
        <w:t>Thousands of Muslim doctors and scholars have been educated and groomed in western medical schools and universities, and recruited onto the Big Pharma payroll. Their latest scam is the halaal vaccine racket, making huge sums of cash from vaccine sales and follow up medical care due to vaccine damage. But vaccines that protect against disease will never exist, because all vaccines, even those labelled halaal, poison the blood, flesh and organs!</w:t>
      </w:r>
    </w:p>
    <w:p>
      <w:pPr>
        <w:spacing w:before="0" w:after="120" w:line="300" w:lineRule="exact"/>
        <w:jc w:val="both"/>
      </w:pPr>
      <w:r>
        <w:rPr>
          <w:rFonts w:ascii="Georgia" w:hAnsi="Georgia" w:cs="Georgia" w:eastAsia="Georgia"/>
          <w:b w:val="0"/>
          <w:i w:val="0"/>
          <w:sz w:val="22"/>
        </w:rPr>
        <w:t>Vaccination is clearly a scam based on superstition, speculation, ignorance, fear and deception, just like haraam insurance and gambling. It is promoted with clever marketing by Big Pharma, governments, regulatory bodies, NGO's and the media. Even a small child can understand this, but not intelligent professionals blinded by money and status!</w:t>
      </w:r>
    </w:p>
    <w:p>
      <w:pPr>
        <w:spacing w:before="120" w:after="40" w:line="300" w:lineRule="exact"/>
        <w:jc w:val="both"/>
      </w:pPr>
      <w:r>
        <w:rPr>
          <w:rFonts w:ascii="Georgia" w:hAnsi="Georgia" w:cs="Georgia" w:eastAsia="Georgia"/>
          <w:b/>
          <w:i/>
          <w:sz w:val="22"/>
        </w:rPr>
        <w:t>Divine Alternative to Vaccines.</w:t>
      </w:r>
    </w:p>
    <w:p>
      <w:pPr>
        <w:spacing w:before="0" w:after="120" w:line="300" w:lineRule="exact"/>
        <w:jc w:val="both"/>
      </w:pPr>
      <w:r>
        <w:rPr>
          <w:rFonts w:ascii="Georgia" w:hAnsi="Georgia" w:cs="Georgia" w:eastAsia="Georgia"/>
          <w:b w:val="0"/>
          <w:i w:val="0"/>
          <w:sz w:val="22"/>
        </w:rPr>
        <w:t>Staying healthy without vaccines is very simple. Our Beloved Creator has commanded us to eat and drink from that which is pure and good, and avoid pollution and sin. We must eat organic, pure and natural food and drink, free from chemicals and pesticides. Avoid all processed, refined and genetically modified food, soft drinks, takeaways,tobacco, toiletries, wi-fi, aluminium and non-stick cookware, fluoridated water, microwave food, vaccinated meat, vaccines and refined sugar. Our Nabi Muhammad (sallallahu alayhi wasallam), peace be upon him, said that man fills no vessel worse than his own stomach, and the best medicine is food! We must stop eating haraam, doubtful food and drink, stop committing sin, obey Shariah Law completely and seek forgiveness from our Beloved Creator!</w:t>
      </w:r>
    </w:p>
    <w:p>
      <w:pPr>
        <w:spacing w:before="120" w:after="40" w:line="300" w:lineRule="exact"/>
        <w:jc w:val="both"/>
      </w:pPr>
      <w:r>
        <w:rPr>
          <w:rFonts w:ascii="Georgia" w:hAnsi="Georgia" w:cs="Georgia" w:eastAsia="Georgia"/>
          <w:b/>
          <w:i/>
          <w:sz w:val="22"/>
        </w:rPr>
        <w:t>Keep Hajj &amp; Umrah Pure and Safe!</w:t>
      </w:r>
    </w:p>
    <w:p>
      <w:pPr>
        <w:spacing w:before="0" w:after="120" w:line="300" w:lineRule="exact"/>
        <w:jc w:val="both"/>
      </w:pPr>
      <w:r>
        <w:rPr>
          <w:rFonts w:ascii="Georgia" w:hAnsi="Georgia" w:cs="Georgia" w:eastAsia="Georgia"/>
          <w:b w:val="0"/>
          <w:i w:val="0"/>
          <w:sz w:val="22"/>
        </w:rPr>
        <w:t>Muslims must petition the Ministry of Hajj to remove all vaccine protocols from Hajj &amp; Umrah. Muslims do not want this misguided and dangerous protocol that may completely ruin Hajj and Umrah, and our Imaan!</w:t>
      </w:r>
    </w:p>
    <w:p>
      <w:pPr>
        <w:spacing w:before="120" w:after="40" w:line="300" w:lineRule="exact"/>
        <w:jc w:val="both"/>
      </w:pPr>
      <w:r>
        <w:rPr>
          <w:rFonts w:ascii="Georgia" w:hAnsi="Georgia" w:cs="Georgia" w:eastAsia="Georgia"/>
          <w:b/>
          <w:i/>
          <w:sz w:val="22"/>
        </w:rPr>
        <w:t>Fatwas on All Vaccines and Polio Drops.</w:t>
      </w:r>
    </w:p>
    <w:p>
      <w:pPr>
        <w:spacing w:before="0" w:after="120" w:line="300" w:lineRule="exact"/>
        <w:jc w:val="both"/>
      </w:pPr>
      <w:r>
        <w:rPr>
          <w:rFonts w:ascii="Georgia" w:hAnsi="Georgia" w:cs="Georgia" w:eastAsia="Georgia"/>
          <w:b w:val="0"/>
          <w:i w:val="0"/>
          <w:sz w:val="22"/>
        </w:rPr>
        <w:t>• Pig and Cow Gelatine does not undergo a complete change and remain impure, say scholars including the Majlisul Ulama and Mufti Muhammad Taqi Uthmani.</w:t>
      </w:r>
    </w:p>
    <w:p>
      <w:pPr>
        <w:spacing w:before="0" w:after="120" w:line="300" w:lineRule="exact"/>
        <w:jc w:val="both"/>
      </w:pPr>
      <w:r>
        <w:rPr>
          <w:rFonts w:ascii="Georgia" w:hAnsi="Georgia" w:cs="Georgia" w:eastAsia="Georgia"/>
          <w:b w:val="0"/>
          <w:i w:val="0"/>
          <w:sz w:val="22"/>
        </w:rPr>
        <w:t>• Vaccination is haraam. Majlisul Ulama. • Vaccination even on the assumption that the vaccine is free of haraam ingredients is haraam, genuine UUCSA.</w:t>
      </w:r>
    </w:p>
    <w:p>
      <w:pPr>
        <w:spacing w:before="0" w:after="120" w:line="300" w:lineRule="exact"/>
        <w:jc w:val="both"/>
      </w:pPr>
      <w:r>
        <w:rPr>
          <w:rFonts w:ascii="Georgia" w:hAnsi="Georgia" w:cs="Georgia" w:eastAsia="Georgia"/>
          <w:b w:val="0"/>
          <w:i w:val="0"/>
          <w:sz w:val="22"/>
        </w:rPr>
        <w:t>• It is permissible not to go for a Fardh Haj if one cannot avoid the injection of filth and poison into one's body. It is not permissible to perform Umrah and Nafl Haj if one cannot avoid the vaccination. It is haraam to take vaccination. Jamiatul Ulemaa Gauteng.</w:t>
      </w:r>
    </w:p>
    <w:p>
      <w:pPr>
        <w:spacing w:before="0" w:after="120" w:line="300" w:lineRule="exact"/>
        <w:jc w:val="both"/>
      </w:pPr>
      <w:r>
        <w:rPr>
          <w:rFonts w:ascii="Georgia" w:hAnsi="Georgia" w:cs="Georgia" w:eastAsia="Georgia"/>
          <w:b w:val="0"/>
          <w:i w:val="0"/>
          <w:sz w:val="22"/>
        </w:rPr>
        <w:t>• More Fatwas on Vaccines &amp; Hajj on websites below.</w:t>
      </w:r>
    </w:p>
    <w:p>
      <w:pPr>
        <w:spacing w:before="120" w:after="40" w:line="300" w:lineRule="exact"/>
        <w:jc w:val="both"/>
      </w:pPr>
      <w:r>
        <w:rPr>
          <w:rFonts w:ascii="Georgia" w:hAnsi="Georgia" w:cs="Georgia" w:eastAsia="Georgia"/>
          <w:b/>
          <w:i/>
          <w:sz w:val="22"/>
        </w:rPr>
        <w:t>All Previous Vaccine Fatwas Invalid</w:t>
      </w:r>
    </w:p>
    <w:p>
      <w:pPr>
        <w:spacing w:before="0" w:after="120" w:line="300" w:lineRule="exact"/>
        <w:jc w:val="both"/>
      </w:pPr>
      <w:r>
        <w:rPr>
          <w:rFonts w:ascii="Georgia" w:hAnsi="Georgia" w:cs="Georgia" w:eastAsia="Georgia"/>
          <w:b w:val="0"/>
          <w:i w:val="0"/>
          <w:sz w:val="22"/>
        </w:rPr>
        <w:t>All previous fatwas supporting vaccination are invalid, as nobody knows what is in a vaccine, even the vaccine manufacturers. Reports say in 1993, a high court judge in the UK decided it was impossible to know the exact contents of vaccines and that science had no idea what the cocktail of chemicals, contaminants and heavy metals contained in vaccines could do to the human body, or why they would work to prevent disease. It is impossible for any scholar to rule in favour of any vaccine, when nobody knows what is in them!</w:t>
      </w:r>
    </w:p>
    <w:p>
      <w:pPr>
        <w:spacing w:before="120" w:after="40" w:line="300" w:lineRule="exact"/>
        <w:jc w:val="both"/>
      </w:pPr>
      <w:r>
        <w:rPr>
          <w:rFonts w:ascii="Georgia" w:hAnsi="Georgia" w:cs="Georgia" w:eastAsia="Georgia"/>
          <w:b/>
          <w:i/>
          <w:sz w:val="22"/>
        </w:rPr>
        <w:t>More Information on Vaccines and Health.</w:t>
      </w:r>
    </w:p>
    <w:p>
      <w:pPr>
        <w:spacing w:before="0" w:after="120" w:line="300" w:lineRule="exact"/>
        <w:jc w:val="both"/>
      </w:pPr>
      <w:r>
        <w:rPr>
          <w:rFonts w:ascii="Georgia" w:hAnsi="Georgia" w:cs="Georgia" w:eastAsia="Georgia"/>
          <w:b w:val="0"/>
          <w:i w:val="0"/>
          <w:sz w:val="22"/>
        </w:rPr>
        <w:t>• The International Medical Council on Vaccination at www.vaccinationcoucil.org</w:t>
      </w:r>
    </w:p>
    <w:p>
      <w:pPr>
        <w:spacing w:before="0" w:after="120" w:line="300" w:lineRule="exact"/>
        <w:jc w:val="both"/>
      </w:pPr>
      <w:r>
        <w:rPr>
          <w:rFonts w:ascii="Georgia" w:hAnsi="Georgia" w:cs="Georgia" w:eastAsia="Georgia"/>
          <w:b w:val="0"/>
          <w:i w:val="0"/>
          <w:sz w:val="22"/>
        </w:rPr>
        <w:t>• Muslim Health Watch at www.muslimhealtwatch.org</w:t>
      </w:r>
    </w:p>
    <w:p>
      <w:pPr>
        <w:spacing w:before="120" w:after="120" w:line="300" w:lineRule="exact"/>
        <w:ind w:left="720" w:right="720"/>
        <w:jc w:val="center"/>
      </w:pPr>
      <w:r>
        <w:rPr>
          <w:rFonts w:ascii="Georgia" w:hAnsi="Georgia" w:cs="Georgia" w:eastAsia="Georgia"/>
          <w:b w:val="0"/>
          <w:i/>
          <w:sz w:val="22"/>
        </w:rPr>
        <w:t>• See our leaflets titled, Vaccines. Get the Full Story, The Truth About Vaccines, Vaccine Tricks to Fool Muslims, Vaccines May Ruin Your Hajj &amp; Umrah.</w:t>
      </w:r>
    </w:p>
    <w:p>
      <w:pPr>
        <w:spacing w:before="120" w:after="40" w:line="300" w:lineRule="exact"/>
        <w:jc w:val="both"/>
      </w:pPr>
      <w:r>
        <w:rPr>
          <w:rFonts w:ascii="Georgia" w:hAnsi="Georgia" w:cs="Georgia" w:eastAsia="Georgia"/>
          <w:b/>
          <w:i/>
          <w:sz w:val="22"/>
        </w:rPr>
        <w:t>Vaccination Research by Muslim Scholars.</w:t>
      </w:r>
    </w:p>
    <w:p>
      <w:pPr>
        <w:spacing w:before="0" w:after="120" w:line="300" w:lineRule="exact"/>
        <w:jc w:val="both"/>
      </w:pPr>
      <w:r>
        <w:rPr>
          <w:rFonts w:ascii="Georgia" w:hAnsi="Georgia" w:cs="Georgia" w:eastAsia="Georgia"/>
          <w:b w:val="0"/>
          <w:i w:val="0"/>
          <w:sz w:val="22"/>
        </w:rPr>
        <w:t>For fatwas &amp; information on vaccines, visit the only Islamic body to have extensively researched and written on vaccination, free from all vested interests. The Majlisul Ulama at www.themajlis.co.za</w:t>
      </w:r>
    </w:p>
    <w:p>
      <w:pPr>
        <w:spacing w:before="120" w:after="40" w:line="300" w:lineRule="exact"/>
        <w:jc w:val="both"/>
      </w:pPr>
      <w:r>
        <w:rPr>
          <w:rFonts w:ascii="Georgia" w:hAnsi="Georgia" w:cs="Georgia" w:eastAsia="Georgia"/>
          <w:b/>
          <w:i/>
          <w:sz w:val="22"/>
        </w:rPr>
        <w:t>What Must Muslims Do?</w:t>
      </w:r>
    </w:p>
    <w:p>
      <w:pPr>
        <w:spacing w:before="0" w:after="120" w:line="300" w:lineRule="exact"/>
        <w:jc w:val="both"/>
      </w:pPr>
      <w:r>
        <w:rPr>
          <w:rFonts w:ascii="Georgia" w:hAnsi="Georgia" w:cs="Georgia" w:eastAsia="Georgia"/>
          <w:b w:val="0"/>
          <w:i w:val="0"/>
          <w:sz w:val="22"/>
        </w:rPr>
        <w:t>• Learn more about vaccines. Start by visiting the International Medical Council on Vaccination. www.vaccinationcouncil.org</w:t>
      </w:r>
    </w:p>
    <w:p>
      <w:pPr>
        <w:spacing w:before="0" w:after="120" w:line="300" w:lineRule="exact"/>
        <w:jc w:val="both"/>
      </w:pPr>
      <w:r>
        <w:rPr>
          <w:rFonts w:ascii="Georgia" w:hAnsi="Georgia" w:cs="Georgia" w:eastAsia="Georgia"/>
          <w:b w:val="0"/>
          <w:i w:val="0"/>
          <w:sz w:val="22"/>
        </w:rPr>
        <w:t>• Petition the Ministry of Hajj against compulsory vaccination. Keep our Hajj and Umrah pure and safe!</w:t>
      </w:r>
    </w:p>
    <w:p>
      <w:pPr>
        <w:spacing w:before="0" w:after="120" w:line="300" w:lineRule="exact"/>
        <w:jc w:val="both"/>
      </w:pPr>
      <w:r>
        <w:rPr>
          <w:rFonts w:ascii="Georgia" w:hAnsi="Georgia" w:cs="Georgia" w:eastAsia="Georgia"/>
          <w:b w:val="0"/>
          <w:i w:val="0"/>
          <w:sz w:val="22"/>
        </w:rPr>
        <w:t>• Share this information with family, friends, mosques &amp; muftis.</w:t>
      </w:r>
    </w:p>
    <w:p>
      <w:pPr>
        <w:spacing w:before="120" w:after="40" w:line="300" w:lineRule="exact"/>
        <w:jc w:val="both"/>
      </w:pPr>
      <w:r>
        <w:rPr>
          <w:rFonts w:ascii="Georgia" w:hAnsi="Georgia" w:cs="Georgia" w:eastAsia="Georgia"/>
          <w:b/>
          <w:i/>
          <w:sz w:val="22"/>
        </w:rPr>
        <w:t>The Safe Choice is to Say No to Vaccines!</w:t>
      </w:r>
    </w:p>
    <w:p>
      <w:pPr>
        <w:spacing w:before="0" w:after="120" w:line="300" w:lineRule="exact"/>
        <w:jc w:val="both"/>
      </w:pPr>
      <w:r>
        <w:rPr>
          <w:rFonts w:ascii="Georgia" w:hAnsi="Georgia" w:cs="Georgia" w:eastAsia="Georgia"/>
          <w:b w:val="0"/>
          <w:i w:val="0"/>
          <w:sz w:val="22"/>
        </w:rPr>
        <w:t>Muslim Health Watch, The Majlisul Ulama &amp; the International Medical Council on Vaccination are asking for an urgent and open, scientific, medical debate on Vaccines &amp; Vaccination. Thousands of western websites now expose and oppose the many harms, damage and death from vaccines, unknown to most doctors and the public at large.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