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51</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7 were joined in this issue.</w:t>
      </w:r>
    </w:p>
    <w:p>
      <w:pPr>
        <w:spacing w:before="0" w:after="80" w:line="300" w:lineRule="exact"/>
        <w:jc w:val="left"/>
      </w:pPr>
      <w:r>
        <w:rPr>
          <w:rFonts w:ascii="Georgia" w:hAnsi="Georgia" w:cs="Georgia" w:eastAsia="Georgia"/>
          <w:b w:val="0"/>
          <w:i w:val="0"/>
          <w:sz w:val="18"/>
        </w:rPr>
        <w:t>Headings: 11 read from the PDF's own text, 25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377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98.55% of the original's words are present and 96.75%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BURMA: 21,000 ROHINGYA MUSLIMS (page 1)</w:t>
      </w:r>
    </w:p>
    <w:p>
      <w:pPr>
        <w:spacing w:before="0" w:after="40" w:line="300" w:lineRule="exact"/>
        <w:jc w:val="left"/>
      </w:pPr>
      <w:r>
        <w:rPr>
          <w:rFonts w:ascii="Georgia" w:hAnsi="Georgia" w:cs="Georgia" w:eastAsia="Georgia"/>
          <w:b w:val="0"/>
          <w:i w:val="0"/>
          <w:sz w:val="20"/>
        </w:rPr>
        <w:t>3. HOLOCAUST IN BURMA - GENOCIDE BY THE BUDDHIST IDOLATERS (page 1)</w:t>
      </w:r>
    </w:p>
    <w:p>
      <w:pPr>
        <w:spacing w:before="0" w:after="40" w:line="300" w:lineRule="exact"/>
        <w:jc w:val="left"/>
      </w:pPr>
      <w:r>
        <w:rPr>
          <w:rFonts w:ascii="Georgia" w:hAnsi="Georgia" w:cs="Georgia" w:eastAsia="Georgia"/>
          <w:b w:val="0"/>
          <w:i w:val="0"/>
          <w:sz w:val="20"/>
        </w:rPr>
        <w:t>4. WHEN IT IS ALLAH'S ATHAAB (page 1, 5)</w:t>
      </w:r>
    </w:p>
    <w:p>
      <w:pPr>
        <w:spacing w:before="0" w:after="40" w:line="300" w:lineRule="exact"/>
        <w:jc w:val="left"/>
      </w:pPr>
      <w:r>
        <w:rPr>
          <w:rFonts w:ascii="Georgia" w:hAnsi="Georgia" w:cs="Georgia" w:eastAsia="Georgia"/>
          <w:b w:val="0"/>
          <w:i w:val="0"/>
          <w:sz w:val="20"/>
        </w:rPr>
        <w:t>5. ISLAMIC MORALITY IN JIHAAD (page 2, 3)</w:t>
      </w:r>
    </w:p>
    <w:p>
      <w:pPr>
        <w:spacing w:before="0" w:after="40" w:line="300" w:lineRule="exact"/>
        <w:jc w:val="left"/>
      </w:pPr>
      <w:r>
        <w:rPr>
          <w:rFonts w:ascii="Georgia" w:hAnsi="Georgia" w:cs="Georgia" w:eastAsia="Georgia"/>
          <w:b w:val="0"/>
          <w:i w:val="0"/>
          <w:sz w:val="20"/>
        </w:rPr>
        <w:t>6. NAPAKISTAN BANS CONVERSION TO ISLAM (page 2, 3)</w:t>
      </w:r>
    </w:p>
    <w:p>
      <w:pPr>
        <w:spacing w:before="0" w:after="40" w:line="300" w:lineRule="exact"/>
        <w:jc w:val="left"/>
      </w:pPr>
      <w:r>
        <w:rPr>
          <w:rFonts w:ascii="Georgia" w:hAnsi="Georgia" w:cs="Georgia" w:eastAsia="Georgia"/>
          <w:b w:val="0"/>
          <w:i w:val="0"/>
          <w:sz w:val="20"/>
        </w:rPr>
        <w:t>7. THE KUFR LAW OF NAPAKISTAN (page 3, 5)</w:t>
      </w:r>
    </w:p>
    <w:p>
      <w:pPr>
        <w:spacing w:before="0" w:after="40" w:line="300" w:lineRule="exact"/>
        <w:jc w:val="left"/>
      </w:pPr>
      <w:r>
        <w:rPr>
          <w:rFonts w:ascii="Georgia" w:hAnsi="Georgia" w:cs="Georgia" w:eastAsia="Georgia"/>
          <w:b w:val="0"/>
          <w:i w:val="0"/>
          <w:sz w:val="20"/>
        </w:rPr>
        <w:t>8. 14 YEARS JAIL FOR LIVING IN HER HOME (page 4)</w:t>
      </w:r>
    </w:p>
    <w:p>
      <w:pPr>
        <w:spacing w:before="0" w:after="40" w:line="300" w:lineRule="exact"/>
        <w:jc w:val="left"/>
      </w:pPr>
      <w:r>
        <w:rPr>
          <w:rFonts w:ascii="Georgia" w:hAnsi="Georgia" w:cs="Georgia" w:eastAsia="Georgia"/>
          <w:b w:val="0"/>
          <w:i w:val="0"/>
          <w:sz w:val="20"/>
        </w:rPr>
        <w:t>9. IN 1961 BY MAULANA ABUL HASAN NADWI (page 4, 5)</w:t>
      </w:r>
    </w:p>
    <w:p>
      <w:pPr>
        <w:spacing w:before="0" w:after="40" w:line="300" w:lineRule="exact"/>
        <w:jc w:val="left"/>
      </w:pPr>
      <w:r>
        <w:rPr>
          <w:rFonts w:ascii="Georgia" w:hAnsi="Georgia" w:cs="Georgia" w:eastAsia="Georgia"/>
          <w:b w:val="0"/>
          <w:i w:val="0"/>
          <w:sz w:val="20"/>
        </w:rPr>
        <w:t>10. THE DIVINE SUNNAH (page 5)</w:t>
      </w:r>
    </w:p>
    <w:p>
      <w:pPr>
        <w:spacing w:before="0" w:after="40" w:line="300" w:lineRule="exact"/>
        <w:jc w:val="left"/>
      </w:pPr>
      <w:r>
        <w:rPr>
          <w:rFonts w:ascii="Georgia" w:hAnsi="Georgia" w:cs="Georgia" w:eastAsia="Georgia"/>
          <w:b w:val="0"/>
          <w:i w:val="0"/>
          <w:sz w:val="20"/>
        </w:rPr>
        <w:t>11. MALAYSIA CONDEMNS MASS MURDER OF MUSLIMS (page 5)</w:t>
      </w:r>
    </w:p>
    <w:p>
      <w:pPr>
        <w:spacing w:before="0" w:after="40" w:line="300" w:lineRule="exact"/>
        <w:jc w:val="left"/>
      </w:pPr>
      <w:r>
        <w:rPr>
          <w:rFonts w:ascii="Georgia" w:hAnsi="Georgia" w:cs="Georgia" w:eastAsia="Georgia"/>
          <w:b w:val="0"/>
          <w:i w:val="0"/>
          <w:sz w:val="20"/>
        </w:rPr>
        <w:t>12. It is a rule of the Association of Southeast Asian Nations (ASEAN) that member states are… (page 5) [no printed headline]</w:t>
      </w:r>
    </w:p>
    <w:p>
      <w:pPr>
        <w:spacing w:before="0" w:after="40" w:line="300" w:lineRule="exact"/>
        <w:jc w:val="left"/>
      </w:pPr>
      <w:r>
        <w:rPr>
          <w:rFonts w:ascii="Georgia" w:hAnsi="Georgia" w:cs="Georgia" w:eastAsia="Georgia"/>
          <w:b w:val="0"/>
          <w:i w:val="0"/>
          <w:sz w:val="20"/>
        </w:rPr>
        <w:t>13. Who will help Myanmar's Rohingya? (page 6)</w:t>
      </w:r>
    </w:p>
    <w:p>
      <w:pPr>
        <w:spacing w:before="0" w:after="40" w:line="300" w:lineRule="exact"/>
        <w:jc w:val="left"/>
      </w:pPr>
      <w:r>
        <w:rPr>
          <w:rFonts w:ascii="Georgia" w:hAnsi="Georgia" w:cs="Georgia" w:eastAsia="Georgia"/>
          <w:b w:val="0"/>
          <w:i w:val="0"/>
          <w:sz w:val="20"/>
        </w:rPr>
        <w:t>14. Six policemen killed in Cairo blast (page 6)</w:t>
      </w:r>
    </w:p>
    <w:p>
      <w:pPr>
        <w:spacing w:before="0" w:after="40" w:line="300" w:lineRule="exact"/>
        <w:jc w:val="left"/>
      </w:pPr>
      <w:r>
        <w:rPr>
          <w:rFonts w:ascii="Georgia" w:hAnsi="Georgia" w:cs="Georgia" w:eastAsia="Georgia"/>
          <w:b w:val="0"/>
          <w:i w:val="0"/>
          <w:sz w:val="20"/>
        </w:rPr>
        <w:t>15. A SUICIDE bomber from the Islamic State group killed at least 40 Yemeni soldiers in Aden… (page 6) [no printed headline]</w:t>
      </w:r>
    </w:p>
    <w:p>
      <w:pPr>
        <w:spacing w:before="0" w:after="40" w:line="300" w:lineRule="exact"/>
        <w:jc w:val="left"/>
      </w:pPr>
      <w:r>
        <w:rPr>
          <w:rFonts w:ascii="Georgia" w:hAnsi="Georgia" w:cs="Georgia" w:eastAsia="Georgia"/>
          <w:b w:val="0"/>
          <w:i w:val="0"/>
          <w:sz w:val="20"/>
        </w:rPr>
        <w:t>16. YEMENIS 'SLOWLY STARVING' TO DEATH AS WORLD 'TURNS BLIND EYE' (page 7)</w:t>
      </w:r>
    </w:p>
    <w:p>
      <w:pPr>
        <w:spacing w:before="0" w:after="40" w:line="300" w:lineRule="exact"/>
        <w:jc w:val="left"/>
      </w:pPr>
      <w:r>
        <w:rPr>
          <w:rFonts w:ascii="Georgia" w:hAnsi="Georgia" w:cs="Georgia" w:eastAsia="Georgia"/>
          <w:b w:val="0"/>
          <w:i w:val="0"/>
          <w:sz w:val="20"/>
        </w:rPr>
        <w:t>17. ANARCHY! JIHAAD IS NOT ANARCHY (page 7)</w:t>
      </w:r>
    </w:p>
    <w:p>
      <w:pPr>
        <w:spacing w:before="0" w:after="40" w:line="300" w:lineRule="exact"/>
        <w:jc w:val="left"/>
      </w:pPr>
      <w:r>
        <w:rPr>
          <w:rFonts w:ascii="Georgia" w:hAnsi="Georgia" w:cs="Georgia" w:eastAsia="Georgia"/>
          <w:b w:val="0"/>
          <w:i w:val="0"/>
          <w:sz w:val="20"/>
        </w:rPr>
        <w:t>18. TWIN ISTANBUL BOMBS KILL 38 (page 7)</w:t>
      </w:r>
    </w:p>
    <w:p>
      <w:pPr>
        <w:spacing w:before="0" w:after="40" w:line="300" w:lineRule="exact"/>
        <w:jc w:val="left"/>
      </w:pPr>
      <w:r>
        <w:rPr>
          <w:rFonts w:ascii="Georgia" w:hAnsi="Georgia" w:cs="Georgia" w:eastAsia="Georgia"/>
          <w:b w:val="0"/>
          <w:i w:val="0"/>
          <w:sz w:val="20"/>
        </w:rPr>
        <w:t>19. Aleppo evacuations get under way (page 8)</w:t>
      </w:r>
    </w:p>
    <w:p>
      <w:pPr>
        <w:spacing w:before="0" w:after="40" w:line="300" w:lineRule="exact"/>
        <w:jc w:val="left"/>
      </w:pPr>
      <w:r>
        <w:rPr>
          <w:rFonts w:ascii="Georgia" w:hAnsi="Georgia" w:cs="Georgia" w:eastAsia="Georgia"/>
          <w:b w:val="0"/>
          <w:i w:val="0"/>
          <w:sz w:val="20"/>
        </w:rPr>
        <w:t>20. Áleppó evacuatión grinds tó a halti (page 8)</w:t>
      </w:r>
    </w:p>
    <w:p>
      <w:pPr>
        <w:spacing w:before="0" w:after="40" w:line="300" w:lineRule="exact"/>
        <w:jc w:val="left"/>
      </w:pPr>
      <w:r>
        <w:rPr>
          <w:rFonts w:ascii="Georgia" w:hAnsi="Georgia" w:cs="Georgia" w:eastAsia="Georgia"/>
          <w:b w:val="0"/>
          <w:i w:val="0"/>
          <w:sz w:val="20"/>
        </w:rPr>
        <w:t>21. ALEPPO'S FALL TO THE ASSAD REGIME IS NOT THE END OF THE BRUTAL CONFLAGRATION (page 8, 9)</w:t>
      </w:r>
    </w:p>
    <w:p>
      <w:pPr>
        <w:spacing w:before="0" w:after="40" w:line="300" w:lineRule="exact"/>
        <w:jc w:val="left"/>
      </w:pPr>
      <w:r>
        <w:rPr>
          <w:rFonts w:ascii="Georgia" w:hAnsi="Georgia" w:cs="Georgia" w:eastAsia="Georgia"/>
          <w:b w:val="0"/>
          <w:i w:val="0"/>
          <w:sz w:val="20"/>
        </w:rPr>
        <w:t>22. ISLAMIC KHILAAFAT (page 9)</w:t>
      </w:r>
    </w:p>
    <w:p>
      <w:pPr>
        <w:spacing w:before="0" w:after="40" w:line="300" w:lineRule="exact"/>
        <w:jc w:val="left"/>
      </w:pPr>
      <w:r>
        <w:rPr>
          <w:rFonts w:ascii="Georgia" w:hAnsi="Georgia" w:cs="Georgia" w:eastAsia="Georgia"/>
          <w:b w:val="0"/>
          <w:i w:val="0"/>
          <w:sz w:val="20"/>
        </w:rPr>
        <w:t>23. MUSLIM INDIAN AIR FORCE MEMBERS BANNED FROM BEARDS BY HINDU COURT (page 10)</w:t>
      </w:r>
    </w:p>
    <w:p>
      <w:pPr>
        <w:spacing w:before="0" w:after="40" w:line="300" w:lineRule="exact"/>
        <w:jc w:val="left"/>
      </w:pPr>
      <w:r>
        <w:rPr>
          <w:rFonts w:ascii="Georgia" w:hAnsi="Georgia" w:cs="Georgia" w:eastAsia="Georgia"/>
          <w:b w:val="0"/>
          <w:i w:val="0"/>
          <w:sz w:val="20"/>
        </w:rPr>
        <w:t>24. OUR COMMENT (page 10)</w:t>
      </w:r>
    </w:p>
    <w:p>
      <w:pPr>
        <w:spacing w:before="0" w:after="40" w:line="300" w:lineRule="exact"/>
        <w:jc w:val="left"/>
      </w:pPr>
      <w:r>
        <w:rPr>
          <w:rFonts w:ascii="Georgia" w:hAnsi="Georgia" w:cs="Georgia" w:eastAsia="Georgia"/>
          <w:b w:val="0"/>
          <w:i w:val="0"/>
          <w:sz w:val="20"/>
        </w:rPr>
        <w:t>25. Gulen links in Karlov assassination (page 10)</w:t>
      </w:r>
    </w:p>
    <w:p>
      <w:pPr>
        <w:spacing w:before="0" w:after="40" w:line="300" w:lineRule="exact"/>
        <w:jc w:val="left"/>
      </w:pPr>
      <w:r>
        <w:rPr>
          <w:rFonts w:ascii="Georgia" w:hAnsi="Georgia" w:cs="Georgia" w:eastAsia="Georgia"/>
          <w:b w:val="0"/>
          <w:i w:val="0"/>
          <w:sz w:val="20"/>
        </w:rPr>
        <w:t>26. COMMENT (page 10)</w:t>
      </w:r>
    </w:p>
    <w:p>
      <w:pPr>
        <w:spacing w:before="0" w:after="40" w:line="300" w:lineRule="exact"/>
        <w:jc w:val="left"/>
      </w:pPr>
      <w:r>
        <w:rPr>
          <w:rFonts w:ascii="Georgia" w:hAnsi="Georgia" w:cs="Georgia" w:eastAsia="Georgia"/>
          <w:b w:val="0"/>
          <w:i w:val="0"/>
          <w:sz w:val="20"/>
        </w:rPr>
        <w:t>27. NOT A GULENIST (page 10)</w:t>
      </w:r>
    </w:p>
    <w:p>
      <w:pPr>
        <w:spacing w:before="0" w:after="40" w:line="300" w:lineRule="exact"/>
        <w:jc w:val="left"/>
      </w:pPr>
      <w:r>
        <w:rPr>
          <w:rFonts w:ascii="Georgia" w:hAnsi="Georgia" w:cs="Georgia" w:eastAsia="Georgia"/>
          <w:b w:val="0"/>
          <w:i w:val="0"/>
          <w:sz w:val="20"/>
        </w:rPr>
        <w:t>28. THE FITNAH OF EXPORT GRADE SHI'ISM (page 11)</w:t>
      </w:r>
    </w:p>
    <w:p>
      <w:pPr>
        <w:spacing w:before="0" w:after="40" w:line="300" w:lineRule="exact"/>
        <w:jc w:val="left"/>
      </w:pPr>
      <w:r>
        <w:rPr>
          <w:rFonts w:ascii="Georgia" w:hAnsi="Georgia" w:cs="Georgia" w:eastAsia="Georgia"/>
          <w:b w:val="0"/>
          <w:i w:val="0"/>
          <w:sz w:val="20"/>
        </w:rPr>
        <w:t>29. COMMENT (page 11)</w:t>
      </w:r>
    </w:p>
    <w:p>
      <w:pPr>
        <w:spacing w:before="0" w:after="40" w:line="300" w:lineRule="exact"/>
        <w:jc w:val="left"/>
      </w:pPr>
      <w:r>
        <w:rPr>
          <w:rFonts w:ascii="Georgia" w:hAnsi="Georgia" w:cs="Georgia" w:eastAsia="Georgia"/>
          <w:b w:val="0"/>
          <w:i w:val="0"/>
          <w:sz w:val="20"/>
        </w:rPr>
        <w:t>30. DISGORGING HATRED FOR ISLAM (page 11, 12)</w:t>
      </w:r>
    </w:p>
    <w:p>
      <w:pPr>
        <w:spacing w:before="0" w:after="40" w:line="300" w:lineRule="exact"/>
        <w:jc w:val="left"/>
      </w:pPr>
      <w:r>
        <w:rPr>
          <w:rFonts w:ascii="Georgia" w:hAnsi="Georgia" w:cs="Georgia" w:eastAsia="Georgia"/>
          <w:b w:val="0"/>
          <w:i w:val="0"/>
          <w:sz w:val="20"/>
        </w:rPr>
        <w:t>31. HIS ZUHD (page 11)</w:t>
      </w:r>
    </w:p>
    <w:p>
      <w:pPr>
        <w:spacing w:before="0" w:after="40" w:line="300" w:lineRule="exact"/>
        <w:jc w:val="left"/>
      </w:pPr>
      <w:r>
        <w:rPr>
          <w:rFonts w:ascii="Georgia" w:hAnsi="Georgia" w:cs="Georgia" w:eastAsia="Georgia"/>
          <w:b w:val="0"/>
          <w:i w:val="0"/>
          <w:sz w:val="20"/>
        </w:rPr>
        <w:t>32. KUFFAAR OPPRESSION (page 12)</w:t>
      </w:r>
    </w:p>
    <w:p>
      <w:pPr>
        <w:spacing w:before="0" w:after="40" w:line="300" w:lineRule="exact"/>
        <w:jc w:val="left"/>
      </w:pPr>
      <w:r>
        <w:rPr>
          <w:rFonts w:ascii="Georgia" w:hAnsi="Georgia" w:cs="Georgia" w:eastAsia="Georgia"/>
          <w:b w:val="0"/>
          <w:i w:val="0"/>
          <w:sz w:val="20"/>
        </w:rPr>
        <w:t>33. THE FIRST MUJADDID (page 12)</w:t>
      </w:r>
    </w:p>
    <w:p>
      <w:pPr>
        <w:spacing w:before="0" w:after="40" w:line="300" w:lineRule="exact"/>
        <w:jc w:val="left"/>
      </w:pPr>
      <w:r>
        <w:rPr>
          <w:rFonts w:ascii="Georgia" w:hAnsi="Georgia" w:cs="Georgia" w:eastAsia="Georgia"/>
          <w:b w:val="0"/>
          <w:i w:val="0"/>
          <w:sz w:val="20"/>
        </w:rPr>
        <w:t>34. A LOFTIER QUEST (page 12)</w:t>
      </w:r>
    </w:p>
    <w:p>
      <w:pPr>
        <w:spacing w:before="0" w:after="40" w:line="300" w:lineRule="exact"/>
        <w:jc w:val="left"/>
      </w:pPr>
      <w:r>
        <w:rPr>
          <w:rFonts w:ascii="Georgia" w:hAnsi="Georgia" w:cs="Georgia" w:eastAsia="Georgia"/>
          <w:b w:val="0"/>
          <w:i w:val="0"/>
          <w:sz w:val="20"/>
        </w:rPr>
        <w:t>35. THE GOAL IS THE AAKIRAT (page 12)</w:t>
      </w:r>
    </w:p>
    <w:p>
      <w:pPr>
        <w:spacing w:before="0" w:after="40" w:line="300" w:lineRule="exact"/>
        <w:jc w:val="left"/>
      </w:pPr>
      <w:r>
        <w:rPr>
          <w:rFonts w:ascii="Georgia" w:hAnsi="Georgia" w:cs="Georgia" w:eastAsia="Georgia"/>
          <w:b w:val="0"/>
          <w:i w:val="0"/>
          <w:sz w:val="20"/>
        </w:rPr>
        <w:t>36. A DAA-EE, NOT A TAX COLLECTOR (page 12)</w:t>
      </w:r>
    </w:p>
    <w:p>
      <w:pPr>
        <w:spacing w:before="0" w:after="40" w:line="300" w:lineRule="exact"/>
        <w:jc w:val="left"/>
      </w:pPr>
      <w:r>
        <w:rPr>
          <w:rFonts w:ascii="Georgia" w:hAnsi="Georgia" w:cs="Georgia" w:eastAsia="Georgia"/>
          <w:b w:val="0"/>
          <w:i w:val="0"/>
          <w:sz w:val="20"/>
        </w:rPr>
        <w:t>37. Questions &amp; Answers (page 12)</w:t>
      </w:r>
    </w:p>
    <w:p>
      <w:pPr>
        <w:spacing w:before="0" w:after="40" w:line="300" w:lineRule="exact"/>
        <w:jc w:val="left"/>
      </w:pPr>
      <w:r>
        <w:rPr>
          <w:rFonts w:ascii="Georgia" w:hAnsi="Georgia" w:cs="Georgia" w:eastAsia="Georgia"/>
          <w:b w:val="0"/>
          <w:i w:val="0"/>
          <w:sz w:val="20"/>
        </w:rPr>
        <w:t>38. TTP?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51</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51</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BURMA: 21,000 ROHINGYA MUSLIMS</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Tuesday 6 December 2016 www.independent.co.uk New figures show around 21,000 Rohingya Muslims have fled Burma in recent weeks amid accusations of potential "genocide". The International Organisation for Migration (IOM) said: "An estimated 21,000 Rohingya have arrived in Cox's Bazar between 9 October and 2 December." The government of Burma has criticised media reports of violence against the Rohingya, and lodged a formal protest against a UN official in Bangladesh who said the state was carrying out "ethnic cleansing".</w:t>
      </w:r>
    </w:p>
    <w:p>
      <w:pPr>
        <w:spacing w:before="0" w:after="120" w:line="300" w:lineRule="exact"/>
        <w:jc w:val="both"/>
      </w:pPr>
      <w:r>
        <w:rPr>
          <w:rFonts w:ascii="Georgia" w:hAnsi="Georgia" w:cs="Georgia" w:eastAsia="Georgia"/>
          <w:b w:val="0"/>
          <w:i w:val="0"/>
          <w:sz w:val="22"/>
        </w:rPr>
        <w:t>At the weekend, the Malaysian Prime Minister Najib Razak led a protest rally against what he called the "genocide" of the Rohingya minority, saying "enough is enough". And the UN's rights agency has said the Rohingya may be victims of "crimes against humanity", and that Burma "has largely failed to act on the recommendations made in a report by the UN Human Rights Office".</w:t>
      </w:r>
    </w:p>
    <w:p>
      <w:pPr>
        <w:spacing w:before="0" w:after="120" w:line="300" w:lineRule="exact"/>
        <w:jc w:val="both"/>
      </w:pPr>
      <w:r>
        <w:rPr>
          <w:rFonts w:ascii="Georgia" w:hAnsi="Georgia" w:cs="Georgia" w:eastAsia="Georgia"/>
          <w:b w:val="0"/>
          <w:i w:val="0"/>
          <w:sz w:val="22"/>
        </w:rPr>
        <w:t>Burma does not allow foreign journalists and investigators access to the western Rakhine province where the worst abuses are alleged to have taken place. But refugees interviewed in Bangladesh relayed allegations of gang rape, torture and murder at the hands of state security forces, according to the AFP news agency. An analysis of satellite images by Human Rights Watch found hundreds of buildings in Rohingya villages have been razed.</w:t>
      </w:r>
    </w:p>
    <w:p>
      <w:pPr>
        <w:spacing w:before="0" w:after="120" w:line="300" w:lineRule="exact"/>
        <w:jc w:val="both"/>
      </w:pPr>
      <w:r>
        <w:rPr>
          <w:rFonts w:ascii="Georgia" w:hAnsi="Georgia" w:cs="Georgia" w:eastAsia="Georgia"/>
          <w:b w:val="0"/>
          <w:i w:val="0"/>
          <w:sz w:val="22"/>
        </w:rPr>
        <w:t>The conflict stems from a breakdown in relations between Burma's Theravada Buddhists and the Rohingya, a Muslim minority group, that has resulted in one of the worst refugee crises in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HOLOCAUST IN BURMA - GENOCIDE BY THE BUDDHIST IDOLATERS</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by JOHN J. XENAKIS7 Dec 2016 Evidence of Burma ethnic cleansing of Rohingyas continues to mount According to the International Organization for Migration, around 21,000 ethnic Rohingyas from Myanmar (Burma) have fled across the border from Rakhine state to Bangladesh to escape violence by Burma's army. As we have been reporting, Human Rights Watch has posted satellite images that show that villages of Rohingya Muslims are being systematically burned down.</w:t>
      </w:r>
    </w:p>
    <w:p>
      <w:pPr>
        <w:spacing w:before="0" w:after="120" w:line="300" w:lineRule="exact"/>
        <w:jc w:val="both"/>
      </w:pPr>
      <w:r>
        <w:rPr>
          <w:rFonts w:ascii="Georgia" w:hAnsi="Georgia" w:cs="Georgia" w:eastAsia="Georgia"/>
          <w:b w:val="0"/>
          <w:i w:val="0"/>
          <w:sz w:val="22"/>
        </w:rPr>
        <w:t>Some 30,000 Rohingyas have been displaced. Myanmar officials continue to make the laughable claims that the Rohingyas are burning down their own homes to embarrass the government. Burma's government is refusing to allow journalists into the region where the violence is taking place, but the BBC World News has broadcast footage of an undercover road trip through the region, including interviews who says that their husbands were burnt and killed by soldiers, and that they were repeatedly raped by soldiers.</w:t>
      </w:r>
    </w:p>
    <w:p>
      <w:pPr>
        <w:spacing w:before="0" w:after="120" w:line="300" w:lineRule="exact"/>
        <w:jc w:val="both"/>
      </w:pPr>
      <w:r>
        <w:rPr>
          <w:rFonts w:ascii="Georgia" w:hAnsi="Georgia" w:cs="Georgia" w:eastAsia="Georgia"/>
          <w:b w:val="0"/>
          <w:i w:val="0"/>
          <w:sz w:val="22"/>
        </w:rPr>
        <w:t>The root of the violence is xenophobic attacks by Buddhists led by Buddhist monk Ashin Wirathu and his "969 movement," against the Rohingya Muslims, including rapes, torture and other atrocities committed by Buddhists, targeting the Rohingyas. The Rohingyas have darker skin than Burmese, and they speak a Bengali dialect. They are, for all practical purposes, a stateless ethnic group, living on the Bangladesh-Burma border for generations, but rejected by both countries.</w:t>
      </w:r>
    </w:p>
    <w:p>
      <w:pPr>
        <w:spacing w:before="0" w:after="120" w:line="300" w:lineRule="exact"/>
        <w:jc w:val="both"/>
      </w:pPr>
      <w:r>
        <w:rPr>
          <w:rFonts w:ascii="Georgia" w:hAnsi="Georgia" w:cs="Georgia" w:eastAsia="Georgia"/>
          <w:b w:val="0"/>
          <w:i w:val="0"/>
          <w:sz w:val="22"/>
        </w:rPr>
        <w:t>In fact, Burma refuses to identify the Rohingya as a unique ethnic group, preferring to call them Bengali, and referring to them as illegal immigrants from Bangladesh. In the last few years, large mobs of Buddhists have massacred entire neighborhoods of Muslims in various regions of the country, mutilating, raping and killing hundreds, and displacing thousands from their homes.</w:t>
      </w:r>
    </w:p>
    <w:p>
      <w:pPr>
        <w:spacing w:before="0" w:after="120" w:line="300" w:lineRule="exact"/>
        <w:jc w:val="both"/>
      </w:pPr>
      <w:r>
        <w:rPr>
          <w:rFonts w:ascii="Georgia" w:hAnsi="Georgia" w:cs="Georgia" w:eastAsia="Georgia"/>
          <w:b w:val="0"/>
          <w:i w:val="0"/>
          <w:sz w:val="22"/>
        </w:rPr>
        <w:t>Nobel Peace Prize winner and democracy icon Aung San Suu Kyi has been praised in the past for her support of human rights, but she is losing her luster as an international superstar as she is being increasingly condemned for refusing to speak out to condemn the current Buddhist violence against the Rohingyas. Under international pressure, Suu Kyi has formed a special committee to investigate the violence, but the committee is headed by an army general for the same army that's committing the violence, so the investigation is not considered credible.</w:t>
      </w:r>
    </w:p>
    <w:p>
      <w:pPr>
        <w:spacing w:before="0" w:after="120" w:line="300" w:lineRule="exact"/>
        <w:jc w:val="both"/>
      </w:pPr>
      <w:r>
        <w:rPr>
          <w:rFonts w:ascii="Georgia" w:hAnsi="Georgia" w:cs="Georgia" w:eastAsia="Georgia"/>
          <w:b w:val="0"/>
          <w:i w:val="0"/>
          <w:sz w:val="22"/>
        </w:rPr>
        <w:t>Deutsche Welle and AFP and Bangkok Post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IT IS ALLAH'S ATHAAB</w:t>
      </w:r>
    </w:p>
    <w:p>
      <w:pPr>
        <w:spacing w:before="0" w:after="160" w:line="300" w:lineRule="exact"/>
        <w:jc w:val="center"/>
      </w:pPr>
      <w:r>
        <w:rPr>
          <w:rFonts w:ascii="Georgia" w:hAnsi="Georgia" w:cs="Georgia" w:eastAsia="Georgia"/>
          <w:b w:val="0"/>
          <w:i/>
          <w:sz w:val="16"/>
        </w:rPr>
        <w:t>Page 1, 5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"If Allah helps you (O Mu'mineen!), then no one can defeat</w:t>
      </w:r>
    </w:p>
    <w:p>
      <w:pPr>
        <w:spacing w:before="120" w:after="120" w:line="300" w:lineRule="exact"/>
        <w:ind w:left="720" w:right="720"/>
        <w:jc w:val="center"/>
      </w:pPr>
      <w:r>
        <w:rPr>
          <w:rFonts w:ascii="Georgia" w:hAnsi="Georgia" w:cs="Georgia" w:eastAsia="Georgia"/>
          <w:b w:val="0"/>
          <w:i/>
          <w:sz w:val="22"/>
        </w:rPr>
        <w:t>you. And, if He withholds (aid) from you, then who is there to help you besides Him? Therefore,</w:t>
      </w:r>
    </w:p>
    <w:p>
      <w:pPr>
        <w:spacing w:before="0" w:after="120" w:line="300" w:lineRule="exact"/>
        <w:jc w:val="both"/>
      </w:pPr>
      <w:r>
        <w:rPr>
          <w:rFonts w:ascii="Georgia" w:hAnsi="Georgia" w:cs="Georgia" w:eastAsia="Georgia"/>
          <w:b w:val="0"/>
          <w:i w:val="0"/>
          <w:sz w:val="22"/>
        </w:rPr>
        <w:t>the Mu'mineen should trust Al- lah Alone." (Aal-e-Imraan, Aayat 160) While Muslims grieve at the heart-rending plight of suffering of the Burmese Muslims who are being massacred, raped, tortured and exterminated by the Buddhist idolaters of Burma, Allah's apprehension and chastisement should not be excised from the equation, nor misread, nor minimized.</w:t>
      </w:r>
    </w:p>
    <w:p>
      <w:pPr>
        <w:spacing w:before="0" w:after="120" w:line="300" w:lineRule="exact"/>
        <w:jc w:val="both"/>
      </w:pPr>
      <w:r>
        <w:rPr>
          <w:rFonts w:ascii="Georgia" w:hAnsi="Georgia" w:cs="Georgia" w:eastAsia="Georgia"/>
          <w:b w:val="0"/>
          <w:i w:val="0"/>
          <w:sz w:val="22"/>
        </w:rPr>
        <w:t>True Mu'mineen of intelligence, understand the real cause as well as the only solution for the miseries the Rohingya Muslims as well as other segments of the Ummah are suffering in different parts of the world. The root cause for Allah's Athaab –and the events of genocide – unfolding in horrendous upheavals, is undoubtedly gross and flagrant transgression and rebellion by Muslims against Allah Azza Wa Jal.</w:t>
      </w:r>
    </w:p>
    <w:p>
      <w:pPr>
        <w:spacing w:before="0" w:after="120" w:line="300" w:lineRule="exact"/>
        <w:jc w:val="both"/>
      </w:pPr>
      <w:r>
        <w:rPr>
          <w:rFonts w:ascii="Georgia" w:hAnsi="Georgia" w:cs="Georgia" w:eastAsia="Georgia"/>
          <w:b w:val="0"/>
          <w:i w:val="0"/>
          <w:sz w:val="22"/>
        </w:rPr>
        <w:t>In this scenario of Divine Chastisement, no one can help the suffering Muslims. When a Muslim community has been plunged in the vortex of the inferno of Allah's Athaab, then not even Duas are accepted. Sounding a sombre warning, Rasulullah (Sallallahu alayhi wasallam) said that abandonment of Amr Bil Ma'roof Nahy Anil Munkar (Commanding virtue and prohibiting evil), culminates in kuffaar domination.</w:t>
      </w:r>
    </w:p>
    <w:p>
      <w:pPr>
        <w:spacing w:before="0" w:after="120" w:line="300" w:lineRule="exact"/>
        <w:jc w:val="both"/>
      </w:pPr>
      <w:r>
        <w:rPr>
          <w:rFonts w:ascii="Georgia" w:hAnsi="Georgia" w:cs="Georgia" w:eastAsia="Georgia"/>
          <w:b w:val="0"/>
          <w:i w:val="0"/>
          <w:sz w:val="22"/>
        </w:rPr>
        <w:t>When the Muslim nation has reached the point of no return in flagrant transgression and rebellion against Allah Ta'ala, then the decree of Allah's Athaab overtakes the community. When the Athaab finally descends on the people, then according to Rasulullah (Sallallahu alayhi wasallam), the kuffaar will recklessly and brutally embark on the type of genocide and ethnic cleansing which have overtaken Muslim communities and which are currently the scenario in Burma.</w:t>
      </w:r>
    </w:p>
    <w:p>
      <w:pPr>
        <w:spacing w:before="0" w:after="120" w:line="300" w:lineRule="exact"/>
        <w:jc w:val="both"/>
      </w:pPr>
      <w:r>
        <w:rPr>
          <w:rFonts w:ascii="Georgia" w:hAnsi="Georgia" w:cs="Georgia" w:eastAsia="Georgia"/>
          <w:b w:val="0"/>
          <w:i w:val="0"/>
          <w:sz w:val="22"/>
        </w:rPr>
        <w:t>And, Rasulullah (Sallallahu alayhi wasallam) said that at such times of misery, the pious among the Muslims will supplicate, but Allah Ta'ala will not answer their supplications. The United Nations, the Shaitaanah Kyi and all the Muslim countries together are all impotent and unable to lift a finger to aid the Rohingya Muslims. The solution is only one, viz.</w:t>
      </w:r>
    </w:p>
    <w:p>
      <w:pPr>
        <w:spacing w:before="0" w:after="120" w:line="300" w:lineRule="exact"/>
        <w:jc w:val="both"/>
      </w:pPr>
      <w:r>
        <w:rPr>
          <w:rFonts w:ascii="Georgia" w:hAnsi="Georgia" w:cs="Georgia" w:eastAsia="Georgia"/>
          <w:b w:val="0"/>
          <w:i w:val="0"/>
          <w:sz w:val="22"/>
        </w:rPr>
        <w:t>Inaabat ilallaah. Muslims have to repent, turn to Allah Ta'ala in obedience, cast off their kuffaar life styles and adopt the Sunnah way of life of Islam. Minus Inaabat, there will never be any refuge and no aid from any quarter. Besides a lot of hot air being blown, no real aid and succour will be forthcoming. On the contrary, the condition of the suffering will deteriorate as long as they intransigently refuse to understand the root cause of their suffering.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MORALITY IN JIHAAD</w:t>
      </w:r>
    </w:p>
    <w:p>
      <w:pPr>
        <w:spacing w:before="0" w:after="160" w:line="300" w:lineRule="exact"/>
        <w:jc w:val="center"/>
      </w:pPr>
      <w:r>
        <w:rPr>
          <w:rFonts w:ascii="Georgia" w:hAnsi="Georgia" w:cs="Georgia" w:eastAsia="Georgia"/>
          <w:b w:val="0"/>
          <w:i/>
          <w:sz w:val="16"/>
        </w:rPr>
        <w:t>Page 2, 3 of the original. Heading read from the printed headline artwork.</w:t>
      </w:r>
    </w:p>
    <w:p>
      <w:pPr>
        <w:spacing w:before="0" w:after="120" w:line="300" w:lineRule="exact"/>
        <w:jc w:val="both"/>
      </w:pPr>
      <w:r>
        <w:rPr>
          <w:rFonts w:ascii="Georgia" w:hAnsi="Georgia" w:cs="Georgia" w:eastAsia="Georgia"/>
          <w:b w:val="0"/>
          <w:i w:val="0"/>
          <w:sz w:val="22"/>
        </w:rPr>
        <w:t>By a U.K. Student Jihad is the most just, humane and noble form of warfare. Even non-Muslims who have managed to maintain some degree of honesty and objectivity while studying the Laws of Jihad have been compelled to conclude that the 1400 year old, ancient, medieval, "backwards" Laws of Jihad are superior to modern, "enlightened", international rules related to war.</w:t>
      </w:r>
    </w:p>
    <w:p>
      <w:pPr>
        <w:spacing w:before="0" w:after="120" w:line="300" w:lineRule="exact"/>
        <w:jc w:val="both"/>
      </w:pPr>
      <w:r>
        <w:rPr>
          <w:rFonts w:ascii="Georgia" w:hAnsi="Georgia" w:cs="Georgia" w:eastAsia="Georgia"/>
          <w:b w:val="0"/>
          <w:i w:val="0"/>
          <w:sz w:val="22"/>
        </w:rPr>
        <w:t>A few such examples are cited below: Roger C. Algase, in his thesis comparing the laws of Jihad with modern international law, states that the laws of Jihad: "strikes a balance between military necessity and respect for human life in a manner which gives a higher priority to saving the lives of non-combatants than does modern international law…the Islamic law dealing with the conduct of war is in a better position than modern theory to develop an effective approach to the problems involved in the law of war crimes… The growth of the legal literature in the early centuries of Islam which attempted to anticipate every possible situation which could arise in any area of human conduct leaves perhaps less room for uncertainty as to what the law is than the modern case method… The contrast between the ability of Islamic law and the ability of modern International law to develop an effective system for governing conduct in battle is nowhere more evident than in the case of air warfare [1400 years before air warfare was invented!!! – note added]…" Troy S.</w:t>
      </w:r>
    </w:p>
    <w:p>
      <w:pPr>
        <w:spacing w:before="0" w:after="120" w:line="300" w:lineRule="exact"/>
        <w:jc w:val="both"/>
      </w:pPr>
      <w:r>
        <w:rPr>
          <w:rFonts w:ascii="Georgia" w:hAnsi="Georgia" w:cs="Georgia" w:eastAsia="Georgia"/>
          <w:b w:val="0"/>
          <w:i w:val="0"/>
          <w:sz w:val="22"/>
        </w:rPr>
        <w:t>Thomas concludes in his thesis on the Laws of Jihad with regards to prisoners of war that: "Finally, it [i.e. this thesis] argues that the laws governing the treatment of POWs are at least as equally benevolent as the Geneva Convention and are in some specific cases broader in scope. Ultimately, they carry a more convincing sanction. A declaration of jihad carries with it a robust body of law that should guide policy and behavior lest all credibility for jihad be lost…" Hans Kruse states in his seminal thesis on Islamic International Law that: "the positive international law of Europe had more than eight centuries later not yet reached the high degree of humanitarianization with which the Islamic law of war was imbued." Unlike the Geneva convention, the Hague convention, International Humanitarian Law, and all other man-made laws which invariably fluctuate at the behest of the world's powerful nations and which are often paid merely lip service to, the Laws of Jihad are immutable, unchangeable and can never be up for review or "improvement".</w:t>
      </w:r>
    </w:p>
    <w:p>
      <w:pPr>
        <w:spacing w:before="0" w:after="120" w:line="300" w:lineRule="exact"/>
        <w:jc w:val="both"/>
      </w:pPr>
      <w:r>
        <w:rPr>
          <w:rFonts w:ascii="Georgia" w:hAnsi="Georgia" w:cs="Georgia" w:eastAsia="Georgia"/>
          <w:b w:val="0"/>
          <w:i w:val="0"/>
          <w:sz w:val="22"/>
        </w:rPr>
        <w:t>Moreover, such Divine Laws completely dictated, controlled and regulated the conduct of Muslim warriors for over a thousand years. Regarding the rapid conquests of the medieval, "backwards" Muslims, the famous French political scientist, historian and thinker, Gustave Le Bon, states in his detailed study of the conquests of the early Arabs: "history has never known a merciful and a just conqueror as the Arabs…Few are the nations that excelled the Arabs in civility….The conduct of the Commander of the Believers, 'Umar ibn alKhattâb, in Jerusalem (Bayt alMaqdis) proves how kindly the Arab conquerors dealt with the</w:t>
      </w:r>
    </w:p>
    <w:p>
      <w:pPr>
        <w:spacing w:before="120" w:after="120" w:line="300" w:lineRule="exact"/>
        <w:ind w:left="720" w:right="720"/>
        <w:jc w:val="center"/>
      </w:pPr>
      <w:r>
        <w:rPr>
          <w:rFonts w:ascii="Georgia" w:hAnsi="Georgia" w:cs="Georgia" w:eastAsia="Georgia"/>
          <w:b w:val="0"/>
          <w:i/>
          <w:sz w:val="22"/>
        </w:rPr>
        <w:t>conquered peoples, the opposite of what was done by the Crusaders in Jerusalem many centuries later...* [see Footnote 1 below] The forbearance and toleration that characterized the Arab conquerors, of which historians were ignorant, seemed to explain to what extent they were able to expand their conquests… They used to show mercy to the weak, be kind towards the conquered and abide by the conditions they imposed upon themselves, to the end of those good traits….whichever region they invaded, if Syria or Spain, they treated the people with utmost gentlesness by leaving them their laws, their institutions and their religion…. Never before had the world known conquerors with such tolerance or with such gentle a religion." Similarly, the English historian, Sir Thomas Walker Arnold, mentions in his detailed study of the early conquests of the very first generations of Muslims: "Of forced conversion or anything like persecution in the early days of the Arab conquest, we hear nothing. Indeed, it was probably in a great measure their tolerant attitude towards the Christian religion that facilitated their rapid acquisition of the country…. Had the caliphs chosen to adopt either course of action [i.e. extermination or forced conversions], they might have swept away Christianity as easily as Ferdinand and Isabella drove Islam out of Spain, or Louis XIV made Protestanism penal in France or as the Jews were kept out of England for 350 years … the very survival of these churches to the present day is a strong proof of the generally tolerant attitude of the Mohammedan governments towards them…" [The Spread of Islam in</w:t>
      </w:r>
    </w:p>
    <w:p>
      <w:pPr>
        <w:spacing w:before="0" w:after="120" w:line="300" w:lineRule="exact"/>
        <w:jc w:val="both"/>
      </w:pPr>
      <w:r>
        <w:rPr>
          <w:rFonts w:ascii="Georgia" w:hAnsi="Georgia" w:cs="Georgia" w:eastAsia="Georgia"/>
          <w:b w:val="0"/>
          <w:i w:val="0"/>
          <w:sz w:val="22"/>
        </w:rPr>
        <w:t>the World] Those who study objectively the conquests of the early Muslims, sincerely and honestly seeking the truth, will come to the very same conclusion as the following one reached by the former British Diplomat, Charles Eaton, one of innumerable westerners to have eventually embraced Islam after having realised the superiority and beauty of its evidently Divine Laws: "The rapidity with which Islam spread across the known world of the seventh centuries was strange enough, but stranger still is the fact that no rivers flowed with blood, no fields were enriched with the corpses of the vanquished.</w:t>
      </w:r>
    </w:p>
    <w:p>
      <w:pPr>
        <w:spacing w:before="0" w:after="120" w:line="300" w:lineRule="exact"/>
        <w:jc w:val="both"/>
      </w:pPr>
      <w:r>
        <w:rPr>
          <w:rFonts w:ascii="Georgia" w:hAnsi="Georgia" w:cs="Georgia" w:eastAsia="Georgia"/>
          <w:b w:val="0"/>
          <w:i w:val="0"/>
          <w:sz w:val="22"/>
        </w:rPr>
        <w:t>As warriors the Arabs might have been no better than other of their kind who had ravaged and slaughtered across the peopled lands but, unlike these others, they were on a leash. There were no massacres, no rapes, no cities burned. These men feared God to a degree scarcely imaginable in our time and were in awe of His all-seeking presence, aware of it in the wind and the trees, behind every rock and in every valley.</w:t>
      </w:r>
    </w:p>
    <w:p>
      <w:pPr>
        <w:spacing w:before="0" w:after="120" w:line="300" w:lineRule="exact"/>
        <w:jc w:val="both"/>
      </w:pPr>
      <w:r>
        <w:rPr>
          <w:rFonts w:ascii="Georgia" w:hAnsi="Georgia" w:cs="Georgia" w:eastAsia="Georgia"/>
          <w:b w:val="0"/>
          <w:i w:val="0"/>
          <w:sz w:val="22"/>
        </w:rPr>
        <w:t>Even in these strange lands there was no place in which they could hide from this presence, and while vast distances beckoned them ever onwards they trod softly on the earth, as they had been commanded to do. There had never been a conquest like this." Unfortunately, the likes of these Allah-fearing, selfless, honourable men of integrity, whose nature was imbued with genuinely Islamic mercy and concern for all of Allah's Makhlooq (creation), and who conquered and ruled most of the known world for many centuries, are scarcely to be found anywhere in the world today.</w:t>
      </w:r>
    </w:p>
    <w:p>
      <w:pPr>
        <w:spacing w:before="0" w:after="120" w:line="300" w:lineRule="exact"/>
        <w:jc w:val="both"/>
      </w:pPr>
      <w:r>
        <w:rPr>
          <w:rFonts w:ascii="Georgia" w:hAnsi="Georgia" w:cs="Georgia" w:eastAsia="Georgia"/>
          <w:b w:val="0"/>
          <w:i w:val="0"/>
          <w:sz w:val="22"/>
        </w:rPr>
        <w:t>As foretold by the last and final Prophet of Allah (sallallaahu alayhi wasallam), true orthodox Islam has become Ghareeb (lone, forlorn, strange) today. A true representation of the only religion to have brought justice and enlightenment to the entire world on an unprecedented and rapid scale, the only religion under whose benign rule oppressed populations the world over found genuine sanctuary, and the only religion to have provided and to continue to offer a solution to the chaos, anarchy, mass-exploitation, epidemics of murder, suicides, depression, drugs, rapes, bestiality etc. currently plaguing every society today – the natural consequence of Kufr (disbelief and rejection of the Final, Divinely Revealed Law) – is more easily found in the ancient books of Islam than in any muslim community today.</w:t>
      </w:r>
    </w:p>
    <w:p>
      <w:pPr>
        <w:spacing w:before="0" w:after="120" w:line="300" w:lineRule="exact"/>
        <w:jc w:val="both"/>
      </w:pPr>
      <w:r>
        <w:rPr>
          <w:rFonts w:ascii="Georgia" w:hAnsi="Georgia" w:cs="Georgia" w:eastAsia="Georgia"/>
          <w:b w:val="0"/>
          <w:i w:val="0"/>
          <w:sz w:val="22"/>
        </w:rPr>
        <w:t>Furthermore, testifying to its Divine origin and its applicability for all times and places, Islam is the only religion whose immutable 1400 year old source-texts, laws, spirit, ethos and every other facet, have been preserved in the most minute detail with unparalleled accuracy, thus enabling any person today or in future to embrace a Way of Life that will forever (relatively speaking) remain the only panacea to all the problems afflicting this ephemeral (extremely short-lived) world, and will forever remain the only religion that secures eternal salvation for the impending life to come tomorrow.</w:t>
      </w:r>
    </w:p>
    <w:p>
      <w:pPr>
        <w:spacing w:before="0" w:after="120" w:line="300" w:lineRule="exact"/>
        <w:jc w:val="both"/>
      </w:pPr>
      <w:r>
        <w:rPr>
          <w:rFonts w:ascii="Georgia" w:hAnsi="Georgia" w:cs="Georgia" w:eastAsia="Georgia"/>
          <w:b w:val="0"/>
          <w:i w:val="0"/>
          <w:sz w:val="22"/>
        </w:rPr>
        <w:t>An exposition of one aspect of Jihad, the laws of Aman (the means by which a sacred contract of safety and security is enacted between the Muslims and the enemy (harbi)) will be forthcoming here insha-Allah, which will further demonstrate that the 1400 yearold, ancient, medieval, "backwards" Laws of Jihad – all of which are unchangeable and immutable just like every other 1400 year-old ruling of Islam – are far far superior to all manmade constructs including the innumerable modernist and Salafi versions of "Islam" which have mushroomed in recent times, and which all are perversions of true Islam.</w:t>
      </w:r>
    </w:p>
    <w:p>
      <w:pPr>
        <w:spacing w:before="0" w:after="120" w:line="300" w:lineRule="exact"/>
        <w:jc w:val="both"/>
      </w:pPr>
      <w:r>
        <w:rPr>
          <w:rFonts w:ascii="Georgia" w:hAnsi="Georgia" w:cs="Georgia" w:eastAsia="Georgia"/>
          <w:b w:val="0"/>
          <w:i w:val="0"/>
          <w:sz w:val="22"/>
        </w:rPr>
        <w:t>Footnote 1: The blood-soaked pillage of the sacred city of Jerusalem by the Christian crusaders, whose brutality and barbarism were not much less than their modern, secular counterparts today, is accurately depicted by the English Historian, Thomas Hart Milman, as follows: "No barbarian, no infidel, no Saracen, ever perpetrated such wanton and cold-blooded atrocities of cruelty as the wearers of the cross of Christ on the capture of that city.</w:t>
      </w:r>
    </w:p>
    <w:p>
      <w:pPr>
        <w:spacing w:before="0" w:after="120" w:line="300" w:lineRule="exact"/>
        <w:jc w:val="both"/>
      </w:pPr>
      <w:r>
        <w:rPr>
          <w:rFonts w:ascii="Georgia" w:hAnsi="Georgia" w:cs="Georgia" w:eastAsia="Georgia"/>
          <w:b w:val="0"/>
          <w:i w:val="0"/>
          <w:sz w:val="22"/>
        </w:rPr>
        <w:t>Murder was Mercy. Rape tenderness, simple plunder the mere assertion of the conqueror's right. Children were seized by their legs, some of them were plucked from their mother's breasts and dashed against the walls or whirled from the battlements. Others were obliged to leap from the walls; some tortured, roasted by slow fires. They ripped up prisoners to see if they had swallowed gold.</w:t>
      </w:r>
    </w:p>
    <w:p>
      <w:pPr>
        <w:spacing w:before="0" w:after="120" w:line="300" w:lineRule="exact"/>
        <w:jc w:val="both"/>
      </w:pPr>
      <w:r>
        <w:rPr>
          <w:rFonts w:ascii="Georgia" w:hAnsi="Georgia" w:cs="Georgia" w:eastAsia="Georgia"/>
          <w:b w:val="0"/>
          <w:i w:val="0"/>
          <w:sz w:val="22"/>
        </w:rPr>
        <w:t>Of 70,000 Saracens there were not left enough to bury the dead; poor Christians were hired to perform the office. Everyone surprised in the temple was slaughtered, till the reek from the dead bodies drove away the slayers. The Jews were buried alive in their synagogues." Christian historian Michaud writes: "The Saracens were massacred in the streets and in the houses.</w:t>
      </w:r>
    </w:p>
    <w:p>
      <w:pPr>
        <w:spacing w:before="0" w:after="120" w:line="300" w:lineRule="exact"/>
        <w:jc w:val="both"/>
      </w:pPr>
      <w:r>
        <w:rPr>
          <w:rFonts w:ascii="Georgia" w:hAnsi="Georgia" w:cs="Georgia" w:eastAsia="Georgia"/>
          <w:b w:val="0"/>
          <w:i w:val="0"/>
          <w:sz w:val="22"/>
        </w:rPr>
        <w:t>Jerusalem had no refuge for the vanquished. Some fled from death by precipitating themselves from the ramparts; others crowded for shelter into the palaces, the towers, and above all into their</w:t>
      </w:r>
    </w:p>
    <w:p>
      <w:pPr>
        <w:spacing w:before="120" w:after="120" w:line="300" w:lineRule="exact"/>
        <w:ind w:left="720" w:right="720"/>
        <w:jc w:val="center"/>
      </w:pPr>
      <w:r>
        <w:rPr>
          <w:rFonts w:ascii="Georgia" w:hAnsi="Georgia" w:cs="Georgia" w:eastAsia="Georgia"/>
          <w:b w:val="0"/>
          <w:i/>
          <w:sz w:val="22"/>
        </w:rPr>
        <w:t>mosques, where they could not conceal themselves from the pursuit of the Christians. The Crusaders, masters of the Mosque of Omar, where the Saracens defended themselves for some time, renewed there the deplorable scenes which disgraced the conquest of Titus. The infantry and cavalry rushed pell-mell among the fugitives. Amid the most horrid tumult, nothing was heard but the groans and cries of death; the victors trod over heaps of corpses in pursuing those who vainly attempted to escape. Raymond d'Agiles, who was an eyewitness, says. 'that under the portico of the mosque, the blood was knee-deep, and reached the horses' bridles." Fulcher of Chartres, a Christian chronicler of that time, said: "In this temple 10,000 were killed. Indeed, if you had been there you would have seen our feet coloured to our ankles with the blood of the slain. But what more shall I relate? None of them were left alive; neither women nor children were spared" Only a generation after the fall of Jerusalem into Christian hands, Sultan Salahuddin Ayyubi (rahmatullah alayh) (famously known in the west as "Saladin") conquered this prized city. How did this Orthodox, medieval, Muslim ruler repay the butchery and massacre of 70,000 Muslims at the hands of the savage Crusaders almost a century ago? Describing the conquest of Jerusalem by Sultan Salahuddin, Steven Runcimman, a Christian, writes: "Saladin had the city at his mercy. He could storm it when he wished. …On Friday 2nd October, Saladin entered Jerusalem. It was the 27th day of Rajab….The victors (i.e. the Muslims) were correct and humane. Where the Franks, eighty-eight years before, had waded through the blood of their (Muslim) victims, not a building now was loot-</w:t>
      </w:r>
    </w:p>
    <w:p>
      <w:pPr>
        <w:spacing w:before="0" w:after="120" w:line="300" w:lineRule="exact"/>
        <w:jc w:val="both"/>
      </w:pPr>
      <w:r>
        <w:rPr>
          <w:rFonts w:ascii="Georgia" w:hAnsi="Georgia" w:cs="Georgia" w:eastAsia="Georgia"/>
          <w:b w:val="0"/>
          <w:i w:val="0"/>
          <w:sz w:val="22"/>
        </w:rPr>
        <w:t>ed, not a person injured. By Saladin's orders guards patrolled the streets and the gates, preventing any outrage on the Christians… Then Saladin announced that he would liberate every aged man and woman. When the Frankish ladies who had ransomed themselves came in tears to ask him where they should go, for their husbands or fathers were slain or captive, he answered by promising to release every captive husband, and to the widows and orphans he gave gifts from his own treasury.</w:t>
      </w:r>
    </w:p>
    <w:p>
      <w:pPr>
        <w:spacing w:before="0" w:after="120" w:line="300" w:lineRule="exact"/>
        <w:jc w:val="both"/>
      </w:pPr>
      <w:r>
        <w:rPr>
          <w:rFonts w:ascii="Georgia" w:hAnsi="Georgia" w:cs="Georgia" w:eastAsia="Georgia"/>
          <w:b w:val="0"/>
          <w:i w:val="0"/>
          <w:sz w:val="22"/>
        </w:rPr>
        <w:t>His mercy and kindness were in strange contrast to the deeds of the Christian conquerors of the First Crusade. The Orthodox Christians and the Jacobites remained in Jerusalem. Each had to pay a capitation tax in addition to his ransom, though many poorer classes were excused the payment. The rich amongst them bought up much of the property left vacant by the Franks' departure.</w:t>
      </w:r>
    </w:p>
    <w:p>
      <w:pPr>
        <w:spacing w:before="0" w:after="120" w:line="300" w:lineRule="exact"/>
        <w:jc w:val="both"/>
      </w:pPr>
      <w:r>
        <w:rPr>
          <w:rFonts w:ascii="Georgia" w:hAnsi="Georgia" w:cs="Georgia" w:eastAsia="Georgia"/>
          <w:b w:val="0"/>
          <w:i w:val="0"/>
          <w:sz w:val="22"/>
        </w:rPr>
        <w:t>The rest was bought by Moslems and Jews whom Saladin encouraged to settle in the city. When the news of Saladin's victory reached Constantinople the Emperor Isaac Angelus sent an embassy to Saladin to congratulate him and to ask that the Christian Holy Places should revert to the Orthodox Church. After a little delay his request was granted." Worth noting is the fact that Salahuddin was of the Shaafi'i Madhhab in Fiqh and a staunch upholder and propagator of the Ash'ari Madh-hab in Aqeedah, as recorded by reliable Islamic historians such as al-Maqrizi.</w:t>
      </w:r>
    </w:p>
    <w:p>
      <w:pPr>
        <w:spacing w:before="0" w:after="120" w:line="300" w:lineRule="exact"/>
        <w:jc w:val="both"/>
      </w:pPr>
      <w:r>
        <w:rPr>
          <w:rFonts w:ascii="Georgia" w:hAnsi="Georgia" w:cs="Georgia" w:eastAsia="Georgia"/>
          <w:b w:val="0"/>
          <w:i w:val="0"/>
          <w:sz w:val="22"/>
        </w:rPr>
        <w:t>Hence, the likes of Ibn Abdul Wahhab who is the "mujaddid", spiritual fountainhead, and inspiration of ALL Salafi sects today, including ISIS, would quite likely have declared Salahuddin to be a Kaafir, or at least a deviant, if he were around today. True Islam as upheld by the likes of Salahuddin, stands poles apart to all versions of Salafi and modernist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NAPAKISTAN BANS CONVERSION TO ISLAM</w:t>
      </w:r>
    </w:p>
    <w:p>
      <w:pPr>
        <w:spacing w:before="0" w:after="160" w:line="300" w:lineRule="exact"/>
        <w:jc w:val="center"/>
      </w:pPr>
      <w:r>
        <w:rPr>
          <w:rFonts w:ascii="Georgia" w:hAnsi="Georgia" w:cs="Georgia" w:eastAsia="Georgia"/>
          <w:b w:val="0"/>
          <w:i/>
          <w:sz w:val="16"/>
        </w:rPr>
        <w:t>Page 2, 3 of the original. Heading read from the printed headline artwork.</w:t>
      </w:r>
    </w:p>
    <w:p>
      <w:pPr>
        <w:spacing w:before="0" w:after="120" w:line="300" w:lineRule="exact"/>
        <w:jc w:val="both"/>
      </w:pPr>
      <w:r>
        <w:rPr>
          <w:rFonts w:ascii="Georgia" w:hAnsi="Georgia" w:cs="Georgia" w:eastAsia="Georgia"/>
          <w:b w:val="0"/>
          <w:i w:val="0"/>
          <w:sz w:val="22"/>
        </w:rPr>
        <w:t>The KUFr regime of Napakistan has banned conversion of nonMuslims to islam before the age of 18. Commenting on this kufr law, Mufti Taqi states: BismillaahirRahmaanirRaheen According to the daily papers, the Sindh Assembly has passed a bill titled, Rights of Minorities. Provision has been made in the Bill to ban any non-Muslim under the age of 18 from embracing Islam.</w:t>
      </w:r>
    </w:p>
    <w:p>
      <w:pPr>
        <w:spacing w:before="0" w:after="120" w:line="300" w:lineRule="exact"/>
        <w:jc w:val="both"/>
      </w:pPr>
      <w:r>
        <w:rPr>
          <w:rFonts w:ascii="Georgia" w:hAnsi="Georgia" w:cs="Georgia" w:eastAsia="Georgia"/>
          <w:b w:val="0"/>
          <w:i w:val="0"/>
          <w:sz w:val="22"/>
        </w:rPr>
        <w:t>It has been declared to be a punishable criminal offence. This ban on embracing Islam is tantamount to undermining the Law of the Shariah and all the demands of justice and equality. It is correct that in light of the Qur'aan Kareem it is not permissible at all to forcefully convert anyone to Islam. A ban on this is correct. On the other side of the scale however, to ban a person who happily consents to embrace Islam and compel a person to remain an adherent of another religion is a most despicable form of compul- sion.</w:t>
      </w:r>
    </w:p>
    <w:p>
      <w:pPr>
        <w:spacing w:before="0" w:after="120" w:line="300" w:lineRule="exact"/>
        <w:jc w:val="both"/>
      </w:pPr>
      <w:r>
        <w:rPr>
          <w:rFonts w:ascii="Georgia" w:hAnsi="Georgia" w:cs="Georgia" w:eastAsia="Georgia"/>
          <w:b w:val="0"/>
          <w:i w:val="0"/>
          <w:sz w:val="22"/>
        </w:rPr>
        <w:t>There is neither scope for permissibility in the Shariah nor any scope in light of justice and equality for that. According to Islam, if an intelligent child who understands what religion is all about accepts Islam then he will be treated as a Muslim. Furthermore, according to the Shariah of Islam at the age of 15, in fact in certain cases even before that, a person can be baaligh (of majority age).</w:t>
      </w:r>
    </w:p>
    <w:p>
      <w:pPr>
        <w:spacing w:before="0" w:after="120" w:line="300" w:lineRule="exact"/>
        <w:jc w:val="both"/>
      </w:pPr>
      <w:r>
        <w:rPr>
          <w:rFonts w:ascii="Georgia" w:hAnsi="Georgia" w:cs="Georgia" w:eastAsia="Georgia"/>
          <w:b w:val="0"/>
          <w:i w:val="0"/>
          <w:sz w:val="22"/>
        </w:rPr>
        <w:t>In such a scenario where a person becomes mukallaf of the Ahkaam (obligated to follow the Law) of the Shariah, to prevent him from accepting Islam for a further 3 more years is utter zulm and a most despicable form of compulsion. Such compulsion is probably not even found in any secular state, leave alone being accorded permissibility in an Islamic Republic.</w:t>
      </w:r>
    </w:p>
    <w:p>
      <w:pPr>
        <w:spacing w:before="0" w:after="120" w:line="300" w:lineRule="exact"/>
        <w:jc w:val="both"/>
      </w:pPr>
      <w:r>
        <w:rPr>
          <w:rFonts w:ascii="Georgia" w:hAnsi="Georgia" w:cs="Georgia" w:eastAsia="Georgia"/>
          <w:b w:val="0"/>
          <w:i w:val="0"/>
          <w:sz w:val="22"/>
        </w:rPr>
        <w:t>Furthermore, the waiting period of 21 days after reaching the age of 18 is incomprehensible. Does The country which was named 'Pakistan' at the time of its birth, is in reality an unholy, unclean, impure land, hence NAPAKISTAN is an apt designation for that unfortunate country. It is indeed a great falsehood to say that Napakistan is an "Islamic' republic.</w:t>
      </w:r>
    </w:p>
    <w:p>
      <w:pPr>
        <w:spacing w:before="0" w:after="120" w:line="300" w:lineRule="exact"/>
        <w:jc w:val="both"/>
      </w:pPr>
      <w:r>
        <w:rPr>
          <w:rFonts w:ascii="Georgia" w:hAnsi="Georgia" w:cs="Georgia" w:eastAsia="Georgia"/>
          <w:b w:val="0"/>
          <w:i w:val="0"/>
          <w:sz w:val="22"/>
        </w:rPr>
        <w:t>There is nothing this not mean that the family of the one who wishes to embrace Islam can threaten him and stop him from accepting Islam? Then the question arises that if a couple lawfully embraces Islam, does this law not hold that their child will be considered a non-Muslim till the age of 18, because he is not allowed to become a Muslim before this age?</w:t>
      </w:r>
    </w:p>
    <w:p>
      <w:pPr>
        <w:spacing w:before="0" w:after="120" w:line="300" w:lineRule="exact"/>
        <w:jc w:val="both"/>
      </w:pPr>
      <w:r>
        <w:rPr>
          <w:rFonts w:ascii="Georgia" w:hAnsi="Georgia" w:cs="Georgia" w:eastAsia="Georgia"/>
          <w:b w:val="0"/>
          <w:i w:val="0"/>
          <w:sz w:val="22"/>
        </w:rPr>
        <w:t>It appears that without due considera- tion for all hidden consequences this measure has been passed merely to please non-Muslims. I hereby appeal to the Muslim public, and to the Deeni and political movements to regard as their religious duty to have this shameful act repealed. I also call upon the United Shariah Court with the power invested in it of considering whether an Act is contrary to the Qur'aan and Sunnah or not, to utilize this right to render this Act ineffective.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LAW OF NAPAKISTAN</w:t>
      </w:r>
    </w:p>
    <w:p>
      <w:pPr>
        <w:spacing w:before="0" w:after="160" w:line="300" w:lineRule="exact"/>
        <w:jc w:val="center"/>
      </w:pPr>
      <w:r>
        <w:rPr>
          <w:rFonts w:ascii="Georgia" w:hAnsi="Georgia" w:cs="Georgia" w:eastAsia="Georgia"/>
          <w:b w:val="0"/>
          <w:i/>
          <w:sz w:val="16"/>
        </w:rPr>
        <w:t>Page 3, 5 of the original. Heading read from the printed headline artwork.</w:t>
      </w:r>
    </w:p>
    <w:p>
      <w:pPr>
        <w:spacing w:before="0" w:after="120" w:line="300" w:lineRule="exact"/>
        <w:jc w:val="both"/>
      </w:pPr>
      <w:r>
        <w:rPr>
          <w:rFonts w:ascii="Georgia" w:hAnsi="Georgia" w:cs="Georgia" w:eastAsia="Georgia"/>
          <w:b w:val="0"/>
          <w:i w:val="0"/>
          <w:sz w:val="22"/>
        </w:rPr>
        <w:t>Islamic about that country. The government and the vast majority of the population loudly testify to the kufr status of the land. It will in fact be appropriate to label it a Darul Kufr and Darul Harb. It boggles the mind that a regime which professes to be an 'Islamic' republic, banning Islam. And, this ban is not only in the province of Sind.</w:t>
      </w:r>
    </w:p>
    <w:p>
      <w:pPr>
        <w:spacing w:before="0" w:after="120" w:line="300" w:lineRule="exact"/>
        <w:jc w:val="both"/>
      </w:pPr>
      <w:r>
        <w:rPr>
          <w:rFonts w:ascii="Georgia" w:hAnsi="Georgia" w:cs="Georgia" w:eastAsia="Georgia"/>
          <w:b w:val="0"/>
          <w:i w:val="0"/>
          <w:sz w:val="22"/>
        </w:rPr>
        <w:t>In Chitral province too, it is banned to convert to Islam the local, indigent polytheist people. The polytheists of Chitral inhabiting a locality appropriately designated 'Kafristan', are pagans. They dress traditionally and perform their rituals for the gallery. They are a tourist attraction. Innumerable tourists from the west proliferate the region annually to enjoy the pagan fun and play of these mushrikeen.</w:t>
      </w:r>
    </w:p>
    <w:p>
      <w:pPr>
        <w:spacing w:before="0" w:after="120" w:line="300" w:lineRule="exact"/>
        <w:jc w:val="both"/>
      </w:pPr>
      <w:r>
        <w:rPr>
          <w:rFonts w:ascii="Georgia" w:hAnsi="Georgia" w:cs="Georgia" w:eastAsia="Georgia"/>
          <w:b w:val="0"/>
          <w:i w:val="0"/>
          <w:sz w:val="22"/>
        </w:rPr>
        <w:t>To retain this tourist status, the kuffaar government of Napakistan has banned muballigheen from converting any of the pagans to Islam. In the Thar Desert area of Sind, not so long ago, a Maulana converted a Hindu couple to Islam on their own request. The Maulana was promptly jailed. After some time in jail, he was released on payment of a bribe.</w:t>
      </w:r>
    </w:p>
    <w:p>
      <w:pPr>
        <w:spacing w:before="0" w:after="120" w:line="300" w:lineRule="exact"/>
        <w:jc w:val="both"/>
      </w:pPr>
      <w:r>
        <w:rPr>
          <w:rFonts w:ascii="Georgia" w:hAnsi="Georgia" w:cs="Georgia" w:eastAsia="Georgia"/>
          <w:b w:val="0"/>
          <w:i w:val="0"/>
          <w:sz w:val="22"/>
        </w:rPr>
        <w:t>The kufr laws of the kuffaar government are in reality the effects of the KUFR of the vast majority of the people of Napakistan. Rasulullah (Sallallahu alayhi wasallam) said: "Your deeds are your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14 YEARS JAIL FOR LIVING IN HER HOME</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An Afghan lady – a refugee living in Pakistan since the era of the Soviet Union's occupation of Afghanistan – faces a 14 year jail sentence for living in NAPAKISTAN (The Impure Land) with 'fraudulent' identity documents. The woman is currently under arrest. Along with hundreds of thousands of Afghanis who fled from their war-torn land during the U.S. backed war to oust the Russians, the lady had settled in this miserable country.</w:t>
      </w:r>
    </w:p>
    <w:p>
      <w:pPr>
        <w:spacing w:before="0" w:after="120" w:line="300" w:lineRule="exact"/>
        <w:jc w:val="both"/>
      </w:pPr>
      <w:r>
        <w:rPr>
          <w:rFonts w:ascii="Georgia" w:hAnsi="Georgia" w:cs="Georgia" w:eastAsia="Georgia"/>
          <w:b w:val="0"/>
          <w:i w:val="0"/>
          <w:sz w:val="22"/>
        </w:rPr>
        <w:t>In the 1980's, the war against the Soviets was initiated, engineered and directed by the U.S.A. Pakistan was the staging base from whence the war was fuelled, coordinated and operated. Pakistan had welcomed the refugees with open arms. Thus, their residence in Pakistan was never unlawful. However, recently the kuffaar government/military of Napakistan has formulated the new policy of hounding, arresting and expelling the Afghan refugees.</w:t>
      </w:r>
    </w:p>
    <w:p>
      <w:pPr>
        <w:spacing w:before="0" w:after="120" w:line="300" w:lineRule="exact"/>
        <w:jc w:val="both"/>
      </w:pPr>
      <w:r>
        <w:rPr>
          <w:rFonts w:ascii="Georgia" w:hAnsi="Georgia" w:cs="Georgia" w:eastAsia="Georgia"/>
          <w:b w:val="0"/>
          <w:i w:val="0"/>
          <w:sz w:val="22"/>
        </w:rPr>
        <w:t>The utter callousnous, cruelty and kufr of the authorities and security apparatus of Napakistan are highlighted by this haraam policy and action. There is no justification whatsoever for arresting these refugees, including females, and sentencing them to long jail sentences. Just imagine the villainy of the authorities who are capable of fabricating legislation to jail a woman up to 14 years for being in a place in which Allah Ta'ala allows her to be.</w:t>
      </w:r>
    </w:p>
    <w:p>
      <w:pPr>
        <w:spacing w:before="0" w:after="120" w:line="300" w:lineRule="exact"/>
        <w:jc w:val="both"/>
      </w:pPr>
      <w:r>
        <w:rPr>
          <w:rFonts w:ascii="Georgia" w:hAnsi="Georgia" w:cs="Georgia" w:eastAsia="Georgia"/>
          <w:b w:val="0"/>
          <w:i w:val="0"/>
          <w:sz w:val="22"/>
        </w:rPr>
        <w:t>According to Islam, the world belongs to only Allah Ta'ala. The Qur'aan Majeed confirming this fact says: "The earth belongs to only Allah. He grants it to whomever He wills of His servants...." Although, one is not in need of governmental consent for living in any land one chooses, these refugees had taken up residence in Napakistan with the permission and blessings of the then authorities.</w:t>
      </w:r>
    </w:p>
    <w:p>
      <w:pPr>
        <w:spacing w:before="0" w:after="120" w:line="300" w:lineRule="exact"/>
        <w:jc w:val="both"/>
      </w:pPr>
      <w:r>
        <w:rPr>
          <w:rFonts w:ascii="Georgia" w:hAnsi="Georgia" w:cs="Georgia" w:eastAsia="Georgia"/>
          <w:b w:val="0"/>
          <w:i w:val="0"/>
          <w:sz w:val="22"/>
        </w:rPr>
        <w:t>The Afghans refugees are a direct consequence of the American-Pakistan engineered war in Afghanistan. The 'fraudulent' identity documents which numerous Afghan refugees possess are constrained by the evil policies of the vile kuffaar government of Napakistan. These refugees have no secure and safe place to go. Circumstances compel them to accept the 'fraudulent' identity documents sold to them by government officials.</w:t>
      </w:r>
    </w:p>
    <w:p>
      <w:pPr>
        <w:spacing w:before="0" w:after="120" w:line="300" w:lineRule="exact"/>
        <w:jc w:val="both"/>
      </w:pPr>
      <w:r>
        <w:rPr>
          <w:rFonts w:ascii="Georgia" w:hAnsi="Georgia" w:cs="Georgia" w:eastAsia="Georgia"/>
          <w:b w:val="0"/>
          <w:i w:val="0"/>
          <w:sz w:val="22"/>
        </w:rPr>
        <w:t>Just as circumstances compel starving people to consume haraam even pork, similarly are they constrained to adopt measures to remain in the land Allah Ta'ala had granted them residence. The haraam policies of the kaafir authorities have made these unfortunate people 'criminals' in the land where they are living lawfully in terms of the Shariah.</w:t>
      </w:r>
    </w:p>
    <w:p>
      <w:pPr>
        <w:spacing w:before="0" w:after="120" w:line="300" w:lineRule="exact"/>
        <w:jc w:val="both"/>
      </w:pPr>
      <w:r>
        <w:rPr>
          <w:rFonts w:ascii="Georgia" w:hAnsi="Georgia" w:cs="Georgia" w:eastAsia="Georgia"/>
          <w:b w:val="0"/>
          <w:i w:val="0"/>
          <w:sz w:val="22"/>
        </w:rPr>
        <w:t>Whilst Pakistan according to its constitution is an 'Islamic' country, in reality it is a land in the grips of a kaafir government, kaafir military, kaafir civil service and a population overwhelmingly consisting of Zindeeqs. It is therefore appropriate to rename this impure country, NAPAKISTAN.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1961 BY MAULANA ABUL HASAN NADWI</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0" w:after="120" w:line="300" w:lineRule="exact"/>
        <w:jc w:val="both"/>
      </w:pPr>
      <w:r>
        <w:rPr>
          <w:rFonts w:ascii="Georgia" w:hAnsi="Georgia" w:cs="Georgia" w:eastAsia="Georgia"/>
          <w:b w:val="0"/>
          <w:i w:val="0"/>
          <w:sz w:val="22"/>
        </w:rPr>
        <w:t>A</w:t>
      </w:r>
    </w:p>
    <w:p>
      <w:pPr>
        <w:pStyle w:val="Heading3"/>
        <w:spacing w:before="200" w:after="120" w:line="300" w:lineRule="exact"/>
        <w:jc w:val="left"/>
      </w:pPr>
      <w:r>
        <w:rPr>
          <w:rFonts w:ascii="Georgia" w:hAnsi="Georgia" w:cs="Georgia" w:eastAsia="Georgia"/>
          <w:b/>
          <w:i w:val="0"/>
          <w:color w:val="2E74B5"/>
          <w:sz w:val="24"/>
        </w:rPr>
        <w:t>BRIEF INTRODUCTION</w:t>
      </w:r>
    </w:p>
    <w:p>
      <w:pPr>
        <w:spacing w:before="0" w:after="120" w:line="300" w:lineRule="exact"/>
        <w:jc w:val="both"/>
      </w:pPr>
      <w:r>
        <w:rPr>
          <w:rFonts w:ascii="Georgia" w:hAnsi="Georgia" w:cs="Georgia" w:eastAsia="Georgia"/>
          <w:b w:val="0"/>
          <w:i w:val="0"/>
          <w:sz w:val="22"/>
        </w:rPr>
        <w:t>(This introduction is not part of Maulana Nadwi's speech) As the miserable plight of the Rohingyan Muslims of Burma takes one turn for the worse after another, it is worth recalling their condition in 1961. The Muslims were living in comfort. Many were affluent. They had jobs, businesses, and even large factories. With border restrictions relatively non-existent, the Burmese Muslims were commuting to and from many other countries on a regular basis.</w:t>
      </w:r>
    </w:p>
    <w:p>
      <w:pPr>
        <w:spacing w:before="0" w:after="120" w:line="300" w:lineRule="exact"/>
        <w:jc w:val="both"/>
      </w:pPr>
      <w:r>
        <w:rPr>
          <w:rFonts w:ascii="Georgia" w:hAnsi="Georgia" w:cs="Georgia" w:eastAsia="Georgia"/>
          <w:b w:val="0"/>
          <w:i w:val="0"/>
          <w:sz w:val="22"/>
        </w:rPr>
        <w:t>Luxurious mansions in which Burmese Muslims used to reside in, which were confiscated suddenly after being ordered to leave within hours, are still standing to this very day. The condition of the Burmese Muslims was very similar to the condition of wealthy Muslims living today in the UK, South Africa, and other Muslim communities which have yet to be fully engulfed by the conflagration that has violently ravaged Syria, Iraq, Afghanistan, Bosnia, Palestine, etc. in recent years.</w:t>
      </w:r>
    </w:p>
    <w:p>
      <w:pPr>
        <w:spacing w:before="0" w:after="120" w:line="300" w:lineRule="exact"/>
        <w:jc w:val="both"/>
      </w:pPr>
      <w:r>
        <w:rPr>
          <w:rFonts w:ascii="Georgia" w:hAnsi="Georgia" w:cs="Georgia" w:eastAsia="Georgia"/>
          <w:b w:val="0"/>
          <w:i w:val="0"/>
          <w:sz w:val="22"/>
        </w:rPr>
        <w:t>In fact, even in such places as Syria, Iraq and Bosnia, the Muslims were living in relative comfort and luxury before matters took a horrid turn for the worse - seemingly overnight and with breath-taking suddenness. We say "seemingly" because the warning signs that signalled the impending disaster that was to strike so violently, was vividly visible on the horizon for those willing to open their eyes.</w:t>
      </w:r>
    </w:p>
    <w:p>
      <w:pPr>
        <w:spacing w:before="0" w:after="120" w:line="300" w:lineRule="exact"/>
        <w:jc w:val="both"/>
      </w:pPr>
      <w:r>
        <w:rPr>
          <w:rFonts w:ascii="Georgia" w:hAnsi="Georgia" w:cs="Georgia" w:eastAsia="Georgia"/>
          <w:b w:val="0"/>
          <w:i w:val="0"/>
          <w:sz w:val="22"/>
        </w:rPr>
        <w:t>In 1962, a military coup took place in Burma. Overnight, the situation of the Burmese Muslims turned upside down. Since then, with each passing decade, their condition deteriorated, eventually finding themselves in the pitiable state they are in today, on the brink of facing a genocide, constraining even the biased kuffaar media to brand them as the "most oppressed population in the world." The questions that are of utmost importance in regards to revealing the true reason and remedy for the plight of the Burmese Muslims, and the true reason and remedy for the plight of all Muslim populations around the world today, are: What did the Muslims of Burma do, or fail to do, before 1962, which caused their situation to change so drastically?</w:t>
      </w:r>
    </w:p>
    <w:p>
      <w:pPr>
        <w:spacing w:before="0" w:after="120" w:line="300" w:lineRule="exact"/>
        <w:jc w:val="both"/>
      </w:pPr>
      <w:r>
        <w:rPr>
          <w:rFonts w:ascii="Georgia" w:hAnsi="Georgia" w:cs="Georgia" w:eastAsia="Georgia"/>
          <w:b w:val="0"/>
          <w:i w:val="0"/>
          <w:sz w:val="22"/>
        </w:rPr>
        <w:t>Understand that it is only Allah Azza Wa Jal Who changes the conditions of nations. The kuffaar oppressors are part of His Army. They are the ostensible or superficial cause for the upheavals wracking and wrecking the Ummah. The True Cause is Allah Azza Wa Jal. And, what can the Muslims of Burma and other places do to reverse the situation?</w:t>
      </w:r>
    </w:p>
    <w:p>
      <w:pPr>
        <w:spacing w:before="0" w:after="120" w:line="300" w:lineRule="exact"/>
        <w:jc w:val="both"/>
      </w:pPr>
      <w:r>
        <w:rPr>
          <w:rFonts w:ascii="Georgia" w:hAnsi="Georgia" w:cs="Georgia" w:eastAsia="Georgia"/>
          <w:b w:val="0"/>
          <w:i w:val="0"/>
          <w:sz w:val="22"/>
        </w:rPr>
        <w:t>The answer to these two questions is found in the following warning speech issued by Maulana Abul Hasan Nadwi in 1961, in Burma itself, only a few months before the military coup that drastically altered the fate of all Muslims in Burma, and which, though unforeseeable from a purely materialistic (kuffaar) perspective, was completely predictable to anyone who possessed the slightest Baseerat and Yaqeen in the words of Rasulullah (sallallahu alayhi wasallam).</w:t>
      </w:r>
    </w:p>
    <w:p>
      <w:pPr>
        <w:spacing w:before="0" w:after="120" w:line="300" w:lineRule="exact"/>
        <w:jc w:val="both"/>
      </w:pPr>
      <w:r>
        <w:rPr>
          <w:rFonts w:ascii="Georgia" w:hAnsi="Georgia" w:cs="Georgia" w:eastAsia="Georgia"/>
          <w:b w:val="0"/>
          <w:i w:val="0"/>
          <w:sz w:val="22"/>
        </w:rPr>
        <w:t>In his Warning, Hadhrat Nadwi said: "My friends! This life is perishable; everything of this life is perishable! One's wealth is perishable, honour is perishable, rule is perishable. Let the rulers listen! – That this reign of theirs will come to an end! Let the wealthy listen that their wealth is going to ditch them! Let the healthy amongst you listen that their health will pull a fast one on them!</w:t>
      </w:r>
    </w:p>
    <w:p>
      <w:pPr>
        <w:spacing w:before="0" w:after="120" w:line="300" w:lineRule="exact"/>
        <w:jc w:val="both"/>
      </w:pPr>
      <w:r>
        <w:rPr>
          <w:rFonts w:ascii="Georgia" w:hAnsi="Georgia" w:cs="Georgia" w:eastAsia="Georgia"/>
          <w:b w:val="0"/>
          <w:i w:val="0"/>
          <w:sz w:val="22"/>
        </w:rPr>
        <w:t>Only the Name of Allah and the Deen will finally remain. .......... I'm not saying all this in the guise of a ruler or a politician but in the light of all the bounties which Allah Subhanahuwata'la has granted the Muslims. I'm saying this to you in that light, that your living in this country will become difficult if you don't strive for the Deen with resolution.</w:t>
      </w:r>
    </w:p>
    <w:p>
      <w:pPr>
        <w:spacing w:before="0" w:after="120" w:line="300" w:lineRule="exact"/>
        <w:jc w:val="both"/>
      </w:pPr>
      <w:r>
        <w:rPr>
          <w:rFonts w:ascii="Georgia" w:hAnsi="Georgia" w:cs="Georgia" w:eastAsia="Georgia"/>
          <w:b w:val="0"/>
          <w:i w:val="0"/>
          <w:sz w:val="22"/>
        </w:rPr>
        <w:t>And when such efforts (i.e. the vital efforts of moral reformation) are secured, then your businesses and factories will be safe. Remember, that the instruments for safety for the Muslims in any country, are only striving and struggling for the sake of Deen and (to prop- agate the Deen) vigorously to the country's inhabitants. Then Allah Ta'ala Himself takes the responsibility for their safety and Allah Ta'ala Himself will take the responsibility for their aiding (and protecting them). .............</w:t>
      </w:r>
    </w:p>
    <w:p>
      <w:pPr>
        <w:spacing w:before="0" w:after="120" w:line="300" w:lineRule="exact"/>
        <w:jc w:val="both"/>
      </w:pPr>
      <w:r>
        <w:rPr>
          <w:rFonts w:ascii="Georgia" w:hAnsi="Georgia" w:cs="Georgia" w:eastAsia="Georgia"/>
          <w:b w:val="0"/>
          <w:i w:val="0"/>
          <w:sz w:val="22"/>
        </w:rPr>
        <w:t>Hitherto, it's a secular state, but Allah forbid, if it becomes a Buddhist state [Burma transformed into a truly Buddhist and oppressive state only a few months after this warning speech], and if you had not taken care of the Deen, and make intentions and determinations for the sake of keeping intact your faith, and you don't strive and struggle then, there will be nobody who will come for your help nor will there be any direction from where help for you will be forthcoming.</w:t>
      </w:r>
    </w:p>
    <w:p>
      <w:pPr>
        <w:spacing w:before="0" w:after="120" w:line="300" w:lineRule="exact"/>
        <w:jc w:val="both"/>
      </w:pPr>
      <w:r>
        <w:rPr>
          <w:rFonts w:ascii="Georgia" w:hAnsi="Georgia" w:cs="Georgia" w:eastAsia="Georgia"/>
          <w:b w:val="0"/>
          <w:i w:val="0"/>
          <w:sz w:val="22"/>
        </w:rPr>
        <w:t>Anyway now, the government non-assuming. In the matter of governance it is Buddhist, but yet 'Muslim' at heart [meaning, favourable and just with the Muslims]. But when it becomes a Buddhist state [i.e. truly Buddhist and oppressive towards Muslims], then for the security of your Deen and for attaining superiority in your Deen, and for education, and the struggle for education – all this is your responsibility and a religious duty you'd have to fulfill, and apart from you, nobody else will be responsible for this religious duty.</w:t>
      </w:r>
    </w:p>
    <w:p>
      <w:pPr>
        <w:spacing w:before="0" w:after="120" w:line="300" w:lineRule="exact"/>
        <w:jc w:val="both"/>
      </w:pPr>
      <w:r>
        <w:rPr>
          <w:rFonts w:ascii="Georgia" w:hAnsi="Georgia" w:cs="Georgia" w:eastAsia="Georgia"/>
          <w:b w:val="0"/>
          <w:i w:val="0"/>
          <w:sz w:val="22"/>
        </w:rPr>
        <w:t>This is the need of the hour. If Allah has given you any understanding of Deen, then keeping your eyes open and with a bit of concentration, understand what I'm saying that your living in this country without Islam will NOT be possible. .................... If you become unwary of this work (of the Deen), then remember I'm telling you, I'm making you aware and I don't know if this talk will be remembered or not, but whoever amongst you now is listening carefully or anyone who remembers – RECALL my words (when the calamity strikes).</w:t>
      </w:r>
    </w:p>
    <w:p>
      <w:pPr>
        <w:spacing w:before="0" w:after="120" w:line="300" w:lineRule="exact"/>
        <w:jc w:val="both"/>
      </w:pPr>
      <w:r>
        <w:rPr>
          <w:rFonts w:ascii="Georgia" w:hAnsi="Georgia" w:cs="Georgia" w:eastAsia="Georgia"/>
          <w:b w:val="0"/>
          <w:i w:val="0"/>
          <w:sz w:val="22"/>
        </w:rPr>
        <w:t>I'm NOT a man who can look into the future, I'm not that saintly kind of man who'd know what's going to happen after 10 years or so but this matter is so widespread and so very out in the open that it is like someone who sees black clouds hovering in the sky with strong winds accompanying it. He will say…he will predict: 'It is going to rain.' When it rains, no- body calls that person a saint just because he foretold that it's going to rain because looking at the obvious signs and overcast conditions, even a child would have said the same.</w:t>
      </w:r>
    </w:p>
    <w:p>
      <w:pPr>
        <w:spacing w:before="0" w:after="120" w:line="300" w:lineRule="exact"/>
        <w:jc w:val="both"/>
      </w:pPr>
      <w:r>
        <w:rPr>
          <w:rFonts w:ascii="Georgia" w:hAnsi="Georgia" w:cs="Georgia" w:eastAsia="Georgia"/>
          <w:b w:val="0"/>
          <w:i w:val="0"/>
          <w:sz w:val="22"/>
        </w:rPr>
        <w:t>In the same way, I am informing you that tough times are ahead. For the sake of Allah, do not give such importance to your worldly work as you are doing. Strive and put in effort for Deen. And give out a war cry in favor of the teachings of Islam, and for piety, and for the Tauheed of Allah Ta'ala. Announce a war cry in favour of the teachings of Islam and Tauheed from one corner of Burma to another corner.</w:t>
      </w:r>
    </w:p>
    <w:p>
      <w:pPr>
        <w:spacing w:before="0" w:after="120" w:line="300" w:lineRule="exact"/>
        <w:jc w:val="both"/>
      </w:pPr>
      <w:r>
        <w:rPr>
          <w:rFonts w:ascii="Georgia" w:hAnsi="Georgia" w:cs="Georgia" w:eastAsia="Georgia"/>
          <w:b w:val="0"/>
          <w:i w:val="0"/>
          <w:sz w:val="22"/>
        </w:rPr>
        <w:t>Meet with every single Muslim and say to him that this is Deen, this is Imaan. Reach out to even that single Muslim even if he might not know a word of Urdu or who stays by himself all alone in a hut across the banks of the river. Reach out to such a person too, plead with him, and enjoin him: 'O my good man! You are a Muslim, you have to live as a Muslim and die like a Muslim".</w:t>
      </w:r>
    </w:p>
    <w:p>
      <w:pPr>
        <w:spacing w:before="0" w:after="120" w:line="300" w:lineRule="exact"/>
        <w:jc w:val="both"/>
      </w:pPr>
      <w:r>
        <w:rPr>
          <w:rFonts w:ascii="Georgia" w:hAnsi="Georgia" w:cs="Georgia" w:eastAsia="Georgia"/>
          <w:b w:val="0"/>
          <w:i w:val="0"/>
          <w:sz w:val="22"/>
        </w:rPr>
        <w:t>For this work [of Deen], there is still some time left, but I do not know for how long. But right now there is still some spare time left [a few months after this warning, Allah's Punishment descended]. Now if you make good use of this time and put in the effort, then Allah willing, from Allah Tabarak wa Ta'la, the seat of Deen will remain here, and not just that, even centres from where the growth and propagation of Deen happen, may be initiated, and because of its blessings, your businesses and factories, your respect and your honour, and your women and your children will be protected.</w:t>
      </w:r>
    </w:p>
    <w:p>
      <w:pPr>
        <w:spacing w:before="0" w:after="120" w:line="300" w:lineRule="exact"/>
        <w:jc w:val="both"/>
      </w:pPr>
      <w:r>
        <w:rPr>
          <w:rFonts w:ascii="Georgia" w:hAnsi="Georgia" w:cs="Georgia" w:eastAsia="Georgia"/>
          <w:b w:val="0"/>
          <w:i w:val="0"/>
          <w:sz w:val="22"/>
        </w:rPr>
        <w:t>Allah Ta'ala will make you honourable and will grant you glory. He will honour you in this country and it will not be surprising that Allah will also grant you the opportunity to be in domination in this country because these power and authority are given as bounties as a result of the efforts put forth in the path of Allah. ........ (End of speech) The Burmese Muslims did not take heed.</w:t>
      </w:r>
    </w:p>
    <w:p>
      <w:pPr>
        <w:spacing w:before="0" w:after="120" w:line="300" w:lineRule="exact"/>
        <w:jc w:val="both"/>
      </w:pPr>
      <w:r>
        <w:rPr>
          <w:rFonts w:ascii="Georgia" w:hAnsi="Georgia" w:cs="Georgia" w:eastAsia="Georgia"/>
          <w:b w:val="0"/>
          <w:i w:val="0"/>
          <w:sz w:val="22"/>
        </w:rPr>
        <w:t>In fact, to this day they have still not taken heed of the Haqq contained in this speech. The rest is history. Even more brutal history awaits the Muslims of Burma, and of other lands as well, unless they firmly resolve to repent, turn towards Allah wholeheartedly, adhere firmly to every Sunnah of Rasulullah (sallallahu alayhi wasallam), adopt Taqwa - i.e. avoid all Haraam and Doubtful matters - and exhort others to do so.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DIVINE SUNNAH</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"Never will you find a change in the Sunnah of Allah." (Qur'aan) Among the Sunnah of Allah Azza Wa Jal is to punish Muslims collectively and universally when they have reached the point of no return in their flagrant transgression. A form of Allah's Athaab is the imposition of kuffaar domination and oppression. Examples of Divine Punishment are the domination, brutality and oppression of Israel, Burma, Russia, U.S.A, India, etc.</w:t>
      </w:r>
    </w:p>
    <w:p>
      <w:pPr>
        <w:spacing w:before="0" w:after="120" w:line="300" w:lineRule="exact"/>
        <w:jc w:val="both"/>
      </w:pPr>
      <w:r>
        <w:rPr>
          <w:rFonts w:ascii="Georgia" w:hAnsi="Georgia" w:cs="Georgia" w:eastAsia="Georgia"/>
          <w:b w:val="0"/>
          <w:i w:val="0"/>
          <w:sz w:val="22"/>
        </w:rPr>
        <w:t>In the Qur'aan Majeed, Allah Ta'ala describes the kuffaar forces whom He despatches against Muslims as "Ibaadal lana" (Our servants).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MALAYSIA CONDEMNS MASS MURDER OF MUSLIMS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"Thus, when the first of the two by the kuffaar on Muslims, it is Allah's Sunnah to harness another kuffaar force to destroy the first kuffaar force. This same Sunnah is unfolding in the Middle east today. Allah's Athaab will continue as long as Muslims perpetuate their fisq, fujoor, bid'ah and kufr. their fagrant transgression. The kuffaar "servants of Allah" mentioned in these Verses refer to the army of the Babylonian king, Nebuchanezzar (Bukht Nasr).</w:t>
      </w:r>
    </w:p>
    <w:p>
      <w:pPr>
        <w:spacing w:before="0" w:after="120" w:line="300" w:lineRule="exact"/>
        <w:jc w:val="both"/>
      </w:pPr>
      <w:r>
        <w:rPr>
          <w:rFonts w:ascii="Georgia" w:hAnsi="Georgia" w:cs="Georgia" w:eastAsia="Georgia"/>
          <w:b w:val="0"/>
          <w:i w:val="0"/>
          <w:sz w:val="22"/>
        </w:rPr>
        <w:t>The city which was destroyed was Jerusalem, and the Musjid was Musjidul Aqsa. After the destruction inflicted</w:t>
      </w:r>
    </w:p>
    <w:p>
      <w:pPr>
        <w:spacing w:before="120" w:after="120" w:line="300" w:lineRule="exact"/>
        <w:ind w:left="720" w:right="720"/>
        <w:jc w:val="center"/>
      </w:pPr>
      <w:r>
        <w:rPr>
          <w:rFonts w:ascii="Georgia" w:hAnsi="Georgia" w:cs="Georgia" w:eastAsia="Georgia"/>
          <w:b w:val="0"/>
          <w:i/>
          <w:sz w:val="22"/>
        </w:rPr>
        <w:t>Promises materialized, We sent against you (O Bani Is-</w:t>
      </w:r>
    </w:p>
    <w:p>
      <w:pPr>
        <w:spacing w:before="0" w:after="120" w:line="300" w:lineRule="exact"/>
        <w:jc w:val="both"/>
      </w:pPr>
      <w:r>
        <w:rPr>
          <w:rFonts w:ascii="Georgia" w:hAnsi="Georgia" w:cs="Georgia" w:eastAsia="Georgia"/>
          <w:b w:val="0"/>
          <w:i w:val="0"/>
          <w:sz w:val="22"/>
        </w:rPr>
        <w:t>raaeel!) Our servants who were</w:t>
      </w:r>
    </w:p>
    <w:p>
      <w:pPr>
        <w:spacing w:before="120" w:after="120" w:line="300" w:lineRule="exact"/>
        <w:ind w:left="720" w:right="720"/>
        <w:jc w:val="center"/>
      </w:pPr>
      <w:r>
        <w:rPr>
          <w:rFonts w:ascii="Georgia" w:hAnsi="Georgia" w:cs="Georgia" w:eastAsia="Georgia"/>
          <w:b w:val="0"/>
          <w:i/>
          <w:sz w:val="22"/>
        </w:rPr>
        <w:t>powerful in warfare. Then they penetrated the homes (of the Mus-</w:t>
      </w:r>
    </w:p>
    <w:p>
      <w:pPr>
        <w:spacing w:before="0" w:after="120" w:line="300" w:lineRule="exact"/>
        <w:jc w:val="both"/>
      </w:pPr>
      <w:r>
        <w:rPr>
          <w:rFonts w:ascii="Georgia" w:hAnsi="Georgia" w:cs="Georgia" w:eastAsia="Georgia"/>
          <w:b w:val="0"/>
          <w:i w:val="0"/>
          <w:sz w:val="22"/>
        </w:rPr>
        <w:t>lims). And that was a Promise decreed." ..........................."And, when the</w:t>
      </w:r>
    </w:p>
    <w:p>
      <w:pPr>
        <w:spacing w:before="120" w:after="120" w:line="300" w:lineRule="exact"/>
        <w:ind w:left="720" w:right="720"/>
        <w:jc w:val="center"/>
      </w:pPr>
      <w:r>
        <w:rPr>
          <w:rFonts w:ascii="Georgia" w:hAnsi="Georgia" w:cs="Georgia" w:eastAsia="Georgia"/>
          <w:b w:val="0"/>
          <w:i/>
          <w:sz w:val="22"/>
        </w:rPr>
        <w:t>second Promise materialized, (it was )in order to disfigure your</w:t>
      </w:r>
    </w:p>
    <w:p>
      <w:pPr>
        <w:spacing w:before="120" w:after="120" w:line="300" w:lineRule="exact"/>
        <w:ind w:left="720" w:right="720"/>
        <w:jc w:val="center"/>
      </w:pPr>
      <w:r>
        <w:rPr>
          <w:rFonts w:ascii="Georgia" w:hAnsi="Georgia" w:cs="Georgia" w:eastAsia="Georgia"/>
          <w:b w:val="0"/>
          <w:i/>
          <w:sz w:val="22"/>
        </w:rPr>
        <w:t>faces, enter (and defile) the Musjid (Musjidul Aqsa) just as</w:t>
      </w:r>
    </w:p>
    <w:p>
      <w:pPr>
        <w:spacing w:before="120" w:after="120" w:line="300" w:lineRule="exact"/>
        <w:ind w:left="720" w:right="720"/>
        <w:jc w:val="center"/>
      </w:pPr>
      <w:r>
        <w:rPr>
          <w:rFonts w:ascii="Georgia" w:hAnsi="Georgia" w:cs="Georgia" w:eastAsia="Georgia"/>
          <w:b w:val="0"/>
          <w:i/>
          <w:sz w:val="22"/>
        </w:rPr>
        <w:t>they had entered it the first time, and so that they utterly</w:t>
      </w:r>
    </w:p>
    <w:p>
      <w:pPr>
        <w:spacing w:before="0" w:after="120" w:line="300" w:lineRule="exact"/>
        <w:jc w:val="both"/>
      </w:pPr>
      <w:r>
        <w:rPr>
          <w:rFonts w:ascii="Georgia" w:hAnsi="Georgia" w:cs="Georgia" w:eastAsia="Georgia"/>
          <w:b w:val="0"/>
          <w:i w:val="0"/>
          <w:sz w:val="22"/>
        </w:rPr>
        <w:t>overrun (and destroy) whatever (and wherever) they overran." (Bani Israaeel|) Bani Israaeel was the Muslim Ummah of that time. They had reached the point of no return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a rule of the Association of Southeast Asian Nations (ASEAN) that member states are…</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It is a rule of the Association of Southeast Asian Nations (ASEAN) that member states are forbidden from interfering in each other's internal affair. So Malaysia's prime minister Najib Razak violated that rule on Sunday, when he spoke to thousands at a pro-Rohingya rally in Kuala Lumpur. He questioned Aung San Suu Kyi's Nobel Prize, given her inaction, and said to thousands of Malaysians at the rally: The world cannot sit by and watch genocide taking place.</w:t>
      </w:r>
    </w:p>
    <w:p>
      <w:pPr>
        <w:spacing w:before="0" w:after="120" w:line="300" w:lineRule="exact"/>
        <w:jc w:val="both"/>
      </w:pPr>
      <w:r>
        <w:rPr>
          <w:rFonts w:ascii="Georgia" w:hAnsi="Georgia" w:cs="Georgia" w:eastAsia="Georgia"/>
          <w:b w:val="0"/>
          <w:i w:val="0"/>
          <w:sz w:val="22"/>
        </w:rPr>
        <w:t>The world cannot just say 'look, it is not our problem'. It is our problem. In Malaysia, hundreds of people from the hardline Islamist group Hizbut Tahrir, marched to the Defense Ministry, and demanded that Malaysia's army conduct a jihad against Burma. According to the group's statement: There is no other solution to save Rohingyan Muslims except mobilizing the army to Myanmar, because the reality is the Arakan [Rakhine State] Muslims are being pummeled by Myanmar's infidel army.</w:t>
      </w:r>
    </w:p>
    <w:p>
      <w:pPr>
        <w:spacing w:before="0" w:after="120" w:line="300" w:lineRule="exact"/>
        <w:jc w:val="both"/>
      </w:pPr>
      <w:r>
        <w:rPr>
          <w:rFonts w:ascii="Georgia" w:hAnsi="Georgia" w:cs="Georgia" w:eastAsia="Georgia"/>
          <w:b w:val="0"/>
          <w:i w:val="0"/>
          <w:sz w:val="22"/>
        </w:rPr>
        <w:t>"The Armed Forces is obliged to help the Rohingyan Muslim by accepting the Allah's call for jihad at the kafir harbi [infidels] country." VOA and RSIS (Singapore) and The Statesman (India)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will help Myanmar's Rohingya?</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5 December 2016 They have been described as the world's most persecuted people. Rejected by the country they call home and unwanted by its neighbours, the Rohingya are impoverished, virtually stateless and have been fleeing Myanmar in droves and for decades. In recent weeks, more than 10,000 Rohingya have fled to Bangladesh amid a military crackdown on insurgents in Myanmar's western Rakhine state.</w:t>
      </w:r>
    </w:p>
    <w:p>
      <w:pPr>
        <w:spacing w:before="0" w:after="120" w:line="300" w:lineRule="exact"/>
        <w:jc w:val="both"/>
      </w:pPr>
      <w:r>
        <w:rPr>
          <w:rFonts w:ascii="Georgia" w:hAnsi="Georgia" w:cs="Georgia" w:eastAsia="Georgia"/>
          <w:b w:val="0"/>
          <w:i w:val="0"/>
          <w:sz w:val="22"/>
        </w:rPr>
        <w:t>They have told horrifying stories of rapes, killings and house burnings, which the government of Myanmar - formerly Burma - has claimed are "false" and "distorted". Activists have condemned the lack of a firm international response. Some have described the situation as South East Asia's Srebrenica, referring to the July 1995 massacre of more than 8,000 Bosnian Muslims who were meant to be under UN protection - a dark stain on Europe's human rights record.</w:t>
      </w:r>
    </w:p>
    <w:p>
      <w:pPr>
        <w:spacing w:before="0" w:after="120" w:line="300" w:lineRule="exact"/>
        <w:jc w:val="both"/>
      </w:pPr>
      <w:r>
        <w:rPr>
          <w:rFonts w:ascii="Georgia" w:hAnsi="Georgia" w:cs="Georgia" w:eastAsia="Georgia"/>
          <w:b w:val="0"/>
          <w:i w:val="0"/>
          <w:sz w:val="22"/>
        </w:rPr>
        <w:t>What's happening? Tun Khin, from the Burmese Rohingya Organisation UK, says Rohingyas are suffering "mass atrocities" perpetrated by security forces in the northern part of Rakhine state. A counter-insurgency campaign was launched after nine border policemen near Maungdaw were killed in a militant attack in early October, but the Rohingya say they are being targeted indiscriminately.</w:t>
      </w:r>
    </w:p>
    <w:p>
      <w:pPr>
        <w:spacing w:before="0" w:after="120" w:line="300" w:lineRule="exact"/>
        <w:jc w:val="both"/>
      </w:pPr>
      <w:r>
        <w:rPr>
          <w:rFonts w:ascii="Georgia" w:hAnsi="Georgia" w:cs="Georgia" w:eastAsia="Georgia"/>
          <w:b w:val="0"/>
          <w:i w:val="0"/>
          <w:sz w:val="22"/>
        </w:rPr>
        <w:t>Media caption 'They set our houses and mosque on fire' The BBC cannot visit the lockeddown area to verify the claims and the Myanmar government has vociferously denied alleged abuses. But UN officials have told the BBC that the Rohingya are being collectively punished for militant attacks, with the ultimate goal being ethnic cleansing. What led to the current situation?</w:t>
      </w:r>
    </w:p>
    <w:p>
      <w:pPr>
        <w:spacing w:before="0" w:after="120" w:line="300" w:lineRule="exact"/>
        <w:jc w:val="both"/>
      </w:pPr>
      <w:r>
        <w:rPr>
          <w:rFonts w:ascii="Georgia" w:hAnsi="Georgia" w:cs="Georgia" w:eastAsia="Georgia"/>
          <w:b w:val="0"/>
          <w:i w:val="0"/>
          <w:sz w:val="22"/>
        </w:rPr>
        <w:t>The Rohingya are one of Myanmar's many ethnic minorities and say they are descendants of Arab traders and other groups who have been in the region for generations. But Myanmar's government denies them citizenship and sees them as illegal immigrants from Bangladesh - a common attitude among many Burmese. The predominantly Buddhist country has a long history of communal mistrust, which was allowed to simmer, and was at times exploited, under decades of military rule.</w:t>
      </w:r>
    </w:p>
    <w:p>
      <w:pPr>
        <w:spacing w:before="0" w:after="120" w:line="300" w:lineRule="exact"/>
        <w:jc w:val="both"/>
      </w:pPr>
      <w:r>
        <w:rPr>
          <w:rFonts w:ascii="Georgia" w:hAnsi="Georgia" w:cs="Georgia" w:eastAsia="Georgia"/>
          <w:b w:val="0"/>
          <w:i w:val="0"/>
          <w:sz w:val="22"/>
        </w:rPr>
        <w:t>About one million Muslim Rohingya are estimated to live in western Rakhine state, where they are a sizable minority. An outbreak of communal violence there in 2012 saw more than 100,000 people displaced, and tens of thousands of Rohingya remain in decrepit camps where travel is restricted. Hundreds of thousands of undocumented Rohingya already live in Bangladesh, having fled there over many decades.</w:t>
      </w:r>
    </w:p>
    <w:p>
      <w:pPr>
        <w:spacing w:before="0" w:after="120" w:line="300" w:lineRule="exact"/>
        <w:jc w:val="both"/>
      </w:pPr>
      <w:r>
        <w:rPr>
          <w:rFonts w:ascii="Georgia" w:hAnsi="Georgia" w:cs="Georgia" w:eastAsia="Georgia"/>
          <w:b w:val="0"/>
          <w:i w:val="0"/>
          <w:sz w:val="22"/>
        </w:rPr>
        <w:t>Where is Aung San Suu Kyi? Since a dramatic Rohingya exodus from Myanmar last year, the political party of Nobel Peace Prize winner and democracy icon Aung San Suu Kyi has taken power in a historic election, the first to be openly contested in 25 years. But little has changed for the Rohingya and Ms Suu Kyi's failure to condemn the current violence is an outrage, say some observers.</w:t>
      </w:r>
    </w:p>
    <w:p>
      <w:pPr>
        <w:spacing w:before="0" w:after="120" w:line="300" w:lineRule="exact"/>
        <w:jc w:val="both"/>
      </w:pPr>
      <w:r>
        <w:rPr>
          <w:rFonts w:ascii="Georgia" w:hAnsi="Georgia" w:cs="Georgia" w:eastAsia="Georgia"/>
          <w:b w:val="0"/>
          <w:i w:val="0"/>
          <w:sz w:val="22"/>
        </w:rPr>
        <w:t>Her failure to defend the Rohingya is extremely disappointing, said Tun Khin, who for years had supported her democracy activism. The question of whether she has much leverage over the military - which still wields great power and controls the most powerful ministries - is a separate one, he said. What is the UN doing? A UN spokeswoman in 2009 described the Rohingya as "probably the most friendless people in the world".</w:t>
      </w:r>
    </w:p>
    <w:p>
      <w:pPr>
        <w:spacing w:before="0" w:after="120" w:line="300" w:lineRule="exact"/>
        <w:jc w:val="both"/>
      </w:pPr>
      <w:r>
        <w:rPr>
          <w:rFonts w:ascii="Georgia" w:hAnsi="Georgia" w:cs="Georgia" w:eastAsia="Georgia"/>
          <w:b w:val="0"/>
          <w:i w:val="0"/>
          <w:sz w:val="22"/>
        </w:rPr>
        <w:t>This week, the UN human rights office said for a second time this year that abuses suffered by them could amount to crimes against humanity. It also said that it regretted that the government had failed to act on a number of recommendations it had provided, including lifting restrictions of movement on the Rohingya. It has called for an investigation into the recent allegations of rights abuses, as well as for humanitarian access to be given.</w:t>
      </w:r>
    </w:p>
    <w:p>
      <w:pPr>
        <w:spacing w:before="0" w:after="120" w:line="300" w:lineRule="exact"/>
        <w:jc w:val="both"/>
      </w:pPr>
      <w:r>
        <w:rPr>
          <w:rFonts w:ascii="Georgia" w:hAnsi="Georgia" w:cs="Georgia" w:eastAsia="Georgia"/>
          <w:b w:val="0"/>
          <w:i w:val="0"/>
          <w:sz w:val="22"/>
        </w:rPr>
        <w:t>The UN's refugee agency says Myanmar's neighbours should keep their borders open if desperate Rohingya once again take to rickety boats to seek refuge in their countries, as happened early last year. Spokeswoman Vivian Tan said now would be a good time to set up a regional task force that had been proposed to co-ordinate a response to any such movements.</w:t>
      </w:r>
    </w:p>
    <w:p>
      <w:pPr>
        <w:spacing w:before="0" w:after="120" w:line="300" w:lineRule="exact"/>
        <w:jc w:val="both"/>
      </w:pPr>
      <w:r>
        <w:rPr>
          <w:rFonts w:ascii="Georgia" w:hAnsi="Georgia" w:cs="Georgia" w:eastAsia="Georgia"/>
          <w:b w:val="0"/>
          <w:i w:val="0"/>
          <w:sz w:val="22"/>
        </w:rPr>
        <w:t>Separately, former UN-Secretary General Kofi Annan is heading another advisory commission currently looking into the general situation in Rakhine state after being asked in August by Ms Suu Kyi. But some have questioned how useful this commission will be, given the exhaustive number of reports that already exist. Its report, in any case, will not be released until next year.</w:t>
      </w:r>
    </w:p>
    <w:p>
      <w:pPr>
        <w:spacing w:before="0" w:after="120" w:line="300" w:lineRule="exact"/>
        <w:jc w:val="both"/>
      </w:pPr>
      <w:r>
        <w:rPr>
          <w:rFonts w:ascii="Georgia" w:hAnsi="Georgia" w:cs="Georgia" w:eastAsia="Georgia"/>
          <w:b w:val="0"/>
          <w:i w:val="0"/>
          <w:sz w:val="22"/>
        </w:rPr>
        <w:t>Reporting by Kevin Ponniah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Six policemen killed in Cairo blast</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 BOMBING killed six policemen at a checkpoint in Cairo yesterday, the latest in a string of attacks in Egypt's capital targeting security forces and officials, the interior ministry said. The attackers struck in the western Talibiya neighbourhood of the capital, shortly before the weekly Muslim prayers and when Cairo's streets are mostly empty.</w:t>
      </w:r>
    </w:p>
    <w:p>
      <w:pPr>
        <w:spacing w:before="0" w:after="120" w:line="300" w:lineRule="exact"/>
        <w:jc w:val="both"/>
      </w:pPr>
      <w:r>
        <w:rPr>
          <w:rFonts w:ascii="Georgia" w:hAnsi="Georgia" w:cs="Georgia" w:eastAsia="Georgia"/>
          <w:b w:val="0"/>
          <w:i w:val="0"/>
          <w:sz w:val="22"/>
        </w:rPr>
        <w:t>The bloodied bodies of several policemen could be seen at the blast site next to police vehicles that had been stationed there, a photographer reported. The Hassam Movement, a militant group which has claimed a string of recent attacks, said in a statement circulated on social media it was behind the bombing. Police cordoned off the area with yellow tape as they searched for more explosives.</w:t>
      </w:r>
    </w:p>
    <w:p>
      <w:pPr>
        <w:spacing w:before="0" w:after="120" w:line="300" w:lineRule="exact"/>
        <w:jc w:val="both"/>
      </w:pPr>
      <w:r>
        <w:rPr>
          <w:rFonts w:ascii="Georgia" w:hAnsi="Georgia" w:cs="Georgia" w:eastAsia="Georgia"/>
          <w:b w:val="0"/>
          <w:i w:val="0"/>
          <w:sz w:val="22"/>
        </w:rPr>
        <w:t>The interior ministry said the bomb exploded next to a checkpoint. killing two officers, a policeman and three conscripts. Three other conscripts were wounded. Militants have repeatedly attacked policemen and soldiers since the army overthrew lslamist president Mohamed Morsi in 2013 and unleashed a bloody crackdown on his followers. Most of the attacks are carried out in the Sinai Peninsula of eastern Egypt by a branch of the Islamic State jihadist group, which has killed hundreds of soldiers and policemen.</w:t>
      </w:r>
    </w:p>
    <w:p>
      <w:pPr>
        <w:spacing w:before="0" w:after="120" w:line="300" w:lineRule="exact"/>
        <w:jc w:val="both"/>
      </w:pPr>
      <w:r>
        <w:rPr>
          <w:rFonts w:ascii="Georgia" w:hAnsi="Georgia" w:cs="Georgia" w:eastAsia="Georgia"/>
          <w:b w:val="0"/>
          <w:i w:val="0"/>
          <w:sz w:val="22"/>
        </w:rPr>
        <w:t>But militants have also targeted security forces and government officials in the capital. Most of the Cairo attacks in recent months have been claimed by two little known militant groups, Lawaa al-Thawra and the Hassain Movement. An Egyptian judge in one of the trials of Morsi, who was detained after his ouster, escaped unharmed last month when a car bomb exploded as he drove by.</w:t>
      </w:r>
    </w:p>
    <w:p>
      <w:pPr>
        <w:spacing w:before="0" w:after="120" w:line="300" w:lineRule="exact"/>
        <w:jc w:val="both"/>
      </w:pPr>
      <w:r>
        <w:rPr>
          <w:rFonts w:ascii="Georgia" w:hAnsi="Georgia" w:cs="Georgia" w:eastAsia="Georgia"/>
          <w:b w:val="0"/>
          <w:i w:val="0"/>
          <w:sz w:val="22"/>
        </w:rPr>
        <w:t>That attack came days after a roadside bombing targeting a police convoy killed a passer-by. In September, militants set off a car bomb as the country's deputy state prosecutor was passing. He too escaped unharmed. Police say Hassani and Lawaa AlThawra are affiliated with Morsi's Muslim Brotherhood movement, which was banned months after his overthrow and listed as a terrorist organisation.</w:t>
      </w:r>
    </w:p>
    <w:p>
      <w:pPr>
        <w:spacing w:before="0" w:after="120" w:line="300" w:lineRule="exact"/>
        <w:jc w:val="both"/>
      </w:pPr>
      <w:r>
        <w:rPr>
          <w:rFonts w:ascii="Georgia" w:hAnsi="Georgia" w:cs="Georgia" w:eastAsia="Georgia"/>
          <w:b w:val="0"/>
          <w:i w:val="0"/>
          <w:sz w:val="22"/>
        </w:rPr>
        <w:t>The Brotherhood, which espoused grassroots work and change through elections, denies it is involved in violence. — APP Weekend Post, 10 Dec 2016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SUICIDE bomber from the Islamic State group killed at least 40 Yemeni soldiers in Aden…</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SUICIDE bomber from the Islamic State group killed at least 40 Yemeni soldiers in Aden yesterday, in the latest in a string of deadly attacks against recruits in the country's second city. Military officials and medics said many others were wounded in the attack that targeted a crowd of servicemen who had gathered to collect their salaries near a base in northeastern Aden.</w:t>
      </w:r>
    </w:p>
    <w:p>
      <w:pPr>
        <w:spacing w:before="0" w:after="120" w:line="300" w:lineRule="exact"/>
        <w:jc w:val="both"/>
      </w:pPr>
      <w:r>
        <w:rPr>
          <w:rFonts w:ascii="Georgia" w:hAnsi="Georgia" w:cs="Georgia" w:eastAsia="Georgia"/>
          <w:b w:val="0"/>
          <w:i w:val="0"/>
          <w:sz w:val="22"/>
        </w:rPr>
        <w:t>TheHerald 19Dec 2016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YEMENIS 'SLOWLY STARVING' TO DEATH AS WORLD 'TURNS BLIND EYE'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Published time: 9 Dec, 2016 01:57 Reuters (Aid Charity) The people of Yemen are 'slowly starving' to death as the world turns a blind eye, human rights organizations and charities warn. International aid organization Oxfam warned that the people of Yemen are at risk of running out of food by April, which will also mark two years of conflict in the poorest country in the Middle East.</w:t>
      </w:r>
    </w:p>
    <w:p>
      <w:pPr>
        <w:spacing w:before="0" w:after="120" w:line="300" w:lineRule="exact"/>
        <w:jc w:val="both"/>
      </w:pPr>
      <w:r>
        <w:rPr>
          <w:rFonts w:ascii="Georgia" w:hAnsi="Georgia" w:cs="Georgia" w:eastAsia="Georgia"/>
          <w:b w:val="0"/>
          <w:i w:val="0"/>
          <w:sz w:val="22"/>
        </w:rPr>
        <w:t>Saudi Arabia began bombing the country in support of exiled president Abd Rabbo Mansour Hadi at the end of March 2015, after Houthi rebels loyal to former president Ali Abdullah Saleh, said to be backed by Iran, took over the capital of Sanaa. Over three million people have been displaced by the conflict which has taken more than 11,000 lives, Oxfam said.</w:t>
      </w:r>
    </w:p>
    <w:p>
      <w:pPr>
        <w:spacing w:before="0" w:after="120" w:line="300" w:lineRule="exact"/>
        <w:jc w:val="both"/>
      </w:pPr>
      <w:r>
        <w:rPr>
          <w:rFonts w:ascii="Georgia" w:hAnsi="Georgia" w:cs="Georgia" w:eastAsia="Georgia"/>
          <w:b w:val="0"/>
          <w:i w:val="0"/>
          <w:sz w:val="22"/>
        </w:rPr>
        <w:t>Child malnutrition has jumped by 200 percent in two years and the World Health Organization has recorded over 7,000 suspected cases of Cholera. Half the population is suffering from food insecurity and malnutrition, while 82 percent are in need of humanitarian assistance, Oxfam reports. "Yemen is being slowly starved to death," Oxfam GB chief executive, Mark Goldring said.</w:t>
      </w:r>
    </w:p>
    <w:p>
      <w:pPr>
        <w:spacing w:before="0" w:after="120" w:line="300" w:lineRule="exact"/>
        <w:jc w:val="both"/>
      </w:pPr>
      <w:r>
        <w:rPr>
          <w:rFonts w:ascii="Georgia" w:hAnsi="Georgia" w:cs="Georgia" w:eastAsia="Georgia"/>
          <w:b w:val="0"/>
          <w:i w:val="0"/>
          <w:sz w:val="22"/>
        </w:rPr>
        <w:t>"First there were restrictions on imports – including much-needed food. When this was partially eased, the cranes in the ports were bombed; then the warehouses, then the roads and the bridges. This is not by accident – it is systematic." The group is urging the Saudi-led coalition to lift restrictions in order to allow food and other supplies to make it to the people.</w:t>
      </w:r>
    </w:p>
    <w:p>
      <w:pPr>
        <w:spacing w:before="0" w:after="120" w:line="300" w:lineRule="exact"/>
        <w:jc w:val="both"/>
      </w:pPr>
      <w:r>
        <w:rPr>
          <w:rFonts w:ascii="Georgia" w:hAnsi="Georgia" w:cs="Georgia" w:eastAsia="Georgia"/>
          <w:b w:val="0"/>
          <w:i w:val="0"/>
          <w:sz w:val="22"/>
        </w:rPr>
        <w:t>It reports the amount of food being imported fell below amounts needed to feed half the people in August and has remained at that level since. "The country's economy, its institutions, its ability to feed and care for its people are all on the brink of collapse," he added. The US and the UK have provided support, both in terms of weapons and tactical assistance, despite reports of civilian deaths and war crimes.</w:t>
      </w:r>
    </w:p>
    <w:p>
      <w:pPr>
        <w:spacing w:before="0" w:after="120" w:line="300" w:lineRule="exact"/>
        <w:jc w:val="both"/>
      </w:pPr>
      <w:r>
        <w:rPr>
          <w:rFonts w:ascii="Georgia" w:hAnsi="Georgia" w:cs="Georgia" w:eastAsia="Georgia"/>
          <w:b w:val="0"/>
          <w:i w:val="0"/>
          <w:sz w:val="22"/>
        </w:rPr>
        <w:t>"As one of the principal backers of this brutal war, Britain needs to end its arms sales and military support to the Saudis and help put Yemen on the road to peace," Goldring said. The UN has also voiced concerns for the Yemeni plight, accusing the world of ignoring the humanitarian crisis. "The world has turned a blind eye to what's happening in Yemen," senior UN Jamie McGoldrick, a senior UN official in Yemen told the BBC.</w:t>
      </w:r>
    </w:p>
    <w:p>
      <w:pPr>
        <w:spacing w:before="0" w:after="120" w:line="300" w:lineRule="exact"/>
        <w:jc w:val="both"/>
      </w:pPr>
      <w:r>
        <w:rPr>
          <w:rFonts w:ascii="Georgia" w:hAnsi="Georgia" w:cs="Georgia" w:eastAsia="Georgia"/>
          <w:b w:val="0"/>
          <w:i w:val="0"/>
          <w:sz w:val="22"/>
        </w:rPr>
        <w:t>"Right now we are so underresourced for this crisis, it's ex- traordinary." "The politics of the situation has overcome the humanity," he said. "Families are just not able to feed their families." Amnesty International's director for arms control Oliver Sprague described UK Prime Minister Theresa May and Boris Johnson's efforts to justify the government supplying Saudi Arabia with arms as "a disgrace." "With such a clear and continuing risk that any British arms sold to Saudi Arabia could be used to commit breaches of international humanitarian law in Yemen, the UK should immediately suspend all such arms sales." Apparent Saudi-led coalition air strikes on a wedding in September killed 131 people in Sanaa, while a strike on a funeral killed 140.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ANARCHY! JIHAAD IS NOT ANARCHY</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Thousands flee overnight as Syria's army pound east Aleppo Karam al-Masri with Rouba El Husseini THOUSANDS of civilians poured out of rebel areas of Aleppo yesterday as Syria's army pushed to take the last remnants of opposition-held territory in the devastated city. President Bashar al-Assad's forces pounded the shrinking rebel enclave in east Aleppo with artillery and air strikes, a monitor said, with more than 10 000 people fleeing the area since midnight on Saturday.</w:t>
      </w:r>
    </w:p>
    <w:p>
      <w:pPr>
        <w:spacing w:before="0" w:after="120" w:line="300" w:lineRule="exact"/>
        <w:jc w:val="both"/>
      </w:pPr>
      <w:r>
        <w:rPr>
          <w:rFonts w:ascii="Georgia" w:hAnsi="Georgia" w:cs="Georgia" w:eastAsia="Georgia"/>
          <w:b w:val="0"/>
          <w:i w:val="0"/>
          <w:sz w:val="22"/>
        </w:rPr>
        <w:t>To the south, in Palmyra, a Russian aerial onslaught killed scores of Islamic State group fighters, forcing the jihadists to withdraw from the ancient city just hours after they had reentered it. US and Russian officials were expected to continue talks in Geneva yesterday on trying to reach a ceasefire in Aleppo, but a week of intense diplomatic efforts has failed to stem the fighting.</w:t>
      </w:r>
    </w:p>
    <w:p>
      <w:pPr>
        <w:spacing w:before="0" w:after="120" w:line="300" w:lineRule="exact"/>
        <w:jc w:val="both"/>
      </w:pPr>
      <w:r>
        <w:rPr>
          <w:rFonts w:ascii="Georgia" w:hAnsi="Georgia" w:cs="Georgia" w:eastAsia="Georgia"/>
          <w:b w:val="0"/>
          <w:i w:val="0"/>
          <w:sz w:val="22"/>
        </w:rPr>
        <w:t>Heavy bombardment shook the city overnight, correspondents in Aleppo said yesterday, as Syria's army and allied forces pursued a weeks-long offensive that has seen them retake about 85% of east Aleppo, a rebel stronghold since 2012. The Syrian Observatory for Human Rights, a Britain-based monitor, said the 10 000 who had fled since midnight headed to government-held west Aleppo and newly retaken areas in the north and centre of the city.</w:t>
      </w:r>
    </w:p>
    <w:p>
      <w:pPr>
        <w:spacing w:before="0" w:after="120" w:line="300" w:lineRule="exact"/>
        <w:jc w:val="both"/>
      </w:pPr>
      <w:r>
        <w:rPr>
          <w:rFonts w:ascii="Georgia" w:hAnsi="Georgia" w:cs="Georgia" w:eastAsia="Georgia"/>
          <w:b w:val="0"/>
          <w:i w:val="0"/>
          <w:sz w:val="22"/>
        </w:rPr>
        <w:t>State news agency SANA said at least 4 000 people had fled rebel districts in just hours yesterday and were taken by bus to shelters. Fighting raged on several fronts between opposition and regime forces in southeast Aleppo, the Observatory said, while regime raids and artillery fire continued to pound rebel-held areas. A correspondent in west Aleppo said heavy bombardment of the east was heard through the night, and it was so intense that it rattled windows in western districts.</w:t>
      </w:r>
    </w:p>
    <w:p>
      <w:pPr>
        <w:spacing w:before="0" w:after="120" w:line="300" w:lineRule="exact"/>
        <w:jc w:val="both"/>
      </w:pPr>
      <w:r>
        <w:rPr>
          <w:rFonts w:ascii="Georgia" w:hAnsi="Georgia" w:cs="Georgia" w:eastAsia="Georgia"/>
          <w:b w:val="0"/>
          <w:i w:val="0"/>
          <w:sz w:val="22"/>
        </w:rPr>
        <w:t>At least 413 civilians have been killed in east Aleppo since the start of the offensive, according to the Observatory, and 139 killed in rebel rocket fire on the city's west. At least 80 000 people had al- ready fled eastern Aleppo before yesterday, according to the Observatory. Experts said the retaking of all of Aleppo by Assad's forces appeared to be only a matter of time and would deal the biggest blow to Syria's opposition since the start of the country's civil war in 2011.</w:t>
      </w:r>
    </w:p>
    <w:p>
      <w:pPr>
        <w:spacing w:before="0" w:after="120" w:line="300" w:lineRule="exact"/>
        <w:jc w:val="both"/>
      </w:pPr>
      <w:r>
        <w:rPr>
          <w:rFonts w:ascii="Georgia" w:hAnsi="Georgia" w:cs="Georgia" w:eastAsia="Georgia"/>
          <w:b w:val="0"/>
          <w:i w:val="0"/>
          <w:sz w:val="22"/>
        </w:rPr>
        <w:t>"We're now past the point where the opposition has any hope of pulling things back," Yezid Sayigh, a senior associate at the Carnegie Middle East Centre in Beirut said. Assad would have in effect broken the back of the armed opposition and the idea that the regime could be overcome militarily would be finally put to rest. Backing from Moscow, which launched an air war in support of Assad last year, has been crucial in the army's ability to make gains.</w:t>
      </w:r>
    </w:p>
    <w:p>
      <w:pPr>
        <w:spacing w:before="0" w:after="120" w:line="300" w:lineRule="exact"/>
        <w:jc w:val="both"/>
      </w:pPr>
      <w:r>
        <w:rPr>
          <w:rFonts w:ascii="Georgia" w:hAnsi="Georgia" w:cs="Georgia" w:eastAsia="Georgia"/>
          <w:b w:val="0"/>
          <w:i w:val="0"/>
          <w:sz w:val="22"/>
        </w:rPr>
        <w:t>Overnight into yesterday Russian warplanes carried out more than 60 strikes on IS positions in Palmyra, killing more than 300 jihadists and halting their latest offensive on the desert city in central Syria, famed for its Romanera ruins.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TWIN ISTANBUL BOMBS KILL 38</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Kurdish militants blamed for attack on Turkish soccer stadium. On Saturday, the jihadists, who were forced out of Palmyra by Syrian troops in March, had taken most of the city back under their control and surrounded the airport. The heavy fighting in Aleppo has prompted widespread international concern, but diplomats have been unable to reach a deal on halting the violence.</w:t>
      </w:r>
    </w:p>
    <w:p>
      <w:pPr>
        <w:spacing w:before="0" w:after="120" w:line="300" w:lineRule="exact"/>
        <w:jc w:val="both"/>
      </w:pPr>
      <w:r>
        <w:rPr>
          <w:rFonts w:ascii="Georgia" w:hAnsi="Georgia" w:cs="Georgia" w:eastAsia="Georgia"/>
          <w:b w:val="0"/>
          <w:i w:val="0"/>
          <w:sz w:val="22"/>
        </w:rPr>
        <w:t>"It looks now as if sadly Aleppo will fall," British Defence Secretary Michael Fallon told BBC television yesterday. – AFP The Herald 12-Dec-2016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Aleppo evacuations get under way</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REUTERS NEARLY 1 000 people left the battered rebel-controlled parts of east Aleppo yesterday under a fragile evacuation deal, a senior Syrian military source said. The source said 951 people, including 200 fighters and 108 wounded, made up the first convoy evacuated from the war-battered city.A convoy of ambulances and buses left rebel territory in Aleppo in the first evacuations under a deal for opposition fighters to leave the city after years of fighting.</w:t>
      </w:r>
    </w:p>
    <w:p>
      <w:pPr>
        <w:spacing w:before="0" w:after="120" w:line="300" w:lineRule="exact"/>
        <w:jc w:val="both"/>
      </w:pPr>
      <w:r>
        <w:rPr>
          <w:rFonts w:ascii="Georgia" w:hAnsi="Georgia" w:cs="Georgia" w:eastAsia="Georgia"/>
          <w:b w:val="0"/>
          <w:i w:val="0"/>
          <w:sz w:val="22"/>
        </w:rPr>
        <w:t>The rebel withdrawal will pave the way for President Bashar alAssad's forces to reclaim complete control of Syria's second city, handing the regime its biggest victory in more than five years of civil war. A revived agreement on a ceasefire and the evacuations was announced yesterday, after an initial plan for civilians and fighters to leave rebel-held parts of east Aleppo collapsed the previous day amid renewed clashes.</w:t>
      </w:r>
    </w:p>
    <w:p>
      <w:pPr>
        <w:spacing w:before="0" w:after="120" w:line="300" w:lineRule="exact"/>
        <w:jc w:val="both"/>
      </w:pPr>
      <w:r>
        <w:rPr>
          <w:rFonts w:ascii="Georgia" w:hAnsi="Georgia" w:cs="Georgia" w:eastAsia="Georgia"/>
          <w:b w:val="0"/>
          <w:i w:val="0"/>
          <w:sz w:val="22"/>
        </w:rPr>
        <w:t>Evacuees spent several hours gathering at a staging area with assistance from the International Committee of the Red Cross (ICRC), before the first vehicles left rebel territory at 2.30pm local time. The slow-moving convoy of about 24 vehicles snaked out of Al -Amiriyah district in southern Aleppo and crossed into government-held Ramussa.</w:t>
      </w:r>
    </w:p>
    <w:p>
      <w:pPr>
        <w:spacing w:before="0" w:after="120" w:line="300" w:lineRule="exact"/>
        <w:jc w:val="both"/>
      </w:pPr>
      <w:r>
        <w:rPr>
          <w:rFonts w:ascii="Georgia" w:hAnsi="Georgia" w:cs="Georgia" w:eastAsia="Georgia"/>
          <w:b w:val="0"/>
          <w:i w:val="0"/>
          <w:sz w:val="22"/>
        </w:rPr>
        <w:t>People were piling on to the buses, with some worried there would not be another chance to evacuate. Many were in tears and some hesitated to board the buses, afraid they would end up in the hands of regime forces. The convoy was led by vehicles from the ICRC and the Syrian Arab Red Crescent, followed by ambulances and then green government buses.</w:t>
      </w:r>
    </w:p>
    <w:p>
      <w:pPr>
        <w:spacing w:before="0" w:after="120" w:line="300" w:lineRule="exact"/>
        <w:jc w:val="both"/>
      </w:pPr>
      <w:r>
        <w:rPr>
          <w:rFonts w:ascii="Georgia" w:hAnsi="Georgia" w:cs="Georgia" w:eastAsia="Georgia"/>
          <w:b w:val="0"/>
          <w:i w:val="0"/>
          <w:sz w:val="22"/>
        </w:rPr>
        <w:t>The ICRC's spokeswoman in Syria, Ingy Sedky, said the first convoy included 13 ambulances and 20 buses. "They have crossed the frontline and are on their way to rural parts of western Aleppo" province, including the oppositioncontrolled town of Khan alAassal, she said. "Once the convoy arrives safely it will return and collect more peo- ple for a second journey and continue like that.</w:t>
      </w:r>
    </w:p>
    <w:p>
      <w:pPr>
        <w:spacing w:before="0" w:after="120" w:line="300" w:lineRule="exact"/>
        <w:jc w:val="both"/>
      </w:pPr>
      <w:r>
        <w:rPr>
          <w:rFonts w:ascii="Georgia" w:hAnsi="Georgia" w:cs="Georgia" w:eastAsia="Georgia"/>
          <w:b w:val="0"/>
          <w:i w:val="0"/>
          <w:sz w:val="22"/>
        </w:rPr>
        <w:t>We will go for as long as conditions allow." Syrian state television reported that at least 4 000 rebels and their families would be evacuated under the plan. A first evacuation expected to take place on Wednesday fell apart, with artillery exchanges and resumed air strikes rocking the city until the early hours of yesterday. But the agreement, brokered by Syrian regime ally Moscow and opposition supporter Ankara, was revived following fresh talks.</w:t>
      </w:r>
    </w:p>
    <w:p>
      <w:pPr>
        <w:spacing w:before="0" w:after="120" w:line="300" w:lineRule="exact"/>
        <w:jc w:val="both"/>
      </w:pPr>
      <w:r>
        <w:rPr>
          <w:rFonts w:ascii="Georgia" w:hAnsi="Georgia" w:cs="Georgia" w:eastAsia="Georgia"/>
          <w:b w:val="0"/>
          <w:i w:val="0"/>
          <w:sz w:val="22"/>
        </w:rPr>
        <w:t>The defence ministry in Moscow said that Syrian authorities had guaranteed the safety of the rebels leaving the city. – AFP The Herald 16-Dec-2016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Áleppó evacuatión grinds tó a halti</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Aid agencies told to leave amid dispute over Shi'ite villages and recriminations Laila Bassam, Suleiman AlKhalidi and John Davison THE evacuation of people from the last opposition-held areas of the Syrian city of Aleppo was suspended yesterday after progovernment militias demanded the wounded should also be brought out of two Shi'ite villages being besieged by rebel fighters.</w:t>
      </w:r>
    </w:p>
    <w:p>
      <w:pPr>
        <w:spacing w:before="0" w:after="120" w:line="300" w:lineRule="exact"/>
        <w:jc w:val="both"/>
      </w:pPr>
      <w:r>
        <w:rPr>
          <w:rFonts w:ascii="Georgia" w:hAnsi="Georgia" w:cs="Georgia" w:eastAsia="Georgia"/>
          <w:b w:val="0"/>
          <w:i w:val="0"/>
          <w:sz w:val="22"/>
        </w:rPr>
        <w:t>The second day of the operation to evacuate Aleppo's rebel enclave ground to a halt amid recriminations from all sides after a morning that had seen the pace of the operation pick up. Rebel sources accused progovernment Shi'ite militias of opening fire on bus convoys taking evacuees out of the city. A Syrian official source said the evacuation was halted because rebels had sought to take out people they had abducted with them, and they had also tried to take weapons hidden in bags.</w:t>
      </w:r>
    </w:p>
    <w:p>
      <w:pPr>
        <w:spacing w:before="0" w:after="120" w:line="300" w:lineRule="exact"/>
        <w:jc w:val="both"/>
      </w:pPr>
      <w:r>
        <w:rPr>
          <w:rFonts w:ascii="Georgia" w:hAnsi="Georgia" w:cs="Georgia" w:eastAsia="Georgia"/>
          <w:b w:val="0"/>
          <w:i w:val="0"/>
          <w:sz w:val="22"/>
        </w:rPr>
        <w:t>This was denied by Aleppo-based rebel groups. But a media outlet run by the progovernment Hezbollah group said protesters had blocked the road from the city, demanding that wounded people from the villages of Foua and Kefraya in nearby Idlib province should also be evacuated. It also said rebels had bombarded a road due to be used by buses to conduct the evacuation from the Shi'ite villages.</w:t>
      </w:r>
    </w:p>
    <w:p>
      <w:pPr>
        <w:spacing w:before="0" w:after="120" w:line="300" w:lineRule="exact"/>
        <w:jc w:val="both"/>
      </w:pPr>
      <w:r>
        <w:rPr>
          <w:rFonts w:ascii="Georgia" w:hAnsi="Georgia" w:cs="Georgia" w:eastAsia="Georgia"/>
          <w:b w:val="0"/>
          <w:i w:val="0"/>
          <w:sz w:val="22"/>
        </w:rPr>
        <w:t>Iran, one of Syria's main allies, had demanded that the villages be included in a ceasefire deal under which people were leaving Alep- po. There has been no sign of any evacuation from the villages, which have long been besieged by insurgents in the mostly rebel-held province. Aid agencies involved in the Aleppo evacuation had been told to leave the area without explanation after the operation was aborted, the World Health Organisation (WHO) said.</w:t>
      </w:r>
    </w:p>
    <w:p>
      <w:pPr>
        <w:spacing w:before="0" w:after="120" w:line="300" w:lineRule="exact"/>
        <w:jc w:val="both"/>
      </w:pPr>
      <w:r>
        <w:rPr>
          <w:rFonts w:ascii="Georgia" w:hAnsi="Georgia" w:cs="Georgia" w:eastAsia="Georgia"/>
          <w:b w:val="0"/>
          <w:i w:val="0"/>
          <w:sz w:val="22"/>
        </w:rPr>
        <w:t>The Syrian Observatory for Human Rights, a monitoring group, said a total of 8 000 people, including some 3 000 fighters and more than 300 wounded, had left the city in convoys of buses and ambulances since the evacuation began on Thursday morning. By early yesterday morning, almost 200 evacuated patients had arrived at eight "overwhelmed" hospitals in government held western Aleppo, Idlib and Turkey, according to the WHO.</w:t>
      </w:r>
    </w:p>
    <w:p>
      <w:pPr>
        <w:spacing w:before="0" w:after="120" w:line="300" w:lineRule="exact"/>
        <w:jc w:val="both"/>
      </w:pPr>
      <w:r>
        <w:rPr>
          <w:rFonts w:ascii="Georgia" w:hAnsi="Georgia" w:cs="Georgia" w:eastAsia="Georgia"/>
          <w:b w:val="0"/>
          <w:i w:val="0"/>
          <w:sz w:val="22"/>
        </w:rPr>
        <w:t>The UN said 50 000 people remained in rebel-held Aleppo, of whom 10 000 would be taken to Idlib province and the rest would go to government-held city districts. Aleppo had been divided between government and rebel areas in the almost six-year civil war, but a lightning advance by the Syrian army and its allies that began in mid-November deprived the insurgents of most of their territory in a matter of weeks.</w:t>
      </w:r>
    </w:p>
    <w:p>
      <w:pPr>
        <w:spacing w:before="0" w:after="120" w:line="300" w:lineRule="exact"/>
        <w:jc w:val="both"/>
      </w:pPr>
      <w:r>
        <w:rPr>
          <w:rFonts w:ascii="Georgia" w:hAnsi="Georgia" w:cs="Georgia" w:eastAsia="Georgia"/>
          <w:b w:val="0"/>
          <w:i w:val="0"/>
          <w:sz w:val="22"/>
        </w:rPr>
        <w:t>Russian President Vladimir Putin, Syria's most powerful ally, said he was working with Turkish President Tayyip Erdogan to try to start a new round of Syrian peace talks aimed at securing a nationwide ceasefire. – Reuters The Herald 16-Dec-2016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ALEPPO'S FALL TO THE ASSAD REGIME IS NOT THE END OF THE BRUTAL CONFLAGRATION</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0" w:after="120" w:line="300" w:lineRule="exact"/>
        <w:jc w:val="both"/>
      </w:pPr>
      <w:r>
        <w:rPr>
          <w:rFonts w:ascii="Georgia" w:hAnsi="Georgia" w:cs="Georgia" w:eastAsia="Georgia"/>
          <w:b w:val="0"/>
          <w:i w:val="0"/>
          <w:sz w:val="22"/>
        </w:rPr>
        <w:t>Aleppo's fall to the kuffaar Syrian regime is not the end of the strife and anarchy wracking and destroying Syria and Iraq. The fall of Aleppo is part of the brutal seesaw game orchestrate by the U.S.A in the Middle East to secure and advance its own global interests for its own survival. The Syrian regime has retaken a thoroughly devastated city, destroyed and denuded of all institutions associated with humanity.</w:t>
      </w:r>
    </w:p>
    <w:p>
      <w:pPr>
        <w:spacing w:before="0" w:after="120" w:line="300" w:lineRule="exact"/>
        <w:jc w:val="both"/>
      </w:pPr>
      <w:r>
        <w:rPr>
          <w:rFonts w:ascii="Georgia" w:hAnsi="Georgia" w:cs="Georgia" w:eastAsia="Georgia"/>
          <w:b w:val="0"/>
          <w:i w:val="0"/>
          <w:sz w:val="22"/>
        </w:rPr>
        <w:t>It is not only naive, but moronic, to understand from Aleppo's fall that the conflagration of anarchy which has consumed and devastated the Land of Shaam, is about to come to an end. The anarchy is simply moving into another phase, and may return to Aleppo soon. Russia and Assad are deluded with their hollow 'victory' celebrations. It is too stupid to believe that the U.S. will stand or sit as an idle observer viewing helplessly the grave setback it (the U.S.) has suffered in this temporary victory for the Assad, The Devil.</w:t>
      </w:r>
    </w:p>
    <w:p>
      <w:pPr>
        <w:spacing w:before="0" w:after="120" w:line="300" w:lineRule="exact"/>
        <w:jc w:val="both"/>
      </w:pPr>
      <w:r>
        <w:rPr>
          <w:rFonts w:ascii="Georgia" w:hAnsi="Georgia" w:cs="Georgia" w:eastAsia="Georgia"/>
          <w:b w:val="0"/>
          <w:i w:val="0"/>
          <w:sz w:val="22"/>
        </w:rPr>
        <w:t>From the worldly perspective (min haithul asbaab), the U.S.A. had initiated the Syrian-Iraqi massive anarchy with its heart-rending human and political upheavals. The American plot is to perpetuate anarchy in all Muslim lands in particular, and in Africa and Asia in general. Its survival as a 'super' power is reliant on global anarchy which ensures the flow of the wealth of the 'third world' stupid countries into its coffers.</w:t>
      </w:r>
    </w:p>
    <w:p>
      <w:pPr>
        <w:spacing w:before="0" w:after="120" w:line="300" w:lineRule="exact"/>
        <w:jc w:val="both"/>
      </w:pPr>
      <w:r>
        <w:rPr>
          <w:rFonts w:ascii="Georgia" w:hAnsi="Georgia" w:cs="Georgia" w:eastAsia="Georgia"/>
          <w:b w:val="0"/>
          <w:i w:val="0"/>
          <w:sz w:val="22"/>
        </w:rPr>
        <w:t>While they (the kuffaar – the U.S. in this case) plot, Allah Ta'ala also 'plots', and He is the best of 'plotters'. The U.S.A. had created its puppet and protégé, ISIS to further its interests. At the same time, the U.S. conspiracy necessitated arming the other 'jihadi' groups to perpetuate the mayhem. However, the factor of Divine Intervention is not understood by the kuffaar and by even Muslims of today.</w:t>
      </w:r>
    </w:p>
    <w:p>
      <w:pPr>
        <w:spacing w:before="0" w:after="120" w:line="300" w:lineRule="exact"/>
        <w:jc w:val="both"/>
      </w:pPr>
      <w:r>
        <w:rPr>
          <w:rFonts w:ascii="Georgia" w:hAnsi="Georgia" w:cs="Georgia" w:eastAsia="Georgia"/>
          <w:b w:val="0"/>
          <w:i w:val="0"/>
          <w:sz w:val="22"/>
        </w:rPr>
        <w:t>Allah Ta'ala cast a spanner in the U.S. plot in the form of the Russian intervention, and such intervention of one kufr force against another kufr force is of the Sunnah of Allah Wa Jal for which the Qur'aan says: "You will not find a change in the Sunnah of Allah." The U.S. grand scheme precluded this factor which has developed quite unexpectedly.</w:t>
      </w:r>
    </w:p>
    <w:p>
      <w:pPr>
        <w:spacing w:before="0" w:after="120" w:line="300" w:lineRule="exact"/>
        <w:jc w:val="both"/>
      </w:pPr>
      <w:r>
        <w:rPr>
          <w:rFonts w:ascii="Georgia" w:hAnsi="Georgia" w:cs="Georgia" w:eastAsia="Georgia"/>
          <w:b w:val="0"/>
          <w:i w:val="0"/>
          <w:sz w:val="22"/>
        </w:rPr>
        <w:t>The current extent of Russian aid for the evil Assad was entirely unexpected by the U.S., and this has temporarily caused America to reel and tread with indecision. But, the U.S. most certainly is engaging in counter-measures to stem the tide of Russian success- es. What shall now happen is a repeat of history. The Afghan paradigm has already been initiated by the U.S.</w:t>
      </w:r>
    </w:p>
    <w:p>
      <w:pPr>
        <w:spacing w:before="0" w:after="120" w:line="300" w:lineRule="exact"/>
        <w:jc w:val="both"/>
      </w:pPr>
      <w:r>
        <w:rPr>
          <w:rFonts w:ascii="Georgia" w:hAnsi="Georgia" w:cs="Georgia" w:eastAsia="Georgia"/>
          <w:b w:val="0"/>
          <w:i w:val="0"/>
          <w:sz w:val="22"/>
        </w:rPr>
        <w:t>Russia has not learnt from the collapse and demise of the Soviet Union caused by its brutal Afghan escapade. The U.S. had ultimately vanquished the USSR, using the Afghan Mujaahideen to inflict the Russian Bear with thousands of cuts which drained it of its lifeblood. The same recipe will now be administered to Russia in the Middle East. By means of guerrilla tactics, using the 'jihadi' outfits, the U.S. will inflict a thousand cuts to drain and destroy the Russian bear in the Middle east.</w:t>
      </w:r>
    </w:p>
    <w:p>
      <w:pPr>
        <w:spacing w:before="0" w:after="120" w:line="300" w:lineRule="exact"/>
        <w:jc w:val="both"/>
      </w:pPr>
      <w:r>
        <w:rPr>
          <w:rFonts w:ascii="Georgia" w:hAnsi="Georgia" w:cs="Georgia" w:eastAsia="Georgia"/>
          <w:b w:val="0"/>
          <w:i w:val="0"/>
          <w:sz w:val="22"/>
        </w:rPr>
        <w:t>A classical example of this type of asymmetric warfare was the recent 'retake' by ISIS of Palmyra, the ancient Syrian city. ISIS had first captured the city in May 2015, but was driven out in March 2016 by intense Russian aerial bombardment. After the retake, within days ISIS was again forced to abandon the city which is again in Assad's control.</w:t>
      </w:r>
    </w:p>
    <w:p>
      <w:pPr>
        <w:spacing w:before="0" w:after="120" w:line="300" w:lineRule="exact"/>
        <w:jc w:val="both"/>
      </w:pPr>
      <w:r>
        <w:rPr>
          <w:rFonts w:ascii="Georgia" w:hAnsi="Georgia" w:cs="Georgia" w:eastAsia="Georgia"/>
          <w:b w:val="0"/>
          <w:i w:val="0"/>
          <w:sz w:val="22"/>
        </w:rPr>
        <w:t>The U.S. was fully aware that ISIS would not be able to hold on to the city after having briefly retaken it. Thus, the forceful expulsion of ISIS from Palmrya the second time came as no surprise. In fact, it was progress according to plan – the master plan to drain and destroy Russia. The infliction of thousands of cuts on the Russian bear will become the pattern of the anarchy in the Middle East.</w:t>
      </w:r>
    </w:p>
    <w:p>
      <w:pPr>
        <w:spacing w:before="0" w:after="120" w:line="300" w:lineRule="exact"/>
        <w:jc w:val="both"/>
      </w:pPr>
      <w:r>
        <w:rPr>
          <w:rFonts w:ascii="Georgia" w:hAnsi="Georgia" w:cs="Georgia" w:eastAsia="Georgia"/>
          <w:b w:val="0"/>
          <w:i w:val="0"/>
          <w:sz w:val="22"/>
        </w:rPr>
        <w:t>The objective is to finally destroy and eliminate Russia as a force to be reckoned with. Will the U.S. succeed in achieving this objective? The Planner of the ultimate objective is Allah Azza Wa Jal. Everything, even the 'anarchy' and 'mayhem', are the creation of Allah Ta'ala. "Not a leaf drops (from a tree) but He is aware." (Qur'aan). Allah Ta'ala directly intervenes and commands.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KHILAAFAT</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 Is khilaafat similar to the parliamentary system? Or is it a monarchy or a hereditary sate?. How is the Khalifah appointed and how does he govern?</w:t>
      </w:r>
    </w:p>
    <w:p>
      <w:pPr>
        <w:spacing w:before="0" w:after="120" w:line="300" w:lineRule="exact"/>
        <w:jc w:val="both"/>
      </w:pPr>
      <w:r>
        <w:rPr>
          <w:rFonts w:ascii="Georgia" w:hAnsi="Georgia" w:cs="Georgia" w:eastAsia="Georgia"/>
          <w:b w:val="0"/>
          <w:i w:val="0"/>
          <w:sz w:val="22"/>
        </w:rPr>
        <w:t>ANSWER Khilaafat simply means 'rule by representation'. The Ruler is called Khalifah or the Representative/Vicegerent. He is the Representative of Allah Azza Wa Jal via Rasulullah (Sallallahu alayhi wasallam). It is also proper to say that he is the Representative of Rasulullah (Sallallahu alayhi wasallam) or Khalifatur Rasool. He is also described as Allah's Shadow on earth by virtue of governing according to the Law of Allah Ta'ala.</w:t>
      </w:r>
    </w:p>
    <w:p>
      <w:pPr>
        <w:spacing w:before="0" w:after="120" w:line="300" w:lineRule="exact"/>
        <w:jc w:val="both"/>
      </w:pPr>
      <w:r>
        <w:rPr>
          <w:rFonts w:ascii="Georgia" w:hAnsi="Georgia" w:cs="Georgia" w:eastAsia="Georgia"/>
          <w:b w:val="0"/>
          <w:i w:val="0"/>
          <w:sz w:val="22"/>
        </w:rPr>
        <w:t>The function of the Khalifah is to administer the Shariah, that is to govern the Ummah by the Laws of Allah Ta'ala. If he fails in this obligation and governs in conflict with the Shariah, then he will be the khalifah of Iblees. There are a variety of ways for appointing the Khalifah. Some ways are valid and permissible while some methods are invalid and not permissible.</w:t>
      </w:r>
    </w:p>
    <w:p>
      <w:pPr>
        <w:spacing w:before="0" w:after="120" w:line="300" w:lineRule="exact"/>
        <w:jc w:val="both"/>
      </w:pPr>
      <w:r>
        <w:rPr>
          <w:rFonts w:ascii="Georgia" w:hAnsi="Georgia" w:cs="Georgia" w:eastAsia="Georgia"/>
          <w:b w:val="0"/>
          <w:i w:val="0"/>
          <w:sz w:val="22"/>
        </w:rPr>
        <w:t>Nevertheless, regardless of the method of appointment of the ruler, if he governs according to the Shariah, his Office will be legitimate and the Ummah is duty-bound to offer the oath of allegiance. If a man usurps power in a haraam way, but succeeds to install himself as the ruler, and he governs in accordance of the Shariah, then his khilaafat will be valid and binding on the Ummah.</w:t>
      </w:r>
    </w:p>
    <w:p>
      <w:pPr>
        <w:spacing w:before="0" w:after="120" w:line="300" w:lineRule="exact"/>
        <w:jc w:val="both"/>
      </w:pPr>
      <w:r>
        <w:rPr>
          <w:rFonts w:ascii="Georgia" w:hAnsi="Georgia" w:cs="Georgia" w:eastAsia="Georgia"/>
          <w:b w:val="0"/>
          <w:i w:val="0"/>
          <w:sz w:val="22"/>
        </w:rPr>
        <w:t>Allah Ta'ala will deal with him for his sin of haraam usurpation of power from a lawful ruler whom he had deposed. But, as long as he governs according to the Shariah, rebellion against him is haraam.The Objective as far as the Ummah is concerned is the Shariah. As long as there is no diversion from this Objective, anarchy and strife are haraam.</w:t>
      </w:r>
    </w:p>
    <w:p>
      <w:pPr>
        <w:spacing w:before="0" w:after="120" w:line="300" w:lineRule="exact"/>
        <w:jc w:val="both"/>
      </w:pPr>
      <w:r>
        <w:rPr>
          <w:rFonts w:ascii="Georgia" w:hAnsi="Georgia" w:cs="Georgia" w:eastAsia="Georgia"/>
          <w:b w:val="0"/>
          <w:i w:val="0"/>
          <w:sz w:val="22"/>
        </w:rPr>
        <w:t>Whether the ruler is appointed by senior Ulama, or by a powerful group of the population, or by an insurrection, or by an unIslamic system such as westerntype voting, or by a military coup, or by a monarchy or a hereditary system, or by any other method/system, whether halaal or haraam, he will be accepted as the legitimate Khalifah if he has succeeded to install himself as the ruler and if he governs strictly according to the Shariah.</w:t>
      </w:r>
    </w:p>
    <w:p>
      <w:pPr>
        <w:spacing w:before="0" w:after="120" w:line="300" w:lineRule="exact"/>
        <w:jc w:val="both"/>
      </w:pPr>
      <w:r>
        <w:rPr>
          <w:rFonts w:ascii="Georgia" w:hAnsi="Georgia" w:cs="Georgia" w:eastAsia="Georgia"/>
          <w:b w:val="0"/>
          <w:i w:val="0"/>
          <w:sz w:val="22"/>
        </w:rPr>
        <w:t>The first Khalifah of Islam was Hadhrat Abu Bakr (Radhiyallahu anhu) who was appointed by one senior of the Ummah, viz., Hadhrat Umar Ibn Khattaab (Radhiyallahu anhu). After his appointment, the masses offered the pledge of allegiance. The second Khalifah of Islam was Hadhrat Umar Ibn Khattaab (Radhiyallahu anhu) who was also appointed by one man, namely by the reigning Khalifah, Hadhrat Abu Bakr (Radhiyallahu anhu).</w:t>
      </w:r>
    </w:p>
    <w:p>
      <w:pPr>
        <w:spacing w:before="0" w:after="120" w:line="300" w:lineRule="exact"/>
        <w:jc w:val="both"/>
      </w:pPr>
      <w:r>
        <w:rPr>
          <w:rFonts w:ascii="Georgia" w:hAnsi="Georgia" w:cs="Georgia" w:eastAsia="Georgia"/>
          <w:b w:val="0"/>
          <w:i w:val="0"/>
          <w:sz w:val="22"/>
        </w:rPr>
        <w:t>Before his demise, he directed that Hadhrat Umar (Radhiyallahu anhu) be the Khalifah after him. Prior to his demise, Hadhrat Umar (Radhiyallahu anhu), the Khalifah, named a Committee of six senior Sahaabah and directed that after him, the Khalifah must be appointed from the Committee of Six. Thus, Hadhrat Uthmaan (Radhiyallahu anhu) who was one of the Six, was appointed the third Khalifah of Islam.</w:t>
      </w:r>
    </w:p>
    <w:p>
      <w:pPr>
        <w:spacing w:before="0" w:after="120" w:line="300" w:lineRule="exact"/>
        <w:jc w:val="both"/>
      </w:pPr>
      <w:r>
        <w:rPr>
          <w:rFonts w:ascii="Georgia" w:hAnsi="Georgia" w:cs="Georgia" w:eastAsia="Georgia"/>
          <w:b w:val="0"/>
          <w:i w:val="0"/>
          <w:sz w:val="22"/>
        </w:rPr>
        <w:t>Hadhrat Uthmaan (Radhiyallahu anhu) was unexpectedly assassinated by evil rebels. He did not have the opportunity to appoint the next Khalifah, hence Hadhrat Ali (Radhiyallahu anhu) became the fourth Khalifah of Islam by force of arms. Hadhrat Muaawiyyah (Radhiyallahu anhu) established the monarchical system. Henceforth the Khalifah was appointed by hereditary succession which is also valid in Islam.</w:t>
      </w:r>
    </w:p>
    <w:p>
      <w:pPr>
        <w:spacing w:before="0" w:after="120" w:line="300" w:lineRule="exact"/>
        <w:jc w:val="both"/>
      </w:pPr>
      <w:r>
        <w:rPr>
          <w:rFonts w:ascii="Georgia" w:hAnsi="Georgia" w:cs="Georgia" w:eastAsia="Georgia"/>
          <w:b w:val="0"/>
          <w:i w:val="0"/>
          <w:sz w:val="22"/>
        </w:rPr>
        <w:t>Both the Bani Umayyah and Banu Abbaas (Abbaside) dynasties were monarchical in nature. The Ottoman dynasty was also a monarchy. Prior to the advent of Rasulullah (Sallallahu alayhi wasallam) the system of khilaafat established by Allah Ta'ala was monarchical. Thus monarchy was actually a creation by Allah Ta'ala. The Qur'aan Majeed explicitly states that Allah Ta'ala had ordained two institutions for Bani Israaeel: Nubuwwat and Monarchy.</w:t>
      </w:r>
    </w:p>
    <w:p>
      <w:pPr>
        <w:spacing w:before="0" w:after="120" w:line="300" w:lineRule="exact"/>
        <w:jc w:val="both"/>
      </w:pPr>
      <w:r>
        <w:rPr>
          <w:rFonts w:ascii="Georgia" w:hAnsi="Georgia" w:cs="Georgia" w:eastAsia="Georgia"/>
          <w:b w:val="0"/>
          <w:i w:val="0"/>
          <w:sz w:val="22"/>
        </w:rPr>
        <w:t>While the Khalifah has to observe the Sunnah of Shura (consultation), his decision is final and binding. The Shura acts in an advisory capacity only. Furthermore, the Shura is not like a parliament. As far as a parliament is concerned, Hitler aptly summed up its fundamental attribute: "A parliament of a hundred baboons cannot arrive at a decision", or something to this effect.</w:t>
      </w:r>
    </w:p>
    <w:p>
      <w:pPr>
        <w:spacing w:before="0" w:after="120" w:line="300" w:lineRule="exact"/>
        <w:jc w:val="both"/>
      </w:pPr>
      <w:r>
        <w:rPr>
          <w:rFonts w:ascii="Georgia" w:hAnsi="Georgia" w:cs="Georgia" w:eastAsia="Georgia"/>
          <w:b w:val="0"/>
          <w:i w:val="0"/>
          <w:sz w:val="22"/>
        </w:rPr>
        <w:t>The Shura is not a permanent or an elected or a nominated committee of members. The Khalifah will consult and seek advice from people of experience in the specific sphere he intends acting. The Shura is not a formal structure/institution. The advice cannot be imposed on the Khalifah. Regarding Khilaafat, the vital and primary concern or objective is the Rule of the Shariah, not the system of appointment of the Khalifah, The system of appointment is flexible and changes with time and the circumstances.</w:t>
      </w:r>
    </w:p>
    <w:p>
      <w:pPr>
        <w:spacing w:before="0" w:after="120" w:line="300" w:lineRule="exact"/>
        <w:jc w:val="both"/>
      </w:pPr>
      <w:r>
        <w:rPr>
          <w:rFonts w:ascii="Georgia" w:hAnsi="Georgia" w:cs="Georgia" w:eastAsia="Georgia"/>
          <w:b w:val="0"/>
          <w:i w:val="0"/>
          <w:sz w:val="22"/>
        </w:rPr>
        <w:t>The Khalifah's rule is autocratic. If he is dubbed a dictator, it is quite acceptable. The difference between him and worldly dictators is that the Khalifah dictates the Law of Allah Azza Wa Jal, whilst other dictators dictate the law of Iblees and the Nafs.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 INDIAN AIR FORCE MEMBERS BANNED FROM BEARDS BY HINDU COURT</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Air Force personnel can't wear beards, an Indian court ruled in response to the complaint of a Muslim man who claimed that he had a fundamental right to have a beard. The man was fired for growing a beard. The ruling was made by Chief Justice of India T.S. Thakur of the Indian Supreme Court on Thursday, Indian media reported. The ruling is a response to petitions and complaints made by Ansari Aftab Ahmed, who was fired from the Indian Air Force (IAF) in 2008 after refusing to shave his beard.</w:t>
      </w:r>
    </w:p>
    <w:p>
      <w:pPr>
        <w:spacing w:before="0" w:after="120" w:line="300" w:lineRule="exact"/>
        <w:jc w:val="both"/>
      </w:pPr>
      <w:r>
        <w:rPr>
          <w:rFonts w:ascii="Georgia" w:hAnsi="Georgia" w:cs="Georgia" w:eastAsia="Georgia"/>
          <w:b w:val="0"/>
          <w:i w:val="0"/>
          <w:sz w:val="22"/>
        </w:rPr>
        <w:t>Thursday's ruling upholds their decision. Ahmed claimed that wearing a beard is a fundamental right as a Muslim, while arguing that Sikhs are allowed to wear long hair, turbans, and beards as their religion requires. According to IAF, "it cannot be said that Muslim religion prohibits the cutting of hair or shaving of the face of its member." The Indian Defense Ministry's policy regarding "hair, beard and wearing turbans," introduced in 2003, states that "only those Muslim personnel, who had kept beard along with moustache at the time of commissioning /enrolment prior to 01 Jan 2002, would be allowed to keep beard and moustache." Muslims who have, however, grown beards after joining the service "should shave off the beard," it states.</w:t>
      </w:r>
    </w:p>
    <w:p>
      <w:pPr>
        <w:spacing w:before="0" w:after="120" w:line="300" w:lineRule="exact"/>
        <w:jc w:val="both"/>
      </w:pPr>
      <w:r>
        <w:rPr>
          <w:rFonts w:ascii="Georgia" w:hAnsi="Georgia" w:cs="Georgia" w:eastAsia="Georgia"/>
          <w:b w:val="0"/>
          <w:i w:val="0"/>
          <w:sz w:val="22"/>
        </w:rPr>
        <w:t>"Under no circumstances, a Muslim person who had beard at the time of joining service before 1 Jan 2002 shall be allowed to maintain beard without moustache. Moustache would be a part of the beard." Ahmed is not the only person who has filed a complaint regarding the policy. In 2008, IAF Corporal Mohammed Zubair and Maharashtra policeman Mohammad Fasi filed similar complaints.</w:t>
      </w:r>
    </w:p>
    <w:p>
      <w:pPr>
        <w:spacing w:before="0" w:after="120" w:line="300" w:lineRule="exact"/>
        <w:jc w:val="both"/>
      </w:pPr>
      <w:r>
        <w:rPr>
          <w:rFonts w:ascii="Georgia" w:hAnsi="Georgia" w:cs="Georgia" w:eastAsia="Georgia"/>
          <w:b w:val="0"/>
          <w:i w:val="0"/>
          <w:sz w:val="22"/>
        </w:rPr>
        <w:t>With the exception of Sikhs, military personnel in India are only allowed to grow whiskers and moustaches, which should be of moderate length. Published time: 15 Dec, 2016 14:09 © Danish Ishmail / Reuters (End of report)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decree of the Hindu court of Idolatry is entirely rational and expected. What is unexpected and irrational is Muslims joining the zaalim air force / military/ navy of the Hindu mushrikeen. The evil of participating in the forces of oppression of the Mushrikeen can never be compensated by sporting beards. Someone offered a moron a big prize if he would consume 2 plates full of faeces.</w:t>
      </w:r>
    </w:p>
    <w:p>
      <w:pPr>
        <w:spacing w:before="0" w:after="120" w:line="300" w:lineRule="exact"/>
        <w:jc w:val="both"/>
      </w:pPr>
      <w:r>
        <w:rPr>
          <w:rFonts w:ascii="Georgia" w:hAnsi="Georgia" w:cs="Georgia" w:eastAsia="Georgia"/>
          <w:b w:val="0"/>
          <w:i w:val="0"/>
          <w:sz w:val="22"/>
        </w:rPr>
        <w:t>The moron took up the challenge and with relish gobbled up the one plate of faeces. When the second plate was presented, the moron baulked. Taking a reflective look at it, pushed the plate aside and refused to eat the faeces. When asked for his peculiar reaction, he said that a fly is sitting on the faeces, hence he will not eat it. These moron Muslims who join the kuffaar security apparatus of any strata and kind are like the one who consumes faeces with relish, but complains if a fly sits on it.</w:t>
      </w:r>
    </w:p>
    <w:p>
      <w:pPr>
        <w:spacing w:before="0" w:after="120" w:line="300" w:lineRule="exact"/>
        <w:jc w:val="both"/>
      </w:pPr>
      <w:r>
        <w:rPr>
          <w:rFonts w:ascii="Georgia" w:hAnsi="Georgia" w:cs="Georgia" w:eastAsia="Georgia"/>
          <w:b w:val="0"/>
          <w:i w:val="0"/>
          <w:sz w:val="22"/>
        </w:rPr>
        <w:t>Joining the air force of the Hindu mushrikeen is like consuming faeces. The beards of the morons are analogous with the fly. It is irrational for a moron Muslim builder doing a haraam job on or in a Hindu temple to complain of the presence of idols in the temple. He should complain about his aiding and abetting shirk, kufr and zulm, and he should severely castigate those moron molvis who issue fatwas of permissibility for Muslim contractors to build temples, churches, casinos, brothels and the like, basing their stupid and corrupt fatwas on Fiqhi technicalities never intended by the Fuqaha for the corruption which the Ulama-eSoo' legalize.</w:t>
      </w:r>
    </w:p>
    <w:p>
      <w:pPr>
        <w:spacing w:before="0" w:after="120" w:line="300" w:lineRule="exact"/>
        <w:jc w:val="both"/>
      </w:pPr>
      <w:r>
        <w:rPr>
          <w:rFonts w:ascii="Georgia" w:hAnsi="Georgia" w:cs="Georgia" w:eastAsia="Georgia"/>
          <w:b w:val="0"/>
          <w:i w:val="0"/>
          <w:sz w:val="22"/>
        </w:rPr>
        <w:t>The only option for Muslims working in kuffaar institutions of zulm, is to resign from the oppressive and brutal apparatus in which they serve.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Gulen links in Karlov assassination</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(Turkey's) Ruling party official says probe into killing of Russian envoy Andrey Karlov is focusing on Gulen movement links. The investigation into the killing of the Russian ambassador to Ankara is focusing on possible links to the Gulen movement, a senior official with Turkey's ruling party told Al Jazeera. The Gulen group, led by selfexiled Muslim cleric Fethullah Gulen, is accused by Turkey of masterminding the July 22 failed coup, and is seen by Ankara as terrorist organisation.</w:t>
      </w:r>
    </w:p>
    <w:p>
      <w:pPr>
        <w:spacing w:before="0" w:after="120" w:line="300" w:lineRule="exact"/>
        <w:jc w:val="both"/>
      </w:pPr>
      <w:r>
        <w:rPr>
          <w:rFonts w:ascii="Georgia" w:hAnsi="Georgia" w:cs="Georgia" w:eastAsia="Georgia"/>
          <w:b w:val="0"/>
          <w:i w:val="0"/>
          <w:sz w:val="22"/>
        </w:rPr>
        <w:t>(Gulen is not a Muslim. He subscribes to a weird American brand of 'islam' which accommodates the kufr of all religions – Al-Haq). The assailant who shot dead envoy Andrey Karlov on Monday evening was identified by Turkish authorities as a 22-year-old serving member of capital Ankara's riot police force. ...... Kani Torun, an MP with Turkey's ruling Justice and Development Party, told Al Jazeera that the attacker was a legitimate active officer, with no evidence of being in contact with groups fighting in Syria.</w:t>
      </w:r>
    </w:p>
    <w:p>
      <w:pPr>
        <w:spacing w:before="0" w:after="120" w:line="300" w:lineRule="exact"/>
        <w:jc w:val="both"/>
      </w:pPr>
      <w:r>
        <w:rPr>
          <w:rFonts w:ascii="Georgia" w:hAnsi="Georgia" w:cs="Georgia" w:eastAsia="Georgia"/>
          <w:b w:val="0"/>
          <w:i w:val="0"/>
          <w:sz w:val="22"/>
        </w:rPr>
        <w:t>"According to preliminary findings, he is not a person who has been to Syria and it is very unlikely that he has been in contact with groups in Syria," Torun, who also acts as the deputy chairman of the parliament's foreign affairs committee, told Al Jazeera. "Accordingly, the only likely culprit for this attack is FETO. They have been very active in police forces," Torun said, using an abbreviation referring to the Gulen movement as a terrorist group. ..........</w:t>
      </w:r>
    </w:p>
    <w:p>
      <w:pPr>
        <w:spacing w:before="0" w:after="120" w:line="300" w:lineRule="exact"/>
        <w:jc w:val="both"/>
      </w:pPr>
      <w:r>
        <w:rPr>
          <w:rFonts w:ascii="Georgia" w:hAnsi="Georgia" w:cs="Georgia" w:eastAsia="Georgia"/>
          <w:b w:val="0"/>
          <w:i w:val="0"/>
          <w:sz w:val="22"/>
        </w:rPr>
        <w:t>Fethullah Gulen has been in self-imposed exile in the US state of Pennsylvania since 1999, and is wanted by the Turkish authorities. ................................ Turkey says that Gulen's supporters within the army carried out the failed coup of July 15, claiming that they have been running "a parallel state" within the civilian and military bureaucracy, and following their own agenda.</w:t>
      </w:r>
    </w:p>
    <w:p>
      <w:pPr>
        <w:spacing w:before="0" w:after="120" w:line="300" w:lineRule="exact"/>
        <w:jc w:val="both"/>
      </w:pPr>
      <w:r>
        <w:rPr>
          <w:rFonts w:ascii="Georgia" w:hAnsi="Georgia" w:cs="Georgia" w:eastAsia="Georgia"/>
          <w:b w:val="0"/>
          <w:i w:val="0"/>
          <w:sz w:val="22"/>
        </w:rPr>
        <w:t>Gulen denies the claims. At least 290 people, including the plotters, were killed during the events of July 15. Tens of thousands of civilian and military state employees were sacked or detained following the incident in efforts to get rid of the followers of Gulen, seen as a terrorist organisation in Turkey. (Source: Al Jazeera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Gulen movement funded by sinister U.S. forces has established thousands of so-called 'islamic' schools throughout the world. These Gulenist schools operate under a plethora of secular names. A smattering of Islam is imparted in an environment of overwhelming modernism and kufr. The outward appearance of the personnel staffing these school is more Yahood and Nasaara than the actual Yahood and Nasaara.</w:t>
      </w:r>
    </w:p>
    <w:p>
      <w:pPr>
        <w:spacing w:before="0" w:after="120" w:line="300" w:lineRule="exact"/>
        <w:jc w:val="both"/>
      </w:pPr>
      <w:r>
        <w:rPr>
          <w:rFonts w:ascii="Georgia" w:hAnsi="Georgia" w:cs="Georgia" w:eastAsia="Georgia"/>
          <w:b w:val="0"/>
          <w:i w:val="0"/>
          <w:sz w:val="22"/>
        </w:rPr>
        <w:t>In Turkey, Erdogan has closed down thousands of Gulenist schools. These schools are rife in South Africa. The Muslim community here is extremely naive and gullible to fall into the snare of the Gulenist movement. Free secular education, free boarding and lodging and the smattering of watered down 'islamic' teachings are the chimera dangled in front of Muslims to attract parents to enrol their children in these schools of kufr.</w:t>
      </w:r>
    </w:p>
    <w:p>
      <w:pPr>
        <w:spacing w:before="0" w:after="120" w:line="300" w:lineRule="exact"/>
        <w:jc w:val="both"/>
      </w:pPr>
      <w:r>
        <w:rPr>
          <w:rFonts w:ascii="Georgia" w:hAnsi="Georgia" w:cs="Georgia" w:eastAsia="Georgia"/>
          <w:b w:val="0"/>
          <w:i w:val="0"/>
          <w:sz w:val="22"/>
        </w:rPr>
        <w:t>Children educated at the Gulenist schools will be transformed into zombie 'muslims' who will be the enemies of true Islam, and the slaves of Americanism. It is haraam for Muslims to support the Turkish Gulenist schools. It is not permissible to enrol children to be educated at the institutions of a movement which is the satanic agent of US sinister forces conspiring to destroy Islam and hold the Ummah in subjugation.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A GULENIST</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Although the killer of the Russian ambassador has been linked to the Gulen movement by the Turkish government, it does not appear that he is a Gulenist. After shooting the Russian envoy, the member of the police force, shouted: "Don't forget Aleppo! Don't forget Syria! Only death will take me out of here!......" In all likelihood, he embarked on this action in revenge for the brutality of Russian atrocities against Muslims in Syria.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OF EXPORT GRADE SHI'ISM</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Al Jazeera reports: Members of the Shia community protest over the detention of their leader, Sheikh Ibrahim ElZakzaky, in Bauchi, North East Nigeria [EPA] Muslim Friday prayers can lead to traffic nightmares in many African cities. It is an inconvenience that has led most residents of these cities to come up with peaceful alternatives to circumvent this challenge.</w:t>
      </w:r>
    </w:p>
    <w:p>
      <w:pPr>
        <w:spacing w:before="0" w:after="120" w:line="300" w:lineRule="exact"/>
        <w:jc w:val="both"/>
      </w:pPr>
      <w:r>
        <w:rPr>
          <w:rFonts w:ascii="Georgia" w:hAnsi="Georgia" w:cs="Georgia" w:eastAsia="Georgia"/>
          <w:b w:val="0"/>
          <w:i w:val="0"/>
          <w:sz w:val="22"/>
        </w:rPr>
        <w:t>However, in the city of Zaria, in the Nigerian Kaduna State, there was a growing animosity between the law enforcement agencies and the followers of the Islamic Movement of Nigeria (IMN) in this regard. (The IMN is a Shiah organization – AlHaq) Every Friday followers of the IMN, which is led by the charismatic 63-year-old Shia cleric Ibrahim El-Zakzaky, used to gather outside their headquarters, Hussainiyya Baqiyatullah in Zaria, for prayers.</w:t>
      </w:r>
    </w:p>
    <w:p>
      <w:pPr>
        <w:spacing w:before="0" w:after="120" w:line="300" w:lineRule="exact"/>
        <w:jc w:val="both"/>
      </w:pPr>
      <w:r>
        <w:rPr>
          <w:rFonts w:ascii="Georgia" w:hAnsi="Georgia" w:cs="Georgia" w:eastAsia="Georgia"/>
          <w:b w:val="0"/>
          <w:i w:val="0"/>
          <w:sz w:val="22"/>
        </w:rPr>
        <w:t>The police had accused them on a number of occasions of disregarding the state laws by blocking traffic, which the IMN believed was used as a pretext to disrupt their activities. This was an ongoing bone of contention, when on December 12, 2015 the situation escalated after soldiers accused members of IMN of plotting to kill the Army Chief, Tukur Buratai.</w:t>
      </w:r>
    </w:p>
    <w:p>
      <w:pPr>
        <w:spacing w:before="0" w:after="120" w:line="300" w:lineRule="exact"/>
        <w:jc w:val="both"/>
      </w:pPr>
      <w:r>
        <w:rPr>
          <w:rFonts w:ascii="Georgia" w:hAnsi="Georgia" w:cs="Georgia" w:eastAsia="Georgia"/>
          <w:b w:val="0"/>
          <w:i w:val="0"/>
          <w:sz w:val="22"/>
        </w:rPr>
        <w:t>The intervention of the army in the gathering of the IMN led to deadly skirmishes which resulted in the deaths of 347 people. Subsequently Zakazky and his wife were detained and have been in prison ever since. IMN have denied allegations of plotting to kill the army chief and have accused the army of using the plot accusations as a pretext to suppress their freedom and to kill and detain their members and leadership.</w:t>
      </w:r>
    </w:p>
    <w:p>
      <w:pPr>
        <w:spacing w:before="0" w:after="120" w:line="300" w:lineRule="exact"/>
        <w:jc w:val="both"/>
      </w:pPr>
      <w:r>
        <w:rPr>
          <w:rFonts w:ascii="Georgia" w:hAnsi="Georgia" w:cs="Georgia" w:eastAsia="Georgia"/>
          <w:b w:val="0"/>
          <w:i w:val="0"/>
          <w:sz w:val="22"/>
        </w:rPr>
        <w:t>Following the massacre in Zaria the government instituted a Commission for Judicial Enquiry to investigate the incident. In a rather shocking turn of events on December 5, the commission issued a White Paper or findings of its investigation. The White Paper basically absolved the soldiers of any wrongdoing and blamed the leader of the organisation, Zakzaky, for the massacre.</w:t>
      </w:r>
    </w:p>
    <w:p>
      <w:pPr>
        <w:spacing w:before="0" w:after="120" w:line="300" w:lineRule="exact"/>
        <w:jc w:val="both"/>
      </w:pPr>
      <w:r>
        <w:rPr>
          <w:rFonts w:ascii="Georgia" w:hAnsi="Georgia" w:cs="Georgia" w:eastAsia="Georgia"/>
          <w:b w:val="0"/>
          <w:i w:val="0"/>
          <w:sz w:val="22"/>
        </w:rPr>
        <w:t>It rec- ommended that Zakzaky be prosecuted and the IMN declared an insurgent group - a dangerous move that can turn into a security nightmare for the Nigerian state. .............................. The current discord between the authorities and the IMN is an extension of the global Shia/Sunni contestation. It is a phenomenon whose growth could be attributed to the steady flow of money from both Sunni and Shia sponsors into the African continent.</w:t>
      </w:r>
    </w:p>
    <w:p>
      <w:pPr>
        <w:spacing w:before="0" w:after="120" w:line="300" w:lineRule="exact"/>
        <w:jc w:val="both"/>
      </w:pPr>
      <w:r>
        <w:rPr>
          <w:rFonts w:ascii="Georgia" w:hAnsi="Georgia" w:cs="Georgia" w:eastAsia="Georgia"/>
          <w:b w:val="0"/>
          <w:i w:val="0"/>
          <w:sz w:val="22"/>
        </w:rPr>
        <w:t>It has led to an entrenchment of schism and resentment between these sects whose members had coexisted peacefully over the years. Nigerians must be cognizant of this entrapment and must resist all circumstances which could worsen the situation, including weak leadership." (End of report)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Shiah Fitnah was moulded into an export commodity since the era of Khomeini. Prior to Khomeni's revolution in Iran, there was no such Shiah-Sunni antagonism which has culminated in anarchy, murder and bloodshed in many Muslim countries where the two divergent groups had once coexisted peacefully. Khomeini was the author of the violent brand of Shi'ism.</w:t>
      </w:r>
    </w:p>
    <w:p>
      <w:pPr>
        <w:spacing w:before="0" w:after="120" w:line="300" w:lineRule="exact"/>
        <w:jc w:val="both"/>
      </w:pPr>
      <w:r>
        <w:rPr>
          <w:rFonts w:ascii="Georgia" w:hAnsi="Georgia" w:cs="Georgia" w:eastAsia="Georgia"/>
          <w:b w:val="0"/>
          <w:i w:val="0"/>
          <w:sz w:val="22"/>
        </w:rPr>
        <w:t>It was his dream of hoisting Shi'ism as the dominant force in all Muslim countries. In the pursuit of achieving this goal, the Iranian authorities have been responsible for the global Shiah-Sunni chaos, bloodletting and anarchy. In fact, anarchy and murder are evacuants for Shiah hatred of the Sahaabah – a hatred which renders killing Sunnis an act of high religious merit for the Shiahs who excel in conspiracies against the Ahl-eSunnah Wal Jama'ah.</w:t>
      </w:r>
    </w:p>
    <w:p>
      <w:pPr>
        <w:spacing w:before="0" w:after="120" w:line="300" w:lineRule="exact"/>
        <w:jc w:val="both"/>
      </w:pPr>
      <w:r>
        <w:rPr>
          <w:rFonts w:ascii="Georgia" w:hAnsi="Georgia" w:cs="Georgia" w:eastAsia="Georgia"/>
          <w:b w:val="0"/>
          <w:i w:val="0"/>
          <w:sz w:val="22"/>
        </w:rPr>
        <w:t>The worst and vilest effects of Khomeini's export grade Shi'ism are in Pakistan where numerous senior Ulama of the Ahlus Sunnah have been murdered by Shiahs. The very same disease of export grade Shi'ism is currently plaguing Yemen. At the same time, the Saudi regime acting at the behest of its U.S. protector and commander is not an innocent party in the murderous ShiahSunni conflagration which is fanned and maintained by the U.S.A.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DISGORGING HATRED FOR ISLAM</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mayor of a Hungarian village has banned public expression of Islam. Building of Musjids and wearing Islamic garb (Hijaab, etc.) are banned. He describes Muslim migrants as "pagans from the south". He has urged municipalities throughout Hungary to adopt his proposals. Please comment. What should a Muslim in this scenario do?</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What the Hungarian barbarian mayor has proposed and enacted by his council is quite normal. Such action by an enemy of Islam should not come as a surprise. What the mayor has openly professed by way of hatred for Muslims is mild compared to the venom which he and the kuffaar in general conceal within themselves. In this regard, the Qur'aan Majeed says: "O People of Imaan! Do not take a confidant (as a bosom friend) from those besides yourselves. They leave no stone unturned to harm you. They desire that which distresses you (that which is harmful for you). Verily, hatred (for you) has erupted from their mouths. But what their breasts conceal is worse. Verily, We have explained the signs for you, if indeed you have intelligence." (Aal-e-Imraan, Aayat 118) The hatred of these kuffaar for Muslims and Islam has never been a secret, hence there is no need to be surprised when they disgorge their virulent animosity. Some years ago, prior to the so-called 'islamophobia' epidemic, the Western Kuffaar conducted themselves with outward decorum to befool and deceive Muslims. They had some degree of esteem for Muslims. However, in the current age, Allah Ta'ala has obliterated from their hearts whatever little 'respect' they used to display outwardly for Muslims. This obliteration is the consequence of the villainy and treachery against Allah Ta'ala by Muslims. The vast majority of Muslims living in Europe are no different from the kuffaar in lifestyle, attitude and even beliefs. Pork, liquor and zina are acceptable norms and ways of life for those who sport Muslim names. Although this evil is starkly evident in Europe, it is incrementally being adopted by Muslims all over the world, even in so-called Muslim countries. So what the mayoran avowed enemy of Islam – has enacted is simply a mild form of Divine Chastisement for Muslims. Allah Ta'ala says: "We shall surely give them a taste of the lesser punishment, not the greater Punishment, for perhaps they will return (to the Path of obedi- ence)." (As-Sajdah, Aayat 21) If lesson is not derived from this 'lesser' punishment, the unbearable punishment will most assuredly follow to utterly uproot and destroy the Muslim community. This is the unchangeable Sunnah of Allah Ta'ala. For Muslims who have the means to migrate from Hungary as well as from other European countries where similar tendencies of hatred for Islam are being displayed, Hijrat is Waajib. Those who are unable to migrate, should increase their obedience and Ibaadat, and engage in much Dua, imploring Allah Ta'ala to open up an exit avenue to be saved from the barbarians of Hungary. When it was compulsory to migrate from Makkah during the first phase of Nubuwwat, those who due to circumstances were unable to leave for Madinah, supplicated to Allah Ta'ala to open up an exit route for them. Referring to their Dua, the Qur'aan states: "......and the weak among the men, women and children, those who exclaim: 'O our Rabb! Take us out from this town (Makkah) whose people (the mushrikeen) are oppressors, During his last illness, Hadhrat Umar Bin Abdul Aziz (Rahmatullah alayh) was in great pain due to having been poisoned. He was advised to arrange for medication. The Khalifah responded: "If I have certitude that by merely touching my ear I shall be cured, then too, I shall refrain from it. Nothing is more pleasing to me than to enjoy the mercy of Divine Proximity." and grant us a defender from Your Side, and grant us a helper from Your Side." (An-Nisaa', Aayat 75) Those who are genuinely unable to migrate from the kuffaar lands of oppression, should engage in the abovementioned Dua. If they are sincere, Allah Ta'ala will create the circumstances for them to be freed from the Hungarian and other kuffaar oppressors. Turn increasingly with obedience to Allah Ta'ala. Adopt Taqwa. The Qur'aan Majeed assures the Muttaqeen: "He who fears Allah (adopts Taqwa), He creates for him an exit route." (At-Talaaq, Aayat 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ZUHD</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Paying tribute to the Zuhd (renunciation of the world) of the Khalifah, Hadhrat Abu Sulaimaan Daaraani (Rahmatullah alayh) said: "Umar Bin Abdul Aziz has surpassed in Zuhd even Uwais Qarni who was the noblest of the Taabieen. The world came to Umar Bin Abdul Aziz with all its splendour in total submission, but he shunned it. On the other hand, Uwais Qarni had no relationship with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OPPRESSION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Kuffaar oppression and Muslim humiliation are the consequences of the misdeeds, fisq, fujoor, bid'ah and kufr of Muslims. When Muslims go overboard with treachery, Allah Ta'ala afflicts us with punishment in the form of kuffaar domination and oppression. Blaming the devil and the kuffaar for our misery and disgrace is stupid futility. It is the ranting of insanity.</w:t>
      </w:r>
    </w:p>
    <w:p>
      <w:pPr>
        <w:spacing w:before="0" w:after="120" w:line="300" w:lineRule="exact"/>
        <w:jc w:val="both"/>
      </w:pPr>
      <w:r>
        <w:rPr>
          <w:rFonts w:ascii="Georgia" w:hAnsi="Georgia" w:cs="Georgia" w:eastAsia="Georgia"/>
          <w:b w:val="0"/>
          <w:i w:val="0"/>
          <w:sz w:val="22"/>
        </w:rPr>
        <w:t>The solution as commanded by Allah Ta'ala is: "Musa said to his people: 'Seek aid from Allah and have Sabr. Verily, the earth belongs to Allah. He bestows it to whomever He wills from His servants. And, the ultimate success is for the Muttaqeen." However, shaitaan has succeeded to hoodwink and deceive Muslims into believing that the kuffaar are the cause of our plight.</w:t>
      </w:r>
    </w:p>
    <w:p>
      <w:pPr>
        <w:spacing w:before="0" w:after="120" w:line="300" w:lineRule="exact"/>
        <w:jc w:val="both"/>
      </w:pPr>
      <w:r>
        <w:rPr>
          <w:rFonts w:ascii="Georgia" w:hAnsi="Georgia" w:cs="Georgia" w:eastAsia="Georgia"/>
          <w:b w:val="0"/>
          <w:i w:val="0"/>
          <w:sz w:val="22"/>
        </w:rPr>
        <w:t>With such deception, he diverts the minds of Muslims from the true cause which is Muslim insurrection against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FIRST MUJADDID</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According to Imaam Ahmad Bin Hambal (Rahmatullah alayh) and other very senior Ulama, the Khalifah, Hadhrat Umar Bin Abdul Aziz (Rahmatullah alayh) was the Mujaddid of Islam's first century. He had restored the Khilaafat to the pattern of the second Khalifah, Hadhrat Umar Bin Khttaab (Radhiyallahu anhu). He passed away at the young age of 40.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LOFTIER QUEST</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On the occasion when Hadhrat Umar Bin Abdul Azeez (Rahmatullah alayh) assumed the reigns of the Khilaafat, he mounted the Mimbar. Addressing the assembly of people, he said: "O my Brothers! I too am not bereft of human frailties. Within me I too harbour an avaricious heart. Its characteristic is to desire a higher status after having acquired a rank.</w:t>
      </w:r>
    </w:p>
    <w:p>
      <w:pPr>
        <w:spacing w:before="0" w:after="120" w:line="300" w:lineRule="exact"/>
        <w:jc w:val="both"/>
      </w:pPr>
      <w:r>
        <w:rPr>
          <w:rFonts w:ascii="Georgia" w:hAnsi="Georgia" w:cs="Georgia" w:eastAsia="Georgia"/>
          <w:b w:val="0"/>
          <w:i w:val="0"/>
          <w:sz w:val="22"/>
        </w:rPr>
        <w:t>After having acquired the Throne of Khilaafat, it (the heart) now is desirous of a loftier status. That loftier status is Jannat. I implore you all to aid me in my quest to attain this status (of Jannat)."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GOAL IS THE AAKIRAT</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When the Khalifah, Hadhrat Umar Bin Khattaab (Radhiyallahu anhu) was on his journey from Madinah to take possession of the prized City of Jerusalem, he halted at a place called Jaabiyah. Addressing a large gathering of Sahaabah, Hadhrat Umar (Radhiyallahu anhu) delivered an inspiring Khutbah. In the Khutbah he said: "O People! Reform your inner selves (your moral character), and strive for your Aakhirat.</w:t>
      </w:r>
    </w:p>
    <w:p>
      <w:pPr>
        <w:spacing w:before="0" w:after="120" w:line="300" w:lineRule="exact"/>
        <w:jc w:val="both"/>
      </w:pPr>
      <w:r>
        <w:rPr>
          <w:rFonts w:ascii="Georgia" w:hAnsi="Georgia" w:cs="Georgia" w:eastAsia="Georgia"/>
          <w:b w:val="0"/>
          <w:i w:val="0"/>
          <w:sz w:val="22"/>
        </w:rPr>
        <w:t>Then your worldly affairs will become reformed." The Maqsood of this earthly life is the Abode of the Aakhirat. Achieving worldly perfection is never the goal of the Mu'min. Even if in the pursuit of perfecting the Aakhirat, the Mu'min harms his worldly life, it is welcome and tolerable. Hadhrat Umar (Radhiyallahu anhu) in his Khutbah reminded the assembly that even the objective of Khilaafat is to achieve the goals of the Aakhirat.</w:t>
      </w:r>
    </w:p>
    <w:p>
      <w:pPr>
        <w:spacing w:before="0" w:after="120" w:line="300" w:lineRule="exact"/>
        <w:jc w:val="both"/>
      </w:pPr>
      <w:r>
        <w:rPr>
          <w:rFonts w:ascii="Georgia" w:hAnsi="Georgia" w:cs="Georgia" w:eastAsia="Georgia"/>
          <w:b w:val="0"/>
          <w:i w:val="0"/>
          <w:sz w:val="22"/>
        </w:rPr>
        <w:t>Confirming this fact, the Qur'aan Majeed states: "If We grant them (the Mu'mineen) power on earth, they establish Salaat, fulfil Zakaat command righteousness and prohibit vice. And the ultimate success (of the Aakhirat) is for the Muttaaqeen (those of taqwa)."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DAA-EE, NOT A TAX COLLECTOR</w:t>
      </w:r>
    </w:p>
    <w:p>
      <w:pPr>
        <w:spacing w:before="0" w:after="160" w:line="300" w:lineRule="exact"/>
        <w:jc w:val="center"/>
      </w:pPr>
      <w:r>
        <w:rPr>
          <w:rFonts w:ascii="Georgia" w:hAnsi="Georgia" w:cs="Georgia" w:eastAsia="Georgia"/>
          <w:b w:val="0"/>
          <w:i/>
          <w:sz w:val="16"/>
        </w:rPr>
        <w:t>Page 12 of the original</w:t>
      </w:r>
    </w:p>
    <w:p>
      <w:pPr>
        <w:pStyle w:val="Heading3"/>
        <w:spacing w:before="200" w:after="120" w:line="300" w:lineRule="exact"/>
        <w:jc w:val="left"/>
      </w:pPr>
      <w:r>
        <w:rPr>
          <w:rFonts w:ascii="Georgia" w:hAnsi="Georgia" w:cs="Georgia" w:eastAsia="Georgia"/>
          <w:b/>
          <w:i w:val="0"/>
          <w:color w:val="2E74B5"/>
          <w:sz w:val="24"/>
        </w:rPr>
        <w:t>COLLECTOR</w:t>
      </w:r>
    </w:p>
    <w:p>
      <w:pPr>
        <w:spacing w:before="0" w:after="120" w:line="300" w:lineRule="exact"/>
        <w:jc w:val="both"/>
      </w:pPr>
      <w:r>
        <w:rPr>
          <w:rFonts w:ascii="Georgia" w:hAnsi="Georgia" w:cs="Georgia" w:eastAsia="Georgia"/>
          <w:b w:val="0"/>
          <w:i w:val="0"/>
          <w:sz w:val="22"/>
        </w:rPr>
        <w:t>A complaint about Jarraah Bin Abdullah, the governor of Khurasaan, reached the Khalifah, Hadhrat Umar Bin Abdul Aziz (Rahmatullah alayh). The governor continued to extract the Jizyah tax from new Muslim converts. He justified this oppression by claiming that the people embraced Islam merely to escape payment of Jizyah. The Khalifah wrote to the governor: "Allah Ta'ala sent Rasulullah (Sallallahu alayhi wasallam) as the Daa-ee (Inviter) to the Clear Deen.</w:t>
      </w:r>
    </w:p>
    <w:p>
      <w:pPr>
        <w:spacing w:before="0" w:after="120" w:line="300" w:lineRule="exact"/>
        <w:jc w:val="both"/>
      </w:pPr>
      <w:r>
        <w:rPr>
          <w:rFonts w:ascii="Georgia" w:hAnsi="Georgia" w:cs="Georgia" w:eastAsia="Georgia"/>
          <w:b w:val="0"/>
          <w:i w:val="0"/>
          <w:sz w:val="22"/>
        </w:rPr>
        <w:t>He did not send him as a tax-collector. You have no right to extract Jizyah from anyone who performs Salaat."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Q. In the U.S.A. the government is now permitting Muslim military personnel to keep beards and adopt Muslim dress style as long as this does not interfere with "military discipline". The Council for American-Islamic Relations, welcoming this conciliatory move, said: "We hope it will allow all those in uniform to practice their faith while serving the nation." Please comment.</w:t>
      </w:r>
    </w:p>
    <w:p>
      <w:pPr>
        <w:spacing w:before="0" w:after="120" w:line="300" w:lineRule="exact"/>
        <w:jc w:val="both"/>
      </w:pPr>
      <w:r>
        <w:rPr>
          <w:rFonts w:ascii="Georgia" w:hAnsi="Georgia" w:cs="Georgia" w:eastAsia="Georgia"/>
          <w:b w:val="0"/>
          <w:i w:val="0"/>
          <w:sz w:val="22"/>
        </w:rPr>
        <w:t>A. It is not possible to practise the Deen whilst aiding and abetting those who oppress and murder countless thousands of Muslims all over the world. Those who profess to be Muslims but serve in the militaries and security apparatus of the zaalimeen enemies of Islam and the Ummah, are hovering on the brink of kufr. The concessions made impress stupid, bootlicking entities such as the council for American-Islamic Relations.</w:t>
      </w:r>
    </w:p>
    <w:p>
      <w:pPr>
        <w:spacing w:before="0" w:after="120" w:line="300" w:lineRule="exact"/>
        <w:jc w:val="both"/>
      </w:pPr>
      <w:r>
        <w:rPr>
          <w:rFonts w:ascii="Georgia" w:hAnsi="Georgia" w:cs="Georgia" w:eastAsia="Georgia"/>
          <w:b w:val="0"/>
          <w:i w:val="0"/>
          <w:sz w:val="22"/>
        </w:rPr>
        <w:t>These modernist bootlickers have no proper idea of Islam. It is haraam for Muslims to participate in the armies of the kuffaar, and of even the secular so-called Muslim states where the governments are all kuffaar masquerading as Muslims. Q. What is your opinion regarding the Tehrik Taliban Pakistan (TTP)? Is it permissible to kill children and civilians.</w:t>
      </w:r>
    </w:p>
    <w:p>
      <w:pPr>
        <w:spacing w:before="0" w:after="120" w:line="300" w:lineRule="exact"/>
        <w:jc w:val="both"/>
      </w:pPr>
      <w:r>
        <w:rPr>
          <w:rFonts w:ascii="Georgia" w:hAnsi="Georgia" w:cs="Georgia" w:eastAsia="Georgia"/>
          <w:b w:val="0"/>
          <w:i w:val="0"/>
          <w:sz w:val="22"/>
        </w:rPr>
        <w:t>We accept that the Pakistan government and army are evil forces and enemies of Islam and the Ummah, but does this justify the acts of terror committed by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TTP?</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some Islamic countries, dealing in drugs/narcotics is punishable by death. I have understood that the prohibition of drugs is the same as of alcohol. Then why is it that in Islamic countries the sentence for consuming alcohol is a light sentence whereas for drugs it is death?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Drugs are worse than liquor. The consequences of drugs compared with liquor are horrific and immense. Millions of children and adults are being routinely destroyed with drugs. Drug pedlars should be executed and their bodies hung up in public for days as a lesson to the devils who are involved in this disastrous evil. Also, do understand that there are no Islamic countries today. All countries inhabited by Muslims are governed by kuffaar rulers, kings and regimes who have no relationship with Islam.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There is a trend of moving to western countries like Canada, U.S.A., Australia and U.K., and getting citizenship. If we look at the oath that a person has to give to the queen when citizenship is granted, it is something like bay't. Is this permissible for a Muslim? Muslims from the subcontinent are desperately trying to gain citizenship of these countries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to migrate to countries such as Canada, Australia, UK and US. The oath to the Queen is haraam. Furthermore, most of these migrants lose whatever little Imaan they manage to cling to in India and Pakistan. They do not have the vaguest perception of the objective of life on earth and of the return to Allah Ta'ala. In the pursuit of the dunya, they barter away their Imaan, retaining only a Muslim name and a superficial outer facade of Islam.</w:t>
      </w:r>
    </w:p>
    <w:p>
      <w:pPr>
        <w:spacing w:before="0" w:after="120" w:line="300" w:lineRule="exact"/>
        <w:jc w:val="both"/>
      </w:pPr>
      <w:r>
        <w:rPr>
          <w:rFonts w:ascii="Georgia" w:hAnsi="Georgia" w:cs="Georgia" w:eastAsia="Georgia"/>
          <w:b w:val="0"/>
          <w:i w:val="0"/>
          <w:sz w:val="22"/>
        </w:rPr>
        <w:t>A. The TTP of Pakistan is a deviate group. It appears it has been established by the U.S.A. It has embarked on a reign of anarchy – fitnah and fasaad which serves the interests of the U.S., and which is extremely harmful for the genuine Taliban of Afghanistan.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