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53</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7 were joined in this issue.</w:t>
      </w:r>
    </w:p>
    <w:p>
      <w:pPr>
        <w:spacing w:before="0" w:after="80" w:line="300" w:lineRule="exact"/>
        <w:jc w:val="left"/>
      </w:pPr>
      <w:r>
        <w:rPr>
          <w:rFonts w:ascii="Georgia" w:hAnsi="Georgia" w:cs="Georgia" w:eastAsia="Georgia"/>
          <w:b w:val="0"/>
          <w:i w:val="0"/>
          <w:sz w:val="18"/>
        </w:rPr>
        <w:t>Headings: 7 read from the PDF's own text, 23 read from the printed headline artwork, 0 taken from the Majlis's running head, and 0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440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98.64% of the original's words are present and 97.37%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BULLETIN No. 53 (page 1)</w:t>
      </w:r>
    </w:p>
    <w:p>
      <w:pPr>
        <w:spacing w:before="0" w:after="40" w:line="300" w:lineRule="exact"/>
        <w:jc w:val="left"/>
      </w:pPr>
      <w:r>
        <w:rPr>
          <w:rFonts w:ascii="Georgia" w:hAnsi="Georgia" w:cs="Georgia" w:eastAsia="Georgia"/>
          <w:b w:val="0"/>
          <w:i w:val="0"/>
          <w:sz w:val="20"/>
        </w:rPr>
        <w:t>2. THE RISE AND FALL OF THE TALIBAN (page 1, 5)</w:t>
      </w:r>
    </w:p>
    <w:p>
      <w:pPr>
        <w:spacing w:before="0" w:after="40" w:line="300" w:lineRule="exact"/>
        <w:jc w:val="left"/>
      </w:pPr>
      <w:r>
        <w:rPr>
          <w:rFonts w:ascii="Georgia" w:hAnsi="Georgia" w:cs="Georgia" w:eastAsia="Georgia"/>
          <w:b w:val="0"/>
          <w:i w:val="0"/>
          <w:sz w:val="20"/>
        </w:rPr>
        <w:t>3. Ramadan Restricted in Egypt by Coup Regime (page 1)</w:t>
      </w:r>
    </w:p>
    <w:p>
      <w:pPr>
        <w:spacing w:before="0" w:after="40" w:line="300" w:lineRule="exact"/>
        <w:jc w:val="left"/>
      </w:pPr>
      <w:r>
        <w:rPr>
          <w:rFonts w:ascii="Georgia" w:hAnsi="Georgia" w:cs="Georgia" w:eastAsia="Georgia"/>
          <w:b w:val="0"/>
          <w:i w:val="0"/>
          <w:sz w:val="20"/>
        </w:rPr>
        <w:t>4. OUR NOBLE PREDECESSORS - HOW THEY REACTED TO INSULTS (page 2)</w:t>
      </w:r>
    </w:p>
    <w:p>
      <w:pPr>
        <w:spacing w:before="0" w:after="40" w:line="300" w:lineRule="exact"/>
        <w:jc w:val="left"/>
      </w:pPr>
      <w:r>
        <w:rPr>
          <w:rFonts w:ascii="Georgia" w:hAnsi="Georgia" w:cs="Georgia" w:eastAsia="Georgia"/>
          <w:b w:val="0"/>
          <w:i w:val="0"/>
          <w:sz w:val="20"/>
        </w:rPr>
        <w:t>5. MUSAAJID FULL OF KUFFAAR (page 2)</w:t>
      </w:r>
    </w:p>
    <w:p>
      <w:pPr>
        <w:spacing w:before="0" w:after="40" w:line="300" w:lineRule="exact"/>
        <w:jc w:val="left"/>
      </w:pPr>
      <w:r>
        <w:rPr>
          <w:rFonts w:ascii="Georgia" w:hAnsi="Georgia" w:cs="Georgia" w:eastAsia="Georgia"/>
          <w:b w:val="0"/>
          <w:i w:val="0"/>
          <w:sz w:val="20"/>
        </w:rPr>
        <w:t>6. DEADLY TALIBAN ATTACK ON MILITARY BASE (page 2)</w:t>
      </w:r>
    </w:p>
    <w:p>
      <w:pPr>
        <w:spacing w:before="0" w:after="40" w:line="300" w:lineRule="exact"/>
        <w:jc w:val="left"/>
      </w:pPr>
      <w:r>
        <w:rPr>
          <w:rFonts w:ascii="Georgia" w:hAnsi="Georgia" w:cs="Georgia" w:eastAsia="Georgia"/>
          <w:b w:val="0"/>
          <w:i w:val="0"/>
          <w:sz w:val="20"/>
        </w:rPr>
        <w:t>7. THE LAW OF JAAHILIYYAH (page 3)</w:t>
      </w:r>
    </w:p>
    <w:p>
      <w:pPr>
        <w:spacing w:before="0" w:after="40" w:line="300" w:lineRule="exact"/>
        <w:jc w:val="left"/>
      </w:pPr>
      <w:r>
        <w:rPr>
          <w:rFonts w:ascii="Georgia" w:hAnsi="Georgia" w:cs="Georgia" w:eastAsia="Georgia"/>
          <w:b w:val="0"/>
          <w:i w:val="0"/>
          <w:sz w:val="20"/>
        </w:rPr>
        <w:t>8. BROTHERS OF THE DEVIL (page 3)</w:t>
      </w:r>
    </w:p>
    <w:p>
      <w:pPr>
        <w:spacing w:before="0" w:after="40" w:line="300" w:lineRule="exact"/>
        <w:jc w:val="left"/>
      </w:pPr>
      <w:r>
        <w:rPr>
          <w:rFonts w:ascii="Georgia" w:hAnsi="Georgia" w:cs="Georgia" w:eastAsia="Georgia"/>
          <w:b w:val="0"/>
          <w:i w:val="0"/>
          <w:sz w:val="20"/>
        </w:rPr>
        <w:t>9. COMMENT (page 3)</w:t>
      </w:r>
    </w:p>
    <w:p>
      <w:pPr>
        <w:spacing w:before="0" w:after="40" w:line="300" w:lineRule="exact"/>
        <w:jc w:val="left"/>
      </w:pPr>
      <w:r>
        <w:rPr>
          <w:rFonts w:ascii="Georgia" w:hAnsi="Georgia" w:cs="Georgia" w:eastAsia="Georgia"/>
          <w:b w:val="0"/>
          <w:i w:val="0"/>
          <w:sz w:val="20"/>
        </w:rPr>
        <w:t>10. $500 MILLION ON LIQUOR (page 3)</w:t>
      </w:r>
    </w:p>
    <w:p>
      <w:pPr>
        <w:spacing w:before="0" w:after="40" w:line="300" w:lineRule="exact"/>
        <w:jc w:val="left"/>
      </w:pPr>
      <w:r>
        <w:rPr>
          <w:rFonts w:ascii="Georgia" w:hAnsi="Georgia" w:cs="Georgia" w:eastAsia="Georgia"/>
          <w:b w:val="0"/>
          <w:i w:val="0"/>
          <w:sz w:val="20"/>
        </w:rPr>
        <w:t>11. JEWISH ABUSES (page 3)</w:t>
      </w:r>
    </w:p>
    <w:p>
      <w:pPr>
        <w:spacing w:before="0" w:after="40" w:line="300" w:lineRule="exact"/>
        <w:jc w:val="left"/>
      </w:pPr>
      <w:r>
        <w:rPr>
          <w:rFonts w:ascii="Georgia" w:hAnsi="Georgia" w:cs="Georgia" w:eastAsia="Georgia"/>
          <w:b w:val="0"/>
          <w:i w:val="0"/>
          <w:sz w:val="20"/>
        </w:rPr>
        <w:t>12. RULERS - ALL ARE KUFFAAR (page 3, 10)</w:t>
      </w:r>
    </w:p>
    <w:p>
      <w:pPr>
        <w:spacing w:before="0" w:after="40" w:line="300" w:lineRule="exact"/>
        <w:jc w:val="left"/>
      </w:pPr>
      <w:r>
        <w:rPr>
          <w:rFonts w:ascii="Georgia" w:hAnsi="Georgia" w:cs="Georgia" w:eastAsia="Georgia"/>
          <w:b w:val="0"/>
          <w:i w:val="0"/>
          <w:sz w:val="20"/>
        </w:rPr>
        <w:t>13. THE DEEN BETRAYED (page 4)</w:t>
      </w:r>
    </w:p>
    <w:p>
      <w:pPr>
        <w:spacing w:before="0" w:after="40" w:line="300" w:lineRule="exact"/>
        <w:jc w:val="left"/>
      </w:pPr>
      <w:r>
        <w:rPr>
          <w:rFonts w:ascii="Georgia" w:hAnsi="Georgia" w:cs="Georgia" w:eastAsia="Georgia"/>
          <w:b w:val="0"/>
          <w:i w:val="0"/>
          <w:sz w:val="20"/>
        </w:rPr>
        <w:t>14. Trump compliments Egyptian president's shoe (page 4)</w:t>
      </w:r>
    </w:p>
    <w:p>
      <w:pPr>
        <w:spacing w:before="0" w:after="40" w:line="300" w:lineRule="exact"/>
        <w:jc w:val="left"/>
      </w:pPr>
      <w:r>
        <w:rPr>
          <w:rFonts w:ascii="Georgia" w:hAnsi="Georgia" w:cs="Georgia" w:eastAsia="Georgia"/>
          <w:b w:val="0"/>
          <w:i w:val="0"/>
          <w:sz w:val="20"/>
        </w:rPr>
        <w:t>15. QATAR'S WORLD (page 4)</w:t>
      </w:r>
    </w:p>
    <w:p>
      <w:pPr>
        <w:spacing w:before="0" w:after="40" w:line="300" w:lineRule="exact"/>
        <w:jc w:val="left"/>
      </w:pPr>
      <w:r>
        <w:rPr>
          <w:rFonts w:ascii="Georgia" w:hAnsi="Georgia" w:cs="Georgia" w:eastAsia="Georgia"/>
          <w:b w:val="0"/>
          <w:i w:val="0"/>
          <w:sz w:val="20"/>
        </w:rPr>
        <w:t>16. his private jet on a cus- (page 4)</w:t>
      </w:r>
    </w:p>
    <w:p>
      <w:pPr>
        <w:spacing w:before="0" w:after="40" w:line="300" w:lineRule="exact"/>
        <w:jc w:val="left"/>
      </w:pPr>
      <w:r>
        <w:rPr>
          <w:rFonts w:ascii="Georgia" w:hAnsi="Georgia" w:cs="Georgia" w:eastAsia="Georgia"/>
          <w:b w:val="0"/>
          <w:i w:val="0"/>
          <w:sz w:val="20"/>
        </w:rPr>
        <w:t>17. OUR COMMENT (page 5, 6, 7)</w:t>
      </w:r>
    </w:p>
    <w:p>
      <w:pPr>
        <w:spacing w:before="0" w:after="40" w:line="300" w:lineRule="exact"/>
        <w:jc w:val="left"/>
      </w:pPr>
      <w:r>
        <w:rPr>
          <w:rFonts w:ascii="Georgia" w:hAnsi="Georgia" w:cs="Georgia" w:eastAsia="Georgia"/>
          <w:b w:val="0"/>
          <w:i w:val="0"/>
          <w:sz w:val="20"/>
        </w:rPr>
        <w:t>18. THE RISE AND FALL OF THE TALIBAN (page 7, 8)</w:t>
      </w:r>
    </w:p>
    <w:p>
      <w:pPr>
        <w:spacing w:before="0" w:after="40" w:line="300" w:lineRule="exact"/>
        <w:jc w:val="left"/>
      </w:pPr>
      <w:r>
        <w:rPr>
          <w:rFonts w:ascii="Georgia" w:hAnsi="Georgia" w:cs="Georgia" w:eastAsia="Georgia"/>
          <w:b w:val="0"/>
          <w:i w:val="0"/>
          <w:sz w:val="20"/>
        </w:rPr>
        <w:t>19. SAUDI ARABIA &amp; QATAR THEIR BOOTLICKING 'GRAND' MUFTIS (page 8)</w:t>
      </w:r>
    </w:p>
    <w:p>
      <w:pPr>
        <w:spacing w:before="0" w:after="40" w:line="300" w:lineRule="exact"/>
        <w:jc w:val="left"/>
      </w:pPr>
      <w:r>
        <w:rPr>
          <w:rFonts w:ascii="Georgia" w:hAnsi="Georgia" w:cs="Georgia" w:eastAsia="Georgia"/>
          <w:b w:val="0"/>
          <w:i w:val="0"/>
          <w:sz w:val="20"/>
        </w:rPr>
        <w:t>20. THE SAD STATE OF THE APOLOGIST 'ULAMA' (page 9)</w:t>
      </w:r>
    </w:p>
    <w:p>
      <w:pPr>
        <w:spacing w:before="0" w:after="40" w:line="300" w:lineRule="exact"/>
        <w:jc w:val="left"/>
      </w:pPr>
      <w:r>
        <w:rPr>
          <w:rFonts w:ascii="Georgia" w:hAnsi="Georgia" w:cs="Georgia" w:eastAsia="Georgia"/>
          <w:b w:val="0"/>
          <w:i w:val="0"/>
          <w:sz w:val="20"/>
        </w:rPr>
        <w:t>21. COMMENT BY AL-HAQ (page 9)</w:t>
      </w:r>
    </w:p>
    <w:p>
      <w:pPr>
        <w:spacing w:before="0" w:after="40" w:line="300" w:lineRule="exact"/>
        <w:jc w:val="left"/>
      </w:pPr>
      <w:r>
        <w:rPr>
          <w:rFonts w:ascii="Georgia" w:hAnsi="Georgia" w:cs="Georgia" w:eastAsia="Georgia"/>
          <w:b w:val="0"/>
          <w:i w:val="0"/>
          <w:sz w:val="20"/>
        </w:rPr>
        <w:t>22. HAMAS, KASHMIR &amp; TALIBAN? (page 9, 10)</w:t>
      </w:r>
    </w:p>
    <w:p>
      <w:pPr>
        <w:spacing w:before="0" w:after="40" w:line="300" w:lineRule="exact"/>
        <w:jc w:val="left"/>
      </w:pPr>
      <w:r>
        <w:rPr>
          <w:rFonts w:ascii="Georgia" w:hAnsi="Georgia" w:cs="Georgia" w:eastAsia="Georgia"/>
          <w:b w:val="0"/>
          <w:i w:val="0"/>
          <w:sz w:val="20"/>
        </w:rPr>
        <w:t>23. YES, WE ARE TERRORISTS (page 10)</w:t>
      </w:r>
    </w:p>
    <w:p>
      <w:pPr>
        <w:spacing w:before="0" w:after="40" w:line="300" w:lineRule="exact"/>
        <w:jc w:val="left"/>
      </w:pPr>
      <w:r>
        <w:rPr>
          <w:rFonts w:ascii="Georgia" w:hAnsi="Georgia" w:cs="Georgia" w:eastAsia="Georgia"/>
          <w:b w:val="0"/>
          <w:i w:val="0"/>
          <w:sz w:val="20"/>
        </w:rPr>
        <w:t>24. DEEDS AND RULERS (page 10)</w:t>
      </w:r>
    </w:p>
    <w:p>
      <w:pPr>
        <w:spacing w:before="0" w:after="40" w:line="300" w:lineRule="exact"/>
        <w:jc w:val="left"/>
      </w:pPr>
      <w:r>
        <w:rPr>
          <w:rFonts w:ascii="Georgia" w:hAnsi="Georgia" w:cs="Georgia" w:eastAsia="Georgia"/>
          <w:b w:val="0"/>
          <w:i w:val="0"/>
          <w:sz w:val="20"/>
        </w:rPr>
        <w:t>25. THE 'mosque' OF THE MUNAAFIQEEN (page 11)</w:t>
      </w:r>
    </w:p>
    <w:p>
      <w:pPr>
        <w:spacing w:before="0" w:after="40" w:line="300" w:lineRule="exact"/>
        <w:jc w:val="left"/>
      </w:pPr>
      <w:r>
        <w:rPr>
          <w:rFonts w:ascii="Georgia" w:hAnsi="Georgia" w:cs="Georgia" w:eastAsia="Georgia"/>
          <w:b w:val="0"/>
          <w:i w:val="0"/>
          <w:sz w:val="20"/>
        </w:rPr>
        <w:t>26. ARE PRISONERS SLAVES? (page 11)</w:t>
      </w:r>
    </w:p>
    <w:p>
      <w:pPr>
        <w:spacing w:before="0" w:after="40" w:line="300" w:lineRule="exact"/>
        <w:jc w:val="left"/>
      </w:pPr>
      <w:r>
        <w:rPr>
          <w:rFonts w:ascii="Georgia" w:hAnsi="Georgia" w:cs="Georgia" w:eastAsia="Georgia"/>
          <w:b w:val="0"/>
          <w:i w:val="0"/>
          <w:sz w:val="20"/>
        </w:rPr>
        <w:t>27. ARE PRISONERS (page 11)</w:t>
      </w:r>
    </w:p>
    <w:p>
      <w:pPr>
        <w:spacing w:before="0" w:after="40" w:line="300" w:lineRule="exact"/>
        <w:jc w:val="left"/>
      </w:pPr>
      <w:r>
        <w:rPr>
          <w:rFonts w:ascii="Georgia" w:hAnsi="Georgia" w:cs="Georgia" w:eastAsia="Georgia"/>
          <w:b w:val="0"/>
          <w:i w:val="0"/>
          <w:sz w:val="20"/>
        </w:rPr>
        <w:t>28. JAHEZ (page 11)</w:t>
      </w:r>
    </w:p>
    <w:p>
      <w:pPr>
        <w:spacing w:before="0" w:after="40" w:line="300" w:lineRule="exact"/>
        <w:jc w:val="left"/>
      </w:pPr>
      <w:r>
        <w:rPr>
          <w:rFonts w:ascii="Georgia" w:hAnsi="Georgia" w:cs="Georgia" w:eastAsia="Georgia"/>
          <w:b w:val="0"/>
          <w:i w:val="0"/>
          <w:sz w:val="20"/>
        </w:rPr>
        <w:t>29. JAHEZ THE HARAAM SYSTEM OF MURDERING BRIDES (page 11, 12)</w:t>
      </w:r>
    </w:p>
    <w:p>
      <w:pPr>
        <w:spacing w:before="0" w:after="40" w:line="300" w:lineRule="exact"/>
        <w:jc w:val="left"/>
      </w:pPr>
      <w:r>
        <w:rPr>
          <w:rFonts w:ascii="Georgia" w:hAnsi="Georgia" w:cs="Georgia" w:eastAsia="Georgia"/>
          <w:b w:val="0"/>
          <w:i w:val="0"/>
          <w:sz w:val="20"/>
        </w:rPr>
        <w:t>30.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BULLETIN No. 53</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RISE AND FALL OF THE TALIBAN</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 CONCERNED BROTHER FROM PAKISTAN WRITES:</w:t>
      </w:r>
    </w:p>
    <w:p>
      <w:pPr>
        <w:spacing w:before="0" w:after="120" w:line="300" w:lineRule="exact"/>
        <w:jc w:val="both"/>
      </w:pPr>
      <w:r>
        <w:rPr>
          <w:rFonts w:ascii="Georgia" w:hAnsi="Georgia" w:cs="Georgia" w:eastAsia="Georgia"/>
          <w:b w:val="0"/>
          <w:i w:val="0"/>
          <w:sz w:val="22"/>
        </w:rPr>
        <w:t>Just two days ago you answered my question regarding the ahkamaat of shaatim-e-Rasool. I feel uneasy about bothering you again, but there is a restlessness I am feeling because I am confused about another issue. I realize that this is a long e-mail, but the subject matter is such that it requires it. This issue pertains to Islamic government.</w:t>
      </w:r>
    </w:p>
    <w:p>
      <w:pPr>
        <w:spacing w:before="0" w:after="120" w:line="300" w:lineRule="exact"/>
        <w:jc w:val="both"/>
      </w:pPr>
      <w:r>
        <w:rPr>
          <w:rFonts w:ascii="Georgia" w:hAnsi="Georgia" w:cs="Georgia" w:eastAsia="Georgia"/>
          <w:b w:val="0"/>
          <w:i w:val="0"/>
          <w:sz w:val="22"/>
        </w:rPr>
        <w:t>The Taliban government of Afghanistan from the mid nineties till it was toppled in 2001 by the Western forces, has been highly praised by our Pakistani Deobandi Ulama and it was considered an ideal Islamic state. You, Maulana sahab, too have written about this topic and while you have criticized the Taliban on some mistakes they made, but overall it seems that your honourable self also considered them to be a good government.</w:t>
      </w:r>
    </w:p>
    <w:p>
      <w:pPr>
        <w:spacing w:before="0" w:after="120" w:line="300" w:lineRule="exact"/>
        <w:jc w:val="both"/>
      </w:pPr>
      <w:r>
        <w:rPr>
          <w:rFonts w:ascii="Georgia" w:hAnsi="Georgia" w:cs="Georgia" w:eastAsia="Georgia"/>
          <w:b w:val="0"/>
          <w:i w:val="0"/>
          <w:sz w:val="22"/>
        </w:rPr>
        <w:t>I am a staunch follower of Ulama e Deoband, and hence what they say is a hujjat for me. I am from Pakistan, and having lived in that region, I am aware of the ground realities of Afghanistan as well as how the Afghan population perceived the Taliban when they rose to power in the 1990s.There is no doubt in the fact that the Taliban converted Afghanistan from a country struck by civil war, lawlessness and cruelty, to a stable where the crime rate dropped to nearly zero and justice was served efficiently.</w:t>
      </w:r>
    </w:p>
    <w:p>
      <w:pPr>
        <w:spacing w:before="0" w:after="120" w:line="300" w:lineRule="exact"/>
        <w:jc w:val="both"/>
      </w:pPr>
      <w:r>
        <w:rPr>
          <w:rFonts w:ascii="Georgia" w:hAnsi="Georgia" w:cs="Georgia" w:eastAsia="Georgia"/>
          <w:b w:val="0"/>
          <w:i w:val="0"/>
          <w:sz w:val="22"/>
        </w:rPr>
        <w:t>What I actually want to discuss is the Taliban's manner of implementation of Shariah. Basically, the Taliban banned all activities which are either Haraam or could be counted as makruh and non-beneficial activities. This included, but was not limited to: - Strict purdah for women -Ban on female education. -Ban on female employment. -Restrictions on sports -Mandatory beards for men. -Ban on keeping caged animals. -Ban on television and entertain- ment.</w:t>
      </w:r>
    </w:p>
    <w:p>
      <w:pPr>
        <w:spacing w:before="0" w:after="120" w:line="300" w:lineRule="exact"/>
        <w:jc w:val="both"/>
      </w:pPr>
      <w:r>
        <w:rPr>
          <w:rFonts w:ascii="Georgia" w:hAnsi="Georgia" w:cs="Georgia" w:eastAsia="Georgia"/>
          <w:b w:val="0"/>
          <w:i w:val="0"/>
          <w:sz w:val="22"/>
        </w:rPr>
        <w:t>In other words, it could be said that every aspect of a citizen's life was controlled by the government. In fact, it could be said the door to most sins was closed, and that an ordinary citizen practically did not have a choice of making or abstaining from sinful activities, rather they were banned altogether. Keeping in view the Imaani conditions of the Muslims generally, obviously a large chunk of the Afghan population was not used to living such a restricted life and hence felt resentment.</w:t>
      </w:r>
    </w:p>
    <w:p>
      <w:pPr>
        <w:spacing w:before="0" w:after="120" w:line="300" w:lineRule="exact"/>
        <w:jc w:val="both"/>
      </w:pPr>
      <w:r>
        <w:rPr>
          <w:rFonts w:ascii="Georgia" w:hAnsi="Georgia" w:cs="Georgia" w:eastAsia="Georgia"/>
          <w:b w:val="0"/>
          <w:i w:val="0"/>
          <w:sz w:val="22"/>
        </w:rPr>
        <w:t>Some people migrated to other countries in search of a more liberal lifestyle. Even those who stayed behind, were not in favour of Taliban rule and as a result, when the Coalition forces attacked in 2001, the Taliban did not have much support. Some Afghans also developed feelings of resentment towards Islam and its correct interpretation because of how the Taliban had enforced the Shariah, with some even becoming murtads.</w:t>
      </w:r>
    </w:p>
    <w:p>
      <w:pPr>
        <w:spacing w:before="0" w:after="120" w:line="300" w:lineRule="exact"/>
        <w:jc w:val="both"/>
      </w:pPr>
      <w:r>
        <w:rPr>
          <w:rFonts w:ascii="Georgia" w:hAnsi="Georgia" w:cs="Georgia" w:eastAsia="Georgia"/>
          <w:b w:val="0"/>
          <w:i w:val="0"/>
          <w:sz w:val="22"/>
        </w:rPr>
        <w:t>Some Afghans actually got away from the Deen due to the Taliban government. It was, and is being said by many, that Taliban do not represent true Islam. My questions are as follows: 1)Is it actually the duty of the Islamic government to impose the Shariah in the strict and rigid manner that the Taliban did in Afghanistan? 2) Would it have been better if the Taliban had not imposed the entire system of Shariah with all its intricacies and ahkamaat all at once, but rather they had slowly attempted to introduce Islamic taaleem in the country and gradually bring the people towards true Islam?</w:t>
      </w:r>
    </w:p>
    <w:p>
      <w:pPr>
        <w:spacing w:before="0" w:after="120" w:line="300" w:lineRule="exact"/>
        <w:jc w:val="both"/>
      </w:pPr>
      <w:r>
        <w:rPr>
          <w:rFonts w:ascii="Georgia" w:hAnsi="Georgia" w:cs="Georgia" w:eastAsia="Georgia"/>
          <w:b w:val="0"/>
          <w:i w:val="0"/>
          <w:sz w:val="22"/>
        </w:rPr>
        <w:t>Hazrat Thanvi (rahmatullah alayh) has been quoted as saying that if I am made the Ameer/Khalifah of the Muslims ,I would not enforce Shariah for the initial ten years but rather work to bring the Muslims closer to the teachings of Islam first so that they readily accept the imposition of Shariah. 3)If the Taliban come into power again, would you advice them to implement the Shariah in the manner they had done in their previous regime, or should they begin a gradual process of bringing people close to Islam and over a period of time, implementing the Islamic laws also? 4) How should the Taliban act in the present scenario with regards to negotiations and peace talks with the current Afghan government, once the foreign forces leave?</w:t>
      </w:r>
    </w:p>
    <w:p>
      <w:pPr>
        <w:spacing w:before="0" w:after="120" w:line="300" w:lineRule="exact"/>
        <w:jc w:val="both"/>
      </w:pPr>
      <w:r>
        <w:rPr>
          <w:rFonts w:ascii="Georgia" w:hAnsi="Georgia" w:cs="Georgia" w:eastAsia="Georgia"/>
          <w:b w:val="0"/>
          <w:i w:val="0"/>
          <w:sz w:val="22"/>
        </w:rPr>
        <w:t>(End of the Brother's letter)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Ramadan Restricted in Egypt by Coup Regime</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"Over a billion Muslims around the world are preparing to observe the holiest month of the year, Ramadān. And whilst many plan to seclude themselves in Mosques during Ramadān's final ten days in devotion to their Creator, Egypt's coup regime has taken the unprecedented step of restricting this act of worship known as I'tikāf. The ban covers all Egyptian citizens apart from religious leaders appointed by the 'Ministry of Endowments' who must be graduates of al-Azhar University.</w:t>
      </w:r>
    </w:p>
    <w:p>
      <w:pPr>
        <w:spacing w:before="0" w:after="120" w:line="300" w:lineRule="exact"/>
        <w:jc w:val="both"/>
      </w:pPr>
      <w:r>
        <w:rPr>
          <w:rFonts w:ascii="Georgia" w:hAnsi="Georgia" w:cs="Georgia" w:eastAsia="Georgia"/>
          <w:b w:val="0"/>
          <w:i w:val="0"/>
          <w:sz w:val="22"/>
        </w:rPr>
        <w:t>Critics have cited this as part of a systematic campaign against religious activity and gatherings that may spur revolutionary sentiment against a regime that has killed and imprisoned thousands since it took office from an elected government on the back of a military coup. In another unique move, the Ministry banned the use of external loudspeakers during the nightly 'Tarāwīh' prayers, justifying the ban by claiming it will 'disturb the concentration of students', currently preparing for their final academic exams, despite the vast majority of stu- dents attending night prayers themselves.</w:t>
      </w:r>
    </w:p>
    <w:p>
      <w:pPr>
        <w:spacing w:before="0" w:after="120" w:line="300" w:lineRule="exact"/>
        <w:jc w:val="both"/>
      </w:pPr>
      <w:r>
        <w:rPr>
          <w:rFonts w:ascii="Georgia" w:hAnsi="Georgia" w:cs="Georgia" w:eastAsia="Georgia"/>
          <w:b w:val="0"/>
          <w:i w:val="0"/>
          <w:sz w:val="22"/>
        </w:rPr>
        <w:t>Representatives of the Ministry of Endowments have been falling over each other to gain the pleasure of the coup regime's head who in 2015 demanded Muslims to "adapt their religious discourse to the present and eliminate elements of their rhetoric that could foster violence." In their believed interpretation of this 'injunction', statesponsored leaders of al-Azhar have sought to remove classifications such as 'disbelievers' from being levelled at Christianity and other religions.</w:t>
      </w:r>
    </w:p>
    <w:p>
      <w:pPr>
        <w:spacing w:before="0" w:after="120" w:line="300" w:lineRule="exact"/>
        <w:jc w:val="both"/>
      </w:pPr>
      <w:r>
        <w:rPr>
          <w:rFonts w:ascii="Georgia" w:hAnsi="Georgia" w:cs="Georgia" w:eastAsia="Georgia"/>
          <w:b w:val="0"/>
          <w:i w:val="0"/>
          <w:sz w:val="22"/>
        </w:rPr>
        <w:t>'Sheikh' Salem Abdul Jalil, Former Waqf Undersecretary was recently banned from delivering sermons by the Minister of Endowments for classifying Christians as 'unbelievers'. Subsequently Al Mihwar TV further ended all contractual obligations with the 'Sheikh'. Ironically, the 'Sheikh' issued a 'Fatwa' in May ordering the burning of the Quranic tafsīr (explanation) by the renowned theologian Sayyid Qutb, 'In the Shade of the Qur'an', in the 'Sheikh's' attempt to address alSisi's orders.</w:t>
      </w:r>
    </w:p>
    <w:p>
      <w:pPr>
        <w:spacing w:before="0" w:after="120" w:line="300" w:lineRule="exact"/>
        <w:jc w:val="both"/>
      </w:pPr>
      <w:r>
        <w:rPr>
          <w:rFonts w:ascii="Georgia" w:hAnsi="Georgia" w:cs="Georgia" w:eastAsia="Georgia"/>
          <w:b w:val="0"/>
          <w:i w:val="0"/>
          <w:sz w:val="22"/>
        </w:rPr>
        <w:t>Egyptians have picked up on the disarray inflicting the politicised religious establishment, as Egypt falls further into further political and economic 'freefall' Source: www.islam21c.com – (Editor in News, Opinion)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NOBLE PREDECESSORS - HOW THEY REACTED TO INSULTS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Hadhrat Abu Ubaidah Bin Jarraah (radhiyallahu anhu), the Commander-in-Chief of the Muslim army despatched by Ameerul Mu'mineen Umar Bin Khattaab (radhiyallahu anhu) to conquer the Land of Shaam (Syria), had, on the plea of the governor of Qinnasreen principality, entered into a peace pact for one year. The boundary of Qinnasreen was marked by a statue of Heracleus, the Roman emperor.</w:t>
      </w:r>
    </w:p>
    <w:p>
      <w:pPr>
        <w:spacing w:before="0" w:after="120" w:line="300" w:lineRule="exact"/>
        <w:jc w:val="both"/>
      </w:pPr>
      <w:r>
        <w:rPr>
          <w:rFonts w:ascii="Georgia" w:hAnsi="Georgia" w:cs="Georgia" w:eastAsia="Georgia"/>
          <w:b w:val="0"/>
          <w:i w:val="0"/>
          <w:sz w:val="22"/>
        </w:rPr>
        <w:t>By virtue of the peace treaty, the Muslim army was not to go beyond this limit. One day a group of Sahaabah from the army ventured near to the border area. The statue was guarded by Roman soldiers. The Sahaabah were intrigued by the statue. With their horses they went around the statue. Hadhrat Abu Jandal (radhiyallahu anhu) was holding a large spear.</w:t>
      </w:r>
    </w:p>
    <w:p>
      <w:pPr>
        <w:spacing w:before="0" w:after="120" w:line="300" w:lineRule="exact"/>
        <w:jc w:val="both"/>
      </w:pPr>
      <w:r>
        <w:rPr>
          <w:rFonts w:ascii="Georgia" w:hAnsi="Georgia" w:cs="Georgia" w:eastAsia="Georgia"/>
          <w:b w:val="0"/>
          <w:i w:val="0"/>
          <w:sz w:val="22"/>
        </w:rPr>
        <w:t>As his horse neared the statue, the spear accidentally pierced its eye. The Roman guards reported the incident to the governor of Qinnasreen, who flew into a rage. He sent a thousand horsemen, all clad in gaudy silken apparel, with a golden cross to complain to the Muslim commander, and to demand compensation for the desecration of the statue of Heracleus.</w:t>
      </w:r>
    </w:p>
    <w:p>
      <w:pPr>
        <w:spacing w:before="0" w:after="120" w:line="300" w:lineRule="exact"/>
        <w:jc w:val="both"/>
      </w:pPr>
      <w:r>
        <w:rPr>
          <w:rFonts w:ascii="Georgia" w:hAnsi="Georgia" w:cs="Georgia" w:eastAsia="Georgia"/>
          <w:b w:val="0"/>
          <w:i w:val="0"/>
          <w:sz w:val="22"/>
        </w:rPr>
        <w:t>The head of the Roman delegation of a 1,000 horsemen was instructed to protest to Hadhrat Abu Ubaidah, and say: "You have acted treacherously with us. You have violated your pledge. You have shirked your responsibilities. Those who commit treachery will be humiliated." Istakhar, the chief of the Roman delegation arrived with his men at the Muslim camp, holding aloft the golden cross.</w:t>
      </w:r>
    </w:p>
    <w:p>
      <w:pPr>
        <w:spacing w:before="0" w:after="120" w:line="300" w:lineRule="exact"/>
        <w:jc w:val="both"/>
      </w:pPr>
      <w:r>
        <w:rPr>
          <w:rFonts w:ascii="Georgia" w:hAnsi="Georgia" w:cs="Georgia" w:eastAsia="Georgia"/>
          <w:b w:val="0"/>
          <w:i w:val="0"/>
          <w:sz w:val="22"/>
        </w:rPr>
        <w:t>When the Muslims saw the cross aloft in their camp, they advanced towards the Romans and pulled down the cross. Hadhrat Abu Ubaidah (radhiyallahu anhu) appeared and said to the Christians: "Who are you? Why have you come?" Istakahar: "I am the emissary of the governor of Qinnasreen. I am here to protest against the treachery you people have committed." Abu Ubaidah: "Who committed treachery and in which manner?" Istakhar: "Your man who had damaged the eye of our emperor's statue has violated the treaty." Abu Ubaidah: "I take oath and say, I am unaware of this.</w:t>
      </w:r>
    </w:p>
    <w:p>
      <w:pPr>
        <w:spacing w:before="0" w:after="120" w:line="300" w:lineRule="exact"/>
        <w:jc w:val="both"/>
      </w:pPr>
      <w:r>
        <w:rPr>
          <w:rFonts w:ascii="Georgia" w:hAnsi="Georgia" w:cs="Georgia" w:eastAsia="Georgia"/>
          <w:b w:val="0"/>
          <w:i w:val="0"/>
          <w:sz w:val="22"/>
        </w:rPr>
        <w:t>I shall immediately investigate the matter." Hadhrat Abu Ubaidah (radhiyallahu anhu) announced: "O people of Arabia! Whoever has damaged the eye of the statue should report to me." Hadhrat Abu Jandal (radhiyallahu anhu) stepped forward and said: "I had accidentally committed the deed." Hadhrat Abu Ubaidah (radhiyallahu anhu) said to Istakhar: "Undoubtedly, our man did it, but not deliberately.</w:t>
      </w:r>
    </w:p>
    <w:p>
      <w:pPr>
        <w:spacing w:before="0" w:after="120" w:line="300" w:lineRule="exact"/>
        <w:jc w:val="both"/>
      </w:pPr>
      <w:r>
        <w:rPr>
          <w:rFonts w:ascii="Georgia" w:hAnsi="Georgia" w:cs="Georgia" w:eastAsia="Georgia"/>
          <w:b w:val="0"/>
          <w:i w:val="0"/>
          <w:sz w:val="22"/>
        </w:rPr>
        <w:t>It was an accident. State your demand for compensation and it shall be fulfilled." The Roman said: "We shall be satisfied only when we pierce the eye of your king in the same way." Hadhrat Abu Ubaidah said: "Fine! I am at your service. Do with me whatever was done to your statue." Istakhar: "No, not you. We want to pierce the eye of your king who is the ruler of entire Arabia." Istakhar demanded the eye of Hadhrat Umar (radhiyallahu anhu).</w:t>
      </w:r>
    </w:p>
    <w:p>
      <w:pPr>
        <w:spacing w:before="0" w:after="120" w:line="300" w:lineRule="exact"/>
        <w:jc w:val="both"/>
      </w:pPr>
      <w:r>
        <w:rPr>
          <w:rFonts w:ascii="Georgia" w:hAnsi="Georgia" w:cs="Georgia" w:eastAsia="Georgia"/>
          <w:b w:val="0"/>
          <w:i w:val="0"/>
          <w:sz w:val="22"/>
        </w:rPr>
        <w:t>But Hadhrat Abu Ubaidah (radhiyallahu anhu) rebuffing him said: "It shall never be so." When the Muslim army heard the insult levelled against Ameerul Mu'mineen, Hadhrat Umar (radhiyallahu anhu), they became enraged and were about to settle the issue with their swords. However, Hadhrat Abu Ubaidah prevented them from any action. The Muslims said: "We shall sacrifice our lives for the honour of our Ameer, Umar Bin Khattaab, the Khalifah of Rasulullah (sallallahu alayhi wasallam).</w:t>
      </w:r>
    </w:p>
    <w:p>
      <w:pPr>
        <w:spacing w:before="0" w:after="120" w:line="300" w:lineRule="exact"/>
        <w:jc w:val="both"/>
      </w:pPr>
      <w:r>
        <w:rPr>
          <w:rFonts w:ascii="Georgia" w:hAnsi="Georgia" w:cs="Georgia" w:eastAsia="Georgia"/>
          <w:b w:val="0"/>
          <w:i w:val="0"/>
          <w:sz w:val="22"/>
        </w:rPr>
        <w:t>As compensation for the eye of your statue we are prepared to offer our eyes." The insult t o Hadhrat Umar (radhiyallahu anhu) was intolerable to the Sahaabah who were prepared to offer any other sacrifice to compensate for the eye of the Christian's statue. When Istakhar observed the state of the Muslim army and the attitude of the Sahaabah, he said: "My intention was not the actual eye of your king.</w:t>
      </w:r>
    </w:p>
    <w:p>
      <w:pPr>
        <w:spacing w:before="0" w:after="120" w:line="300" w:lineRule="exact"/>
        <w:jc w:val="both"/>
      </w:pPr>
      <w:r>
        <w:rPr>
          <w:rFonts w:ascii="Georgia" w:hAnsi="Georgia" w:cs="Georgia" w:eastAsia="Georgia"/>
          <w:b w:val="0"/>
          <w:i w:val="0"/>
          <w:sz w:val="22"/>
        </w:rPr>
        <w:t>Our intention is to make a statue of your King and desecrate it in the same way as your man had desecrated the statue of our emperor." The Muslims retorted: "Our companion did not deliberately damage your statue. It was an accident whereas you contemplate doing so by deliberate design." Hadhrat Abu Ubaidah (radhiyallahu anhu) addressing the Muslim army said: "Let us conclude this dispute.</w:t>
      </w:r>
    </w:p>
    <w:p>
      <w:pPr>
        <w:spacing w:before="0" w:after="120" w:line="300" w:lineRule="exact"/>
        <w:jc w:val="both"/>
      </w:pPr>
      <w:r>
        <w:rPr>
          <w:rFonts w:ascii="Georgia" w:hAnsi="Georgia" w:cs="Georgia" w:eastAsia="Georgia"/>
          <w:b w:val="0"/>
          <w:i w:val="0"/>
          <w:sz w:val="22"/>
        </w:rPr>
        <w:t>If they are satisfied with making a statue of me and desecrating it, I shall grant their request. I am averse to any charge of treachery being levelled at us. I do not wish them to have the opportunity of claiming that we had committed treachery. These people are great ignoramuses." He then gave the Romans permission to make his statue and desecrate it.</w:t>
      </w:r>
    </w:p>
    <w:p>
      <w:pPr>
        <w:spacing w:before="0" w:after="120" w:line="300" w:lineRule="exact"/>
        <w:jc w:val="both"/>
      </w:pPr>
      <w:r>
        <w:rPr>
          <w:rFonts w:ascii="Georgia" w:hAnsi="Georgia" w:cs="Georgia" w:eastAsia="Georgia"/>
          <w:b w:val="0"/>
          <w:i w:val="0"/>
          <w:sz w:val="22"/>
        </w:rPr>
        <w:t>The Romans made a statue and one of their horsemen advanced towards the image and pierced its eye with his spear. In this manner they avenged the 'desecration' of their statue. After executing this task, Istakhar reported to the governor who commented: "It is on the basis of such attributes that these people are so victorious in their mission." There is more than adequate lesson in this episode for the Muslim protesters who went on rampage against the insulting cartoons.</w:t>
      </w:r>
    </w:p>
    <w:p>
      <w:pPr>
        <w:spacing w:before="0" w:after="120" w:line="300" w:lineRule="exact"/>
        <w:jc w:val="both"/>
      </w:pPr>
      <w:r>
        <w:rPr>
          <w:rFonts w:ascii="Georgia" w:hAnsi="Georgia" w:cs="Georgia" w:eastAsia="Georgia"/>
          <w:b w:val="0"/>
          <w:i w:val="0"/>
          <w:sz w:val="22"/>
        </w:rPr>
        <w:t>Our success and victory over the kuffaar are embedded in emulation of the life pattern of Rasulullah (sallallahu alayhi wasallam) and his noble Sahaabah. There is nothing but defeat, failure and humiliation in emulating the cultures of the aliens.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MUSAAJID FULL OF KUFFAAR</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Hadhrat Abdullah Bin Amr (Radhiyallahu anhu) said: "There will dawn an age when the people will gather in their Musaajid and perform Salaat whilst not a single one of them will be a Mu'min." How is this possible? They will be Zanaadaqah – people who think of themselves as Muslims whilst they are in reality kuffaar. They come within the scope of the Qur'aanic Aayat: "Verily, those who commit ilhaad (distortion) in Our Aayaat, they are not hidden to Us.</w:t>
      </w:r>
    </w:p>
    <w:p>
      <w:pPr>
        <w:spacing w:before="0" w:after="120" w:line="300" w:lineRule="exact"/>
        <w:jc w:val="both"/>
      </w:pPr>
      <w:r>
        <w:rPr>
          <w:rFonts w:ascii="Georgia" w:hAnsi="Georgia" w:cs="Georgia" w:eastAsia="Georgia"/>
          <w:b w:val="0"/>
          <w:i w:val="0"/>
          <w:sz w:val="22"/>
        </w:rPr>
        <w:t>What, is he who will be cast into the Fire better than the one (the true Mu'min) who will come on the Day of Qiyaamah in safety?" In explaining this Aayat, Hadhrat Abdullah Ibn Abbaas (Radhiyallahu anhu) said that it means that they misinterpret and misuse the Words of Allah Ta'ala. Imaam Abu Yusuf (Rahmatullah alayh) said about the mulhid and zindeeq: "Similar are the Zanaadiqah who misinterpret (commit ilhaad in the Aayaat of Allah) whilst they profess Islam.</w:t>
      </w:r>
    </w:p>
    <w:p>
      <w:pPr>
        <w:spacing w:before="0" w:after="120" w:line="300" w:lineRule="exact"/>
        <w:jc w:val="both"/>
      </w:pPr>
      <w:r>
        <w:rPr>
          <w:rFonts w:ascii="Georgia" w:hAnsi="Georgia" w:cs="Georgia" w:eastAsia="Georgia"/>
          <w:b w:val="0"/>
          <w:i w:val="0"/>
          <w:sz w:val="22"/>
        </w:rPr>
        <w:t>They should be induced to repent otherwise they should be executed. In fact, they may be executed on the basis of ilhaad without constraining them to make Taubah."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DEADLY TALIBAN ATTACK ON MILITARY BASE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In a deadly attack on an army base near to the city of Mazar Sharif, the Taliban killed hundreds of military personnel although the Afghan puppet authorities acknowledge only 130 killed. The people are clamouring for the true casualty figures to be revealed. The army has been left in total disarray by the devastating Taliban attack. The Defence Minister Abdullah Habibi and army chief Qadam Shah Shaheen resigned in the wake of the attack.</w:t>
      </w:r>
    </w:p>
    <w:p>
      <w:pPr>
        <w:spacing w:before="0" w:after="120" w:line="300" w:lineRule="exact"/>
        <w:jc w:val="both"/>
      </w:pPr>
      <w:r>
        <w:rPr>
          <w:rFonts w:ascii="Georgia" w:hAnsi="Georgia" w:cs="Georgia" w:eastAsia="Georgia"/>
          <w:b w:val="0"/>
          <w:i w:val="0"/>
          <w:sz w:val="22"/>
        </w:rPr>
        <w:t>The Defence Minister said: "Nobody in the world has been able to prevent such attacks........ It is very difficult." Although he admitted that the casualties were very high, he did not reveal the numbers killed and injured. The Taliban have launched a series of devastating raids recently. 15 years after the U.S. invasion, the resistance is continuing and is gaining momentum.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LAW OF JAAHILIYYAH</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We have the following deeni questions from The Gambia: Is it permissible for Imams/ scholars to engage in party politics and voting during elections? If imams, the heirs of the Messenger (Sallallahu Alayhi Wasallam), take part in voting, should the followers also follow their imams as they (the imams) could be voting due to some deeni reasons?</w:t>
      </w:r>
    </w:p>
    <w:p>
      <w:pPr>
        <w:spacing w:before="0" w:after="120" w:line="300" w:lineRule="exact"/>
        <w:jc w:val="both"/>
      </w:pPr>
      <w:r>
        <w:rPr>
          <w:rFonts w:ascii="Georgia" w:hAnsi="Georgia" w:cs="Georgia" w:eastAsia="Georgia"/>
          <w:b w:val="0"/>
          <w:i w:val="0"/>
          <w:sz w:val="22"/>
        </w:rPr>
        <w:t>We have sadly observed a ghastly divide in Muslim unity caused by political parties all of which are headed by Muslims who are secularists and admirers of the western political systems with no intention or plans to at least protect Muslim communities from anti-Islamic western policies. Now while one Muslim neighbour is celebrating an election victory and conducting a procession in the streets with taunts and slogans, another Muslim community in the same neighbourhood is mourning defeat and crying.</w:t>
      </w:r>
    </w:p>
    <w:p>
      <w:pPr>
        <w:spacing w:before="0" w:after="120" w:line="300" w:lineRule="exact"/>
        <w:jc w:val="both"/>
      </w:pPr>
      <w:r>
        <w:rPr>
          <w:rFonts w:ascii="Georgia" w:hAnsi="Georgia" w:cs="Georgia" w:eastAsia="Georgia"/>
          <w:b w:val="0"/>
          <w:i w:val="0"/>
          <w:sz w:val="22"/>
        </w:rPr>
        <w:t>The ripple effects of this disunity are dangerously dividing the Muslims along tribal and regional lines. Some musallis are changing masjid because the imam is not his tribe or he is sympathetic to an opposing party. While all this is taking place, the imams are openly seen putting on political t-shirts, queuing to cast their votes at the polling stations and making statements implying they are taking sides.</w:t>
      </w:r>
    </w:p>
    <w:p>
      <w:pPr>
        <w:spacing w:before="0" w:after="120" w:line="300" w:lineRule="exact"/>
        <w:jc w:val="both"/>
      </w:pPr>
      <w:r>
        <w:rPr>
          <w:rFonts w:ascii="Georgia" w:hAnsi="Georgia" w:cs="Georgia" w:eastAsia="Georgia"/>
          <w:b w:val="0"/>
          <w:i w:val="0"/>
          <w:sz w:val="22"/>
        </w:rPr>
        <w:t>Worse still, they are mute on the ruling of taking part in such elections where there is no interest to Islam – nothing changes for the betterment of Islam if any party wins. The evil and disobedience that accompanies these party politics cannot be adequately explained. Despite all these events, the imams are quiet and even seen taking part.</w:t>
      </w:r>
    </w:p>
    <w:p>
      <w:pPr>
        <w:spacing w:before="0" w:after="120" w:line="300" w:lineRule="exact"/>
        <w:jc w:val="both"/>
      </w:pPr>
      <w:r>
        <w:rPr>
          <w:rFonts w:ascii="Georgia" w:hAnsi="Georgia" w:cs="Georgia" w:eastAsia="Georgia"/>
          <w:b w:val="0"/>
          <w:i w:val="0"/>
          <w:sz w:val="22"/>
        </w:rPr>
        <w:t>What relation has Islam with such western styled democracy, party politics and voting? Please comment and give a befitting advice. The comments others gave when told to abstain from these politics are that there is no other way to manage the power/ leadership of the country. ANSWER AND COMMENT The Qur'aan Majeed states: "They who do not decide (rule/ adjudicate/act) according to that (Shariah) which Allah has re- vealed, verily they are the kaafiroon." This Qur'aanic Aayat as well as many other Aayaat and Ahaadith are the succinct reply to your queries.</w:t>
      </w:r>
    </w:p>
    <w:p>
      <w:pPr>
        <w:spacing w:before="0" w:after="120" w:line="300" w:lineRule="exact"/>
        <w:jc w:val="both"/>
      </w:pPr>
      <w:r>
        <w:rPr>
          <w:rFonts w:ascii="Georgia" w:hAnsi="Georgia" w:cs="Georgia" w:eastAsia="Georgia"/>
          <w:b w:val="0"/>
          <w:i w:val="0"/>
          <w:sz w:val="22"/>
        </w:rPr>
        <w:t>All the antics and shenanigans of the imams mentioned by you are haraam perpetrations of the kuffaar which Muslims have acquired due to gross ignorance of the Shariah. Voting kuffaar style and appointing rulers kuffaar style to govern the country kuffaar style are all haraam and tantamount to kufr. All of this is in flagrant rejection of Allah's Shariah.</w:t>
      </w:r>
    </w:p>
    <w:p>
      <w:pPr>
        <w:spacing w:before="0" w:after="120" w:line="300" w:lineRule="exact"/>
        <w:jc w:val="both"/>
      </w:pPr>
      <w:r>
        <w:rPr>
          <w:rFonts w:ascii="Georgia" w:hAnsi="Georgia" w:cs="Georgia" w:eastAsia="Georgia"/>
          <w:b w:val="0"/>
          <w:i w:val="0"/>
          <w:sz w:val="22"/>
        </w:rPr>
        <w:t>The lamentable development in this scenario is that even the Musaajid and imams of the Musaajid are being manipulated and misused for the furtherance of kuffaar politics. Kuffaar politics are satanic ideologies of fitnah. Fitnah and fasaad ensue in the wake of such shaitaani politics. It is therefore not permissible for Muslims to participate in these evil elections.</w:t>
      </w:r>
    </w:p>
    <w:p>
      <w:pPr>
        <w:spacing w:before="0" w:after="120" w:line="300" w:lineRule="exact"/>
        <w:jc w:val="both"/>
      </w:pPr>
      <w:r>
        <w:rPr>
          <w:rFonts w:ascii="Georgia" w:hAnsi="Georgia" w:cs="Georgia" w:eastAsia="Georgia"/>
          <w:b w:val="0"/>
          <w:i w:val="0"/>
          <w:sz w:val="22"/>
        </w:rPr>
        <w:t>Rasulullah (Sallallahu alayhi wasallam) had advised the Sahaabah to remain aloof and take to solitude during times of political strife and fitnah. In The Gambia there has recently been much haraam political strife. The Western powers had planned the unseating of the president. The current government is a western installation. Muslims who have the Deen at heart should totally withdraw from politics and concentrate on the Deeni Ta'leem and Tarbiyat of their children so that the future generations will incline to the Deen.</w:t>
      </w:r>
    </w:p>
    <w:p>
      <w:pPr>
        <w:spacing w:before="0" w:after="120" w:line="300" w:lineRule="exact"/>
        <w:jc w:val="both"/>
      </w:pPr>
      <w:r>
        <w:rPr>
          <w:rFonts w:ascii="Georgia" w:hAnsi="Georgia" w:cs="Georgia" w:eastAsia="Georgia"/>
          <w:b w:val="0"/>
          <w:i w:val="0"/>
          <w:sz w:val="22"/>
        </w:rPr>
        <w:t>Only then is there some hope. The concentration should be the children of today. They should be given a proper Deeni education so that they could thereby understand that they are Muslims whose ideology is in diametric opposition to all kuffaar ideologies. Presently, Muslims all over the world are unable to distinguish between themselves and the kuffaar whose boots they are licking with much relish and whom they are emulating right into the "lizard's home", in the words of Rasulullah (sallallahu alayhi wasallam).</w:t>
      </w:r>
    </w:p>
    <w:p>
      <w:pPr>
        <w:spacing w:before="0" w:after="120" w:line="300" w:lineRule="exact"/>
        <w:jc w:val="both"/>
      </w:pPr>
      <w:r>
        <w:rPr>
          <w:rFonts w:ascii="Georgia" w:hAnsi="Georgia" w:cs="Georgia" w:eastAsia="Georgia"/>
          <w:b w:val="0"/>
          <w:i w:val="0"/>
          <w:sz w:val="22"/>
        </w:rPr>
        <w:t>All these miscreant imams and other Muslims who follow the systems of the western kuffaar come within the purview of the Qur'aanic interrogation: "What! Do you search for the law of Jaahiliyyah?"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BROTHERS OF THE DEVIL</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 Brother from The Gambia writes: In recent BBC news it was reported Qatar is spending USD $500 Million weekly for the world cup they hosting in 2022 and total expenditure would amount to about USD $200 Billon. I cannot understand how so much wealth can be wasted for sports and merry -making while the majority of the ummah is grovelling in abject poverty. This situation is exploited by western missionaries and deviant groups in different ways to wipe out the Imaan and Islam of Muslims. Please comment.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3 of the original</w:t>
      </w:r>
    </w:p>
    <w:p>
      <w:pPr>
        <w:spacing w:before="120" w:after="120" w:line="300" w:lineRule="exact"/>
        <w:ind w:left="720" w:right="720"/>
        <w:jc w:val="center"/>
      </w:pPr>
      <w:r>
        <w:rPr>
          <w:rFonts w:ascii="Georgia" w:hAnsi="Georgia" w:cs="Georgia" w:eastAsia="Georgia"/>
          <w:b w:val="0"/>
          <w:i/>
          <w:sz w:val="22"/>
        </w:rPr>
        <w:t>The rulers of Qatar and of all other Muslim countries</w:t>
      </w:r>
    </w:p>
    <w:p>
      <w:pPr>
        <w:spacing w:before="0" w:after="120" w:line="300" w:lineRule="exact"/>
        <w:jc w:val="both"/>
      </w:pPr>
      <w:r>
        <w:rPr>
          <w:rFonts w:ascii="Georgia" w:hAnsi="Georgia" w:cs="Georgia" w:eastAsia="Georgia"/>
          <w:b w:val="0"/>
          <w:i w:val="0"/>
          <w:sz w:val="22"/>
        </w:rPr>
        <w:t>are not Muslims. They are natural brothers of Shaitaan, hence they are able to squander the wealth of the Ummah on satanic events. Whilst these evil people flaunt Muslim names, they are in reality Zanadaqah (kuffaar who labour under the false impression of being Muslims). They are worse than scum. They are vermin and parasites who suck and drain the Ummah of its life-blood.</w:t>
      </w:r>
    </w:p>
    <w:p>
      <w:pPr>
        <w:spacing w:before="0" w:after="120" w:line="300" w:lineRule="exact"/>
        <w:jc w:val="both"/>
      </w:pPr>
      <w:r>
        <w:rPr>
          <w:rFonts w:ascii="Georgia" w:hAnsi="Georgia" w:cs="Georgia" w:eastAsia="Georgia"/>
          <w:b w:val="0"/>
          <w:i w:val="0"/>
          <w:sz w:val="22"/>
        </w:rPr>
        <w:t>They are the enemies of Allah Ta'ala – the enemies of Rasulullah (Sallallahu alayhi wasallam) – the enemies of the Ummah and the enemies of Islam, but they masquerade as Muslims. Shaitaan is their god.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$500 MILLION ON LIQUOR</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Twelve years ago, Emirates, the Dubai based airline, renouncing Islam, initiated its Khamr (liquor) programme. Since that time, "it has spent more than $500 million to develop the best wine list in the sky." At any point the airline is operating, it caters for 70 different types of liquor. This is the condition of a murtad regime.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JEWISH ABUSES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(An Extract from the book: THE INTERNATIONAL JEW BY Henry Ford 1 It should be emphasized that the principal Jewish abuses are nation-wide. This was shown in the United States Government's investigation of the White Slave Trafﬁc; the bootlegging business, racetrack gambling, baseball pools—all a national network for the catching of "suckers." There is nothing unusual in this Jewish activityfrom the clever "high-ups" to the degenerate "low-downs"; they are all part of a national group.</w:t>
      </w:r>
    </w:p>
    <w:p>
      <w:pPr>
        <w:spacing w:before="0" w:after="120" w:line="300" w:lineRule="exact"/>
        <w:jc w:val="both"/>
      </w:pPr>
      <w:r>
        <w:rPr>
          <w:rFonts w:ascii="Georgia" w:hAnsi="Georgia" w:cs="Georgia" w:eastAsia="Georgia"/>
          <w:b w:val="0"/>
          <w:i w:val="0"/>
          <w:sz w:val="22"/>
        </w:rPr>
        <w:t>They are part of the national machinery organized and operated for the purpose of separating "Gentile boobs" from their money. If there were no "Gentile boobs," or if the "Gentile boob" would only take a straight look at the man behind the nation -wide spiderweb, the gamblers and the Jewish sport-purveyors would be in another kind of business; with perhaps less money to ﬂaunt in the faces of honest people.</w:t>
      </w:r>
    </w:p>
    <w:p>
      <w:pPr>
        <w:spacing w:before="0" w:after="120" w:line="300" w:lineRule="exact"/>
        <w:jc w:val="both"/>
      </w:pPr>
      <w:r>
        <w:rPr>
          <w:rFonts w:ascii="Georgia" w:hAnsi="Georgia" w:cs="Georgia" w:eastAsia="Georgia"/>
          <w:b w:val="0"/>
          <w:i w:val="0"/>
          <w:sz w:val="22"/>
        </w:rPr>
        <w:t>Years before the public scandals broke, the Jew had crowded into all the lucrative sports; he remains in control of them, but only on the commercial side, seldom if ever in sympathy with sport as a real sportsman. The Jews are not even real gamblers, they are not sportsmen enough to gamble; they are the "sure -thing" men. The "Gentile boobs" who walk into their traps are the people who provide the money.</w:t>
      </w:r>
    </w:p>
    <w:p>
      <w:pPr>
        <w:spacing w:before="0" w:after="120" w:line="300" w:lineRule="exact"/>
        <w:jc w:val="both"/>
      </w:pPr>
      <w:r>
        <w:rPr>
          <w:rFonts w:ascii="Georgia" w:hAnsi="Georgia" w:cs="Georgia" w:eastAsia="Georgia"/>
          <w:b w:val="0"/>
          <w:i w:val="0"/>
          <w:sz w:val="22"/>
        </w:rPr>
        <w:t>Even in the ﬁeld of money the Jew is not a sport — he is a gangster, ringing a gang of his ilk round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RULERS - ALL ARE KUFFAAR</w:t>
      </w:r>
    </w:p>
    <w:p>
      <w:pPr>
        <w:spacing w:before="0" w:after="160" w:line="300" w:lineRule="exact"/>
        <w:jc w:val="center"/>
      </w:pPr>
      <w:r>
        <w:rPr>
          <w:rFonts w:ascii="Georgia" w:hAnsi="Georgia" w:cs="Georgia" w:eastAsia="Georgia"/>
          <w:b w:val="0"/>
          <w:i/>
          <w:sz w:val="16"/>
        </w:rPr>
        <w:t>Page 3, 10 of the original. Heading read from the printed headline artwork.</w:t>
      </w:r>
    </w:p>
    <w:p>
      <w:pPr>
        <w:spacing w:before="0" w:after="120" w:line="300" w:lineRule="exact"/>
        <w:jc w:val="both"/>
      </w:pPr>
      <w:r>
        <w:rPr>
          <w:rFonts w:ascii="Georgia" w:hAnsi="Georgia" w:cs="Georgia" w:eastAsia="Georgia"/>
          <w:b w:val="0"/>
          <w:i w:val="0"/>
          <w:sz w:val="22"/>
        </w:rPr>
        <w:t>Today, there is not a single Muslim country which is not under the grinding yoke of oppression of kuffaar. Every government, every ruler and king in every Muslim country is murtad – kaafir. Allah Ta'ala confirming the kufr of these agents of shaitaan, says in the Qur'aan Majeed: "Do not trade My Aayaat (Laws) for a mis-</w:t>
      </w:r>
    </w:p>
    <w:p>
      <w:pPr>
        <w:spacing w:before="120" w:after="120" w:line="300" w:lineRule="exact"/>
        <w:ind w:left="720" w:right="720"/>
        <w:jc w:val="center"/>
      </w:pPr>
      <w:r>
        <w:rPr>
          <w:rFonts w:ascii="Georgia" w:hAnsi="Georgia" w:cs="Georgia" w:eastAsia="Georgia"/>
          <w:b w:val="0"/>
          <w:i/>
          <w:sz w:val="22"/>
        </w:rPr>
        <w:t>erable price. They who do not govern according to that (Shariah) which Allah has revealed, verily</w:t>
      </w:r>
    </w:p>
    <w:p>
      <w:pPr>
        <w:spacing w:before="0" w:after="120" w:line="300" w:lineRule="exact"/>
        <w:jc w:val="both"/>
      </w:pPr>
      <w:r>
        <w:rPr>
          <w:rFonts w:ascii="Georgia" w:hAnsi="Georgia" w:cs="Georgia" w:eastAsia="Georgia"/>
          <w:b w:val="0"/>
          <w:i w:val="0"/>
          <w:sz w:val="22"/>
        </w:rPr>
        <w:t>they are the kaafiroon." (Al-Maaidah, Aayat 44) Describing the villainy of these 'kaafiroon' who subvert the Divine laws and undermine Islam in the name of Islam, Allah Ta'ala says: "They who do not govern according to that (Shariah) which Allah has revealed, verily they are the zaalimoon (oppressors)."</w:t>
      </w:r>
    </w:p>
    <w:p>
      <w:pPr>
        <w:spacing w:before="120" w:after="120" w:line="300" w:lineRule="exact"/>
        <w:ind w:left="720" w:right="720"/>
        <w:jc w:val="center"/>
      </w:pPr>
      <w:r>
        <w:rPr>
          <w:rFonts w:ascii="Georgia" w:hAnsi="Georgia" w:cs="Georgia" w:eastAsia="Georgia"/>
          <w:b w:val="0"/>
          <w:i/>
          <w:sz w:val="22"/>
        </w:rPr>
        <w:t>(Aayat 44, Al-Maaidah) "Those who do not govern according to that (Shariah) which Allah</w:t>
      </w:r>
    </w:p>
    <w:p>
      <w:pPr>
        <w:spacing w:before="120" w:after="120" w:line="300" w:lineRule="exact"/>
        <w:ind w:left="720" w:right="720"/>
        <w:jc w:val="center"/>
      </w:pPr>
      <w:r>
        <w:rPr>
          <w:rFonts w:ascii="Georgia" w:hAnsi="Georgia" w:cs="Georgia" w:eastAsia="Georgia"/>
          <w:b w:val="0"/>
          <w:i/>
          <w:sz w:val="22"/>
        </w:rPr>
        <w:t>has revealed, verily, they are the faasiqoon (flagrant/shameless transgressors)."</w:t>
      </w:r>
    </w:p>
    <w:p>
      <w:pPr>
        <w:spacing w:before="0" w:after="120" w:line="300" w:lineRule="exact"/>
        <w:jc w:val="both"/>
      </w:pPr>
      <w:r>
        <w:rPr>
          <w:rFonts w:ascii="Georgia" w:hAnsi="Georgia" w:cs="Georgia" w:eastAsia="Georgia"/>
          <w:b w:val="0"/>
          <w:i w:val="0"/>
          <w:sz w:val="22"/>
        </w:rPr>
        <w:t>(Al-Maaidah, Aayat 47) Those who cast aside, reject and cancel the Ahkaam of the Shariah substituting in these divine laws with a variety of manmade kufr laws, are kaafiroon who transgress and oppress. Warning Muslims against this kufr, the Qur'aan Majeed states:</w:t>
      </w:r>
    </w:p>
    <w:p>
      <w:pPr>
        <w:spacing w:before="120" w:after="120" w:line="300" w:lineRule="exact"/>
        <w:ind w:left="720" w:right="720"/>
        <w:jc w:val="center"/>
      </w:pPr>
      <w:r>
        <w:rPr>
          <w:rFonts w:ascii="Georgia" w:hAnsi="Georgia" w:cs="Georgia" w:eastAsia="Georgia"/>
          <w:b w:val="0"/>
          <w:i/>
          <w:sz w:val="22"/>
        </w:rPr>
        <w:t>"And, We have revealed to you (O Muhammad!) the Kitaab (the Qur'aan) with the Haqq which confirms the earlier Book (the Tauraah) whilst protecting it (i.e. its Truth). Therefore, decide for them by that (Law) which Allah has revealed, and do not follow their base desires after the Haqq has come to you."</w:t>
      </w:r>
    </w:p>
    <w:p>
      <w:pPr>
        <w:spacing w:before="0" w:after="120" w:line="300" w:lineRule="exact"/>
        <w:jc w:val="both"/>
      </w:pPr>
      <w:r>
        <w:rPr>
          <w:rFonts w:ascii="Georgia" w:hAnsi="Georgia" w:cs="Georgia" w:eastAsia="Georgia"/>
          <w:b w:val="0"/>
          <w:i w:val="0"/>
          <w:sz w:val="22"/>
        </w:rPr>
        <w:t>(Al-Maaidah, Aayat 48) In every Muslim country, the rulers have abrogated the Shariah (the Law of the Qur'aan) and have promulgated the laws of kufr ideologies and cults. There is no doubt in the kufr of the munaafiqeen and zanaadaqah who are at the helm of the affairs in all Muslim countries. It will be salutary to further understand that these munaafiq and zindeeq rulers are in fact the reflection of the zindaqah and nifaaq of the Muslim populations in the various Muslim countries.</w:t>
      </w:r>
    </w:p>
    <w:p>
      <w:pPr>
        <w:spacing w:before="0" w:after="120" w:line="300" w:lineRule="exact"/>
        <w:jc w:val="both"/>
      </w:pPr>
      <w:r>
        <w:rPr>
          <w:rFonts w:ascii="Georgia" w:hAnsi="Georgia" w:cs="Georgia" w:eastAsia="Georgia"/>
          <w:b w:val="0"/>
          <w:i w:val="0"/>
          <w:sz w:val="22"/>
        </w:rPr>
        <w:t>Rasulullah (Sallallahu alayhi wasallam) said: "Your deeds are your rulers." These evil munaafiq rulers are the reflections of the faces and deeds of the Muslim people whom they are oppressing. Rulers are appointed and dismissed by Allah Azza Wa Jal. The Qur'an Majeed categorically confirms this fact. As long as the masses refuse to abandon their own kufr and nifaaq, they will be saddled with the tyrannical yoke of kufr of the zindeeq and munaafiq kaafiroon, zaalimoon and faasiqoon.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DEEN BETRAYED</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Bangladesh, some senior Ulama are engaging with the government to accept and recognize the certificates of qualification issued by the Darul Ulooms. Such certificates will enable the molvis to gain jobs in the Aaliyah Madrasahs which are under the influence of the government and which were initiated during the British Raj. What is the Shariah's view in this regard?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indeed lamentable that the Ulama have clamoured for government recognition, especially since the government in Bangladesh is a 'Hindu' one. They have erred grievously. They have in fact traded the Deen for a miserable price. This evil was initiated by the Pakistani Ulama who have rendered the Ilm of the Deen and Islam a great disservice. In fact, they have insulted the Knowledge of the Qur'aan with their bootlicking clamour for recognition by the fussaaq, fujjaar, in fact, kuffaar government. There is no doubt that the governments of Pakistan, Bangladesh and of all Muslim countries are kuffaar entities. All of them without exception have abrogated the Qur'aan, and rule the Muslim countries in accordance with kuffaar law of a variety of hues – and all hues are satanic. During the British Raj of the Indian subcontinent comprising of India, Pakistan and Bangladesh, there was more freedom for the Muslims to regulate their lives according to the Shariah. That was because the British despite being invaders and oppressors – cruel and brutal - had more brains than bootlicking Asians, Arabs and Africans whose brains have been thoroughly colonized and vermiculated with satanism, hence bootlicking is a salient characteristic of all the nations of the so-called 'third world'. The British are extremely shrewd and conspiratorial. They would not interfere with the religion of their subjects unless it constituted a threat to their political agendas. But the governments and rulers of Muslim countries of this era are confirmed kuffaar, either of the Zindeeq or Munaafiq category. Those molvis who will be in the employ of the government will become the mental slaves of the kufr government of Bangladesh. They have betrayed Islam and the Ummah. Their action is a sign of Qiyaamah. It comes in the Hadith that people will use the Deen to pursue the dunya. Whilst their bootlicking is lamentable, it is to be expected.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Trump compliments Egyptian president's shoe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Riyadh, Saudi Arabia (CNN): Moments after Egyptian President Abdel Fattah al-Sisi complimented President Donald Trump on his "unique personality that is capable of doing the impossible," Trump exchanged pleasantries back, praising el Sisi's shoes. "Love your shoes. Boy, those shoes. Man ... ," Trump said, as reporters were being escorted out of the room.</w:t>
      </w:r>
    </w:p>
    <w:p>
      <w:pPr>
        <w:spacing w:before="0" w:after="120" w:line="300" w:lineRule="exact"/>
        <w:jc w:val="both"/>
      </w:pPr>
      <w:r>
        <w:rPr>
          <w:rFonts w:ascii="Georgia" w:hAnsi="Georgia" w:cs="Georgia" w:eastAsia="Georgia"/>
          <w:b w:val="0"/>
          <w:i w:val="0"/>
          <w:sz w:val="22"/>
        </w:rPr>
        <w:t>It's unclear the exact shoe the Egyptian President was wearing, but appeared to be black boots, similar to those Trump was wearing, but shinier. The exchange wasn't observed by video cameras in the room, but was captured in an audio recording. Trump held meetings with several Arab world leaders Sunday morning, ahead of a planned speech on confronting Islamist extremism and later a forum on Twitter.</w:t>
      </w:r>
    </w:p>
    <w:p>
      <w:pPr>
        <w:spacing w:before="0" w:after="120" w:line="300" w:lineRule="exact"/>
        <w:jc w:val="both"/>
      </w:pPr>
      <w:r>
        <w:rPr>
          <w:rFonts w:ascii="Georgia" w:hAnsi="Georgia" w:cs="Georgia" w:eastAsia="Georgia"/>
          <w:b w:val="0"/>
          <w:i w:val="0"/>
          <w:sz w:val="22"/>
        </w:rPr>
        <w:t>Comment: Trump complimented Sisi for having bootlicked him to the extent of ensuring that he (Sisi) attends the meeting of his master wearing the same style boots as Trump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QATAR'S WORLD</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faasiq finance minister of Qatar said that the country was "spending $500 million every week on major infrastructure projects for football's biggest tournament." In the construction of the shaitaani stadium, "systematic labour abuse" is perpetrated by Qatar on its migrant workers who are treated like dirt. This level of weekly squandering to appease Iblees and the western kuffaar will continue for few years whilst millions of Muslims are suffering in miserable conditions of extreme poverty, squalor, disease and ignorance.</w:t>
      </w:r>
    </w:p>
    <w:p>
      <w:pPr>
        <w:spacing w:before="0" w:after="120" w:line="300" w:lineRule="exact"/>
        <w:jc w:val="both"/>
      </w:pPr>
      <w:r>
        <w:rPr>
          <w:rFonts w:ascii="Georgia" w:hAnsi="Georgia" w:cs="Georgia" w:eastAsia="Georgia"/>
          <w:b w:val="0"/>
          <w:i w:val="0"/>
          <w:sz w:val="22"/>
        </w:rPr>
        <w:t>The so-called 'grand mufti' and other sheikhs of Qatar are absolutely mute and their silence is deafening. Not a word of criticism, condemnation or naseehat for the evil Qatari authorities is being</w:t>
      </w:r>
    </w:p>
    <w:p>
      <w:pPr>
        <w:spacing w:before="120" w:after="120" w:line="300" w:lineRule="exact"/>
        <w:ind w:left="720" w:right="720"/>
        <w:jc w:val="center"/>
      </w:pPr>
      <w:r>
        <w:rPr>
          <w:rFonts w:ascii="Georgia" w:hAnsi="Georgia" w:cs="Georgia" w:eastAsia="Georgia"/>
          <w:b w:val="0"/>
          <w:i/>
          <w:sz w:val="22"/>
        </w:rPr>
        <w:t>"When We intend to destroy a place (city, town,</w:t>
      </w:r>
    </w:p>
    <w:p>
      <w:pPr>
        <w:spacing w:before="120" w:after="120" w:line="300" w:lineRule="exact"/>
        <w:ind w:left="720" w:right="720"/>
        <w:jc w:val="center"/>
      </w:pPr>
      <w:r>
        <w:rPr>
          <w:rFonts w:ascii="Georgia" w:hAnsi="Georgia" w:cs="Georgia" w:eastAsia="Georgia"/>
          <w:b w:val="0"/>
          <w:i/>
          <w:sz w:val="22"/>
        </w:rPr>
        <w:t>land), We command its affluent ones. Then they (recklessly) indulge</w:t>
      </w:r>
    </w:p>
    <w:p>
      <w:pPr>
        <w:spacing w:before="120" w:after="120" w:line="300" w:lineRule="exact"/>
        <w:ind w:left="720" w:right="720"/>
        <w:jc w:val="center"/>
      </w:pPr>
      <w:r>
        <w:rPr>
          <w:rFonts w:ascii="Georgia" w:hAnsi="Georgia" w:cs="Georgia" w:eastAsia="Georgia"/>
          <w:b w:val="0"/>
          <w:i/>
          <w:sz w:val="22"/>
        </w:rPr>
        <w:t>in fisq in the city. Thus, the decree (of pun-</w:t>
      </w:r>
    </w:p>
    <w:p>
      <w:pPr>
        <w:spacing w:before="0" w:after="120" w:line="300" w:lineRule="exact"/>
        <w:jc w:val="both"/>
      </w:pPr>
      <w:r>
        <w:rPr>
          <w:rFonts w:ascii="Georgia" w:hAnsi="Georgia" w:cs="Georgia" w:eastAsia="Georgia"/>
          <w:b w:val="0"/>
          <w:i w:val="0"/>
          <w:sz w:val="22"/>
        </w:rPr>
        <w:t>ishment) is established</w:t>
      </w:r>
    </w:p>
    <w:p>
      <w:pPr>
        <w:spacing w:before="120" w:after="120" w:line="300" w:lineRule="exact"/>
        <w:ind w:left="720" w:right="720"/>
        <w:jc w:val="center"/>
      </w:pPr>
      <w:r>
        <w:rPr>
          <w:rFonts w:ascii="Georgia" w:hAnsi="Georgia" w:cs="Georgia" w:eastAsia="Georgia"/>
          <w:b w:val="0"/>
          <w:i/>
          <w:sz w:val="22"/>
        </w:rPr>
        <w:t>for them. Then We utterly destroy it (the city</w:t>
      </w:r>
    </w:p>
    <w:p>
      <w:pPr>
        <w:spacing w:before="0" w:after="120" w:line="300" w:lineRule="exact"/>
        <w:jc w:val="both"/>
      </w:pPr>
      <w:r>
        <w:rPr>
          <w:rFonts w:ascii="Georgia" w:hAnsi="Georgia" w:cs="Georgia" w:eastAsia="Georgia"/>
          <w:b w:val="0"/>
          <w:i w:val="0"/>
          <w:sz w:val="22"/>
        </w:rPr>
        <w:t>along with its evil trans- gressors)." (Qur'aan) The evil transgressing rulers of Qatar, the U.S. surrogate backyard state, acting in flagrant and treacherous violation of the Qur'aan and Sunnah, and following the impure western kuffaar, have embarked on a satanic spree of squandering billions of dollars to host one of the world's most immoral sporting events known as the world soccer cup games. breathed.</w:t>
      </w:r>
    </w:p>
    <w:p>
      <w:pPr>
        <w:spacing w:before="0" w:after="120" w:line="300" w:lineRule="exact"/>
        <w:jc w:val="both"/>
      </w:pPr>
      <w:r>
        <w:rPr>
          <w:rFonts w:ascii="Georgia" w:hAnsi="Georgia" w:cs="Georgia" w:eastAsia="Georgia"/>
          <w:b w:val="0"/>
          <w:i w:val="0"/>
          <w:sz w:val="22"/>
        </w:rPr>
        <w:t>"More than $200 billion will be satanically squandered in total in preparation for the haraam 2022 games of the devil according to the finance minister. For attaining its satanic objective, Qatar has imported hundreds of thousands of migrant workers from South Asia. These workers are labouring under gross exploitation. Despite Qatar's budget deficit of $13 billion and an expected deficit of $8 billion for this year, the Devils in charge of the state are recklessly pursuing their shaitaani objective to attain fulfilment for their projects of fisq, fujoor and kufr.</w:t>
      </w:r>
    </w:p>
    <w:p>
      <w:pPr>
        <w:spacing w:before="0" w:after="120" w:line="300" w:lineRule="exact"/>
        <w:jc w:val="both"/>
      </w:pPr>
      <w:r>
        <w:rPr>
          <w:rFonts w:ascii="Georgia" w:hAnsi="Georgia" w:cs="Georgia" w:eastAsia="Georgia"/>
          <w:b w:val="0"/>
          <w:i w:val="0"/>
          <w:sz w:val="22"/>
        </w:rPr>
        <w:t>The shayaateen of Qatar will not escape Allah's Chastisement in this dunya and in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private jet on a cus-</w:t>
      </w:r>
    </w:p>
    <w:p>
      <w:pPr>
        <w:spacing w:before="0" w:after="160" w:line="300" w:lineRule="exact"/>
        <w:jc w:val="center"/>
      </w:pPr>
      <w:r>
        <w:rPr>
          <w:rFonts w:ascii="Georgia" w:hAnsi="Georgia" w:cs="Georgia" w:eastAsia="Georgia"/>
          <w:b w:val="0"/>
          <w:i/>
          <w:sz w:val="16"/>
        </w:rPr>
        <w:t>Page 4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SAUDI MONARCH GIVES NEW MEANING TO 'FIT FOR A KING'</w:t>
      </w:r>
    </w:p>
    <w:p>
      <w:pPr>
        <w:spacing w:before="0" w:after="120" w:line="300" w:lineRule="exact"/>
        <w:jc w:val="both"/>
      </w:pPr>
      <w:r>
        <w:rPr>
          <w:rFonts w:ascii="Georgia" w:hAnsi="Georgia" w:cs="Georgia" w:eastAsia="Georgia"/>
          <w:b w:val="0"/>
          <w:i w:val="0"/>
          <w:sz w:val="22"/>
        </w:rPr>
        <w:t>Descending regally from his private jet on a customised gold-coloured escalator, Saudi Arabia's King Salman binAbdulaziz al-Saud began the first visit in almost 50 years of a Saudi leader to the world's most populous Muslim nation, Indonesia, on Wednesday. Accompanied by an entourage of 1,500, including 25 princes and several government ministers, King Salman brought 459t of luggage for his nine-day trip.</w:t>
      </w:r>
    </w:p>
    <w:p>
      <w:pPr>
        <w:spacing w:before="0" w:after="120" w:line="300" w:lineRule="exact"/>
        <w:jc w:val="both"/>
      </w:pPr>
      <w:r>
        <w:rPr>
          <w:rFonts w:ascii="Georgia" w:hAnsi="Georgia" w:cs="Georgia" w:eastAsia="Georgia"/>
          <w:b w:val="0"/>
          <w:i w:val="0"/>
          <w:sz w:val="22"/>
        </w:rPr>
        <w:t>Two lifts and two Mercedes-Benz S600s were included among the travel essentials for his three -day visit to the capital, Jakarta, to be followed by six days of "relaxing" in a Bali holiday resort. The Indonesians, who hope the visit will bring Saudi investments of up to $25-billion, were equally eager to impress. Enthusiastic crowds, including tens of thousands of students, lined the route of his heavily guarded motorcade to the presidential Bogor palace.</w:t>
      </w:r>
    </w:p>
    <w:p>
      <w:pPr>
        <w:spacing w:before="0" w:after="120" w:line="300" w:lineRule="exact"/>
        <w:jc w:val="both"/>
      </w:pPr>
      <w:r>
        <w:rPr>
          <w:rFonts w:ascii="Georgia" w:hAnsi="Georgia" w:cs="Georgia" w:eastAsia="Georgia"/>
          <w:b w:val="0"/>
          <w:i w:val="0"/>
          <w:sz w:val="22"/>
        </w:rPr>
        <w:t>Great care was taken to cover statues of naked men and women in the palace grounds, out of consideration for the sensibilities of the Salafi Muslim Saudi visitors. King Salman and his entourage will stay in four luxury hotels in Jarkata, with about 10,000 security personnel deployed to protect them. (The Times 3 March 2017) "Verily, the squanderers are the brothers of the shayaateen."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5, 6, 7 of the original</w:t>
      </w:r>
    </w:p>
    <w:p>
      <w:pPr>
        <w:spacing w:before="0" w:after="120" w:line="300" w:lineRule="exact"/>
        <w:jc w:val="both"/>
      </w:pPr>
      <w:r>
        <w:rPr>
          <w:rFonts w:ascii="Georgia" w:hAnsi="Georgia" w:cs="Georgia" w:eastAsia="Georgia"/>
          <w:b w:val="0"/>
          <w:i w:val="0"/>
          <w:sz w:val="22"/>
        </w:rPr>
        <w:t>Firstly, whilst the Taliban had proclaimed an Islamic State, it was far from an 'ideal' Islamic State. Secondly, whilst the Taliban, in our opinion, are about the best Muslims, they lack Knowledge of the Deen and Taqwa. Those Ulama who claimed that the Taliban government was an 'ideal' Islamic State, were extremely naive, to say the least.</w:t>
      </w:r>
    </w:p>
    <w:p>
      <w:pPr>
        <w:spacing w:before="0" w:after="120" w:line="300" w:lineRule="exact"/>
        <w:jc w:val="both"/>
      </w:pPr>
      <w:r>
        <w:rPr>
          <w:rFonts w:ascii="Georgia" w:hAnsi="Georgia" w:cs="Georgia" w:eastAsia="Georgia"/>
          <w:b w:val="0"/>
          <w:i w:val="0"/>
          <w:sz w:val="22"/>
        </w:rPr>
        <w:t>Implementing the Hudood punishments of the Shariah, and observing some aspects of the Shariah, are not the be all requisite for an ideal Islamic State. The Islamic penal code is only one dimension of the Shariah. Two Islamic practices have been observed to be rigidly observed by the Taliban: Salaat and Purdah. However, it appears that both these practices are traditional rather than pure Deeni.</w:t>
      </w:r>
    </w:p>
    <w:p>
      <w:pPr>
        <w:spacing w:before="0" w:after="120" w:line="300" w:lineRule="exact"/>
        <w:jc w:val="both"/>
      </w:pPr>
      <w:r>
        <w:rPr>
          <w:rFonts w:ascii="Georgia" w:hAnsi="Georgia" w:cs="Georgia" w:eastAsia="Georgia"/>
          <w:b w:val="0"/>
          <w:i w:val="0"/>
          <w:sz w:val="22"/>
        </w:rPr>
        <w:t>The manner in which the Afghans perform Salaat in general comes within the purview of the Hadith: "Stand and perform Salaat for verily, you have not performed Salaat." Whilst in the streets they enforce purdah, within their residential compounds, there is no true Shar'i Hijaab. Ghair mahram relatives such as cousins and brothers-in-law mix freely.</w:t>
      </w:r>
    </w:p>
    <w:p>
      <w:pPr>
        <w:spacing w:before="0" w:after="120" w:line="300" w:lineRule="exact"/>
        <w:jc w:val="both"/>
      </w:pPr>
      <w:r>
        <w:rPr>
          <w:rFonts w:ascii="Georgia" w:hAnsi="Georgia" w:cs="Georgia" w:eastAsia="Georgia"/>
          <w:b w:val="0"/>
          <w:i w:val="0"/>
          <w:sz w:val="22"/>
        </w:rPr>
        <w:t>It was observed at first hand that the Taliban were extremely deficient in governance. They lacked the expertise of governing a country. Furthermore, it was observed, again at first hand, that they were subservient to the fussaaq and fujjaar Pakistani intelligence personnel who formulated policies for them and which they had to abide by. We had observed a number of issues which convinced us that they lacked the expertise to govern a country, hence they were heavily reliant on Pakistani fussaaq and Afghan communists and scoundrels to operate even the skeleton of public services which existed over there.</w:t>
      </w:r>
    </w:p>
    <w:p>
      <w:pPr>
        <w:spacing w:before="0" w:after="120" w:line="300" w:lineRule="exact"/>
        <w:jc w:val="both"/>
      </w:pPr>
      <w:r>
        <w:rPr>
          <w:rFonts w:ascii="Georgia" w:hAnsi="Georgia" w:cs="Georgia" w:eastAsia="Georgia"/>
          <w:b w:val="0"/>
          <w:i w:val="0"/>
          <w:sz w:val="22"/>
        </w:rPr>
        <w:t>For example, the one or two international passenger planes were still piloted by former communist pilots. The only difference was that they had now to grow beards for an outward appearance of Islam. It was also observed that they lacked the essential Masnoon Aadaab of even eating. They waste a lot of food which is simply thrown away. They demonstrated little concern for the poor and destitute around them whilst they lived in luxury and comfort.</w:t>
      </w:r>
    </w:p>
    <w:p>
      <w:pPr>
        <w:spacing w:before="0" w:after="120" w:line="300" w:lineRule="exact"/>
        <w:jc w:val="both"/>
      </w:pPr>
      <w:r>
        <w:rPr>
          <w:rFonts w:ascii="Georgia" w:hAnsi="Georgia" w:cs="Georgia" w:eastAsia="Georgia"/>
          <w:b w:val="0"/>
          <w:i w:val="0"/>
          <w:sz w:val="22"/>
        </w:rPr>
        <w:t>The top leadership of the Taliban live in luxurious bungalows in Pakistan. They have the advantage of all modern amenities where they live in comfort in Pakistan whilst the rank and file suffer in the Jihaad and in the harsh conditions in Afghanistan. The leaders of the Mujahideen are supposed to be in the hot spots sharing the hardships of the Mujahideen on the ground.</w:t>
      </w:r>
    </w:p>
    <w:p>
      <w:pPr>
        <w:spacing w:before="0" w:after="120" w:line="300" w:lineRule="exact"/>
        <w:jc w:val="both"/>
      </w:pPr>
      <w:r>
        <w:rPr>
          <w:rFonts w:ascii="Georgia" w:hAnsi="Georgia" w:cs="Georgia" w:eastAsia="Georgia"/>
          <w:b w:val="0"/>
          <w:i w:val="0"/>
          <w:sz w:val="22"/>
        </w:rPr>
        <w:t>Since Pakistan needs the Taliban for sustaining its policies and agenda, the Pakistani intelligence caters well for the physical and material comforts of the leaders. They are not really concerned with Islamic Knowledge for the masses. They hardly made effort for the establishment of Deeni Maktabs to cater for the basic Deeni ta'leem of the children.</w:t>
      </w:r>
    </w:p>
    <w:p>
      <w:pPr>
        <w:spacing w:before="0" w:after="120" w:line="300" w:lineRule="exact"/>
        <w:jc w:val="both"/>
      </w:pPr>
      <w:r>
        <w:rPr>
          <w:rFonts w:ascii="Georgia" w:hAnsi="Georgia" w:cs="Georgia" w:eastAsia="Georgia"/>
          <w:b w:val="0"/>
          <w:i w:val="0"/>
          <w:sz w:val="22"/>
        </w:rPr>
        <w:t>In fact, most of the Taliban elders, even those who spent years studying kitaabs are unable to recite the Qur'aan Majeed with Tajweed. Pain and concern for the Deen are lacking. The Qur'aan Majeed states:</w:t>
      </w:r>
    </w:p>
    <w:p>
      <w:pPr>
        <w:spacing w:before="120" w:after="120" w:line="300" w:lineRule="exact"/>
        <w:ind w:left="720" w:right="720"/>
        <w:jc w:val="center"/>
      </w:pPr>
      <w:r>
        <w:rPr>
          <w:rFonts w:ascii="Georgia" w:hAnsi="Georgia" w:cs="Georgia" w:eastAsia="Georgia"/>
          <w:b w:val="0"/>
          <w:i/>
          <w:sz w:val="22"/>
        </w:rPr>
        <w:t>"Verily, the earth belongs to Allah. He grants it (i.e. grants power to rule) to whomever He wills. And, the ultimate success is for the Muttaqeen."</w:t>
      </w:r>
    </w:p>
    <w:p>
      <w:pPr>
        <w:spacing w:before="0" w:after="120" w:line="300" w:lineRule="exact"/>
        <w:jc w:val="both"/>
      </w:pPr>
      <w:r>
        <w:rPr>
          <w:rFonts w:ascii="Georgia" w:hAnsi="Georgia" w:cs="Georgia" w:eastAsia="Georgia"/>
          <w:b w:val="0"/>
          <w:i w:val="0"/>
          <w:sz w:val="22"/>
        </w:rPr>
        <w:t>It is Taqwa which the Taliban lack, hence Allah Ta'ala did not grant them total victory. Nabi Musaa (Alayhis salaam) said to his people: "Perhaps Allah will appoint you the rulers on earth.</w:t>
      </w:r>
    </w:p>
    <w:p>
      <w:pPr>
        <w:spacing w:before="120" w:after="120" w:line="300" w:lineRule="exact"/>
        <w:ind w:left="720" w:right="720"/>
        <w:jc w:val="center"/>
      </w:pPr>
      <w:r>
        <w:rPr>
          <w:rFonts w:ascii="Georgia" w:hAnsi="Georgia" w:cs="Georgia" w:eastAsia="Georgia"/>
          <w:b w:val="0"/>
          <w:i/>
          <w:sz w:val="22"/>
        </w:rPr>
        <w:t>Then He will watch how you act." (Qur'aan)</w:t>
      </w:r>
    </w:p>
    <w:p>
      <w:pPr>
        <w:spacing w:before="0" w:after="120" w:line="300" w:lineRule="exact"/>
        <w:jc w:val="both"/>
      </w:pPr>
      <w:r>
        <w:rPr>
          <w:rFonts w:ascii="Georgia" w:hAnsi="Georgia" w:cs="Georgia" w:eastAsia="Georgia"/>
          <w:b w:val="0"/>
          <w:i w:val="0"/>
          <w:sz w:val="22"/>
        </w:rPr>
        <w:t>Allah Ta'ala granted the Taliban the opportunity to rule the country. But due to their Deeni deficiencies and incompetence, Allah Ta'ala removed them from that pedestal which He had granted them. And, this is the declaration in the following Qur'aanic Aayat:</w:t>
      </w:r>
    </w:p>
    <w:p>
      <w:pPr>
        <w:spacing w:before="120" w:after="120" w:line="300" w:lineRule="exact"/>
        <w:ind w:left="720" w:right="720"/>
        <w:jc w:val="center"/>
      </w:pPr>
      <w:r>
        <w:rPr>
          <w:rFonts w:ascii="Georgia" w:hAnsi="Georgia" w:cs="Georgia" w:eastAsia="Georgia"/>
          <w:b w:val="0"/>
          <w:i/>
          <w:sz w:val="22"/>
        </w:rPr>
        <w:t>"Say: O Allah! The King of Sovereignty! You grant power (to rule) to whomever You will, and You snatch away power from whomever You will. You bestow honour to whomever You will, and you humiliate whomever You will. Verily, You have power over all things."</w:t>
      </w:r>
    </w:p>
    <w:p>
      <w:pPr>
        <w:spacing w:before="0" w:after="120" w:line="300" w:lineRule="exact"/>
        <w:jc w:val="both"/>
      </w:pPr>
      <w:r>
        <w:rPr>
          <w:rFonts w:ascii="Georgia" w:hAnsi="Georgia" w:cs="Georgia" w:eastAsia="Georgia"/>
          <w:b w:val="0"/>
          <w:i w:val="0"/>
          <w:sz w:val="22"/>
        </w:rPr>
        <w:t>It was Allah Azza Wa Jal Who had granted the Taliban the opportunity to govern the land, and it was Allah Ta'ala Who had snatched away that power from them. Instead of striving to cultivate Allah's Pleasure, the Taliban in submission to Pakistan's demands, strove to cultivate the pleasure of the U.S.A. and the western kuffaar nations to the extent that they planned to send a sports team to participate in the haraam Olympic games.</w:t>
      </w:r>
    </w:p>
    <w:p>
      <w:pPr>
        <w:spacing w:before="0" w:after="120" w:line="300" w:lineRule="exact"/>
        <w:jc w:val="both"/>
      </w:pPr>
      <w:r>
        <w:rPr>
          <w:rFonts w:ascii="Georgia" w:hAnsi="Georgia" w:cs="Georgia" w:eastAsia="Georgia"/>
          <w:b w:val="0"/>
          <w:i w:val="0"/>
          <w:sz w:val="22"/>
        </w:rPr>
        <w:t>However, the western kuffaar spurned their appeal in view of the fact that their teams would not measure up to kuffaar immorality standards to qualify for participation in the kufr immoral Olympic games. They clamoured for a seat in the evil U.N. forum which is simply another U.S. appendage of zulm. Instead of following in the footsteps of the Sahaabah, they lost the direction and attempted to comply with kuffaar standards.</w:t>
      </w:r>
    </w:p>
    <w:p>
      <w:pPr>
        <w:spacing w:before="0" w:after="120" w:line="300" w:lineRule="exact"/>
        <w:jc w:val="both"/>
      </w:pPr>
      <w:r>
        <w:rPr>
          <w:rFonts w:ascii="Georgia" w:hAnsi="Georgia" w:cs="Georgia" w:eastAsia="Georgia"/>
          <w:b w:val="0"/>
          <w:i w:val="0"/>
          <w:sz w:val="22"/>
        </w:rPr>
        <w:t>Allah Ta'ala, describing the obligations and attributes of those whom He grants power, says in the Qur'aan:</w:t>
      </w:r>
    </w:p>
    <w:p>
      <w:pPr>
        <w:spacing w:before="120" w:after="120" w:line="300" w:lineRule="exact"/>
        <w:ind w:left="720" w:right="720"/>
        <w:jc w:val="center"/>
      </w:pPr>
      <w:r>
        <w:rPr>
          <w:rFonts w:ascii="Georgia" w:hAnsi="Georgia" w:cs="Georgia" w:eastAsia="Georgia"/>
          <w:b w:val="0"/>
          <w:i/>
          <w:sz w:val="22"/>
        </w:rPr>
        <w:t>"If We establish them on earth (i.e. grant them power), they establish</w:t>
      </w:r>
    </w:p>
    <w:p>
      <w:pPr>
        <w:spacing w:before="120" w:after="120" w:line="300" w:lineRule="exact"/>
        <w:ind w:left="720" w:right="720"/>
        <w:jc w:val="center"/>
      </w:pPr>
      <w:r>
        <w:rPr>
          <w:rFonts w:ascii="Georgia" w:hAnsi="Georgia" w:cs="Georgia" w:eastAsia="Georgia"/>
          <w:b w:val="0"/>
          <w:i/>
          <w:sz w:val="22"/>
        </w:rPr>
        <w:t>Salaat, pay Zakaat, command virtue and prohibit evil."</w:t>
      </w:r>
    </w:p>
    <w:p>
      <w:pPr>
        <w:spacing w:before="0" w:after="120" w:line="300" w:lineRule="exact"/>
        <w:jc w:val="both"/>
      </w:pPr>
      <w:r>
        <w:rPr>
          <w:rFonts w:ascii="Georgia" w:hAnsi="Georgia" w:cs="Georgia" w:eastAsia="Georgia"/>
          <w:b w:val="0"/>
          <w:i w:val="0"/>
          <w:sz w:val="22"/>
        </w:rPr>
        <w:t>When the Taliban came to power, they complied with this command, and they enforced Salaat in the whole land. At Salaat times, the whole nation came to a halt. Road blocks brought traffic to a standstill. The Musaajid overflowed with Musallis. On the main roads, two or three Jamaats had to be performed in the same Musjids because of lack of space for the large numbers of Musallis.</w:t>
      </w:r>
    </w:p>
    <w:p>
      <w:pPr>
        <w:spacing w:before="0" w:after="120" w:line="300" w:lineRule="exact"/>
        <w:jc w:val="both"/>
      </w:pPr>
      <w:r>
        <w:rPr>
          <w:rFonts w:ascii="Georgia" w:hAnsi="Georgia" w:cs="Georgia" w:eastAsia="Georgia"/>
          <w:b w:val="0"/>
          <w:i w:val="0"/>
          <w:sz w:val="22"/>
        </w:rPr>
        <w:t>However, after a while, this system was completely abandoned. We were indeed grieved when we observed this. The very first duty of the Islamic State is to ensure that all Muslims perform Salaat. But, after having implemented this command, they abandoned it, hence Allah Ta'ala removed them from power. It was Allah Ta'ala Who had sent the U.S.A. with its coalition to unseat the Taliban.</w:t>
      </w:r>
    </w:p>
    <w:p>
      <w:pPr>
        <w:spacing w:before="0" w:after="120" w:line="300" w:lineRule="exact"/>
        <w:jc w:val="both"/>
      </w:pPr>
      <w:r>
        <w:rPr>
          <w:rFonts w:ascii="Georgia" w:hAnsi="Georgia" w:cs="Georgia" w:eastAsia="Georgia"/>
          <w:b w:val="0"/>
          <w:i w:val="0"/>
          <w:sz w:val="22"/>
        </w:rPr>
        <w:t>Confirming this, the Qur'aan Majeed states:</w:t>
      </w:r>
    </w:p>
    <w:p>
      <w:pPr>
        <w:spacing w:before="120" w:after="120" w:line="300" w:lineRule="exact"/>
        <w:ind w:left="720" w:right="720"/>
        <w:jc w:val="center"/>
      </w:pPr>
      <w:r>
        <w:rPr>
          <w:rFonts w:ascii="Georgia" w:hAnsi="Georgia" w:cs="Georgia" w:eastAsia="Georgia"/>
          <w:b w:val="0"/>
          <w:i/>
          <w:sz w:val="22"/>
        </w:rPr>
        <w:t>"When the first of the two promises came, We sent against you (O Bani Israaeel) such of Our servants who were powerful in warfare. Then they penetrated the homes (of the Muslims of that time). Verily, it was a promise to be fulfilled.</w:t>
      </w:r>
    </w:p>
    <w:p>
      <w:pPr>
        <w:spacing w:before="120" w:after="120" w:line="300" w:lineRule="exact"/>
        <w:ind w:left="720" w:right="720"/>
        <w:jc w:val="center"/>
      </w:pPr>
      <w:r>
        <w:rPr>
          <w:rFonts w:ascii="Georgia" w:hAnsi="Georgia" w:cs="Georgia" w:eastAsia="Georgia"/>
          <w:b w:val="0"/>
          <w:i/>
          <w:sz w:val="22"/>
        </w:rPr>
        <w:t>And, when the second promise came (the enemy overwhelmed you) so that they disfigured your faces, and entered the Musjid (i.e. Musjid Aqsa) as they had entered (and defiled it) the first time. And, they destroyed everything they overran."</w:t>
      </w:r>
    </w:p>
    <w:p>
      <w:pPr>
        <w:spacing w:before="0" w:after="120" w:line="300" w:lineRule="exact"/>
        <w:jc w:val="both"/>
      </w:pPr>
      <w:r>
        <w:rPr>
          <w:rFonts w:ascii="Georgia" w:hAnsi="Georgia" w:cs="Georgia" w:eastAsia="Georgia"/>
          <w:b w:val="0"/>
          <w:i w:val="0"/>
          <w:sz w:val="22"/>
        </w:rPr>
        <w:t>In this Aayat of Surah Bani Israaeel, Allah Ta'ala describes the kuffaar army of the Babylonian king Bukhtnassar as "Our servants". It is of the Ways of Allah to punish disobedient Muslims with kuffaar domination. During the age of Nabi Daanyaal (Alayhis salaam), to punish the grossly transgressing nation of Bani Israaeel – the Muslim Ummah of the time – Allah Ta'ala sent the kuffaar from Babylon to wage war against them.</w:t>
      </w:r>
    </w:p>
    <w:p>
      <w:pPr>
        <w:spacing w:before="0" w:after="120" w:line="300" w:lineRule="exact"/>
        <w:jc w:val="both"/>
      </w:pPr>
      <w:r>
        <w:rPr>
          <w:rFonts w:ascii="Georgia" w:hAnsi="Georgia" w:cs="Georgia" w:eastAsia="Georgia"/>
          <w:b w:val="0"/>
          <w:i w:val="0"/>
          <w:sz w:val="22"/>
        </w:rPr>
        <w:t>The kuffaar utterly destroyed Bani Israaeel. 70,000 Bani Israaeel were enslaved and marched cruelly in chains to Babylon. This is the Sunnah of Allah Azza Wa Jal for which the Qur'aan states: You will not find for the Sunnah of Allah a change." When the Taliban failed in upholding and discharging correctly the Amaanat of power entrusted to them by Allah Ta'ala, He sent the U.S. kuffaar with its coalition to unseat and punish the Taliban.</w:t>
      </w:r>
    </w:p>
    <w:p>
      <w:pPr>
        <w:spacing w:before="0" w:after="120" w:line="300" w:lineRule="exact"/>
        <w:jc w:val="both"/>
      </w:pPr>
      <w:r>
        <w:rPr>
          <w:rFonts w:ascii="Georgia" w:hAnsi="Georgia" w:cs="Georgia" w:eastAsia="Georgia"/>
          <w:b w:val="0"/>
          <w:i w:val="0"/>
          <w:sz w:val="22"/>
        </w:rPr>
        <w:t>It should be remembered that it was not any disgruntled segment of the Afghan population which had removed the Taliban. The Taliban were removed by the invading kuffaar forces whom Allah Ta'ala describes as "Our servants". These kuffaar servants of Allah are a segment of the armies of Allah Azza Wa Jal about which the Qur'aan Majeed states: "None but Allah knows the armies of your Rabb." The Taliban had never relied on the support of the masses.</w:t>
      </w:r>
    </w:p>
    <w:p>
      <w:pPr>
        <w:spacing w:before="0" w:after="120" w:line="300" w:lineRule="exact"/>
        <w:jc w:val="both"/>
      </w:pPr>
      <w:r>
        <w:rPr>
          <w:rFonts w:ascii="Georgia" w:hAnsi="Georgia" w:cs="Georgia" w:eastAsia="Georgia"/>
          <w:b w:val="0"/>
          <w:i w:val="0"/>
          <w:sz w:val="22"/>
        </w:rPr>
        <w:t>Allah Ta'ala had bestowed sufficient power to them to control the masses. But despite this power, they became lethargic towards the Deen and became entangled in Pakistani politics following the dictates of the faasiq/faajir Pakistani authorities who were using them (the Taliban) for their own agenda. Instead of concentrating on the Deeni betterment of the people and tending to the large scale poverty, destitution and gross Deeni jahaalat, the Taliban became embroiled in haraam world politics, hence they abandoned the enforcement of Salaat; they became trapped in a war with their brother Muslim, Shah Mas'ood, at the behest of Pakistan; in order to assuage the filthy western kuffaar nations, they began to put together a haraam Olympic games team; whilst enforcing purdah on the masses, they neglected purdah when the U.S. sent its female envoy (Albright) to discuss with them; they squandered money renovating the graves of martyrs in the public square of Kandahar instead of using the money to tend to the widows, orphans and destitute; they physically chased away needy people from their offices quite early in the day, only to go home, sit around heaters and wile away the time in idle conversation while the poor people wanted attention for their needs.</w:t>
      </w:r>
    </w:p>
    <w:p>
      <w:pPr>
        <w:spacing w:before="0" w:after="120" w:line="300" w:lineRule="exact"/>
        <w:jc w:val="both"/>
      </w:pPr>
      <w:r>
        <w:rPr>
          <w:rFonts w:ascii="Georgia" w:hAnsi="Georgia" w:cs="Georgia" w:eastAsia="Georgia"/>
          <w:b w:val="0"/>
          <w:i w:val="0"/>
          <w:sz w:val="22"/>
        </w:rPr>
        <w:t>In other words, they became fat cats and neglected the masses whereas this should have been their first and prior concern. They offer VIP treatment to a kaafirah European journalist, but for their own destitute Muslim sisters and mothers languishing on the streets scant respect is shown. Rather, guards with whips chase them away from public offices where they would congregate for aid.</w:t>
      </w:r>
    </w:p>
    <w:p>
      <w:pPr>
        <w:spacing w:before="0" w:after="120" w:line="300" w:lineRule="exact"/>
        <w:jc w:val="both"/>
      </w:pPr>
      <w:r>
        <w:rPr>
          <w:rFonts w:ascii="Georgia" w:hAnsi="Georgia" w:cs="Georgia" w:eastAsia="Georgia"/>
          <w:b w:val="0"/>
          <w:i w:val="0"/>
          <w:sz w:val="22"/>
        </w:rPr>
        <w:t>These are acts observed at first hand, not acquired from any newspapers, etc. These are just some of the malpractices observed at first hand by us. In short, they lack Taqwa and proper Knowledge of the Deen, hence they are not competent to rule the country. Thus, Allah Ta'ala removed them. No one else removed them. They are in dire need of Islaah of the Nafs.</w:t>
      </w:r>
    </w:p>
    <w:p>
      <w:pPr>
        <w:spacing w:before="0" w:after="120" w:line="300" w:lineRule="exact"/>
        <w:jc w:val="both"/>
      </w:pPr>
      <w:r>
        <w:rPr>
          <w:rFonts w:ascii="Georgia" w:hAnsi="Georgia" w:cs="Georgia" w:eastAsia="Georgia"/>
          <w:b w:val="0"/>
          <w:i w:val="0"/>
          <w:sz w:val="22"/>
        </w:rPr>
        <w:t>They have to spend some time in genuine khaanqahs. When the coalition forces attacked, the Taliban had to withdraw, not because of lack of public support, but because they had no response for the massive aerial bombardment. And, why did they not have a response? Because Allah Azza Wa Jal withheld His Nusrat (Aid). In this regard, the Qur'aan Majeed states:</w:t>
      </w:r>
    </w:p>
    <w:p>
      <w:pPr>
        <w:spacing w:before="120" w:after="120" w:line="300" w:lineRule="exact"/>
        <w:ind w:left="720" w:right="720"/>
        <w:jc w:val="center"/>
      </w:pPr>
      <w:r>
        <w:rPr>
          <w:rFonts w:ascii="Georgia" w:hAnsi="Georgia" w:cs="Georgia" w:eastAsia="Georgia"/>
          <w:b w:val="0"/>
          <w:i/>
          <w:sz w:val="22"/>
        </w:rPr>
        <w:t>"If Allah aids you, there will be none to defeat you, and if He withholds His aid from you, then who is there besides Him to help you?"</w:t>
      </w:r>
    </w:p>
    <w:p>
      <w:pPr>
        <w:spacing w:before="0" w:after="120" w:line="300" w:lineRule="exact"/>
        <w:jc w:val="both"/>
      </w:pPr>
      <w:r>
        <w:rPr>
          <w:rFonts w:ascii="Georgia" w:hAnsi="Georgia" w:cs="Georgia" w:eastAsia="Georgia"/>
          <w:b w:val="0"/>
          <w:i w:val="0"/>
          <w:sz w:val="22"/>
        </w:rPr>
        <w:t>It is kufr to believe that Muslims are impotent because of the massive airpower and other arsenals of the western powers. The very Same Allah Azza Wa Jal Who had sustained and granted victory to the Sahaabah, is there for us even today. But, Muslims have turned their backs on Allah Ta'ala, hence He is withholding His Nusrat. No air force and no nuclear power can vanquish Muslims if Allah Azza Wa Jal provides help.</w:t>
      </w:r>
    </w:p>
    <w:p>
      <w:pPr>
        <w:spacing w:before="0" w:after="120" w:line="300" w:lineRule="exact"/>
        <w:jc w:val="both"/>
      </w:pPr>
      <w:r>
        <w:rPr>
          <w:rFonts w:ascii="Georgia" w:hAnsi="Georgia" w:cs="Georgia" w:eastAsia="Georgia"/>
          <w:b w:val="0"/>
          <w:i w:val="0"/>
          <w:sz w:val="22"/>
        </w:rPr>
        <w:t>But His help is not forthcoming. We have to do some deep soul searching to fathom ourselves and to understand why is Allah Ta'ala allowing the kuffaar to dominate and humiliate us. To rout and destroy Abraha with his army and elephants, Allah Ta'ala sent the flock of birds. Each bird had two pebbles, one in the claws of each leg. Each pebble had the name of a soldier inscribed on it.</w:t>
      </w:r>
    </w:p>
    <w:p>
      <w:pPr>
        <w:spacing w:before="0" w:after="120" w:line="300" w:lineRule="exact"/>
        <w:jc w:val="both"/>
      </w:pPr>
      <w:r>
        <w:rPr>
          <w:rFonts w:ascii="Georgia" w:hAnsi="Georgia" w:cs="Georgia" w:eastAsia="Georgia"/>
          <w:b w:val="0"/>
          <w:i w:val="0"/>
          <w:sz w:val="22"/>
        </w:rPr>
        <w:t>The bird would drop the pebbles on target. It penetrated the skulls of the soldiers and all of them perished. Is the same Allah Azza Wa Jal not there today to deal with the bombers of the kuffaar coalition? Why is He withholding His aid from His Muslim servants? Because we are no longer servants. We have become rebels against Him. On the Day of Badr, Rasulullah (sallallahu alayhi wasallam) with a heavy heart looked at the weak and poor state of the 313 Sahaabah.</w:t>
      </w:r>
    </w:p>
    <w:p>
      <w:pPr>
        <w:spacing w:before="0" w:after="120" w:line="300" w:lineRule="exact"/>
        <w:jc w:val="both"/>
      </w:pPr>
      <w:r>
        <w:rPr>
          <w:rFonts w:ascii="Georgia" w:hAnsi="Georgia" w:cs="Georgia" w:eastAsia="Georgia"/>
          <w:b w:val="0"/>
          <w:i w:val="0"/>
          <w:sz w:val="22"/>
        </w:rPr>
        <w:t>Then he looked at the more than a thousand well-equipped army of the mushrikeen. Then he turned to face the Qiblah and supplicated: "O Allah! Fulfil Your promise that You have made to me. O Allah! If this small band of Muslimeen is destroyed, there shall be none to worship You on earth." Overwhelmed with emotion, Rasulullah (Sallallahu alayhi wasallam) continued making this dua with arms outstretched until his shawl fell from his mubaarak shoulders.</w:t>
      </w:r>
    </w:p>
    <w:p>
      <w:pPr>
        <w:spacing w:before="0" w:after="120" w:line="300" w:lineRule="exact"/>
        <w:jc w:val="both"/>
      </w:pPr>
      <w:r>
        <w:rPr>
          <w:rFonts w:ascii="Georgia" w:hAnsi="Georgia" w:cs="Georgia" w:eastAsia="Georgia"/>
          <w:b w:val="0"/>
          <w:i w:val="0"/>
          <w:sz w:val="22"/>
        </w:rPr>
        <w:t>Then came the Divine Response:</w:t>
      </w:r>
    </w:p>
    <w:p>
      <w:pPr>
        <w:spacing w:before="120" w:after="120" w:line="300" w:lineRule="exact"/>
        <w:ind w:left="720" w:right="720"/>
        <w:jc w:val="center"/>
      </w:pPr>
      <w:r>
        <w:rPr>
          <w:rFonts w:ascii="Georgia" w:hAnsi="Georgia" w:cs="Georgia" w:eastAsia="Georgia"/>
          <w:b w:val="0"/>
          <w:i/>
          <w:sz w:val="22"/>
        </w:rPr>
        <w:t>"(Remember) when you (O Sahaabah of Muhammad!) sought help from your Rabb, He accepted your supplication saying: 'I shall bolster you with a thousand Malaaikah who will appear in waves (in successive groups). (Qur'aan)</w:t>
      </w:r>
    </w:p>
    <w:p>
      <w:pPr>
        <w:spacing w:before="0" w:after="120" w:line="300" w:lineRule="exact"/>
        <w:jc w:val="both"/>
      </w:pPr>
      <w:r>
        <w:rPr>
          <w:rFonts w:ascii="Georgia" w:hAnsi="Georgia" w:cs="Georgia" w:eastAsia="Georgia"/>
          <w:b w:val="0"/>
          <w:i w:val="0"/>
          <w:sz w:val="22"/>
        </w:rPr>
        <w:t>In another Aayat, the Qur'aan says:</w:t>
      </w:r>
    </w:p>
    <w:p>
      <w:pPr>
        <w:spacing w:before="120" w:after="120" w:line="300" w:lineRule="exact"/>
        <w:ind w:left="720" w:right="720"/>
        <w:jc w:val="center"/>
      </w:pPr>
      <w:r>
        <w:rPr>
          <w:rFonts w:ascii="Georgia" w:hAnsi="Georgia" w:cs="Georgia" w:eastAsia="Georgia"/>
          <w:b w:val="0"/>
          <w:i/>
          <w:sz w:val="22"/>
        </w:rPr>
        <w:t>"(Remember) when your Rabb commanded the Angels saying: 'Verily I am with you. Therefore, fortify the Believers. Soon shall I cast terror in the hearts of the kuffaar...."</w:t>
      </w:r>
    </w:p>
    <w:p>
      <w:pPr>
        <w:spacing w:before="0" w:after="120" w:line="300" w:lineRule="exact"/>
        <w:jc w:val="both"/>
      </w:pPr>
      <w:r>
        <w:rPr>
          <w:rFonts w:ascii="Georgia" w:hAnsi="Georgia" w:cs="Georgia" w:eastAsia="Georgia"/>
          <w:b w:val="0"/>
          <w:i w:val="0"/>
          <w:sz w:val="22"/>
        </w:rPr>
        <w:t>In the Qur'aan, Allah Azza Wa Jal warns the kuffaar: "Your (coalition alliance) group will not benefit you regardless of its abundance. Verily, Allah is with the Mu'mineen."</w:t>
      </w:r>
    </w:p>
    <w:p>
      <w:pPr>
        <w:spacing w:before="120" w:after="120" w:line="300" w:lineRule="exact"/>
        <w:ind w:left="720" w:right="720"/>
        <w:jc w:val="center"/>
      </w:pPr>
      <w:r>
        <w:rPr>
          <w:rFonts w:ascii="Georgia" w:hAnsi="Georgia" w:cs="Georgia" w:eastAsia="Georgia"/>
          <w:b w:val="0"/>
          <w:i/>
          <w:sz w:val="22"/>
        </w:rPr>
        <w:t>In another Aayat, Allah Ta'ala says: "Many were the small groups which vanquished large groups (armies) with the permission of Allah."</w:t>
      </w:r>
    </w:p>
    <w:p>
      <w:pPr>
        <w:spacing w:before="0" w:after="120" w:line="300" w:lineRule="exact"/>
        <w:jc w:val="both"/>
      </w:pPr>
      <w:r>
        <w:rPr>
          <w:rFonts w:ascii="Georgia" w:hAnsi="Georgia" w:cs="Georgia" w:eastAsia="Georgia"/>
          <w:b w:val="0"/>
          <w:i w:val="0"/>
          <w:sz w:val="22"/>
        </w:rPr>
        <w:t>When Allah's aid is at hand, no U.S. / Western coalition, no superpower, no nuclear power and no airforce will be able to inflict defeat on the Mu'mineen, for He says: "Verily Allah is with the Mu'mineen." But the problem is that the Mu'mineen of these times among whom the best are the Taliban, have turned their backs on to Allah Azza Wa Jal.</w:t>
      </w:r>
    </w:p>
    <w:p>
      <w:pPr>
        <w:spacing w:before="0" w:after="120" w:line="300" w:lineRule="exact"/>
        <w:jc w:val="both"/>
      </w:pPr>
      <w:r>
        <w:rPr>
          <w:rFonts w:ascii="Georgia" w:hAnsi="Georgia" w:cs="Georgia" w:eastAsia="Georgia"/>
          <w:b w:val="0"/>
          <w:i w:val="0"/>
          <w:sz w:val="22"/>
        </w:rPr>
        <w:t>They are looking askance at aliens, at fussaaq, fujjaar and kuffaar for aid and honour. But Allah says: "What! Are you searching for honour from them (the kuffaar)?"</w:t>
      </w:r>
    </w:p>
    <w:p>
      <w:pPr>
        <w:spacing w:before="120" w:after="120" w:line="300" w:lineRule="exact"/>
        <w:ind w:left="720" w:right="720"/>
        <w:jc w:val="center"/>
      </w:pPr>
      <w:r>
        <w:rPr>
          <w:rFonts w:ascii="Georgia" w:hAnsi="Georgia" w:cs="Georgia" w:eastAsia="Georgia"/>
          <w:b w:val="0"/>
          <w:i/>
          <w:sz w:val="22"/>
        </w:rPr>
        <w:t>In the Qur'aan Majeed, Allah says to us: "For them there are no friends who can help them besides Allah. Whomever Allah misguides, for him there is no road (of rectitude)."</w:t>
      </w:r>
    </w:p>
    <w:p>
      <w:pPr>
        <w:spacing w:before="120" w:after="120" w:line="300" w:lineRule="exact"/>
        <w:ind w:left="720" w:right="720"/>
        <w:jc w:val="center"/>
      </w:pPr>
      <w:r>
        <w:rPr>
          <w:rFonts w:ascii="Georgia" w:hAnsi="Georgia" w:cs="Georgia" w:eastAsia="Georgia"/>
          <w:b w:val="0"/>
          <w:i/>
          <w:sz w:val="22"/>
        </w:rPr>
        <w:t>"If the kuffaar fight you, they will turn their backs (and flee), then they will find neither friend nor helper."</w:t>
      </w:r>
    </w:p>
    <w:p>
      <w:pPr>
        <w:spacing w:before="0" w:after="120" w:line="300" w:lineRule="exact"/>
        <w:jc w:val="both"/>
      </w:pPr>
      <w:r>
        <w:rPr>
          <w:rFonts w:ascii="Georgia" w:hAnsi="Georgia" w:cs="Georgia" w:eastAsia="Georgia"/>
          <w:b w:val="0"/>
          <w:i w:val="0"/>
          <w:sz w:val="22"/>
        </w:rPr>
        <w:t>Instead, we find the tables are turned and Allah Ta'ala is imposing kuffaar domination on the Ummah. Those who purport to be waging Jihaad suffer defeat upon defeat. The Qur'aan and the Ahaadith abundantly warn Muslims of Allah's athaab assuming the form of kuffaar domination and victory. Thus, Rasulullah (Sallallahu alayhi wasallam) said:</w:t>
      </w:r>
    </w:p>
    <w:p>
      <w:pPr>
        <w:spacing w:before="120" w:after="120" w:line="300" w:lineRule="exact"/>
        <w:ind w:left="720" w:right="720"/>
        <w:jc w:val="center"/>
      </w:pPr>
      <w:r>
        <w:rPr>
          <w:rFonts w:ascii="Georgia" w:hAnsi="Georgia" w:cs="Georgia" w:eastAsia="Georgia"/>
          <w:b w:val="0"/>
          <w:i/>
          <w:sz w:val="22"/>
        </w:rPr>
        <w:t>"There will dawn a time when the (kuffaar) nations will invite one another (i.e. form coalitions) to devour you." Someone asked: 'Will that be because of our small number?" Rasulullah (Sallallahu alayhi wasallam) said: "On the contrary, you will be numerous. But you will be rubbish, like the rubbish (flotsam) of flood waters. Allah will take out from the hearts of your enemy fear for you and He will cast wahn in your hearts." Someone asked: "What is wahn?" Rasulullah (Sallallahu alayi wasllam) said: "The love of the dunya and dislike for Maut."</w:t>
      </w:r>
    </w:p>
    <w:p>
      <w:pPr>
        <w:spacing w:before="0" w:after="120" w:line="300" w:lineRule="exact"/>
        <w:jc w:val="both"/>
      </w:pPr>
      <w:r>
        <w:rPr>
          <w:rFonts w:ascii="Georgia" w:hAnsi="Georgia" w:cs="Georgia" w:eastAsia="Georgia"/>
          <w:b w:val="0"/>
          <w:i w:val="0"/>
          <w:sz w:val="22"/>
        </w:rPr>
        <w:t>While the Taliban have been waging a defensive Jihaad on a small scale, they are not true Ansaarullaah (Helpers of Allah's Deen). In this regard, Allah Ta'ala says in the Qur'aan Al Haq Bulletin 53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RISE AND FALL OF THE TALIBAN</w:t>
      </w:r>
    </w:p>
    <w:p>
      <w:pPr>
        <w:spacing w:before="0" w:after="160" w:line="300" w:lineRule="exact"/>
        <w:jc w:val="center"/>
      </w:pPr>
      <w:r>
        <w:rPr>
          <w:rFonts w:ascii="Georgia" w:hAnsi="Georgia" w:cs="Georgia" w:eastAsia="Georgia"/>
          <w:b w:val="0"/>
          <w:i/>
          <w:sz w:val="16"/>
        </w:rPr>
        <w:t>Page 7, 8 of the original. Heading read from the printed headline artwork.</w:t>
      </w:r>
    </w:p>
    <w:p>
      <w:pPr>
        <w:spacing w:before="0" w:after="120" w:line="300" w:lineRule="exact"/>
        <w:jc w:val="both"/>
      </w:pPr>
      <w:r>
        <w:rPr>
          <w:rFonts w:ascii="Georgia" w:hAnsi="Georgia" w:cs="Georgia" w:eastAsia="Georgia"/>
          <w:b w:val="0"/>
          <w:i w:val="0"/>
          <w:sz w:val="22"/>
        </w:rPr>
        <w:t>Majeed:</w:t>
      </w:r>
    </w:p>
    <w:p>
      <w:pPr>
        <w:spacing w:before="120" w:after="120" w:line="300" w:lineRule="exact"/>
        <w:ind w:left="720" w:right="720"/>
        <w:jc w:val="center"/>
      </w:pPr>
      <w:r>
        <w:rPr>
          <w:rFonts w:ascii="Georgia" w:hAnsi="Georgia" w:cs="Georgia" w:eastAsia="Georgia"/>
          <w:b w:val="0"/>
          <w:i/>
          <w:sz w:val="22"/>
        </w:rPr>
        <w:t>"O People of Imaan! Become Ansaarullaah (Helpers of Allah) as Isaa the Son of Maryam said to the Hawaariyeen (his Sahaabah): 'Who are my helpers towards Allah?" The Hawaariyyoon said: "We are the helpers of Allah." Then a group from Bani Israaeel accepted Imaan and a group committed kufr. Thus, We aided the Believers over their enemy, and they (the Believers) attained victory."</w:t>
      </w:r>
    </w:p>
    <w:p>
      <w:pPr>
        <w:spacing w:before="0" w:after="120" w:line="300" w:lineRule="exact"/>
        <w:jc w:val="both"/>
      </w:pPr>
      <w:r>
        <w:rPr>
          <w:rFonts w:ascii="Georgia" w:hAnsi="Georgia" w:cs="Georgia" w:eastAsia="Georgia"/>
          <w:b w:val="0"/>
          <w:i w:val="0"/>
          <w:sz w:val="22"/>
        </w:rPr>
        <w:t>The Qur'aan and the Sunnah may not be isolated. Every act of the Mu'min is inextricably interwoven with the Shariah of Allah. It is wrong and un-Islamic to view our issues purely in terms of worldly and material causes and effects. Every thing – the action of even the minutest particle / atom is by the decree of Allah Azza Wa Jal. The Qur'aan Majeed states:</w:t>
      </w:r>
    </w:p>
    <w:p>
      <w:pPr>
        <w:spacing w:before="120" w:after="120" w:line="300" w:lineRule="exact"/>
        <w:ind w:left="720" w:right="720"/>
        <w:jc w:val="center"/>
      </w:pPr>
      <w:r>
        <w:rPr>
          <w:rFonts w:ascii="Georgia" w:hAnsi="Georgia" w:cs="Georgia" w:eastAsia="Georgia"/>
          <w:b w:val="0"/>
          <w:i/>
          <w:sz w:val="22"/>
        </w:rPr>
        <w:t>"Not a leaf drops (from a tree) but He is aware. There is not a seed in the darkness of the earth (underground) nor anything dry or moist, but it is recorded in a Clear Book."</w:t>
      </w:r>
    </w:p>
    <w:p>
      <w:pPr>
        <w:spacing w:before="0" w:after="120" w:line="300" w:lineRule="exact"/>
        <w:jc w:val="both"/>
      </w:pPr>
      <w:r>
        <w:rPr>
          <w:rFonts w:ascii="Georgia" w:hAnsi="Georgia" w:cs="Georgia" w:eastAsia="Georgia"/>
          <w:b w:val="0"/>
          <w:i w:val="0"/>
          <w:sz w:val="22"/>
        </w:rPr>
        <w:t>There are no accidents in Allah's creation. Everything is recorded, ordained and occurs by His decree. The rise to power of the Taliban and their fall at the feet of America were Allah's decrees, and both had causes. Nabi Musaa (Alayhis salaam) said to his people: Seek aid from Allah and have Sabr. Verily the earth belongs to Allah. He grants its (rule) to whomever He wills.</w:t>
      </w:r>
    </w:p>
    <w:p>
      <w:pPr>
        <w:spacing w:before="0" w:after="120" w:line="300" w:lineRule="exact"/>
        <w:jc w:val="both"/>
      </w:pPr>
      <w:r>
        <w:rPr>
          <w:rFonts w:ascii="Georgia" w:hAnsi="Georgia" w:cs="Georgia" w:eastAsia="Georgia"/>
          <w:b w:val="0"/>
          <w:i w:val="0"/>
          <w:sz w:val="22"/>
        </w:rPr>
        <w:t>And, the ultimate victory is for the Muttaqeen. ............Perhaps your Rabb will grant you power on earth. Then He will watch you (to see how you govern)." This is what Allah Ta'ala had done with the Taliban. He gave them power, then He watched them, then He snatched away power from them and granted success to the kufaar. The weak Imaani condition of the masses was not the cause of the fall of the Taliban.</w:t>
      </w:r>
    </w:p>
    <w:p>
      <w:pPr>
        <w:spacing w:before="0" w:after="120" w:line="300" w:lineRule="exact"/>
        <w:jc w:val="both"/>
      </w:pPr>
      <w:r>
        <w:rPr>
          <w:rFonts w:ascii="Georgia" w:hAnsi="Georgia" w:cs="Georgia" w:eastAsia="Georgia"/>
          <w:b w:val="0"/>
          <w:i w:val="0"/>
          <w:sz w:val="22"/>
        </w:rPr>
        <w:t>The Taliban had neglected the masses. They had not made adequate arrangements for the improvement of the Imaani and Deeni conditions of the masses, and they themselves lacked in Taqwa and were and are unaware of the objectives of the Aakhirah, hence Allah Ta'ala removed them. The Pakistani Ulama who considered the Taliban state an 'ideal' Islamic state, trail far behind the Taliban in matters of the Deen and morality.</w:t>
      </w:r>
    </w:p>
    <w:p>
      <w:pPr>
        <w:spacing w:before="0" w:after="120" w:line="300" w:lineRule="exact"/>
        <w:jc w:val="both"/>
      </w:pPr>
      <w:r>
        <w:rPr>
          <w:rFonts w:ascii="Georgia" w:hAnsi="Georgia" w:cs="Georgia" w:eastAsia="Georgia"/>
          <w:b w:val="0"/>
          <w:i w:val="0"/>
          <w:sz w:val="22"/>
        </w:rPr>
        <w:t>Their understanding of the Taliban scenario is grossly defective. Hadhrat Mufti Shaamzi (Rahmatullah alayh) of Karachi had specifically visited Port Elizabeth to discuss the Taliban issue with us when we had published some criticism about the Taliban. We had pointed out to him the many deficiencies of the Taliban. They all understand Shariah Law to be constricted to a few salient features such as the Hudood, the beard, the dress, purdah, television, etc.</w:t>
      </w:r>
    </w:p>
    <w:p>
      <w:pPr>
        <w:spacing w:before="0" w:after="120" w:line="300" w:lineRule="exact"/>
        <w:jc w:val="both"/>
      </w:pPr>
      <w:r>
        <w:rPr>
          <w:rFonts w:ascii="Georgia" w:hAnsi="Georgia" w:cs="Georgia" w:eastAsia="Georgia"/>
          <w:b w:val="0"/>
          <w:i w:val="0"/>
          <w:sz w:val="22"/>
        </w:rPr>
        <w:t>In fact, the Pakistani Ulama and we refer to the senior ones, have somersaulted on some issues. They now believe television to be halaal. We attach no significance to the opinions of Pakistani Ulama. They swim with the tide. You concede that the Taliban had converted the lawless country into a stable one; banned haraam activities; and that the crime rate had dropped to zero.</w:t>
      </w:r>
    </w:p>
    <w:p>
      <w:pPr>
        <w:spacing w:before="0" w:after="120" w:line="300" w:lineRule="exact"/>
        <w:jc w:val="both"/>
      </w:pPr>
      <w:r>
        <w:rPr>
          <w:rFonts w:ascii="Georgia" w:hAnsi="Georgia" w:cs="Georgia" w:eastAsia="Georgia"/>
          <w:b w:val="0"/>
          <w:i w:val="0"/>
          <w:sz w:val="22"/>
        </w:rPr>
        <w:t>This all indicates that Allah Ta'ala had bestowed sufficient power to them to overhaul the country. Internally there was no real threat to challenge them. Despite this, Allah Ta'ala removed them and made them suffer the humiliation of defeat at the hands of the kuffaar. The public had absolutely no share in toppling the Taliban government.</w:t>
      </w:r>
    </w:p>
    <w:p>
      <w:pPr>
        <w:spacing w:before="0" w:after="120" w:line="300" w:lineRule="exact"/>
        <w:jc w:val="both"/>
      </w:pPr>
      <w:r>
        <w:rPr>
          <w:rFonts w:ascii="Georgia" w:hAnsi="Georgia" w:cs="Georgia" w:eastAsia="Georgia"/>
          <w:b w:val="0"/>
          <w:i w:val="0"/>
          <w:sz w:val="22"/>
        </w:rPr>
        <w:t>The massive aerial bombardment on Kabul finally compelled the Taliban to retreat. But this aerial bombardment was of Allah's making. He had designed it. It was merely the ostensible way of imposing kuffaar domination. In appearance, the Taliban do represent true Islam. Whilst the soul / spirit of Islam is lacking, they still project to a great degree the outward dimension of Islam.</w:t>
      </w:r>
    </w:p>
    <w:p>
      <w:pPr>
        <w:spacing w:before="0" w:after="120" w:line="300" w:lineRule="exact"/>
        <w:jc w:val="both"/>
      </w:pPr>
      <w:r>
        <w:rPr>
          <w:rFonts w:ascii="Georgia" w:hAnsi="Georgia" w:cs="Georgia" w:eastAsia="Georgia"/>
          <w:b w:val="0"/>
          <w:i w:val="0"/>
          <w:sz w:val="22"/>
        </w:rPr>
        <w:t>Thus we say that in relation to other Muslim nations, the Taliban are still the best, and it is precisely for this reason that Allah Ta'ala is not allowing the kuffaar to completely obliterate them. They are, Alhamdulillah, sustaining the Jihaad, and it is always our dua that Allah Ta'ala should grant them a resounding victory over the combined forces of the kuffaar.</w:t>
      </w:r>
    </w:p>
    <w:p>
      <w:pPr>
        <w:spacing w:before="0" w:after="120" w:line="300" w:lineRule="exact"/>
        <w:jc w:val="both"/>
      </w:pPr>
      <w:r>
        <w:rPr>
          <w:rFonts w:ascii="Georgia" w:hAnsi="Georgia" w:cs="Georgia" w:eastAsia="Georgia"/>
          <w:b w:val="0"/>
          <w:i w:val="0"/>
          <w:sz w:val="22"/>
        </w:rPr>
        <w:t>The answers to your questions are as follows: 1) It is undoubtedly, the Waajib obligation of the Islamic government to rigidly and strictly impose the Shariah on the populace. The Khalifah is the highest representative of Rasulullah (Sallallahu alayhi wasallam), hence it is his bounden duty to continue with the dissemination and enforcement of the Deen in the manner executed by Rasulullah (Sallallahu alayhi wasallam). 2) The Taliban did not impose the Shariah 100%.</w:t>
      </w:r>
    </w:p>
    <w:p>
      <w:pPr>
        <w:spacing w:before="0" w:after="120" w:line="300" w:lineRule="exact"/>
        <w:jc w:val="both"/>
      </w:pPr>
      <w:r>
        <w:rPr>
          <w:rFonts w:ascii="Georgia" w:hAnsi="Georgia" w:cs="Georgia" w:eastAsia="Georgia"/>
          <w:b w:val="0"/>
          <w:i w:val="0"/>
          <w:sz w:val="22"/>
        </w:rPr>
        <w:t>They themselves were deficient in following the Shariah. They concentrated on some outward aspect of the Shariah. The vital department of moral and spiritual training was not even touched by them since they themselves are lacking in this dimension. They failed in establishing the institution for Islaah of the Nafs. Rasulullah (Sallallahu alayhi wasallam) had spent the first 13 years of Nubuwwat in Makkah morally and spiritually training the Sahaabah.</w:t>
      </w:r>
    </w:p>
    <w:p>
      <w:pPr>
        <w:spacing w:before="0" w:after="120" w:line="300" w:lineRule="exact"/>
        <w:jc w:val="both"/>
      </w:pPr>
      <w:r>
        <w:rPr>
          <w:rFonts w:ascii="Georgia" w:hAnsi="Georgia" w:cs="Georgia" w:eastAsia="Georgia"/>
          <w:b w:val="0"/>
          <w:i w:val="0"/>
          <w:sz w:val="22"/>
        </w:rPr>
        <w:t>The Taliban had failed in this aspect and they are still failing. If Hadhrat Maulana Ashraf Ali Thanvi (Rahmatullah alayh) had been the Ameerul Mu'mineen in India for example in the current scenario, he would have failed to implement the Shariah even after ten years. The ta'leem and tarbiyat of the nation have to be executed long before becoming the Ameerul Mu'mineen.</w:t>
      </w:r>
    </w:p>
    <w:p>
      <w:pPr>
        <w:spacing w:before="0" w:after="120" w:line="300" w:lineRule="exact"/>
        <w:jc w:val="both"/>
      </w:pPr>
      <w:r>
        <w:rPr>
          <w:rFonts w:ascii="Georgia" w:hAnsi="Georgia" w:cs="Georgia" w:eastAsia="Georgia"/>
          <w:b w:val="0"/>
          <w:i w:val="0"/>
          <w:sz w:val="22"/>
        </w:rPr>
        <w:t>Hadhrat Thanvi devoted his entire life to the Islaah of the people. But how many were converted to the true Deen? How many Muslims were reformed? Thousands are infinitesimal in relation to the hundreds of millions of Muslims inhabiting the Indo-Pak subcontinent. The greater part of the nation has to be reformed and adorned Islamically in order to impose the Shariah.</w:t>
      </w:r>
    </w:p>
    <w:p>
      <w:pPr>
        <w:spacing w:before="0" w:after="120" w:line="300" w:lineRule="exact"/>
        <w:jc w:val="both"/>
      </w:pPr>
      <w:r>
        <w:rPr>
          <w:rFonts w:ascii="Georgia" w:hAnsi="Georgia" w:cs="Georgia" w:eastAsia="Georgia"/>
          <w:b w:val="0"/>
          <w:i w:val="0"/>
          <w:sz w:val="22"/>
        </w:rPr>
        <w:t>Ten years would not have brought about dramatic change in the morality and spirituality of the Muslim nation in a country such as India, Bangladesh and Pakistan which constituted one country in Hadhrat Thanvi's age. The only way would have been coercive power of the state. This was relatively easier in a small country such as Afghanistan.</w:t>
      </w:r>
    </w:p>
    <w:p>
      <w:pPr>
        <w:spacing w:before="0" w:after="120" w:line="300" w:lineRule="exact"/>
        <w:jc w:val="both"/>
      </w:pPr>
      <w:r>
        <w:rPr>
          <w:rFonts w:ascii="Georgia" w:hAnsi="Georgia" w:cs="Georgia" w:eastAsia="Georgia"/>
          <w:b w:val="0"/>
          <w:i w:val="0"/>
          <w:sz w:val="22"/>
        </w:rPr>
        <w:t>In fact, the Taliban were well on the way to the establishment of an Islamic state. Alas! They failed because of lack of adequate Islamic knowledge and lacking in Islaah of the Nafs. Thus they did not possess sufficient Taqwa and Tawakkul to enact wonders as the Sahaabah did. They failed to set in motion khaanqas and proper Maktabs and Madaaris for the Deeni Knowledge and Tarbiyat of the nation.</w:t>
      </w:r>
    </w:p>
    <w:p>
      <w:pPr>
        <w:spacing w:before="0" w:after="120" w:line="300" w:lineRule="exact"/>
        <w:jc w:val="both"/>
      </w:pPr>
      <w:r>
        <w:rPr>
          <w:rFonts w:ascii="Georgia" w:hAnsi="Georgia" w:cs="Georgia" w:eastAsia="Georgia"/>
          <w:b w:val="0"/>
          <w:i w:val="0"/>
          <w:sz w:val="22"/>
        </w:rPr>
        <w:t>They wholly neglected the children, the bulwark of tomorrow's Ummah. Their focus was on peripheral issues, not on core matters required to sustain the Islamic state. The Imaani weakness of the Taliban is amply illustrated by their sitting and discussing with America's female envoy and by them accepting to travel to the U.S. at the behest of the Americans who sent a special plane to bring the entire Taliban 'cabinet' to Texas for discussions.</w:t>
      </w:r>
    </w:p>
    <w:p>
      <w:pPr>
        <w:spacing w:before="0" w:after="120" w:line="300" w:lineRule="exact"/>
        <w:jc w:val="both"/>
      </w:pPr>
      <w:r>
        <w:rPr>
          <w:rFonts w:ascii="Georgia" w:hAnsi="Georgia" w:cs="Georgia" w:eastAsia="Georgia"/>
          <w:b w:val="0"/>
          <w:i w:val="0"/>
          <w:sz w:val="22"/>
        </w:rPr>
        <w:t>So many acts of haraam were committed from the time of departure until the time of return. What business did they have to accept being hosted by the U.S. kuffaar on a kaafir ranch in Texas and in the course of this event submit to kuffaar protocols? If they had proper Taqwa, they would not have stooped to this bootlicking episode. They should have informed the U.S. authorities: If you wish to have discussions with us, come to Kabul, and bring no females with.</w:t>
      </w:r>
    </w:p>
    <w:p>
      <w:pPr>
        <w:spacing w:before="0" w:after="120" w:line="300" w:lineRule="exact"/>
        <w:jc w:val="both"/>
      </w:pPr>
      <w:r>
        <w:rPr>
          <w:rFonts w:ascii="Georgia" w:hAnsi="Georgia" w:cs="Georgia" w:eastAsia="Georgia"/>
          <w:b w:val="0"/>
          <w:i w:val="0"/>
          <w:sz w:val="22"/>
        </w:rPr>
        <w:t>Towards the end of his life, Hadhrat Thanvi (Rahmatullah alayh) was compelled to lament: "Now the islaah of this Ummah will be effected only by Imaam Mahdi (alayhis salaam)." Indeed there seems to be no hope. The only light at the end of the intensely dark tunnel in which the Ummah is stumbling and groping is Imaam Mahdi (Alayhis salaam).</w:t>
      </w:r>
    </w:p>
    <w:p>
      <w:pPr>
        <w:spacing w:before="0" w:after="120" w:line="300" w:lineRule="exact"/>
        <w:jc w:val="both"/>
      </w:pPr>
      <w:r>
        <w:rPr>
          <w:rFonts w:ascii="Georgia" w:hAnsi="Georgia" w:cs="Georgia" w:eastAsia="Georgia"/>
          <w:b w:val="0"/>
          <w:i w:val="0"/>
          <w:sz w:val="22"/>
        </w:rPr>
        <w:t>There are only two ways now of gaining ascendency for the Shariah: • Massive ta'leem at Maktab level for the children. • By the coercive power of the state. As far as No.1 is concerned, the Ulama as well as the community as a whole are egregiously neglecting, in fact abandoning, this vital requisite of the Deen. The current generation of millions of Muslim children are growing up starkly ignorant of the very basic requirements of Islam.</w:t>
      </w:r>
    </w:p>
    <w:p>
      <w:pPr>
        <w:spacing w:before="0" w:after="120" w:line="300" w:lineRule="exact"/>
        <w:jc w:val="both"/>
      </w:pPr>
      <w:r>
        <w:rPr>
          <w:rFonts w:ascii="Georgia" w:hAnsi="Georgia" w:cs="Georgia" w:eastAsia="Georgia"/>
          <w:b w:val="0"/>
          <w:i w:val="0"/>
          <w:sz w:val="22"/>
        </w:rPr>
        <w:t>There are hundreds of thousands of remote villages in the Muslim World where not a single Maktab exists for imparting Qur'aanic, Tahaarat and Salaat education. Even the parents are totally ignorant of the Deen. We are aware. We operate in several countries, including Pakistan, India and Bangladesh where we have established huttype Maktabs in remote villages.</w:t>
      </w:r>
    </w:p>
    <w:p>
      <w:pPr>
        <w:spacing w:before="0" w:after="120" w:line="300" w:lineRule="exact"/>
        <w:jc w:val="both"/>
      </w:pPr>
      <w:r>
        <w:rPr>
          <w:rFonts w:ascii="Georgia" w:hAnsi="Georgia" w:cs="Georgia" w:eastAsia="Georgia"/>
          <w:b w:val="0"/>
          <w:i w:val="0"/>
          <w:sz w:val="22"/>
        </w:rPr>
        <w:t>We operate approximately 2000 Maktabs and over the years a million children who had been totally deprived of the very basic ta'leem to safeguard their Imaan have passed out of these Maktabs, and this is a drop in the ocean. But in Pakistan, India, Bangladesh and all over, the local Ulama are absolutely indifferent to the massive threat and danger of Irtidaad on their doorsteps.</w:t>
      </w:r>
    </w:p>
    <w:p>
      <w:pPr>
        <w:spacing w:before="0" w:after="120" w:line="300" w:lineRule="exact"/>
        <w:jc w:val="both"/>
      </w:pPr>
      <w:r>
        <w:rPr>
          <w:rFonts w:ascii="Georgia" w:hAnsi="Georgia" w:cs="Georgia" w:eastAsia="Georgia"/>
          <w:b w:val="0"/>
          <w:i w:val="0"/>
          <w:sz w:val="22"/>
        </w:rPr>
        <w:t>They are only concerned with erecting their own tiny darul uloom empires, and to blazes with the Ummah. They lack in entirety in vision. Just a couple of hours from Karachi, in Baluchistan there is so much jahaalat that people bury without janaazah Salaat and ghusl. Yet, there are thousands of Ulama emerging from the darul ulooms in Pakistan annually.</w:t>
      </w:r>
    </w:p>
    <w:p>
      <w:pPr>
        <w:spacing w:before="0" w:after="120" w:line="300" w:lineRule="exact"/>
        <w:jc w:val="both"/>
      </w:pPr>
      <w:r>
        <w:rPr>
          <w:rFonts w:ascii="Georgia" w:hAnsi="Georgia" w:cs="Georgia" w:eastAsia="Georgia"/>
          <w:b w:val="0"/>
          <w:i w:val="0"/>
          <w:sz w:val="22"/>
        </w:rPr>
        <w:t>But they are just not concerned. Just visit Korongi and view the massive squandering of crores of rupees on useless concrete at Mufti Taqi's darul uloom! Obviously in such scenarios it will not be able to establish a Shariah State. There is no way of even attempting. Our Shaikh and Ustaad, Hadhrat Maulana Masihullah Khan (Rahmatullah alayh) who was of Hadhrat Thanvi's most senior Khulafa said that even if the greatest Wali today becomes the Amirul Mu'mineen, he will fail to establish an Islamic State.</w:t>
      </w:r>
    </w:p>
    <w:p>
      <w:pPr>
        <w:spacing w:before="0" w:after="120" w:line="300" w:lineRule="exact"/>
        <w:jc w:val="both"/>
      </w:pPr>
      <w:r>
        <w:rPr>
          <w:rFonts w:ascii="Georgia" w:hAnsi="Georgia" w:cs="Georgia" w:eastAsia="Georgia"/>
          <w:b w:val="0"/>
          <w:i w:val="0"/>
          <w:sz w:val="22"/>
        </w:rPr>
        <w:t>The Taliban were in a unique position. Afghanistan is a primitive land and tradition holds sway. It was relatively an easy task to establish Shariah Law. The Taliban had made an attempt. However, they lack understanding of a true Islamic State. They did not uphold the basic and primary demand which the Qur'aan places on the State, and that is the enforcement of Salaat.</w:t>
      </w:r>
    </w:p>
    <w:p>
      <w:pPr>
        <w:spacing w:before="0" w:after="120" w:line="300" w:lineRule="exact"/>
        <w:jc w:val="both"/>
      </w:pPr>
      <w:r>
        <w:rPr>
          <w:rFonts w:ascii="Georgia" w:hAnsi="Georgia" w:cs="Georgia" w:eastAsia="Georgia"/>
          <w:b w:val="0"/>
          <w:i w:val="0"/>
          <w:sz w:val="22"/>
        </w:rPr>
        <w:t>They believed television to be haraam, but allowed daily thousands of televisions to transit the country to Pakistan. (3) Allah Ta'ala had removed the Taliban because they were enforcing the Shariah defectively and they themselves were adhering to it defectively. Should Allah Ta'ala again grant them the opportunity to rule the country, they should go all out to imple- ment every aspect of the Shariah regardless of any opposition from the public.</w:t>
      </w:r>
    </w:p>
    <w:p>
      <w:pPr>
        <w:spacing w:before="0" w:after="120" w:line="300" w:lineRule="exact"/>
        <w:jc w:val="both"/>
      </w:pPr>
      <w:r>
        <w:rPr>
          <w:rFonts w:ascii="Georgia" w:hAnsi="Georgia" w:cs="Georgia" w:eastAsia="Georgia"/>
          <w:b w:val="0"/>
          <w:i w:val="0"/>
          <w:sz w:val="22"/>
        </w:rPr>
        <w:t>They have sustained the Jihaad against the world's superpowers by Allah's fadhl for more than 15 years. It will not be too difficult a task to quell any internal violence by disgruntled munaafiqeen and murtaddeen. They could even be expelled and exiled from the country. Allah's aid will be with the Taliban, and He will instil fear in the hearts of the enemies.</w:t>
      </w:r>
    </w:p>
    <w:p>
      <w:pPr>
        <w:spacing w:before="0" w:after="120" w:line="300" w:lineRule="exact"/>
        <w:jc w:val="both"/>
      </w:pPr>
      <w:r>
        <w:rPr>
          <w:rFonts w:ascii="Georgia" w:hAnsi="Georgia" w:cs="Georgia" w:eastAsia="Georgia"/>
          <w:b w:val="0"/>
          <w:i w:val="0"/>
          <w:sz w:val="22"/>
        </w:rPr>
        <w:t>The greatest problem the Taliban will experience in their zeal to implement the Shariah will be the lack of valid Ulama to advise them. Almost all the senior Ulama of Pakistan have become liberals, and most of them are bootlickers. 4) Whilst there is scope to enter into peace negotiations with the actual enemy, namely, the U.S., it is futile and gross weakness to enter into peace talks with the puppet Kabul regime which is a spineless U.S. installation.</w:t>
      </w:r>
    </w:p>
    <w:p>
      <w:pPr>
        <w:spacing w:before="0" w:after="120" w:line="300" w:lineRule="exact"/>
        <w:jc w:val="both"/>
      </w:pPr>
      <w:r>
        <w:rPr>
          <w:rFonts w:ascii="Georgia" w:hAnsi="Georgia" w:cs="Georgia" w:eastAsia="Georgia"/>
          <w:b w:val="0"/>
          <w:i w:val="0"/>
          <w:sz w:val="22"/>
        </w:rPr>
        <w:t>We advise them to strengthen their bond with Allah Ta'ala, to attend to their Islaah, to cultivate Taqwa, and then the tables will, Insha-Allah change.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&amp; QATAR THEIR BOOTLICKING 'GRAND' MUFTIS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These two American surrogate states have now become implacable enemies. Saudi Arabia in league with a couple of other treacherous U.S. puppet states have organized a total boycott of Qatar. All diplomatic ties have been severed. All of this is now stale news, hence it is not our intention to comment on the bunkum boycott of these corrupt U.S. surrogates, un-Islamic states.</w:t>
      </w:r>
    </w:p>
    <w:p>
      <w:pPr>
        <w:spacing w:before="0" w:after="120" w:line="300" w:lineRule="exact"/>
        <w:jc w:val="both"/>
      </w:pPr>
      <w:r>
        <w:rPr>
          <w:rFonts w:ascii="Georgia" w:hAnsi="Georgia" w:cs="Georgia" w:eastAsia="Georgia"/>
          <w:b w:val="0"/>
          <w:i w:val="0"/>
          <w:sz w:val="22"/>
        </w:rPr>
        <w:t>Our concern here is the two bootlicking 'grand muftis' of these two miserable states. The Saudi grand mufti has backed up the Saudi boycott of Qatar by attempting to give it Qur'aanic and Sunnah sanction. The Qatari grand mufti has countered with his demand to the Saudi bootlicker to produce his Qur'aanic and Hadith evidence with which he claims to be justifying the Saudi action.</w:t>
      </w:r>
    </w:p>
    <w:p>
      <w:pPr>
        <w:spacing w:before="0" w:after="120" w:line="300" w:lineRule="exact"/>
        <w:jc w:val="both"/>
      </w:pPr>
      <w:r>
        <w:rPr>
          <w:rFonts w:ascii="Georgia" w:hAnsi="Georgia" w:cs="Georgia" w:eastAsia="Georgia"/>
          <w:b w:val="0"/>
          <w:i w:val="0"/>
          <w:sz w:val="22"/>
        </w:rPr>
        <w:t>The Saudi chap has not as yet responded to the demand of his Qatari counterpart. It will be salubrious to note that both these 'grand' muftis are Islamically person 'non grata. They are adept to use the name of the Shariah and to make reference to the Qur'aan and Sunnah only to bolster the haraam activities of their respective bosses, the corrupt rulers of these surrogate states.</w:t>
      </w:r>
    </w:p>
    <w:p>
      <w:pPr>
        <w:spacing w:before="0" w:after="120" w:line="300" w:lineRule="exact"/>
        <w:jc w:val="both"/>
      </w:pPr>
      <w:r>
        <w:rPr>
          <w:rFonts w:ascii="Georgia" w:hAnsi="Georgia" w:cs="Georgia" w:eastAsia="Georgia"/>
          <w:b w:val="0"/>
          <w:i w:val="0"/>
          <w:sz w:val="22"/>
        </w:rPr>
        <w:t>Muftis who are in the employ and service of these vile and villainous kings, sultans and other puppet rulers such as Sisi of Egypt are among the worst specimens of creation. They are traitors to Islam. They have betrayed the Amaanat of the Deen which Allah Ta'ala has imposed on the shoulders of the Ulama. Ac- cording to Rasulullah (Sallallahu alayhi wasallam), the hottest and the most torturous department of Jahannam is reserved for such ulama who have become the bootlickers of the rulers.</w:t>
      </w:r>
    </w:p>
    <w:p>
      <w:pPr>
        <w:spacing w:before="0" w:after="120" w:line="300" w:lineRule="exact"/>
        <w:jc w:val="both"/>
      </w:pPr>
      <w:r>
        <w:rPr>
          <w:rFonts w:ascii="Georgia" w:hAnsi="Georgia" w:cs="Georgia" w:eastAsia="Georgia"/>
          <w:b w:val="0"/>
          <w:i w:val="0"/>
          <w:sz w:val="22"/>
        </w:rPr>
        <w:t>The grand mufti of Qatar whilst demanding Qur'aanic and Hadith proof for Saudi's boycott, has acquitted himself like a dumb Iblees regarding the worst and most immoral of kuffaar sporting activity, the World Soccer Cup, which Qatar has gleefully embraced kuffaar style. Every teaching of the Shariah and every demand of Imaan have been scuttled by Qatar for accommodating the worst act of satanism.</w:t>
      </w:r>
    </w:p>
    <w:p>
      <w:pPr>
        <w:spacing w:before="0" w:after="120" w:line="300" w:lineRule="exact"/>
        <w:jc w:val="both"/>
      </w:pPr>
      <w:r>
        <w:rPr>
          <w:rFonts w:ascii="Georgia" w:hAnsi="Georgia" w:cs="Georgia" w:eastAsia="Georgia"/>
          <w:b w:val="0"/>
          <w:i w:val="0"/>
          <w:sz w:val="22"/>
        </w:rPr>
        <w:t>Qatar is squandering billions of dollars to host the haraam kuffaar games whilst millions of Muslims are languishing in abject poverty, squalor, suffering and misery. Yet, not a fraction of these billions is being expended to assist the hordes of suffering refugees of Syria, Palestine, Burma, etc. Muslims are perishing and being brutalized, yet Qatar has demonstrated most conspicuously that it is bereft of an Islamic heart although Rasulullah (Sallallahu alayhi wasallam) said: "The Muslimoon are like one man.</w:t>
      </w:r>
    </w:p>
    <w:p>
      <w:pPr>
        <w:spacing w:before="0" w:after="120" w:line="300" w:lineRule="exact"/>
        <w:jc w:val="both"/>
      </w:pPr>
      <w:r>
        <w:rPr>
          <w:rFonts w:ascii="Georgia" w:hAnsi="Georgia" w:cs="Georgia" w:eastAsia="Georgia"/>
          <w:b w:val="0"/>
          <w:i w:val="0"/>
          <w:sz w:val="22"/>
        </w:rPr>
        <w:t>If the head pains, the entire body is agitated. If the eye pains, the entire body is agitated." The grand bootlicking mufti of Qatar has been swift in his demand for Qur'aani and Hadith proof for the Saudi's bootlicker's fatwa in support of the boycott. Yet he has never castigated or called to account the Qa- tari authorities for their egregious haraam hosting of the worst haraam kuffaar sporting event.</w:t>
      </w:r>
    </w:p>
    <w:p>
      <w:pPr>
        <w:spacing w:before="0" w:after="120" w:line="300" w:lineRule="exact"/>
        <w:jc w:val="both"/>
      </w:pPr>
      <w:r>
        <w:rPr>
          <w:rFonts w:ascii="Georgia" w:hAnsi="Georgia" w:cs="Georgia" w:eastAsia="Georgia"/>
          <w:b w:val="0"/>
          <w:i w:val="0"/>
          <w:sz w:val="22"/>
        </w:rPr>
        <w:t>Even shaitaan stands amazed and aghast at the billions of dollars which Qatar is squandering in his (shaitaan's) path to appease and bootlick the western world. This boycott is a very mild form of Allah's Athaab for Qatar as the Qur'aan Majeed states: "We shall surely give them to taste a mild punishment not the greater punishment, for perhaps they may return (to the Path of Rectitude)." If they intransigently fail to heed the Divine Message and Warning in the mild punishment, the greater punishment will most certainly follow.</w:t>
      </w:r>
    </w:p>
    <w:p>
      <w:pPr>
        <w:spacing w:before="0" w:after="120" w:line="300" w:lineRule="exact"/>
        <w:jc w:val="both"/>
      </w:pPr>
      <w:r>
        <w:rPr>
          <w:rFonts w:ascii="Georgia" w:hAnsi="Georgia" w:cs="Georgia" w:eastAsia="Georgia"/>
          <w:b w:val="0"/>
          <w:i w:val="0"/>
          <w:sz w:val="22"/>
        </w:rPr>
        <w:t>The muftis need to impart this lesson to their bosses.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SAD STATE OF THE APOLOGIST 'ULAMA'</w:t>
      </w:r>
    </w:p>
    <w:p>
      <w:pPr>
        <w:spacing w:before="0" w:after="160" w:line="300" w:lineRule="exact"/>
        <w:jc w:val="center"/>
      </w:pPr>
      <w:r>
        <w:rPr>
          <w:rFonts w:ascii="Georgia" w:hAnsi="Georgia" w:cs="Georgia" w:eastAsia="Georgia"/>
          <w:b w:val="0"/>
          <w:i/>
          <w:sz w:val="16"/>
        </w:rPr>
        <w:t>Page 9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THIS IS THE LAMENT OF A BROTHER IN U.K.</w:t>
      </w:r>
    </w:p>
    <w:p>
      <w:pPr>
        <w:spacing w:before="0" w:after="120" w:line="300" w:lineRule="exact"/>
        <w:jc w:val="both"/>
      </w:pPr>
      <w:r>
        <w:rPr>
          <w:rFonts w:ascii="Georgia" w:hAnsi="Georgia" w:cs="Georgia" w:eastAsia="Georgia"/>
          <w:b w:val="0"/>
          <w:i w:val="0"/>
          <w:sz w:val="22"/>
        </w:rPr>
        <w:t>The U.K. Brother writes: In UK recently we had two "terrorist" attacks, allegedly carried out by Muslims, who subsequently died. I say allegedly because Deen teaches us to verify the word of a sinner, let alone kuffar media, who reported the incident. In fact even in a kuffar court, what the media say cannot be taken as evidence of guilt.</w:t>
      </w:r>
    </w:p>
    <w:p>
      <w:pPr>
        <w:spacing w:before="0" w:after="120" w:line="300" w:lineRule="exact"/>
        <w:jc w:val="both"/>
      </w:pPr>
      <w:r>
        <w:rPr>
          <w:rFonts w:ascii="Georgia" w:hAnsi="Georgia" w:cs="Georgia" w:eastAsia="Georgia"/>
          <w:b w:val="0"/>
          <w:i w:val="0"/>
          <w:sz w:val="22"/>
        </w:rPr>
        <w:t>Without a trial, and knowing if they were in fact sane Muslims in Shar'iee terms, some of our Deobandi Ulama jumped on the bandwagon to issue a public condemnation in order to appease the masses. Anybody with half a brain, non-Muslim or otherwise, knows that killing innocents is impermissible in all major religions and the actions of a few, in any aspect of life, do not represent the religion.</w:t>
      </w:r>
    </w:p>
    <w:p>
      <w:pPr>
        <w:spacing w:before="0" w:after="120" w:line="300" w:lineRule="exact"/>
        <w:jc w:val="both"/>
      </w:pPr>
      <w:r>
        <w:rPr>
          <w:rFonts w:ascii="Georgia" w:hAnsi="Georgia" w:cs="Georgia" w:eastAsia="Georgia"/>
          <w:b w:val="0"/>
          <w:i w:val="0"/>
          <w:sz w:val="22"/>
        </w:rPr>
        <w:t>When I read the statement issued and signed by these ulama, the undeniable tone of it, was appeasement. Why? Because I have seen ulama, affected by the environment and secularism, fear the retribution of the authorities and not Allah. Therefore, their statement impliedly put these individuals beyond the pale of Islam, without admissible evidence, and an instruction was issued by them encouraging no Imam or "religious authority" to perform their Janaza.</w:t>
      </w:r>
    </w:p>
    <w:p>
      <w:pPr>
        <w:spacing w:before="0" w:after="120" w:line="300" w:lineRule="exact"/>
        <w:jc w:val="both"/>
      </w:pPr>
      <w:r>
        <w:rPr>
          <w:rFonts w:ascii="Georgia" w:hAnsi="Georgia" w:cs="Georgia" w:eastAsia="Georgia"/>
          <w:b w:val="0"/>
          <w:i w:val="0"/>
          <w:sz w:val="22"/>
        </w:rPr>
        <w:t>On the one hand these Imams were naive enough to issue a statement condemning the attacks, based on the warped understanding that the non Muslims will think Islam preaches terrorism, yet on the other hand they failed to clarify a Shar'iee ruling that IF it was sane Mus- lims that carried out this attack, they remain Muslims, despite their crime, and some people (not necessarily the Ulama) will have to perform their Janaza.</w:t>
      </w:r>
    </w:p>
    <w:p>
      <w:pPr>
        <w:spacing w:before="0" w:after="120" w:line="300" w:lineRule="exact"/>
        <w:jc w:val="both"/>
      </w:pPr>
      <w:r>
        <w:rPr>
          <w:rFonts w:ascii="Georgia" w:hAnsi="Georgia" w:cs="Georgia" w:eastAsia="Georgia"/>
          <w:b w:val="0"/>
          <w:i w:val="0"/>
          <w:sz w:val="22"/>
        </w:rPr>
        <w:t>This obvious omission in their statement misleads other Muslims and the consequence was that a non Muslim lady in the media asked whether the real reason for not performing funeral prayer was because these individuals were considered martyrs. When even Ulama fear their own shadow and therefore feel the need to boot lick, then Allah Ta'ala shows them up in this world through a non Muslim lady.</w:t>
      </w:r>
    </w:p>
    <w:p>
      <w:pPr>
        <w:spacing w:before="0" w:after="120" w:line="300" w:lineRule="exact"/>
        <w:jc w:val="both"/>
      </w:pPr>
      <w:r>
        <w:rPr>
          <w:rFonts w:ascii="Georgia" w:hAnsi="Georgia" w:cs="Georgia" w:eastAsia="Georgia"/>
          <w:b w:val="0"/>
          <w:i w:val="0"/>
          <w:sz w:val="22"/>
        </w:rPr>
        <w:t>The incident reminded me of the Hadith that The Majlis often quote: "A time will dawn when the worst of the people under the canopy of the sky will be their ulama. From them will percolate Fitnah, and this fitnah will rebound on them." If this is the state of the ulama, what's the state of the awwam, who are following them blindly? The awwam's argument is that they are Ulama they know what they are doing, but they forget that even Bani Israeel's scholars were ulama of their time and they misled their people.</w:t>
      </w:r>
    </w:p>
    <w:p>
      <w:pPr>
        <w:spacing w:before="0" w:after="120" w:line="300" w:lineRule="exact"/>
        <w:jc w:val="both"/>
      </w:pPr>
      <w:r>
        <w:rPr>
          <w:rFonts w:ascii="Georgia" w:hAnsi="Georgia" w:cs="Georgia" w:eastAsia="Georgia"/>
          <w:b w:val="0"/>
          <w:i w:val="0"/>
          <w:sz w:val="22"/>
        </w:rPr>
        <w:t>In dunya Muslims are sharp when they are being misled, but in Deen, they blindly follow the nafsani instructions of modernist Ulama who fear everybody and anything besides Allah, on the basis that we are in the minority. Little do these Ulama realise that if they stood up for the haq then just as in Badr 313 will be enough.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 BY AL-HAQ</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BOOTLICKNG the kuffaar is a disgracefully rotten disease widely prevailing among those who are supposed to be Ulama and the guides of the Ummah. Bootlicking is indicative of the extremely low ebb to which the Imaan of the bootlickers has degenerated. When the back is turned on the Deen, when the dunya becomes the objective and when the objective of our temporary sojourn on this transitory earthly abode has become blurred or forgotten, then Allah Azza Wa Jal instils fear in the hearts of Muslims – fear for the kuffaar and fear for the shadows of the kuffaar.</w:t>
      </w:r>
    </w:p>
    <w:p>
      <w:pPr>
        <w:spacing w:before="0" w:after="120" w:line="300" w:lineRule="exact"/>
        <w:jc w:val="both"/>
      </w:pPr>
      <w:r>
        <w:rPr>
          <w:rFonts w:ascii="Georgia" w:hAnsi="Georgia" w:cs="Georgia" w:eastAsia="Georgia"/>
          <w:b w:val="0"/>
          <w:i w:val="0"/>
          <w:sz w:val="22"/>
        </w:rPr>
        <w:t>In this regard, Rasulullah (Sallallahu alayhi wasallam) said: "Soon shall there dawn an age when the (kuffaar) nations will unite to devour you just as people are invited to a meal." Someone asked: 'O Rasulullah! Will this be because of the few in number we shall be?' Rasulullah (Sallallahu alayhi wasallam) said: "On the contrary, you will be numerous, but you will be ghutha (rubbish / flotsam / chaff / waste matter) of floodwaters.</w:t>
      </w:r>
    </w:p>
    <w:p>
      <w:pPr>
        <w:spacing w:before="0" w:after="120" w:line="300" w:lineRule="exact"/>
        <w:jc w:val="both"/>
      </w:pPr>
      <w:r>
        <w:rPr>
          <w:rFonts w:ascii="Georgia" w:hAnsi="Georgia" w:cs="Georgia" w:eastAsia="Georgia"/>
          <w:b w:val="0"/>
          <w:i w:val="0"/>
          <w:sz w:val="22"/>
        </w:rPr>
        <w:t>Allah will most certainly take out from the hearts of your enemies fear for you, and He will most certainly instil in your hearts wahn." Someone asked: 'O Rasulullah! What is wahn?' Rasulullah (Sallallahu alayhi wasallam) said: "Love for the world and dislike for Maut (Death)." The hearts of the Ulama of this era are saturated and overbrimming with this Wahn, hence we observe all the bootlicking.</w:t>
      </w:r>
    </w:p>
    <w:p>
      <w:pPr>
        <w:spacing w:before="0" w:after="120" w:line="300" w:lineRule="exact"/>
        <w:jc w:val="both"/>
      </w:pPr>
      <w:r>
        <w:rPr>
          <w:rFonts w:ascii="Georgia" w:hAnsi="Georgia" w:cs="Georgia" w:eastAsia="Georgia"/>
          <w:b w:val="0"/>
          <w:i w:val="0"/>
          <w:sz w:val="22"/>
        </w:rPr>
        <w:t>The remedy for the disease of bootlicking is Inaabat ilallaah – to turn to Allah Ta'ala with repentance and obedience). Allah Ta'ala says in the Qur'aan Majeed: "Turn to Allah (Inaabat) and fully submit to Him before there comes to you a Punishment, then you shall not be aided. And, follow that beautiful Way (Deen) which has been revealed to you before there comes to you a Punishment suddenly whilst you will not understand." The U.K.</w:t>
      </w:r>
    </w:p>
    <w:p>
      <w:pPr>
        <w:spacing w:before="0" w:after="120" w:line="300" w:lineRule="exact"/>
        <w:jc w:val="both"/>
      </w:pPr>
      <w:r>
        <w:rPr>
          <w:rFonts w:ascii="Georgia" w:hAnsi="Georgia" w:cs="Georgia" w:eastAsia="Georgia"/>
          <w:b w:val="0"/>
          <w:i w:val="0"/>
          <w:sz w:val="22"/>
        </w:rPr>
        <w:t>Brother has stated the Haq and has proffered sound naseehat. The statement by the spineless molvis of the Bootlicking Fraternity is a disgraceful exhibition of humiliating bootlicking. Despite the oppression in the U.K., and despite the antiMuslim attitude, there is yet no law to compel the type of bootlicking demonstrated by the molvis who are deceptively promoting themselves as Deobandis.</w:t>
      </w:r>
    </w:p>
    <w:p>
      <w:pPr>
        <w:spacing w:before="0" w:after="120" w:line="300" w:lineRule="exact"/>
        <w:jc w:val="both"/>
      </w:pPr>
      <w:r>
        <w:rPr>
          <w:rFonts w:ascii="Georgia" w:hAnsi="Georgia" w:cs="Georgia" w:eastAsia="Georgia"/>
          <w:b w:val="0"/>
          <w:i w:val="0"/>
          <w:sz w:val="22"/>
        </w:rPr>
        <w:t>These bootlicking molvis are not Deobandi. They have not perceived even the fragrance of Deoband. The ethos of Deoband precludes bootlicking and flattering the enemies of Allah Ta'ala out of fear. Anyhow, we have to resign ourselves to the reality of Rasulullah's predictions which are materializing in front of our eyes in this era. The molvis in the U.K., and also in South Africa and in most other countries are all bootlickers of the kuffaar.</w:t>
      </w:r>
    </w:p>
    <w:p>
      <w:pPr>
        <w:spacing w:before="0" w:after="120" w:line="300" w:lineRule="exact"/>
        <w:jc w:val="both"/>
      </w:pPr>
      <w:r>
        <w:rPr>
          <w:rFonts w:ascii="Georgia" w:hAnsi="Georgia" w:cs="Georgia" w:eastAsia="Georgia"/>
          <w:b w:val="0"/>
          <w:i w:val="0"/>
          <w:sz w:val="22"/>
        </w:rPr>
        <w:t>They all are guilty of the monstrosity of having refused to perform the Janaazah Salaat of the two slain Muslims. Regardless of their crime – i.e. if indeed they had committed the crime – the molvis had committed the heinous major crime and sin of preventing others from performing the Janaazah Salaat. If they have any semblance of Imaan still in their hearts, they should hang their heads in shame, and spend many a night lamenting their misfortune and pleading unto Allah Ta'ala for Maghfirat.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HAMAS, KASHMIR &amp; TALIBAN?</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The Palestinians have been waging their 'jihad' since about 1945. Almost 70 years have passed by without any success or victory against the Yahood. In fact, half of Palestine is now in an alliance with Israel. All the Arab states, without ex- ception, who had initially championed the Palestinian cause and who had even gone to war with Israel on this issue, have not only abandoned the half of Palestine, Hamas, but have grown inimical to the struggle of Hamas.</w:t>
      </w:r>
    </w:p>
    <w:p>
      <w:pPr>
        <w:spacing w:before="0" w:after="120" w:line="300" w:lineRule="exact"/>
        <w:jc w:val="both"/>
      </w:pPr>
      <w:r>
        <w:rPr>
          <w:rFonts w:ascii="Georgia" w:hAnsi="Georgia" w:cs="Georgia" w:eastAsia="Georgia"/>
          <w:b w:val="0"/>
          <w:i w:val="0"/>
          <w:sz w:val="22"/>
        </w:rPr>
        <w:t>Even Saudi Arabia and its spineless lackeys have branded Hamas as 'terrorists' in obedience to the American command. Kashmir has also waged its 'jihad' against the Hindu idolworshippers for about 70 years with no success. Even Pakistan who had supported the Kashmiri cause has abandoned the Kashmiri Muslims. The Afghans, primarily the Taliban, have been waging their 'jihad' for more than forty years.</w:t>
      </w:r>
    </w:p>
    <w:p>
      <w:pPr>
        <w:spacing w:before="0" w:after="120" w:line="300" w:lineRule="exact"/>
        <w:jc w:val="both"/>
      </w:pPr>
      <w:r>
        <w:rPr>
          <w:rFonts w:ascii="Georgia" w:hAnsi="Georgia" w:cs="Georgia" w:eastAsia="Georgia"/>
          <w:b w:val="0"/>
          <w:i w:val="0"/>
          <w:sz w:val="22"/>
        </w:rPr>
        <w:t>The fighting carries on unabated to this day with no signs of imminent victory. It is palpably clear that these nations waging jihad are being denied Allah's Nusrat (Aid). What is lamentable, is that all of these groups engaging in Jihad do not have their focus on Allah Ta'ala. They are reliant for the sustainment of their weak and defective jihad struggles on sinister kuffaar forces.</w:t>
      </w:r>
    </w:p>
    <w:p>
      <w:pPr>
        <w:spacing w:before="0" w:after="120" w:line="300" w:lineRule="exact"/>
        <w:jc w:val="both"/>
      </w:pPr>
      <w:r>
        <w:rPr>
          <w:rFonts w:ascii="Georgia" w:hAnsi="Georgia" w:cs="Georgia" w:eastAsia="Georgia"/>
          <w:b w:val="0"/>
          <w:i w:val="0"/>
          <w:sz w:val="22"/>
        </w:rPr>
        <w:t>Hamas and Kashmir have no Islamic vision and objective whatsoever. While the Taliban claim to be fighting for the establishment of an Islamic state, they lack the requisite spiritual stamina and power for achieving their professed objective. The very fact that these groups have failed to gain victory over the enemies of Allah Az- za Wa Jal despite fighting for many decades, is the conclusive evidence to prove their alienation from the Deen.</w:t>
      </w:r>
    </w:p>
    <w:p>
      <w:pPr>
        <w:spacing w:before="0" w:after="120" w:line="300" w:lineRule="exact"/>
        <w:jc w:val="both"/>
      </w:pPr>
      <w:r>
        <w:rPr>
          <w:rFonts w:ascii="Georgia" w:hAnsi="Georgia" w:cs="Georgia" w:eastAsia="Georgia"/>
          <w:b w:val="0"/>
          <w:i w:val="0"/>
          <w:sz w:val="22"/>
        </w:rPr>
        <w:t>Allah Ta'ala is withholding the promised aid – promised for the Muttaqeen in the Qur'aan Majeed. As long as Muslims do not regain their lost Imaani bearings, they will remain totally dependent on kuffaar, fussaaq and fujjaar regimes, and due to such reliance they will never see victory over the kuffaar. Allah Ta'ala says in the Qur'aan</w:t>
      </w:r>
    </w:p>
    <w:p>
      <w:pPr>
        <w:spacing w:before="120" w:after="120" w:line="300" w:lineRule="exact"/>
        <w:ind w:left="720" w:right="720"/>
        <w:jc w:val="center"/>
      </w:pPr>
      <w:r>
        <w:rPr>
          <w:rFonts w:ascii="Georgia" w:hAnsi="Georgia" w:cs="Georgia" w:eastAsia="Georgia"/>
          <w:b w:val="0"/>
          <w:i/>
          <w:sz w:val="22"/>
        </w:rPr>
        <w:t>Majeed: "Allah has promised the people of Imaan who practise A'maal-eSaalihaat (virtuous deeds) that most certainly, He will establish them (grant them power) on earth just as He had established those before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YES, WE ARE TERRORISTS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Muslims all over the world have been labelled 'terrorists'. This term has actually become our branded name. It is today associated exclusively with Muslims. Muslims of different walks of life react in different ways to this appellation which has been affixed to us. There are the bootlicker molvis who humiliatingly truckle at the boots of the kuffaar authorities, interpreting and arguing away the tenets of the Deen.</w:t>
      </w:r>
    </w:p>
    <w:p>
      <w:pPr>
        <w:spacing w:before="0" w:after="120" w:line="300" w:lineRule="exact"/>
        <w:jc w:val="both"/>
      </w:pPr>
      <w:r>
        <w:rPr>
          <w:rFonts w:ascii="Georgia" w:hAnsi="Georgia" w:cs="Georgia" w:eastAsia="Georgia"/>
          <w:b w:val="0"/>
          <w:i w:val="0"/>
          <w:sz w:val="22"/>
        </w:rPr>
        <w:t>They laboriously and abortively endeavour to forge an alliance with the kuffaar thereby compromising the Deen by painting the Ahkaam of the Shariah with the hues of kuffaar thinking. Thus, in their embrace of the kufr interfaith conspiracy they are complicit in placing Islam on par with every type of kufr religion and ideology. They invite the kuffaar to enter and pollute the Musaajid.</w:t>
      </w:r>
    </w:p>
    <w:p>
      <w:pPr>
        <w:spacing w:before="0" w:after="120" w:line="300" w:lineRule="exact"/>
        <w:jc w:val="both"/>
      </w:pPr>
      <w:r>
        <w:rPr>
          <w:rFonts w:ascii="Georgia" w:hAnsi="Georgia" w:cs="Georgia" w:eastAsia="Georgia"/>
          <w:b w:val="0"/>
          <w:i w:val="0"/>
          <w:sz w:val="22"/>
        </w:rPr>
        <w:t>Bogged down in this shaitaani deception, they no longer ascribe to the fundamental belief of Islam being the sole repository of Najaat (Salvation). Then there are ignorant modernist Muslims who conjecture a variety of reasons to explain why Muslims are branded terrorists. In sum total, they all are barking up the wrong tree. Among such reasons advanced by them is the plot of the Yahood and others against Islam and Muslims.</w:t>
      </w:r>
    </w:p>
    <w:p>
      <w:pPr>
        <w:spacing w:before="0" w:after="120" w:line="300" w:lineRule="exact"/>
        <w:jc w:val="both"/>
      </w:pPr>
      <w:r>
        <w:rPr>
          <w:rFonts w:ascii="Georgia" w:hAnsi="Georgia" w:cs="Georgia" w:eastAsia="Georgia"/>
          <w:b w:val="0"/>
          <w:i w:val="0"/>
          <w:sz w:val="22"/>
        </w:rPr>
        <w:t>They find others as targets in their attempt to defend Muslims and to exonerate them from the charge of 'terrorism' with which the West has indicted us. Due to having lost our Imaani bearings in the wake of almost total abandonment of pristine Islam –the Sunnah of Rasulullah – Muslims are blaming others except themselves. A sincere introspection will reveal that in- deed, Muslims are terrorists.</w:t>
      </w:r>
    </w:p>
    <w:p>
      <w:pPr>
        <w:spacing w:before="0" w:after="120" w:line="300" w:lineRule="exact"/>
        <w:jc w:val="both"/>
      </w:pPr>
      <w:r>
        <w:rPr>
          <w:rFonts w:ascii="Georgia" w:hAnsi="Georgia" w:cs="Georgia" w:eastAsia="Georgia"/>
          <w:b w:val="0"/>
          <w:i w:val="0"/>
          <w:sz w:val="22"/>
        </w:rPr>
        <w:t>The Ummah today practises the worst kind of terrorism, and that is terrorism against Allah Ta'ala. The Deen of Allah Azza Wa Jal is being terrorized and flagrantly butchered in every sphere of life. There is not a department of Islam which Muslims have left intact. They commit dastardly acts of terror against the Sunnah. The Qur'aan Majeed is terrorized in a variety of ways.</w:t>
      </w:r>
    </w:p>
    <w:p>
      <w:pPr>
        <w:spacing w:before="0" w:after="120" w:line="300" w:lineRule="exact"/>
        <w:jc w:val="both"/>
      </w:pPr>
      <w:r>
        <w:rPr>
          <w:rFonts w:ascii="Georgia" w:hAnsi="Georgia" w:cs="Georgia" w:eastAsia="Georgia"/>
          <w:b w:val="0"/>
          <w:i w:val="0"/>
          <w:sz w:val="22"/>
        </w:rPr>
        <w:t>The sanctity of the Musaajid is terrorized by both the Ulama and the awaam (the masses). The haya of Muslim women is subjected to acts of terror, not only by Muslim males, but by the women themselves. In this regard, the women are, 'suicide bombers', for they destroy with their own hands their haya by parading and prostituting themselves in the public domain, and the vile new breed of false and fake 'deobandi' molvis are the engineers of this satanic craft of utter shamelessness in which Muslim women are today wallowing.</w:t>
      </w:r>
    </w:p>
    <w:p>
      <w:pPr>
        <w:spacing w:before="0" w:after="120" w:line="300" w:lineRule="exact"/>
        <w:jc w:val="both"/>
      </w:pPr>
      <w:r>
        <w:rPr>
          <w:rFonts w:ascii="Georgia" w:hAnsi="Georgia" w:cs="Georgia" w:eastAsia="Georgia"/>
          <w:b w:val="0"/>
          <w:i w:val="0"/>
          <w:sz w:val="22"/>
        </w:rPr>
        <w:t>The consequence of all this terrorism on the Deen perpetrated by Muslims, is the mild Divine Punishment of being branded terrorists by the kuffaar. The solution for the wave of Islamophobia sweeping the world today is to change our rotten moral and spiritual conditions, and to don the Mantle of the Sunnah. Only then will Allah Ta'ala listen to our plight and restore us to the pedestal which He has promised for us.</w:t>
      </w:r>
    </w:p>
    <w:p>
      <w:pPr>
        <w:spacing w:before="120" w:after="120" w:line="300" w:lineRule="exact"/>
        <w:ind w:left="720" w:right="720"/>
        <w:jc w:val="center"/>
      </w:pPr>
      <w:r>
        <w:rPr>
          <w:rFonts w:ascii="Georgia" w:hAnsi="Georgia" w:cs="Georgia" w:eastAsia="Georgia"/>
          <w:b w:val="0"/>
          <w:i/>
          <w:sz w:val="22"/>
        </w:rPr>
        <w:t>"If you help Allah (i.e. His Deen), He will help you."</w:t>
      </w:r>
    </w:p>
    <w:p>
      <w:pPr>
        <w:spacing w:before="120" w:after="120" w:line="300" w:lineRule="exact"/>
        <w:ind w:left="720" w:right="720"/>
        <w:jc w:val="center"/>
      </w:pPr>
      <w:r>
        <w:rPr>
          <w:rFonts w:ascii="Georgia" w:hAnsi="Georgia" w:cs="Georgia" w:eastAsia="Georgia"/>
          <w:b w:val="0"/>
          <w:i/>
          <w:sz w:val="22"/>
        </w:rPr>
        <w:t>"If Allah helps you, none can defeat you. And, if He withholds (His aid) from you, then who is there besides Him to help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DEEDS AND RULERS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"Your deeds are your rulers." In other words, Al- lah Ta'ala appoints rulers/ governments/kings according to our deeds and misdeeds. In the rulers we see either our ugly snouts or our benign faces. They are the mirrors in which we view our own reflec- tions. So do not stupidly opt for deafness and blindness by not understanding this simple truth stated by our Nabi (Sallallahu alayhi wasallam).</w:t>
      </w:r>
    </w:p>
    <w:p>
      <w:pPr>
        <w:spacing w:before="0" w:after="120" w:line="300" w:lineRule="exact"/>
        <w:jc w:val="both"/>
      </w:pPr>
      <w:r>
        <w:rPr>
          <w:rFonts w:ascii="Georgia" w:hAnsi="Georgia" w:cs="Georgia" w:eastAsia="Georgia"/>
          <w:b w:val="0"/>
          <w:i w:val="0"/>
          <w:sz w:val="22"/>
        </w:rPr>
        <w:t>The government is corrupt because we are corrupt. The only way of changing a government is by changing our deeds and misdeeds.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'mosque' OF THE MUNAAFIQEEN</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Question: A Turkish woman in Germany has started a 'liberal mosque'. About this mosque, CBS News says: 'Ates (the Turkish woman) wanted to create a place were Sunni and Shiite, Alawite and Sufi Muslims, men and women – and members of the LGBTQ community – could pray side by side." President Erdogan of Turkey and even the liberal AlAzhar institution of Sisis's Egypt have condemned Ates and her liberal 'mosque'.</w:t>
      </w:r>
    </w:p>
    <w:p>
      <w:pPr>
        <w:spacing w:before="0" w:after="120" w:line="300" w:lineRule="exact"/>
        <w:jc w:val="both"/>
      </w:pPr>
      <w:r>
        <w:rPr>
          <w:rFonts w:ascii="Georgia" w:hAnsi="Georgia" w:cs="Georgia" w:eastAsia="Georgia"/>
          <w:b w:val="0"/>
          <w:i w:val="0"/>
          <w:sz w:val="22"/>
        </w:rPr>
        <w:t>How is it possible for a Muslim to spearhead an institution which is so conspicuously kufr? Please comment on this inexplicable development. ANSWER AND COMMENT There is no need for surprise. The Turkish woman is a nonMuslim lesbian in cahoots with some sinister force such as the C.I.A. or Mossad. She is not a Muslim. Whilst she promotes herself as a 'muslim' and her temple of kufr as a 'mosque', she is in reality a Munaafiq – an agent of Shaitaan, employed by a sinister force to undermine Islam – to destroy Islam, which objective most obviously neither she nor her sinister handlers will ever be able to accomplish.</w:t>
      </w:r>
    </w:p>
    <w:p>
      <w:pPr>
        <w:spacing w:before="0" w:after="120" w:line="300" w:lineRule="exact"/>
        <w:jc w:val="both"/>
      </w:pPr>
      <w:r>
        <w:rPr>
          <w:rFonts w:ascii="Georgia" w:hAnsi="Georgia" w:cs="Georgia" w:eastAsia="Georgia"/>
          <w:b w:val="0"/>
          <w:i w:val="0"/>
          <w:sz w:val="22"/>
        </w:rPr>
        <w:t>The members of her temple are satanists. They worship shaitaan. She is the type of munaafiq who comes within the purview of the Qur'aanic aayat: "A group from the Ahl-e-Kitaab (Yahood and Nasaara) said: 'Accept imaan (i.e. become muslims) early in the day, then towards the end of the day, become kaafir (i.e. renege from Islam), so that they (the Muslims) may return (to their former religion of shirk and idolatry)." The Jews of Makkah had devised a scheme of scuttling the nascent Islam which was attracting adherents from their ranks.</w:t>
      </w:r>
    </w:p>
    <w:p>
      <w:pPr>
        <w:spacing w:before="0" w:after="120" w:line="300" w:lineRule="exact"/>
        <w:jc w:val="both"/>
      </w:pPr>
      <w:r>
        <w:rPr>
          <w:rFonts w:ascii="Georgia" w:hAnsi="Georgia" w:cs="Georgia" w:eastAsia="Georgia"/>
          <w:b w:val="0"/>
          <w:i w:val="0"/>
          <w:sz w:val="22"/>
        </w:rPr>
        <w:t>The plot envisaged undermining Islam from within. Some of the Yahood pretending to have ac- cepted Islam, joined the ranks of the Muslims. Then later they publicly renounced Islam and disseminated blatant falsehood about the teachings of the Deen. The objective was to undermine Islam with untruths and slanders. The lesbian Turkish woman being a front for a sinister force, has the very same objective of the Ahl-e-Kitaab.</w:t>
      </w:r>
    </w:p>
    <w:p>
      <w:pPr>
        <w:spacing w:before="0" w:after="120" w:line="300" w:lineRule="exact"/>
        <w:jc w:val="both"/>
      </w:pPr>
      <w:r>
        <w:rPr>
          <w:rFonts w:ascii="Georgia" w:hAnsi="Georgia" w:cs="Georgia" w:eastAsia="Georgia"/>
          <w:b w:val="0"/>
          <w:i w:val="0"/>
          <w:sz w:val="22"/>
        </w:rPr>
        <w:t>Only the method of accomplishing the satanic objective has changed. Instead of publicly reneging from Islam and becoming an avowed murtad, the lesbian is propagating her kufr in the name of Islam. This is the tactic of all antiIslam liberal, modernist Zanaadiqah and Munaafiqeen of this era. They deem it a more effective way of undermining Islam.</w:t>
      </w:r>
    </w:p>
    <w:p>
      <w:pPr>
        <w:spacing w:before="0" w:after="120" w:line="300" w:lineRule="exact"/>
        <w:jc w:val="both"/>
      </w:pPr>
      <w:r>
        <w:rPr>
          <w:rFonts w:ascii="Georgia" w:hAnsi="Georgia" w:cs="Georgia" w:eastAsia="Georgia"/>
          <w:b w:val="0"/>
          <w:i w:val="0"/>
          <w:sz w:val="22"/>
        </w:rPr>
        <w:t>Propagating kufr whilst professing to be Muslim is the new methodology of the plot imparted to these vile agents of Iblees, by Shaitaan himself. The satanic 'mosque' of this lesbian is so grotesquely bizarre and ugly that it is impossible for even the most ignorant Muslim to be attracted to this satanic cult. The people who join the institutions of the Munaafiqeen, are not Muslims.</w:t>
      </w:r>
    </w:p>
    <w:p>
      <w:pPr>
        <w:spacing w:before="0" w:after="120" w:line="300" w:lineRule="exact"/>
        <w:jc w:val="both"/>
      </w:pPr>
      <w:r>
        <w:rPr>
          <w:rFonts w:ascii="Georgia" w:hAnsi="Georgia" w:cs="Georgia" w:eastAsia="Georgia"/>
          <w:b w:val="0"/>
          <w:i w:val="0"/>
          <w:sz w:val="22"/>
        </w:rPr>
        <w:t>Even if they were born in Muslim homes or had been known as Muslims, at heart they were always kuffaar of the munaafiq class. Allah Ta'ala had ordained them to be kuffaar. When they affiliate themselves with satanic cults such as the liberal 'mosque' of lesbians and perverted specimens of creation of the transgender kind, their hidden kufr and nifaaq are revealed.</w:t>
      </w:r>
    </w:p>
    <w:p>
      <w:pPr>
        <w:spacing w:before="0" w:after="120" w:line="300" w:lineRule="exact"/>
        <w:jc w:val="both"/>
      </w:pPr>
      <w:r>
        <w:rPr>
          <w:rFonts w:ascii="Georgia" w:hAnsi="Georgia" w:cs="Georgia" w:eastAsia="Georgia"/>
          <w:b w:val="0"/>
          <w:i w:val="0"/>
          <w:sz w:val="22"/>
        </w:rPr>
        <w:t>It is never possible for a Muslim to be affiliated with an institute of Rijs (Filth of the worst kind). The rijs is a divine curse afflicted on them. About munaafiqeen of the ilk of this lesbian, the Qur'aan Majeed says: "And, Allah casts rijs on those who have no Imaan." "And Allah Ta'ala casts rijs on those who cannot understand." In view of shaitaani manipulation, their brains are convoluted, thus they cannot understand their own villainy.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ARE PRISONERS SLAVES?</w:t>
      </w:r>
    </w:p>
    <w:p>
      <w:pPr>
        <w:spacing w:before="0" w:after="160" w:line="300" w:lineRule="exact"/>
        <w:jc w:val="center"/>
      </w:pPr>
      <w:r>
        <w:rPr>
          <w:rFonts w:ascii="Georgia" w:hAnsi="Georgia" w:cs="Georgia" w:eastAsia="Georgia"/>
          <w:b w:val="0"/>
          <w:i/>
          <w:sz w:val="16"/>
        </w:rPr>
        <w:t>Page 11 of the original</w:t>
      </w:r>
    </w:p>
    <w:p>
      <w:pPr>
        <w:pStyle w:val="Heading3"/>
        <w:spacing w:before="200" w:after="120" w:line="300" w:lineRule="exact"/>
        <w:jc w:val="left"/>
      </w:pPr>
      <w:r>
        <w:rPr>
          <w:rFonts w:ascii="Georgia" w:hAnsi="Georgia" w:cs="Georgia" w:eastAsia="Georgia"/>
          <w:b/>
          <w:i w:val="0"/>
          <w:color w:val="2E74B5"/>
          <w:sz w:val="24"/>
        </w:rPr>
        <w:t>SLAVES?</w:t>
      </w:r>
    </w:p>
    <w:p>
      <w:pPr>
        <w:spacing w:before="0" w:after="120" w:line="300" w:lineRule="exact"/>
        <w:jc w:val="both"/>
      </w:pPr>
      <w:r>
        <w:rPr>
          <w:rFonts w:ascii="Georgia" w:hAnsi="Georgia" w:cs="Georgia" w:eastAsia="Georgia"/>
          <w:b w:val="0"/>
          <w:i w:val="0"/>
          <w:sz w:val="22"/>
        </w:rPr>
        <w:t>Question: For the sake of Religious obligations, at what point is one considered a slave? Are prisoners in U.S. jails slaves? In America the Constitution includes an amendment (13th) that abolishes general ownership of slaves, however, the amendment contains a provision which allows an exception in the case of convicted criminals. In the case of a convicted criminal he/she enters into servitude to the government, and is treated as a slave.</w:t>
      </w:r>
    </w:p>
    <w:p>
      <w:pPr>
        <w:spacing w:before="0" w:after="120" w:line="300" w:lineRule="exact"/>
        <w:jc w:val="both"/>
      </w:pPr>
      <w:r>
        <w:rPr>
          <w:rFonts w:ascii="Georgia" w:hAnsi="Georgia" w:cs="Georgia" w:eastAsia="Georgia"/>
          <w:b w:val="0"/>
          <w:i w:val="0"/>
          <w:sz w:val="22"/>
        </w:rPr>
        <w:t>In every instance that the law refers to the slave, the actual word slave is changed for prisoner, offended, inmate, felon, convict, etc. the application is the same, however. The slave is forced to perform under threat of punishment or harsh treatment, and the government reserves the right to loan the slave for profit, with no right of the slave to rewards or compensation.</w:t>
      </w:r>
    </w:p>
    <w:p>
      <w:pPr>
        <w:spacing w:before="0" w:after="120" w:line="300" w:lineRule="exact"/>
        <w:jc w:val="both"/>
      </w:pPr>
      <w:r>
        <w:rPr>
          <w:rFonts w:ascii="Georgia" w:hAnsi="Georgia" w:cs="Georgia" w:eastAsia="Georgia"/>
          <w:b w:val="0"/>
          <w:i w:val="0"/>
          <w:sz w:val="22"/>
        </w:rPr>
        <w:t>Very few Americans actually think of this form of slavery as a form of slavery, they are not usually aware of the nature of it. So what exactly makes a slave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ARE PRISONERS</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slave? If you do not call a slave a slave, is it still a slave, even if you call it something else? Answer: Despite the oppression and exploitation by the government, prisoners are not slaves in the literal sense. While the government may 'loan' a prisoner, exploit him, punish him, it does not own him. The government even in terms of its own law, does not have the right to sell the prisoner thereby assigning him to the ownership of someone else.</w:t>
      </w:r>
    </w:p>
    <w:p>
      <w:pPr>
        <w:spacing w:before="0" w:after="120" w:line="300" w:lineRule="exact"/>
        <w:jc w:val="both"/>
      </w:pPr>
      <w:r>
        <w:rPr>
          <w:rFonts w:ascii="Georgia" w:hAnsi="Georgia" w:cs="Georgia" w:eastAsia="Georgia"/>
          <w:b w:val="0"/>
          <w:i w:val="0"/>
          <w:sz w:val="22"/>
        </w:rPr>
        <w:t>A slave in the true sense of its meaning is the property of a person who has the right to sell the slave and to emancipate him. A slave does not own and cannot own any assets. Whatever the slave has or earns is the property of the master. Prisoners are released from custody after they have served their sentence. Their freedom is dependent on the termination of their sentence.</w:t>
      </w:r>
    </w:p>
    <w:p>
      <w:pPr>
        <w:spacing w:before="0" w:after="120" w:line="300" w:lineRule="exact"/>
        <w:jc w:val="both"/>
      </w:pPr>
      <w:r>
        <w:rPr>
          <w:rFonts w:ascii="Georgia" w:hAnsi="Georgia" w:cs="Georgia" w:eastAsia="Georgia"/>
          <w:b w:val="0"/>
          <w:i w:val="0"/>
          <w:sz w:val="22"/>
        </w:rPr>
        <w:t>The government then has no further rights over them whereas a slave attains freedom from his master's ownership only if the latter sets him free. The Islamic laws applicable to slaves do not apply to prisoners.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JAHEZ</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THE HARAAM SYSTEM OF MURDERING BRIDES is the haraam system of the bride and her family having to pay exorbitant 'dowry' to the groom. It is a brutal and murderous opposite of the Shariah's system of Mahr which the man is required to pay to his bride. Jahez is literally a system which leads to killing of the bride and in some cases to the bride committing suicide.</w:t>
      </w:r>
    </w:p>
    <w:p>
      <w:pPr>
        <w:spacing w:before="0" w:after="120" w:line="300" w:lineRule="exact"/>
        <w:jc w:val="both"/>
      </w:pPr>
      <w:r>
        <w:rPr>
          <w:rFonts w:ascii="Georgia" w:hAnsi="Georgia" w:cs="Georgia" w:eastAsia="Georgia"/>
          <w:b w:val="0"/>
          <w:i w:val="0"/>
          <w:sz w:val="22"/>
        </w:rPr>
        <w:t>It is not known from which Shaitaan have Muslims in India, Pakistan, Bangladesh and Sri Lanka inherited this barbaric system with regard to which 99.9% of the Ulama in those lands being mute and absolute "DUMB DEVILS". This satanic system is so entrenched in the life fabric of Muslim societies of these lands, that it is condoned by even the senior Ulama.</w:t>
      </w:r>
    </w:p>
    <w:p>
      <w:pPr>
        <w:spacing w:before="0" w:after="120" w:line="300" w:lineRule="exact"/>
        <w:jc w:val="both"/>
      </w:pPr>
      <w:r>
        <w:rPr>
          <w:rFonts w:ascii="Georgia" w:hAnsi="Georgia" w:cs="Georgia" w:eastAsia="Georgia"/>
          <w:b w:val="0"/>
          <w:i w:val="0"/>
          <w:sz w:val="22"/>
        </w:rPr>
        <w:t>The suffering of Muslims in these lands at the hands of the idol-worshipping and cow-worshipping Hindus is therefore not surprising. Perhaps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JAHEZ THE HARAAM SYSTEM OF MURDERING BRIDES</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here and there may be heard an isolated whisper of criticism emanating from some Aalim. The evil Jahez system is so terribly ingrained in every capillary of the population that even the secular governments are impotent. They have miserably failed to eradicate this abominable system of satanism. This barbaric system requires the payment of assets – property, cash, furniture, appliances, motorbikes, vehicles, jewellery, etc., etc., by the bride's family to the bridegroom's family.</w:t>
      </w:r>
    </w:p>
    <w:p>
      <w:pPr>
        <w:spacing w:before="0" w:after="120" w:line="300" w:lineRule="exact"/>
        <w:jc w:val="both"/>
      </w:pPr>
      <w:r>
        <w:rPr>
          <w:rFonts w:ascii="Georgia" w:hAnsi="Georgia" w:cs="Georgia" w:eastAsia="Georgia"/>
          <w:b w:val="0"/>
          <w:i w:val="0"/>
          <w:sz w:val="22"/>
        </w:rPr>
        <w:t>If the Jahez requirement has not been fulfilled, the bride is subjected to great physical and mental abuse. Frequently the bride is murdered, and in some cases, the woman commits suicide to escape the torture of her husband and in-laws. Even in so-called respectable and cultured families, while the bride will not be killed, the custom of Jahez is considered 'waajib'.</w:t>
      </w:r>
    </w:p>
    <w:p>
      <w:pPr>
        <w:spacing w:before="0" w:after="120" w:line="300" w:lineRule="exact"/>
        <w:jc w:val="both"/>
      </w:pPr>
      <w:r>
        <w:rPr>
          <w:rFonts w:ascii="Georgia" w:hAnsi="Georgia" w:cs="Georgia" w:eastAsia="Georgia"/>
          <w:b w:val="0"/>
          <w:i w:val="0"/>
          <w:sz w:val="22"/>
        </w:rPr>
        <w:t>It exists even in the homes of Ulama. Aborting female foetuses is another savage crime and byproduct which is perpetrated by the parents of a woman. If by means of modern technology the gender of the foetus is ascertained to be female, the baby is aborted – brutally murdered – to avoid paying the jahez in later years. It is akin to the pre-Islam custom of infanticide practised by the Arab mushrikeen who would bury alive their female babies.</w:t>
      </w:r>
    </w:p>
    <w:p>
      <w:pPr>
        <w:spacing w:before="0" w:after="120" w:line="300" w:lineRule="exact"/>
        <w:jc w:val="both"/>
      </w:pPr>
      <w:r>
        <w:rPr>
          <w:rFonts w:ascii="Georgia" w:hAnsi="Georgia" w:cs="Georgia" w:eastAsia="Georgia"/>
          <w:b w:val="0"/>
          <w:i w:val="0"/>
          <w:sz w:val="22"/>
        </w:rPr>
        <w:t>Jahez is the worst form of savage banditry and extortion which has been accorded acceptability and respectability in the societies of these lands. The demands of this system of brutal banditry continues even after the initial Jahez has been paid. In NA-Pakistan (the Impure Land) which has a preponderance of ulama-e-soo', annually 2000 brides are murdered, yet the ulama have deliberately opted to remain deaf, dumb and blind.</w:t>
      </w:r>
    </w:p>
    <w:p>
      <w:pPr>
        <w:spacing w:before="0" w:after="120" w:line="300" w:lineRule="exact"/>
        <w:jc w:val="both"/>
      </w:pPr>
      <w:r>
        <w:rPr>
          <w:rFonts w:ascii="Georgia" w:hAnsi="Georgia" w:cs="Georgia" w:eastAsia="Georgia"/>
          <w:b w:val="0"/>
          <w:i w:val="0"/>
          <w:sz w:val="22"/>
        </w:rPr>
        <w:t>In India about 8,000 such murders are committed every year. How is it ever possible for a nation to prosper and lead when the morality of the people is so rotten and savage as to condone the murderous custom of Jahez, and even the brutal killing of brides for their inability to satisfy in haraam ways the inordinate satanic greed of their in-laws?</w:t>
      </w:r>
    </w:p>
    <w:p>
      <w:pPr>
        <w:spacing w:before="0" w:after="120" w:line="300" w:lineRule="exact"/>
        <w:jc w:val="both"/>
      </w:pPr>
      <w:r>
        <w:rPr>
          <w:rFonts w:ascii="Georgia" w:hAnsi="Georgia" w:cs="Georgia" w:eastAsia="Georgia"/>
          <w:b w:val="0"/>
          <w:i w:val="0"/>
          <w:sz w:val="22"/>
        </w:rPr>
        <w:t>There are no words which can adequately describe the zulm of these people and the savagery stemming in the wake of this satanic custom. An occasional whisper by an Aalim does not discharge the obligation of Amr Bil Ma'roof Nahyi Anil Munkar which the sacred Office of Nubuwwat has placed on the shoulders of the Ulama who are supposed to be the Heirs of the Ambiya (Alayhimus salaam).</w:t>
      </w:r>
    </w:p>
    <w:p>
      <w:pPr>
        <w:spacing w:before="0" w:after="120" w:line="300" w:lineRule="exact"/>
        <w:jc w:val="both"/>
      </w:pPr>
      <w:r>
        <w:rPr>
          <w:rFonts w:ascii="Georgia" w:hAnsi="Georgia" w:cs="Georgia" w:eastAsia="Georgia"/>
          <w:b w:val="0"/>
          <w:i w:val="0"/>
          <w:sz w:val="22"/>
        </w:rPr>
        <w:t>Both the Ulama and the secular government have terribly failed and abandoned their obligation of eradicating this barbaric system. While the reluctance to act of the secular kuffaar governments of NA-Pakistan and Bangladesh is understandable, the silence of the Ulama is intolerable and lamentable. There is no justification for abstention from Amr Bil Ma'roof.</w:t>
      </w:r>
    </w:p>
    <w:p>
      <w:pPr>
        <w:spacing w:before="0" w:after="120" w:line="300" w:lineRule="exact"/>
        <w:jc w:val="both"/>
      </w:pPr>
      <w:r>
        <w:rPr>
          <w:rFonts w:ascii="Georgia" w:hAnsi="Georgia" w:cs="Georgia" w:eastAsia="Georgia"/>
          <w:b w:val="0"/>
          <w:i w:val="0"/>
          <w:sz w:val="22"/>
        </w:rPr>
        <w:t>The secular authorities deem it prudent to appease the juhala masses by refraining from embarking on a policy of eradicating the evil. But what has happened to the Ulama? It is their obligation to initiate an educational and da'wat campaign for the elimination of this savagery which the Ulama are condoning with their silence which is interpreted by the masses as acceptance and validity of the system.</w:t>
      </w:r>
    </w:p>
    <w:p>
      <w:pPr>
        <w:spacing w:before="0" w:after="120" w:line="300" w:lineRule="exact"/>
        <w:jc w:val="both"/>
      </w:pPr>
      <w:r>
        <w:rPr>
          <w:rFonts w:ascii="Georgia" w:hAnsi="Georgia" w:cs="Georgia" w:eastAsia="Georgia"/>
          <w:b w:val="0"/>
          <w:i w:val="0"/>
          <w:sz w:val="22"/>
        </w:rPr>
        <w:t>In NA-Pakistan the government, to appease the demands of the U.S.A., has embarked on a vicious and cruel programme of forced-immunization. People in even the remote countryside are forcefully vaccinated. Heavy fines and jail sentences are met- ed out to those who refuse to submit to the haraam vaccination ordered by the U.S. master. Yet, no measures are introduced to eradicate the haraam Jahez savagery.</w:t>
      </w:r>
    </w:p>
    <w:p>
      <w:pPr>
        <w:spacing w:before="0" w:after="120" w:line="300" w:lineRule="exact"/>
        <w:jc w:val="both"/>
      </w:pPr>
      <w:r>
        <w:rPr>
          <w:rFonts w:ascii="Georgia" w:hAnsi="Georgia" w:cs="Georgia" w:eastAsia="Georgia"/>
          <w:b w:val="0"/>
          <w:i w:val="0"/>
          <w:sz w:val="22"/>
        </w:rPr>
        <w:t>The western enemies of Islam, are swift in attributing this barbaric system to Islam despite being fully aware that there is not the slightest affinity between Islam and this evil custom prevalent in the tribal societies of these countries since time immemorial. The deafening silence of the Ulama serves as silent support for the propaganda of the West against Islam.</w:t>
      </w:r>
    </w:p>
    <w:p>
      <w:pPr>
        <w:spacing w:before="0" w:after="120" w:line="300" w:lineRule="exact"/>
        <w:jc w:val="both"/>
      </w:pPr>
      <w:r>
        <w:rPr>
          <w:rFonts w:ascii="Georgia" w:hAnsi="Georgia" w:cs="Georgia" w:eastAsia="Georgia"/>
          <w:b w:val="0"/>
          <w:i w:val="0"/>
          <w:sz w:val="22"/>
        </w:rPr>
        <w:t>The silence and apathy of the Ulama are the effects of their desire to appease the juhala. The Qur'aan commands the Ulama to fear only Allah Ta'ala, and to proclaim the Haqq regardless of the displeasure and annoyance of the people. Allah Ta'ala commands:</w:t>
      </w:r>
    </w:p>
    <w:p>
      <w:pPr>
        <w:spacing w:before="120" w:after="120" w:line="300" w:lineRule="exact"/>
        <w:ind w:left="720" w:right="720"/>
        <w:jc w:val="center"/>
      </w:pPr>
      <w:r>
        <w:rPr>
          <w:rFonts w:ascii="Georgia" w:hAnsi="Georgia" w:cs="Georgia" w:eastAsia="Georgia"/>
          <w:b w:val="0"/>
          <w:i/>
          <w:sz w:val="22"/>
        </w:rPr>
        <w:t>"Do not fear the people. Fear ME, and do not trade My Aayaat (Laws/Shariah) for a miserable price)."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take part as officers overseeing the national population census of the country with questionnaires taking details of people's lives and livelihood of every household?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Invasion of the privacy of people is not permissible, and working for a kuffaar government is also not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brother says: Any justice system which is not the justice of Islam is injustice, until the end of time even though the injustice is not apparent. Is this statement correct?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the brother's statement is correct. Every system of justice other than the Islamic system is injustice.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work in any capacity in the military of non-Muslim countries?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work in a kuffaar military or even any military of today's governments in Muslim lands. Everything in these kuffaar armies is haraam.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people say that Erdogan, the president of Turkey is not a Muslim. Is this true?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have heard of the president of Turkey. He claims to be a Muslim. We do not know if he is not a Muslim. Why do they say he is not a Muslim?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vote in democratic elections?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Democracies are kuffaar systems. Voting in these elections is not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vote in elections for these political leaders? The Imaams and Ulama in our country are voting</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Imaams, Ulama and all Muslims should abstain from voting for political leaders. All of them are involved in making kufr laws – laws in conflict with the Shariah. Voting will be permissible in exceptional circumstances. But, generally Muslims should abstain. The Imaams described by you are deviates who are misleading Muslims. Instead of being guides, they are mudhilleen (those who lead others astray towards Jahannam)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Qatar is spending hundreds of billions of dollars to host the kuffaar games. How can they squander so much money when there is horrible suffering among the Syrians right at their door step?</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Qatar and all Muslim governments are slaves of Shaitaan. They are gripped in Shaitaan's tentacles, hence have become the brothers of the Devil as mentioned in the Qur'aan. That is why they squander the wealth of the nation on haraam. Whatever they do is haraam. There is nothing surprising in their waste and kufr. They are veritable kuffaar of the murtad category.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"Ibn 'Umar (May Allah be pleased with them) reported: The Messenger of Allah (Sallallahu alayhi wasallam) said, "One who withdraws his hand from obedience (to the Amir) will find no argument (in his defense) when he stands before Allah on the Day of Resurrection; and one who dies without having sworn allegiance will die the death of one belonging to the Days of Ignorance." [Muslim &amp; Book 1 hadith 665] &amp; (Musnad Ahmed volume 4 page 96) [Sunan anNasa'i Vol. 5, Book 37, Hadith 4119] To whom should we give bay'a? I don't want to die in a state of ignorance. Or correct me if I'm wrong please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You have to give allegiance (bay't) to the Khalifah of Islam. If there is no such Khalifah, you are not allowed to offer alle- giance to the devil. Rasulullah (Sallallahu alayhi wasallam) commanded allegiance to the legitimate Khalifah. Today there is no Khalifah, so what is your fear? The warning applies only if there is a Khalifah.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participate in the 24 hour hunger strike in solidarity of Palestian prisoners?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24 hour hunger strike is HARAAM. It is a kuffaar strategy. Islam does not tolerate such stupid kuffaar methods. Muslims who adopt such methods are following the kuffaar into the 'lizard's hole'. When Muslims are impotent, sprawling in disgrace at the feet of the kuffaar, unable to engage in valid Jihad, then the only alternative is Sabr and to make dua, and to attend to moral reformation. Only then will Allah's help come. Emulating kuffaar tactics will bring only greater humiliation to Muslims. This 24 hour hunger strike by stupid South African Muslims is haraam, ineffective and silly.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ISIS of the Khawaarij?</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While ISIS is in total error and guilty of atrocities, we cannot say that they are Khawaarij. We do not know what they really are. But, it is not permissible to join them.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