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54</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8 were joined in this issue.</w:t>
      </w:r>
    </w:p>
    <w:p>
      <w:pPr>
        <w:spacing w:before="0" w:after="80" w:line="300" w:lineRule="exact"/>
        <w:jc w:val="left"/>
      </w:pPr>
      <w:r>
        <w:rPr>
          <w:rFonts w:ascii="Georgia" w:hAnsi="Georgia" w:cs="Georgia" w:eastAsia="Georgia"/>
          <w:b w:val="0"/>
          <w:i w:val="0"/>
          <w:sz w:val="18"/>
        </w:rPr>
        <w:t>Headings: 9 read from the PDF's own text, 17 read from the printed headline artwork, 0 taken from the Majlis's running head, and 3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444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98.72% of the original's words are present and 97.46%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KUFR UPHEAVALS IN SAUDI ARABIA (page 1)</w:t>
      </w:r>
    </w:p>
    <w:p>
      <w:pPr>
        <w:spacing w:before="0" w:after="40" w:line="300" w:lineRule="exact"/>
        <w:jc w:val="left"/>
      </w:pPr>
      <w:r>
        <w:rPr>
          <w:rFonts w:ascii="Georgia" w:hAnsi="Georgia" w:cs="Georgia" w:eastAsia="Georgia"/>
          <w:b w:val="0"/>
          <w:i w:val="0"/>
          <w:sz w:val="20"/>
        </w:rPr>
        <w:t>3. COMMENT (page 1, 3)</w:t>
      </w:r>
    </w:p>
    <w:p>
      <w:pPr>
        <w:spacing w:before="0" w:after="40" w:line="300" w:lineRule="exact"/>
        <w:jc w:val="left"/>
      </w:pPr>
      <w:r>
        <w:rPr>
          <w:rFonts w:ascii="Georgia" w:hAnsi="Georgia" w:cs="Georgia" w:eastAsia="Georgia"/>
          <w:b w:val="0"/>
          <w:i w:val="0"/>
          <w:sz w:val="20"/>
        </w:rPr>
        <w:t>4. THE KORANGI DAARUL ULOOM - NOW AN ABODE OF DEVIATION (page 1, 4)</w:t>
      </w:r>
    </w:p>
    <w:p>
      <w:pPr>
        <w:spacing w:before="0" w:after="40" w:line="300" w:lineRule="exact"/>
        <w:jc w:val="left"/>
      </w:pPr>
      <w:r>
        <w:rPr>
          <w:rFonts w:ascii="Georgia" w:hAnsi="Georgia" w:cs="Georgia" w:eastAsia="Georgia"/>
          <w:b w:val="0"/>
          <w:i w:val="0"/>
          <w:sz w:val="20"/>
        </w:rPr>
        <w:t>5. EXTRACTS (page 1, 7)</w:t>
      </w:r>
    </w:p>
    <w:p>
      <w:pPr>
        <w:spacing w:before="0" w:after="40" w:line="300" w:lineRule="exact"/>
        <w:jc w:val="left"/>
      </w:pPr>
      <w:r>
        <w:rPr>
          <w:rFonts w:ascii="Georgia" w:hAnsi="Georgia" w:cs="Georgia" w:eastAsia="Georgia"/>
          <w:b w:val="0"/>
          <w:i w:val="0"/>
          <w:sz w:val="20"/>
        </w:rPr>
        <w:t>6. VOTING IN ELECTIONS (page 2)</w:t>
      </w:r>
    </w:p>
    <w:p>
      <w:pPr>
        <w:spacing w:before="0" w:after="40" w:line="300" w:lineRule="exact"/>
        <w:jc w:val="left"/>
      </w:pPr>
      <w:r>
        <w:rPr>
          <w:rFonts w:ascii="Georgia" w:hAnsi="Georgia" w:cs="Georgia" w:eastAsia="Georgia"/>
          <w:b w:val="0"/>
          <w:i w:val="0"/>
          <w:sz w:val="20"/>
        </w:rPr>
        <w:t>7. "Many were the orchards and springs they had to abandon, along with plantations and… (page 2) [no printed headline]</w:t>
      </w:r>
    </w:p>
    <w:p>
      <w:pPr>
        <w:spacing w:before="0" w:after="40" w:line="300" w:lineRule="exact"/>
        <w:jc w:val="left"/>
      </w:pPr>
      <w:r>
        <w:rPr>
          <w:rFonts w:ascii="Georgia" w:hAnsi="Georgia" w:cs="Georgia" w:eastAsia="Georgia"/>
          <w:b w:val="0"/>
          <w:i w:val="0"/>
          <w:sz w:val="20"/>
        </w:rPr>
        <w:t>8. IS JIHAD FARDH-E-AIN? (page 3)</w:t>
      </w:r>
    </w:p>
    <w:p>
      <w:pPr>
        <w:spacing w:before="0" w:after="40" w:line="300" w:lineRule="exact"/>
        <w:jc w:val="left"/>
      </w:pPr>
      <w:r>
        <w:rPr>
          <w:rFonts w:ascii="Georgia" w:hAnsi="Georgia" w:cs="Georgia" w:eastAsia="Georgia"/>
          <w:b w:val="0"/>
          <w:i w:val="0"/>
          <w:sz w:val="20"/>
        </w:rPr>
        <w:t>9. CHINA: SHOWPIECE MOSQUES AND DECEPTION (page 3, 11)</w:t>
      </w:r>
    </w:p>
    <w:p>
      <w:pPr>
        <w:spacing w:before="0" w:after="40" w:line="300" w:lineRule="exact"/>
        <w:jc w:val="left"/>
      </w:pPr>
      <w:r>
        <w:rPr>
          <w:rFonts w:ascii="Georgia" w:hAnsi="Georgia" w:cs="Georgia" w:eastAsia="Georgia"/>
          <w:b w:val="0"/>
          <w:i w:val="0"/>
          <w:sz w:val="20"/>
        </w:rPr>
        <w:t>10. MIGRATION (page 3, 12)</w:t>
      </w:r>
    </w:p>
    <w:p>
      <w:pPr>
        <w:spacing w:before="0" w:after="40" w:line="300" w:lineRule="exact"/>
        <w:jc w:val="left"/>
      </w:pPr>
      <w:r>
        <w:rPr>
          <w:rFonts w:ascii="Georgia" w:hAnsi="Georgia" w:cs="Georgia" w:eastAsia="Georgia"/>
          <w:b w:val="0"/>
          <w:i w:val="0"/>
          <w:sz w:val="20"/>
        </w:rPr>
        <w:t>11. THEIR CONSPIRACIES (page 4)</w:t>
      </w:r>
    </w:p>
    <w:p>
      <w:pPr>
        <w:spacing w:before="0" w:after="40" w:line="300" w:lineRule="exact"/>
        <w:jc w:val="left"/>
      </w:pPr>
      <w:r>
        <w:rPr>
          <w:rFonts w:ascii="Georgia" w:hAnsi="Georgia" w:cs="Georgia" w:eastAsia="Georgia"/>
          <w:b w:val="0"/>
          <w:i w:val="0"/>
          <w:sz w:val="20"/>
        </w:rPr>
        <w:t>12. WHAT IS A DAARUL ULOOM? (page 4)</w:t>
      </w:r>
    </w:p>
    <w:p>
      <w:pPr>
        <w:spacing w:before="0" w:after="40" w:line="300" w:lineRule="exact"/>
        <w:jc w:val="left"/>
      </w:pPr>
      <w:r>
        <w:rPr>
          <w:rFonts w:ascii="Georgia" w:hAnsi="Georgia" w:cs="Georgia" w:eastAsia="Georgia"/>
          <w:b w:val="0"/>
          <w:i w:val="0"/>
          <w:sz w:val="20"/>
        </w:rPr>
        <w:t>13. A KUFR SCRAP PAPER BY A MOTLEY OF BOOTLICKERS (page 5)</w:t>
      </w:r>
    </w:p>
    <w:p>
      <w:pPr>
        <w:spacing w:before="0" w:after="40" w:line="300" w:lineRule="exact"/>
        <w:jc w:val="left"/>
      </w:pPr>
      <w:r>
        <w:rPr>
          <w:rFonts w:ascii="Georgia" w:hAnsi="Georgia" w:cs="Georgia" w:eastAsia="Georgia"/>
          <w:b w:val="0"/>
          <w:i w:val="0"/>
          <w:sz w:val="20"/>
        </w:rPr>
        <w:t>14. KAAFIROON" (page 5)</w:t>
      </w:r>
    </w:p>
    <w:p>
      <w:pPr>
        <w:spacing w:before="0" w:after="40" w:line="300" w:lineRule="exact"/>
        <w:jc w:val="left"/>
      </w:pPr>
      <w:r>
        <w:rPr>
          <w:rFonts w:ascii="Georgia" w:hAnsi="Georgia" w:cs="Georgia" w:eastAsia="Georgia"/>
          <w:b w:val="0"/>
          <w:i w:val="0"/>
          <w:sz w:val="20"/>
        </w:rPr>
        <w:t>15. FAASIQOON" (page 5, 6)</w:t>
      </w:r>
    </w:p>
    <w:p>
      <w:pPr>
        <w:spacing w:before="0" w:after="40" w:line="300" w:lineRule="exact"/>
        <w:jc w:val="left"/>
      </w:pPr>
      <w:r>
        <w:rPr>
          <w:rFonts w:ascii="Georgia" w:hAnsi="Georgia" w:cs="Georgia" w:eastAsia="Georgia"/>
          <w:b w:val="0"/>
          <w:i w:val="0"/>
          <w:sz w:val="20"/>
        </w:rPr>
        <w:t>16. THE SAUDI EMBRACE OF ISRAEL (page 6)</w:t>
      </w:r>
    </w:p>
    <w:p>
      <w:pPr>
        <w:spacing w:before="0" w:after="40" w:line="300" w:lineRule="exact"/>
        <w:jc w:val="left"/>
      </w:pPr>
      <w:r>
        <w:rPr>
          <w:rFonts w:ascii="Georgia" w:hAnsi="Georgia" w:cs="Georgia" w:eastAsia="Georgia"/>
          <w:b w:val="0"/>
          <w:i w:val="0"/>
          <w:sz w:val="20"/>
        </w:rPr>
        <w:t>17. COMMENT (page 6)</w:t>
      </w:r>
    </w:p>
    <w:p>
      <w:pPr>
        <w:spacing w:before="0" w:after="40" w:line="300" w:lineRule="exact"/>
        <w:jc w:val="left"/>
      </w:pPr>
      <w:r>
        <w:rPr>
          <w:rFonts w:ascii="Georgia" w:hAnsi="Georgia" w:cs="Georgia" w:eastAsia="Georgia"/>
          <w:b w:val="0"/>
          <w:i w:val="0"/>
          <w:sz w:val="20"/>
        </w:rPr>
        <w:t>18. "We shall most assuredly inflict on them the lesser punishment, not the greater… (page 7) [no printed headline]</w:t>
      </w:r>
    </w:p>
    <w:p>
      <w:pPr>
        <w:spacing w:before="0" w:after="40" w:line="300" w:lineRule="exact"/>
        <w:jc w:val="left"/>
      </w:pPr>
      <w:r>
        <w:rPr>
          <w:rFonts w:ascii="Georgia" w:hAnsi="Georgia" w:cs="Georgia" w:eastAsia="Georgia"/>
          <w:b w:val="0"/>
          <w:i w:val="0"/>
          <w:sz w:val="20"/>
        </w:rPr>
        <w:t>19. MUFTI TAQI'S BOOTLICKING SPEECH (page 8, 9, 10)</w:t>
      </w:r>
    </w:p>
    <w:p>
      <w:pPr>
        <w:spacing w:before="0" w:after="40" w:line="300" w:lineRule="exact"/>
        <w:jc w:val="left"/>
      </w:pPr>
      <w:r>
        <w:rPr>
          <w:rFonts w:ascii="Georgia" w:hAnsi="Georgia" w:cs="Georgia" w:eastAsia="Georgia"/>
          <w:b w:val="0"/>
          <w:i w:val="0"/>
          <w:sz w:val="20"/>
        </w:rPr>
        <w:t>20. "We shall most assuredly inflict on them the lesser punishment, not the greater… (page 8) [no printed headline]</w:t>
      </w:r>
    </w:p>
    <w:p>
      <w:pPr>
        <w:spacing w:before="0" w:after="40" w:line="300" w:lineRule="exact"/>
        <w:jc w:val="left"/>
      </w:pPr>
      <w:r>
        <w:rPr>
          <w:rFonts w:ascii="Georgia" w:hAnsi="Georgia" w:cs="Georgia" w:eastAsia="Georgia"/>
          <w:b w:val="0"/>
          <w:i w:val="0"/>
          <w:sz w:val="20"/>
        </w:rPr>
        <w:t>21. ALL RULERS ARE KUFFAAR (page 10)</w:t>
      </w:r>
    </w:p>
    <w:p>
      <w:pPr>
        <w:spacing w:before="0" w:after="40" w:line="300" w:lineRule="exact"/>
        <w:jc w:val="left"/>
      </w:pPr>
      <w:r>
        <w:rPr>
          <w:rFonts w:ascii="Georgia" w:hAnsi="Georgia" w:cs="Georgia" w:eastAsia="Georgia"/>
          <w:b w:val="0"/>
          <w:i w:val="0"/>
          <w:sz w:val="20"/>
        </w:rPr>
        <w:t>22. INAABAT AND ISLAAH - THE ONLY SOLUTION (page 10)</w:t>
      </w:r>
    </w:p>
    <w:p>
      <w:pPr>
        <w:spacing w:before="0" w:after="40" w:line="300" w:lineRule="exact"/>
        <w:jc w:val="left"/>
      </w:pPr>
      <w:r>
        <w:rPr>
          <w:rFonts w:ascii="Georgia" w:hAnsi="Georgia" w:cs="Georgia" w:eastAsia="Georgia"/>
          <w:b w:val="0"/>
          <w:i w:val="0"/>
          <w:sz w:val="20"/>
        </w:rPr>
        <w:t>23. COMMENT (page 11)</w:t>
      </w:r>
    </w:p>
    <w:p>
      <w:pPr>
        <w:spacing w:before="0" w:after="40" w:line="300" w:lineRule="exact"/>
        <w:jc w:val="left"/>
      </w:pPr>
      <w:r>
        <w:rPr>
          <w:rFonts w:ascii="Georgia" w:hAnsi="Georgia" w:cs="Georgia" w:eastAsia="Georgia"/>
          <w:b w:val="0"/>
          <w:i w:val="0"/>
          <w:sz w:val="20"/>
        </w:rPr>
        <w:t>24. CHINA: SHOWPIECE MOSQUES AND DECEPTION (page 11)</w:t>
      </w:r>
    </w:p>
    <w:p>
      <w:pPr>
        <w:spacing w:before="0" w:after="40" w:line="300" w:lineRule="exact"/>
        <w:jc w:val="left"/>
      </w:pPr>
      <w:r>
        <w:rPr>
          <w:rFonts w:ascii="Georgia" w:hAnsi="Georgia" w:cs="Georgia" w:eastAsia="Georgia"/>
          <w:b w:val="0"/>
          <w:i w:val="0"/>
          <w:sz w:val="20"/>
        </w:rPr>
        <w:t>25. ALLAH'S ATHAAB (page 11)</w:t>
      </w:r>
    </w:p>
    <w:p>
      <w:pPr>
        <w:spacing w:before="0" w:after="40" w:line="300" w:lineRule="exact"/>
        <w:jc w:val="left"/>
      </w:pPr>
      <w:r>
        <w:rPr>
          <w:rFonts w:ascii="Georgia" w:hAnsi="Georgia" w:cs="Georgia" w:eastAsia="Georgia"/>
          <w:b w:val="0"/>
          <w:i w:val="0"/>
          <w:sz w:val="20"/>
        </w:rPr>
        <w:t>26. CHINA: REPRESSION OF MUSLIMS (page 11)</w:t>
      </w:r>
    </w:p>
    <w:p>
      <w:pPr>
        <w:spacing w:before="0" w:after="40" w:line="300" w:lineRule="exact"/>
        <w:jc w:val="left"/>
      </w:pPr>
      <w:r>
        <w:rPr>
          <w:rFonts w:ascii="Georgia" w:hAnsi="Georgia" w:cs="Georgia" w:eastAsia="Georgia"/>
          <w:b w:val="0"/>
          <w:i w:val="0"/>
          <w:sz w:val="20"/>
        </w:rPr>
        <w:t>27. 'Holy Warriors' Lose Bosnian Citizenship (page 11)</w:t>
      </w:r>
    </w:p>
    <w:p>
      <w:pPr>
        <w:spacing w:before="0" w:after="40" w:line="300" w:lineRule="exact"/>
        <w:jc w:val="left"/>
      </w:pPr>
      <w:r>
        <w:rPr>
          <w:rFonts w:ascii="Georgia" w:hAnsi="Georgia" w:cs="Georgia" w:eastAsia="Georgia"/>
          <w:b w:val="0"/>
          <w:i w:val="0"/>
          <w:sz w:val="20"/>
        </w:rPr>
        <w:t>28. (Continued from page 3) MIGRATION (page 12)</w:t>
      </w:r>
    </w:p>
    <w:p>
      <w:pPr>
        <w:spacing w:before="0" w:after="40" w:line="300" w:lineRule="exact"/>
        <w:jc w:val="left"/>
      </w:pPr>
      <w:r>
        <w:rPr>
          <w:rFonts w:ascii="Georgia" w:hAnsi="Georgia" w:cs="Georgia" w:eastAsia="Georgia"/>
          <w:b w:val="0"/>
          <w:i w:val="0"/>
          <w:sz w:val="20"/>
        </w:rPr>
        <w:t>29. Questions &amp; Answers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54 Safar 1439 / November 2017</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54</w:t>
      </w:r>
    </w:p>
    <w:p>
      <w:pPr>
        <w:spacing w:before="0" w:after="120" w:line="300" w:lineRule="exact"/>
        <w:jc w:val="both"/>
      </w:pPr>
      <w:r>
        <w:rPr>
          <w:rFonts w:ascii="Georgia" w:hAnsi="Georgia" w:cs="Georgia" w:eastAsia="Georgia"/>
          <w:b w:val="0"/>
          <w:i w:val="0"/>
          <w:sz w:val="22"/>
        </w:rPr>
        <w:t>www.themajlis.co.za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KUFR UPHEAVALS IN SAUDI ARABIA</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"Please comment on the sweeping changes to the Shariah's laws enacted by King Salman of Saudi Arabia. The ban on women driving has been totally abolished. The king's decree becomes effective in June 2018. During the 'preparatory period' until June 2018 will be developed the infrastructure to accommodate an expected million female drivers.</w:t>
      </w:r>
    </w:p>
    <w:p>
      <w:pPr>
        <w:spacing w:before="0" w:after="120" w:line="300" w:lineRule="exact"/>
        <w:jc w:val="both"/>
      </w:pPr>
      <w:r>
        <w:rPr>
          <w:rFonts w:ascii="Georgia" w:hAnsi="Georgia" w:cs="Georgia" w:eastAsia="Georgia"/>
          <w:b w:val="0"/>
          <w:i w:val="0"/>
          <w:sz w:val="22"/>
        </w:rPr>
        <w:t>Western governments, agencies and women in Saudi Arabia are rejoicing this newfound freedom which heralds big changes in all spheres of life. Reporting on this 'shock' announcement, the western media say: "The announcement follows a dazzling gender-mixed celebration of Saudi national day at the weekend, the first of its kind which aimed to spotlight the kingdom's reform drive despite a backlash from religious conservatives.</w:t>
      </w:r>
    </w:p>
    <w:p>
      <w:pPr>
        <w:spacing w:before="0" w:after="120" w:line="300" w:lineRule="exact"/>
        <w:jc w:val="both"/>
      </w:pPr>
      <w:r>
        <w:rPr>
          <w:rFonts w:ascii="Georgia" w:hAnsi="Georgia" w:cs="Georgia" w:eastAsia="Georgia"/>
          <w:b w:val="0"/>
          <w:i w:val="0"/>
          <w:sz w:val="22"/>
        </w:rPr>
        <w:t>Men and women danced in the streets to drums and thumping electronic music, in scenes that are a stunning anomaly in a country known for its tight gender segregation and an austere vision of Islam. Women were also allowed in- to a sports stadium to watch a musical concert, a move that chimes with the government's Vision 2030 plan for social and economic reform. …..Crown prince Mohammed bin Salman, the king's son and the architect of Vision 2030, is seen as catering to the aspirations of the youth with measures that include promoting women empowerment." (End of western press statement) What is happening to Saudi Arabia?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 3 of the original</w:t>
      </w:r>
    </w:p>
    <w:p>
      <w:pPr>
        <w:spacing w:before="0" w:after="120" w:line="300" w:lineRule="exact"/>
        <w:jc w:val="both"/>
      </w:pPr>
      <w:r>
        <w:rPr>
          <w:rFonts w:ascii="Georgia" w:hAnsi="Georgia" w:cs="Georgia" w:eastAsia="Georgia"/>
          <w:b w:val="0"/>
          <w:i w:val="0"/>
          <w:sz w:val="22"/>
        </w:rPr>
        <w:t>Allah's Plan is unfolding in Saudi Arabia. The Qur'aan Majeed states: "They (the kuffaarwhich includes the king, his son and the vast majority of the fussaaq/ fujjaar populace) plot, and Allah (also) plots, and Allah is the Best of the plotters." What is currently transpiring in Saudi Arabia, is depicted in the following Qur'aanic Aayat: "When We intend to destroy a city, then We command its affluent people, then they go on (a rampage of) flagrant sin (fisq) in the city (town or country).</w:t>
      </w:r>
    </w:p>
    <w:p>
      <w:pPr>
        <w:spacing w:before="0" w:after="120" w:line="300" w:lineRule="exact"/>
        <w:jc w:val="both"/>
      </w:pPr>
      <w:r>
        <w:rPr>
          <w:rFonts w:ascii="Georgia" w:hAnsi="Georgia" w:cs="Georgia" w:eastAsia="Georgia"/>
          <w:b w:val="0"/>
          <w:i w:val="0"/>
          <w:sz w:val="22"/>
        </w:rPr>
        <w:t>Thus Our decree (of universal</w:t>
      </w:r>
    </w:p>
    <w:p>
      <w:pPr>
        <w:spacing w:before="120" w:after="120" w:line="300" w:lineRule="exact"/>
        <w:ind w:left="720" w:right="720"/>
        <w:jc w:val="center"/>
      </w:pPr>
      <w:r>
        <w:rPr>
          <w:rFonts w:ascii="Georgia" w:hAnsi="Georgia" w:cs="Georgia" w:eastAsia="Georgia"/>
          <w:b w:val="0"/>
          <w:i/>
          <w:sz w:val="22"/>
        </w:rPr>
        <w:t>punishment) becomes justified for them. Then We utterly annihilate them."</w:t>
      </w:r>
    </w:p>
    <w:p>
      <w:pPr>
        <w:spacing w:before="0" w:after="120" w:line="300" w:lineRule="exact"/>
        <w:jc w:val="both"/>
      </w:pPr>
      <w:r>
        <w:rPr>
          <w:rFonts w:ascii="Georgia" w:hAnsi="Georgia" w:cs="Georgia" w:eastAsia="Georgia"/>
          <w:b w:val="0"/>
          <w:i w:val="0"/>
          <w:sz w:val="22"/>
        </w:rPr>
        <w:t>(Al-Israa', Aayat 16) It is the standing, unchangeable Sunnah of Allah Azza Wa Jal to grant free rope to the transgressors who have crossed the point of no return. Prior to their destruction by Divine Chastisement, the evil people are allowed to plunge recklessly into the worst of sins and transgression. Then suddenly the Athaab of Allah Azza Wa Jal overtakes them.</w:t>
      </w:r>
    </w:p>
    <w:p>
      <w:pPr>
        <w:spacing w:before="0" w:after="120" w:line="300" w:lineRule="exact"/>
        <w:jc w:val="both"/>
      </w:pPr>
      <w:r>
        <w:rPr>
          <w:rFonts w:ascii="Georgia" w:hAnsi="Georgia" w:cs="Georgia" w:eastAsia="Georgia"/>
          <w:b w:val="0"/>
          <w:i w:val="0"/>
          <w:sz w:val="22"/>
        </w:rPr>
        <w:t>The true condition of the Saudi masses is being reflected in the fisq, fujoor and kufr decrees of the Saudi king who has prepared the ground for his kaafir son to succeed him on the throne. Rasulullah (Sallallahu alayhi wasallam) said: "Your deeds are your rulers." Allah Ta'ala imposes on a population such rulers who reflect their misdeeds and villainy.</w:t>
      </w:r>
    </w:p>
    <w:p>
      <w:pPr>
        <w:spacing w:before="0" w:after="120" w:line="300" w:lineRule="exact"/>
        <w:jc w:val="both"/>
      </w:pPr>
      <w:r>
        <w:rPr>
          <w:rFonts w:ascii="Georgia" w:hAnsi="Georgia" w:cs="Georgia" w:eastAsia="Georgia"/>
          <w:b w:val="0"/>
          <w:i w:val="0"/>
          <w:sz w:val="22"/>
        </w:rPr>
        <w:t>The rotten state of the Saudi populace is reflected in the rotten rulers who have been imposed on the land by Allah Ta'ala. It is only Allah Azza Wa Jal Who appoints and dismisses kings, rulers and governments. The Qur'aan Majeed explicitly confirms this fact. Kuffaar rulers with Muslim names in Saudi Arabia and in all Muslim countries, reflect the kufr of the masses.</w:t>
      </w:r>
    </w:p>
    <w:p>
      <w:pPr>
        <w:spacing w:before="0" w:after="120" w:line="300" w:lineRule="exact"/>
        <w:jc w:val="both"/>
      </w:pPr>
      <w:r>
        <w:rPr>
          <w:rFonts w:ascii="Georgia" w:hAnsi="Georgia" w:cs="Georgia" w:eastAsia="Georgia"/>
          <w:b w:val="0"/>
          <w:i w:val="0"/>
          <w:sz w:val="22"/>
        </w:rPr>
        <w:t>The vast majority of the masses is kaafir in reality. Mentioning this fact, Hadhrat Abdullah Bin Amr (Radhiyallahu anhu) said: "There will dawn an age when the people will gather in their Musaajid and perform Salaat whilst not a single one among them will be a Mu'min." This fact is quiet evident from the state of the masses in all Muslim countries.</w:t>
      </w:r>
    </w:p>
    <w:p>
      <w:pPr>
        <w:spacing w:before="0" w:after="120" w:line="300" w:lineRule="exact"/>
        <w:jc w:val="both"/>
      </w:pPr>
      <w:r>
        <w:rPr>
          <w:rFonts w:ascii="Georgia" w:hAnsi="Georgia" w:cs="Georgia" w:eastAsia="Georgia"/>
          <w:b w:val="0"/>
          <w:i w:val="0"/>
          <w:sz w:val="22"/>
        </w:rPr>
        <w:t>The Vision of fisq, fujoor and kufr which the king's son has engineered by the command of the U.S.A. is actually what the Saudi masses are clamouring for. The million women who are expected to obtain driving licences, the men and women dancing in the streets, the blaring music, etc. all indicate the lusts of the masses. They are actually clamouring for giving expression to these evil lusts of bestiality, hence they have received the type of rulers which will ensure the attainment of the objectives of their lusts.</w:t>
      </w:r>
    </w:p>
    <w:p>
      <w:pPr>
        <w:spacing w:before="0" w:after="120" w:line="300" w:lineRule="exact"/>
        <w:jc w:val="both"/>
      </w:pPr>
      <w:r>
        <w:rPr>
          <w:rFonts w:ascii="Georgia" w:hAnsi="Georgia" w:cs="Georgia" w:eastAsia="Georgia"/>
          <w:b w:val="0"/>
          <w:i w:val="0"/>
          <w:sz w:val="22"/>
        </w:rPr>
        <w:t>Ultimately, Allah's Athaab will utterly destroy them. The massive upheavals of fisq, fujoor and kufr being enacted currently in Saudi Arabia is the prelude to Allah's Athaab which will utterly destroy them. The Saudi plunge into filth and evil will be incremental. It will become worse by the day. This will be a necessary development to justify the Divine Punishment which will destroy and annihilate those who are plundering the Deen of Allah Azza Wa Jal.</w:t>
      </w:r>
    </w:p>
    <w:p>
      <w:pPr>
        <w:spacing w:before="0" w:after="120" w:line="300" w:lineRule="exact"/>
        <w:jc w:val="both"/>
      </w:pPr>
      <w:r>
        <w:rPr>
          <w:rFonts w:ascii="Georgia" w:hAnsi="Georgia" w:cs="Georgia" w:eastAsia="Georgia"/>
          <w:b w:val="0"/>
          <w:i w:val="0"/>
          <w:sz w:val="22"/>
        </w:rPr>
        <w:t>While the situation in Saudi Arabia, as well as in all Muslim lands, is extremely lamentable, it has to be expected. There is nothing surprising about the swift degeneration of the Ummah. Rasulullah (Sallallahu alayhi wasallam) had predicted this state of affairs. When Muslims plunder the Deen, then Allah Ta'ala imposes on them kuffaar domination.</w:t>
      </w:r>
    </w:p>
    <w:p>
      <w:pPr>
        <w:spacing w:before="0" w:after="120" w:line="300" w:lineRule="exact"/>
        <w:jc w:val="both"/>
      </w:pPr>
      <w:r>
        <w:rPr>
          <w:rFonts w:ascii="Georgia" w:hAnsi="Georgia" w:cs="Georgia" w:eastAsia="Georgia"/>
          <w:b w:val="0"/>
          <w:i w:val="0"/>
          <w:sz w:val="22"/>
        </w:rPr>
        <w:t>The kuffaar will mercilessly pillage and plunder the Ummah. Predicting this state of affairs, Nabi-e-Kareem (Sallallahu alayhi wasallam) said: "You (the Muslim Ummah) will (at that time) be ghutha' (rubbish / flotsam / the mass of mess of floodwaters). Allah will remove fear for you from the hearts of your enemy, and most certainly Allah will create wahn in your hearts." When he was asked for the meaning of wahn, Rasulullah (Sallallahu alayhi wasallam) responded: "The love of the world and detestation for Maut." This is exactly the condition of the Saudis and of all Muslims today.</w:t>
      </w:r>
    </w:p>
    <w:p>
      <w:pPr>
        <w:spacing w:before="0" w:after="120" w:line="300" w:lineRule="exact"/>
        <w:jc w:val="both"/>
      </w:pPr>
      <w:r>
        <w:rPr>
          <w:rFonts w:ascii="Georgia" w:hAnsi="Georgia" w:cs="Georgia" w:eastAsia="Georgia"/>
          <w:b w:val="0"/>
          <w:i w:val="0"/>
          <w:sz w:val="22"/>
        </w:rPr>
        <w:t>They all are bootlickers of the kuffaar. The Saudis specialize in licking the boots of Trump in particular. Whatever is transpiring today in Saudi Arabia is dictated by the U.S.A. Anyhow, whatever we say and diagnose, in the final analysis the reality on the ground is the decree of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KORANGI DAARUL ULOOM - NOW AN ABODE OF DEVIATION</w:t>
      </w:r>
    </w:p>
    <w:p>
      <w:pPr>
        <w:spacing w:before="0" w:after="160" w:line="300" w:lineRule="exact"/>
        <w:jc w:val="center"/>
      </w:pPr>
      <w:r>
        <w:rPr>
          <w:rFonts w:ascii="Georgia" w:hAnsi="Georgia" w:cs="Georgia" w:eastAsia="Georgia"/>
          <w:b w:val="0"/>
          <w:i/>
          <w:sz w:val="16"/>
        </w:rPr>
        <w:t>Page 1, 4 of the original. Heading read from the printed headline artwork.</w:t>
      </w:r>
    </w:p>
    <w:p>
      <w:pPr>
        <w:spacing w:before="0" w:after="120" w:line="300" w:lineRule="exact"/>
        <w:jc w:val="both"/>
      </w:pPr>
      <w:r>
        <w:rPr>
          <w:rFonts w:ascii="Georgia" w:hAnsi="Georgia" w:cs="Georgia" w:eastAsia="Georgia"/>
          <w:b w:val="0"/>
          <w:i w:val="0"/>
          <w:sz w:val="22"/>
        </w:rPr>
        <w:t>Today, about the worst deviated Daarul Uloom in the Indo-Pak subcontinent is Korangi Daarul Uloom in Karachi under the auspices of Mufti Taqi Usmani. This Mufti Sahib has effectively denatured the once wonderful Daarul Uloom established by his august, noble father, Hadhrat Mufti Muhammad Shafi (Rahmatullah alayh). Mufti Taqi has stripped the Daarul Uloom of its Islamic façade and extinguished its Imaani ethos.</w:t>
      </w:r>
    </w:p>
    <w:p>
      <w:pPr>
        <w:spacing w:before="0" w:after="120" w:line="300" w:lineRule="exact"/>
        <w:jc w:val="both"/>
      </w:pPr>
      <w:r>
        <w:rPr>
          <w:rFonts w:ascii="Georgia" w:hAnsi="Georgia" w:cs="Georgia" w:eastAsia="Georgia"/>
          <w:b w:val="0"/>
          <w:i w:val="0"/>
          <w:sz w:val="22"/>
        </w:rPr>
        <w:t>He has systematically displaced the Sunnah and substituted it with the artifacts and practices of the western kuffaar. Among the vile perpetrations effected at the Korangi Daarul Uloom is the total displacement of the Sunnah style of eating. Tables and chairs have been introduced for all the students to westernize their style of eating. The Daarul Hadith Darsgah (where Hadith is taught) has been furbished western kuffaar style.</w:t>
      </w:r>
    </w:p>
    <w:p>
      <w:pPr>
        <w:spacing w:before="0" w:after="120" w:line="300" w:lineRule="exact"/>
        <w:jc w:val="both"/>
      </w:pPr>
      <w:r>
        <w:rPr>
          <w:rFonts w:ascii="Georgia" w:hAnsi="Georgia" w:cs="Georgia" w:eastAsia="Georgia"/>
          <w:b w:val="0"/>
          <w:i w:val="0"/>
          <w:sz w:val="22"/>
        </w:rPr>
        <w:t>The simple style of the Akaabireen – the style of centuries – has been replaced with benches in auditorium style. Now, students sit high above the Ustaadh who is on a lower level. The students sit disgracefully on levels higher than like stupid clowns marching and saluting whilst dressed with kurtahs, turbans and topis. Then Mufti Taqi making a mockery of himself participated in the stupid, haraam kuffaarstyle flag-hoisting ceremony.</w:t>
      </w:r>
    </w:p>
    <w:p>
      <w:pPr>
        <w:spacing w:before="0" w:after="120" w:line="300" w:lineRule="exact"/>
        <w:jc w:val="both"/>
      </w:pPr>
      <w:r>
        <w:rPr>
          <w:rFonts w:ascii="Georgia" w:hAnsi="Georgia" w:cs="Georgia" w:eastAsia="Georgia"/>
          <w:b w:val="0"/>
          <w:i w:val="0"/>
          <w:sz w:val="22"/>
        </w:rPr>
        <w:t>Oh! How stupid he looks and how stupid-looking he has made the Talaba of his Daarul Uloom! Wala houla…. He takes pride at the haraam confetti raining down on him – confetti which is thrown on kuffaar brides. He has indeed made a coon and a clown of himself by participating in all the haraam khurafaat of the independence day celebrations. This is a purely western kuffaar function which the kuffaar Pakistani government has adopted.</w:t>
      </w:r>
    </w:p>
    <w:p>
      <w:pPr>
        <w:spacing w:before="0" w:after="120" w:line="300" w:lineRule="exact"/>
        <w:jc w:val="both"/>
      </w:pPr>
      <w:r>
        <w:rPr>
          <w:rFonts w:ascii="Georgia" w:hAnsi="Georgia" w:cs="Georgia" w:eastAsia="Georgia"/>
          <w:b w:val="0"/>
          <w:i w:val="0"/>
          <w:sz w:val="22"/>
        </w:rPr>
        <w:t>But what constrains a senior Mufti to degenerate to this appalling ebb of bootlicking, and to destroy thousands of Students of the Deen by halaalizing the acts, functions and artifacts of the western kuffaar? The spirit of Ilm has been effectively extinguished at Mufti Taqi's Madrasah. The students romp like the hooligan students of western colleges.</w:t>
      </w:r>
    </w:p>
    <w:p>
      <w:pPr>
        <w:spacing w:before="0" w:after="120" w:line="300" w:lineRule="exact"/>
        <w:jc w:val="both"/>
      </w:pPr>
      <w:r>
        <w:rPr>
          <w:rFonts w:ascii="Georgia" w:hAnsi="Georgia" w:cs="Georgia" w:eastAsia="Georgia"/>
          <w:b w:val="0"/>
          <w:i w:val="0"/>
          <w:sz w:val="22"/>
        </w:rPr>
        <w:t>They deem it an honour to behave like kuffaar university students. By their conduct they demonstrate that they are not pursuing the Knowledge of the Deen. There is no fragrance of Ilm remaining at the Korangi Daarul Uloom. It has become an institution of dhalaal. Mufti Taqi is now the chief mudhil. About the mudhilleen (scholars, molvis Bukhaari Shareef, etc.</w:t>
      </w:r>
    </w:p>
    <w:p>
      <w:pPr>
        <w:spacing w:before="0" w:after="120" w:line="300" w:lineRule="exact"/>
        <w:jc w:val="both"/>
      </w:pPr>
      <w:r>
        <w:rPr>
          <w:rFonts w:ascii="Georgia" w:hAnsi="Georgia" w:cs="Georgia" w:eastAsia="Georgia"/>
          <w:b w:val="0"/>
          <w:i w:val="0"/>
          <w:sz w:val="22"/>
        </w:rPr>
        <w:t>Awed by this western style which Mufti Taqi picked up in the kufr gutters of U.S.A. and U.K., during his dalliance with the capitalist riba bankers, he deemed it appropriate to snuff out and kill the holy spirit of humility, simplicity and respect of the Daarul Uloom by eliminating the style of the Auliya and substituting it with the style of the western kuffaar who perpetually wallow in the state of spiritual impurity (kufr) and physical impurity (janaabat).</w:t>
      </w:r>
    </w:p>
    <w:p>
      <w:pPr>
        <w:spacing w:before="0" w:after="120" w:line="300" w:lineRule="exact"/>
        <w:jc w:val="both"/>
      </w:pPr>
      <w:r>
        <w:rPr>
          <w:rFonts w:ascii="Georgia" w:hAnsi="Georgia" w:cs="Georgia" w:eastAsia="Georgia"/>
          <w:b w:val="0"/>
          <w:i w:val="0"/>
          <w:sz w:val="22"/>
        </w:rPr>
        <w:t>Aggravating the deviation, Mufti Taqi with his Daarul Uloom students fully participate in the haraam, evil, shaitaani independence day celebrations organized by the kuffaar Pakistani government. Mufti Taqi's independence day speech confirms that he has become an effective bootlicker of the evil Pakistani government. His bootlicking speech is full of praise for the fussaaq, fujjaar, in fact kuffaar, government, and riddled with inaccuracies.</w:t>
      </w:r>
    </w:p>
    <w:p>
      <w:pPr>
        <w:spacing w:before="0" w:after="120" w:line="300" w:lineRule="exact"/>
        <w:jc w:val="both"/>
      </w:pPr>
      <w:r>
        <w:rPr>
          <w:rFonts w:ascii="Georgia" w:hAnsi="Georgia" w:cs="Georgia" w:eastAsia="Georgia"/>
          <w:b w:val="0"/>
          <w:i w:val="0"/>
          <w:sz w:val="22"/>
        </w:rPr>
        <w:t>The effect of his deviation is such imbecility which constrained him to order his students to act like real clowns. On independence day the Talaba marched saluting stupidly like the Pakistani fussaaq soldiers. Whilst saluting does not seem so stupid for the fussaaq and kuffaar soldiers dressed in western kuffaar military garb, the students appear just and sheikhs) who mislead the masses, Rasulullah (Sallallahu alayhi wasallam) said: "Verily, I fear for my Ummah the aimmah mudhilleen." Mufti Taqi has ushered in the first phase for the ultimate total ruin of the Madrasah.</w:t>
      </w:r>
    </w:p>
    <w:p>
      <w:pPr>
        <w:spacing w:before="0" w:after="120" w:line="300" w:lineRule="exact"/>
        <w:jc w:val="both"/>
      </w:pPr>
      <w:r>
        <w:rPr>
          <w:rFonts w:ascii="Georgia" w:hAnsi="Georgia" w:cs="Georgia" w:eastAsia="Georgia"/>
          <w:b w:val="0"/>
          <w:i w:val="0"/>
          <w:sz w:val="22"/>
        </w:rPr>
        <w:t>This Daarul Uloom, if it continues to follow the satanic path chalked out by Mufti Taqi, will become a deviated institution similar to Al-Azhar of Egypt and similar other destroyed Madaaris in the Middle East. Even his Bukhaari jalsahs are conducted western style. Tables, chairs, coloured lighting, flowers, merrymaking and stupidity – all anathema to Islam – have been introduced.</w:t>
      </w:r>
    </w:p>
    <w:p>
      <w:pPr>
        <w:spacing w:before="0" w:after="120" w:line="300" w:lineRule="exact"/>
        <w:jc w:val="both"/>
      </w:pPr>
      <w:r>
        <w:rPr>
          <w:rFonts w:ascii="Georgia" w:hAnsi="Georgia" w:cs="Georgia" w:eastAsia="Georgia"/>
          <w:b w:val="0"/>
          <w:i w:val="0"/>
          <w:sz w:val="22"/>
        </w:rPr>
        <w:t>He has slipped terribly from Siraatul Mustaqeem, and the cause is association with the kuffaar bankers and the fussaaq rulers. About such association, Rasulullah (Sallallahu alayhi wasallam) said:</w:t>
      </w:r>
    </w:p>
    <w:p>
      <w:pPr>
        <w:spacing w:before="120" w:after="120" w:line="300" w:lineRule="exact"/>
        <w:ind w:left="720" w:right="720"/>
        <w:jc w:val="center"/>
      </w:pPr>
      <w:r>
        <w:rPr>
          <w:rFonts w:ascii="Georgia" w:hAnsi="Georgia" w:cs="Georgia" w:eastAsia="Georgia"/>
          <w:b w:val="0"/>
          <w:i/>
          <w:sz w:val="22"/>
        </w:rPr>
        <w:t>"Seek refuge with Allah from Jubbul Huzun (the Pit of Grief)."</w:t>
      </w:r>
    </w:p>
    <w:p>
      <w:pPr>
        <w:spacing w:before="120" w:after="120" w:line="300" w:lineRule="exact"/>
        <w:ind w:left="720" w:right="720"/>
        <w:jc w:val="center"/>
      </w:pPr>
      <w:r>
        <w:rPr>
          <w:rFonts w:ascii="Georgia" w:hAnsi="Georgia" w:cs="Georgia" w:eastAsia="Georgia"/>
          <w:b w:val="0"/>
          <w:i/>
          <w:sz w:val="22"/>
        </w:rPr>
        <w:t>The Sahaabah asked: 'O Rasulullah! What is Jubbul Huzun?' Rasulullah (Sallallahu</w:t>
      </w:r>
    </w:p>
    <w:p>
      <w:pPr>
        <w:spacing w:before="120" w:after="120" w:line="300" w:lineRule="exact"/>
        <w:ind w:left="720" w:right="720"/>
        <w:jc w:val="center"/>
      </w:pPr>
      <w:r>
        <w:rPr>
          <w:rFonts w:ascii="Georgia" w:hAnsi="Georgia" w:cs="Georgia" w:eastAsia="Georgia"/>
          <w:b w:val="0"/>
          <w:i/>
          <w:sz w:val="22"/>
        </w:rPr>
        <w:t>alayhi wasallam) said: "It is a valley in Jahannam. Daily Jahannam seeks Allah's protection</w:t>
      </w:r>
    </w:p>
    <w:p>
      <w:pPr>
        <w:spacing w:before="0" w:after="120" w:line="300" w:lineRule="exact"/>
        <w:jc w:val="both"/>
      </w:pPr>
      <w:r>
        <w:rPr>
          <w:rFonts w:ascii="Georgia" w:hAnsi="Georgia" w:cs="Georgia" w:eastAsia="Georgia"/>
          <w:b w:val="0"/>
          <w:i w:val="0"/>
          <w:sz w:val="22"/>
        </w:rPr>
        <w:t>against it (against its heat) 400</w:t>
      </w:r>
    </w:p>
    <w:p>
      <w:pPr>
        <w:spacing w:before="120" w:after="120" w:line="300" w:lineRule="exact"/>
        <w:ind w:left="720" w:right="720"/>
        <w:jc w:val="center"/>
      </w:pPr>
      <w:r>
        <w:rPr>
          <w:rFonts w:ascii="Georgia" w:hAnsi="Georgia" w:cs="Georgia" w:eastAsia="Georgia"/>
          <w:b w:val="0"/>
          <w:i/>
          <w:sz w:val="22"/>
        </w:rPr>
        <w:t>times." The Sahaabah asked: 'Who will enter it?' Rasulullah</w:t>
      </w:r>
    </w:p>
    <w:p>
      <w:pPr>
        <w:spacing w:before="120" w:after="120" w:line="300" w:lineRule="exact"/>
        <w:ind w:left="720" w:right="720"/>
        <w:jc w:val="center"/>
      </w:pPr>
      <w:r>
        <w:rPr>
          <w:rFonts w:ascii="Georgia" w:hAnsi="Georgia" w:cs="Georgia" w:eastAsia="Georgia"/>
          <w:b w:val="0"/>
          <w:i/>
          <w:sz w:val="22"/>
        </w:rPr>
        <w:t>(Sallallahu alayhi wasallam) said: "It has been prepared for</w:t>
      </w:r>
    </w:p>
    <w:p>
      <w:pPr>
        <w:spacing w:before="120" w:after="120" w:line="300" w:lineRule="exact"/>
        <w:ind w:left="720" w:right="720"/>
        <w:jc w:val="center"/>
      </w:pPr>
      <w:r>
        <w:rPr>
          <w:rFonts w:ascii="Georgia" w:hAnsi="Georgia" w:cs="Georgia" w:eastAsia="Georgia"/>
          <w:b w:val="0"/>
          <w:i/>
          <w:sz w:val="22"/>
        </w:rPr>
        <w:t>the qurraa' who display their a'maal. Verily, the most abhorrent of the qurraa' by Allah are</w:t>
      </w:r>
    </w:p>
    <w:p>
      <w:pPr>
        <w:spacing w:before="0" w:after="120" w:line="300" w:lineRule="exact"/>
        <w:jc w:val="both"/>
      </w:pPr>
      <w:r>
        <w:rPr>
          <w:rFonts w:ascii="Georgia" w:hAnsi="Georgia" w:cs="Georgia" w:eastAsia="Georgia"/>
          <w:b w:val="0"/>
          <w:i w:val="0"/>
          <w:sz w:val="22"/>
        </w:rPr>
        <w:t>those who visit the rulers."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EXTRACTS</w:t>
      </w:r>
    </w:p>
    <w:p>
      <w:pPr>
        <w:spacing w:before="0" w:after="160" w:line="300" w:lineRule="exact"/>
        <w:jc w:val="center"/>
      </w:pPr>
      <w:r>
        <w:rPr>
          <w:rFonts w:ascii="Georgia" w:hAnsi="Georgia" w:cs="Georgia" w:eastAsia="Georgia"/>
          <w:b w:val="0"/>
          <w:i/>
          <w:sz w:val="16"/>
        </w:rPr>
        <w:t>Page 1, 7 of the original</w:t>
      </w:r>
    </w:p>
    <w:p>
      <w:pPr>
        <w:pStyle w:val="Heading3"/>
        <w:spacing w:before="200" w:after="120" w:line="300" w:lineRule="exact"/>
        <w:jc w:val="left"/>
      </w:pPr>
      <w:r>
        <w:rPr>
          <w:rFonts w:ascii="Georgia" w:hAnsi="Georgia" w:cs="Georgia" w:eastAsia="Georgia"/>
          <w:b/>
          <w:i w:val="0"/>
          <w:color w:val="2E74B5"/>
          <w:sz w:val="24"/>
        </w:rPr>
        <w:t>FROM MUFTI TAQI'S SPEECH ON THE OCCASION</w:t>
      </w:r>
    </w:p>
    <w:p>
      <w:pPr>
        <w:spacing w:before="0" w:after="120" w:line="300" w:lineRule="exact"/>
        <w:jc w:val="both"/>
      </w:pPr>
      <w:r>
        <w:rPr>
          <w:rFonts w:ascii="Georgia" w:hAnsi="Georgia" w:cs="Georgia" w:eastAsia="Georgia"/>
          <w:b w:val="0"/>
          <w:i w:val="0"/>
          <w:sz w:val="22"/>
        </w:rPr>
        <w:t>OF</w:t>
      </w:r>
    </w:p>
    <w:p>
      <w:pPr>
        <w:pStyle w:val="Heading3"/>
        <w:spacing w:before="200" w:after="120" w:line="300" w:lineRule="exact"/>
        <w:jc w:val="left"/>
      </w:pPr>
      <w:r>
        <w:rPr>
          <w:rFonts w:ascii="Georgia" w:hAnsi="Georgia" w:cs="Georgia" w:eastAsia="Georgia"/>
          <w:b/>
          <w:i w:val="0"/>
          <w:color w:val="2E74B5"/>
          <w:sz w:val="24"/>
        </w:rPr>
        <w:t>PAKISTAN'S HARAAM INDEPENDENCE DAY CELEBRATIONS – AND OUR COMMENTS</w:t>
      </w:r>
    </w:p>
    <w:p>
      <w:pPr>
        <w:spacing w:before="0" w:after="120" w:line="300" w:lineRule="exact"/>
        <w:jc w:val="both"/>
      </w:pPr>
      <w:r>
        <w:rPr>
          <w:rFonts w:ascii="Georgia" w:hAnsi="Georgia" w:cs="Georgia" w:eastAsia="Georgia"/>
          <w:b w:val="0"/>
          <w:i w:val="0"/>
          <w:sz w:val="22"/>
        </w:rPr>
        <w:t>"Today by the grace and kindness of Allah Jalle Jalaalahu we have gathered to fulfil shukr (gratitude) for His great bounty in the form of granting us Pakistan ……….. Even today we remember the scenes in Hindustan where the slogan of 'What is the meaning of Pakistan? Laa ilaha il lallaahu' would echo. In these slogans and resolutions Allah Ta'ala granted blessings.</w:t>
      </w:r>
    </w:p>
    <w:p>
      <w:pPr>
        <w:spacing w:before="0" w:after="120" w:line="300" w:lineRule="exact"/>
        <w:jc w:val="both"/>
      </w:pPr>
      <w:r>
        <w:rPr>
          <w:rFonts w:ascii="Georgia" w:hAnsi="Georgia" w:cs="Georgia" w:eastAsia="Georgia"/>
          <w:b w:val="0"/>
          <w:i w:val="0"/>
          <w:sz w:val="22"/>
        </w:rPr>
        <w:t>And bestowed this land to us by His fadhl. ……… It is a country which was formed in the name of Islam. It was formed on only this basis that Islam is a reality apart from kufr, and that Islam is the basis of the unity of this nation. Loyalty to such a country, love for it, striving for its development and progress are not only the rights of the homeland, but is our Deeni obligation.</w:t>
      </w:r>
    </w:p>
    <w:p>
      <w:pPr>
        <w:spacing w:before="0" w:after="120" w:line="300" w:lineRule="exact"/>
        <w:jc w:val="both"/>
      </w:pPr>
      <w:r>
        <w:rPr>
          <w:rFonts w:ascii="Georgia" w:hAnsi="Georgia" w:cs="Georgia" w:eastAsia="Georgia"/>
          <w:b w:val="0"/>
          <w:i w:val="0"/>
          <w:sz w:val="22"/>
        </w:rPr>
        <w:t>By virtue of this, a great sanctity is added." OUR COMMENT: For licking the boots of the evil Pakistani rulers, Mufti Taqi has presented the red herring of the Kalimah and the ostentatious objective of Islam for which the fussaaq founders of Pakistan had deceptively and falsely claimed the country was being formed. The Ulama of that time who had supported the formation of Pakistan had been successfully duped by Jinnah and his cohorts.</w:t>
      </w:r>
    </w:p>
    <w:p>
      <w:pPr>
        <w:spacing w:before="0" w:after="120" w:line="300" w:lineRule="exact"/>
        <w:jc w:val="both"/>
      </w:pPr>
      <w:r>
        <w:rPr>
          <w:rFonts w:ascii="Georgia" w:hAnsi="Georgia" w:cs="Georgia" w:eastAsia="Georgia"/>
          <w:b w:val="0"/>
          <w:i w:val="0"/>
          <w:sz w:val="22"/>
        </w:rPr>
        <w:t>While we are not saying that Pakistan should not have been formed or that the senior Ulama who had supported the formation of this country had erred in their adoption of the concept of a separate homeland for Muslims, we state unequivocally that the political leaders who were at the forefront of the Pakistan movement and were the kingpins in its establishment, were fussaaq, fujjaar and despicable liars.</w:t>
      </w:r>
    </w:p>
    <w:p>
      <w:pPr>
        <w:spacing w:before="0" w:after="120" w:line="300" w:lineRule="exact"/>
        <w:jc w:val="both"/>
      </w:pPr>
      <w:r>
        <w:rPr>
          <w:rFonts w:ascii="Georgia" w:hAnsi="Georgia" w:cs="Georgia" w:eastAsia="Georgia"/>
          <w:b w:val="0"/>
          <w:i w:val="0"/>
          <w:sz w:val="22"/>
        </w:rPr>
        <w:t>In order to dupe the ignorant, simple and unwary Muslims for gaining their support, the fussaaq, in fact kuffaar political leaders had dangled the chimera of an Islamic state in front of the people. They promoted the gigantic LIE that Islam will find freeplay in the new homeland, and that the object was only this and nothing else. Today, more than 70 years later, and despite witnessing nothing but fisq, fujoor and kufr being enacted as laws in Napakistan, Mufti Taqi is fielding the very same LIE which the vile political leaders had sloganized at that time.</w:t>
      </w:r>
    </w:p>
    <w:p>
      <w:pPr>
        <w:spacing w:before="0" w:after="120" w:line="300" w:lineRule="exact"/>
        <w:jc w:val="both"/>
      </w:pPr>
      <w:r>
        <w:rPr>
          <w:rFonts w:ascii="Georgia" w:hAnsi="Georgia" w:cs="Georgia" w:eastAsia="Georgia"/>
          <w:b w:val="0"/>
          <w:i w:val="0"/>
          <w:sz w:val="22"/>
        </w:rPr>
        <w:t>Mufti Taqi shamelessly struggles to portray this land of fisq, fujoor and kufr as an Islamic state, hence he speaks the drivel of loyalty and love. Let us ask: loyalty and love for whom? For those who have resolved to destroy Islam? The law of Pakistan is kufr. The judicial system is kufr. The economic system is kufr. Liquor, prostitution, gambling and riba are legal.</w:t>
      </w:r>
    </w:p>
    <w:p>
      <w:pPr>
        <w:spacing w:before="0" w:after="120" w:line="300" w:lineRule="exact"/>
        <w:jc w:val="both"/>
      </w:pPr>
      <w:r>
        <w:rPr>
          <w:rFonts w:ascii="Georgia" w:hAnsi="Georgia" w:cs="Georgia" w:eastAsia="Georgia"/>
          <w:b w:val="0"/>
          <w:i w:val="0"/>
          <w:sz w:val="22"/>
        </w:rPr>
        <w:t>Women have the right to parade lewdly in the streets. Besides the superficial Islam portrayed by the Madaaris and the Tabligh Jamaat, there is nowhere genuine Islam flourishing in Pakistan. The military, airforce, navy and the security apparatus are all in the control of kuffaar – Shiahs and Qadianis. Muslims are hounded and persecuted by the evil corrupt authorities of Napa- kistan.</w:t>
      </w:r>
    </w:p>
    <w:p>
      <w:pPr>
        <w:spacing w:before="0" w:after="120" w:line="300" w:lineRule="exact"/>
        <w:jc w:val="both"/>
      </w:pPr>
      <w:r>
        <w:rPr>
          <w:rFonts w:ascii="Georgia" w:hAnsi="Georgia" w:cs="Georgia" w:eastAsia="Georgia"/>
          <w:b w:val="0"/>
          <w:i w:val="0"/>
          <w:sz w:val="22"/>
        </w:rPr>
        <w:t>The land has been made thoroughly napaak (impure) with fisq, fujoor and kufr. What loyalty and love is Mufti Taqi talking about? How is it possible to be loyal and to love rulers who are the very antithesis of Islam? Rulers who not only undermine, but destroy Islam. What is the cunning motive of Mufti Taqi in dangling the bait of an 'Islamic state' and presenting the hollow and useless reference to Islam in the constitution when the Shariah has always been a distant, vague dream to the senior Ulama who had been duped by Jinnah, and who had migrated from their beloved homeland of Deoband to settle in Pakistan with high hopes of the country being a Shar'i state?</w:t>
      </w:r>
    </w:p>
    <w:p>
      <w:pPr>
        <w:spacing w:before="0" w:after="120" w:line="300" w:lineRule="exact"/>
        <w:jc w:val="both"/>
      </w:pPr>
      <w:r>
        <w:rPr>
          <w:rFonts w:ascii="Georgia" w:hAnsi="Georgia" w:cs="Georgia" w:eastAsia="Georgia"/>
          <w:b w:val="0"/>
          <w:i w:val="0"/>
          <w:sz w:val="22"/>
        </w:rPr>
        <w:t>In this regard, we draw Mufti Taqi's attention to the sad lament of his noble father, Hadhrat Mufti Muhammad Shafi (Rahmatullah alayh), who lamented: "In these 15 years what has transpired, its narrative is extremely long. The objectives for which (the formation of) Pakistan were beloved and desirable, the vicissitudes of governments have left them not more than a pleasurable dream.</w:t>
      </w:r>
    </w:p>
    <w:p>
      <w:pPr>
        <w:spacing w:before="0" w:after="120" w:line="300" w:lineRule="exact"/>
        <w:jc w:val="both"/>
      </w:pPr>
      <w:r>
        <w:rPr>
          <w:rFonts w:ascii="Georgia" w:hAnsi="Georgia" w:cs="Georgia" w:eastAsia="Georgia"/>
          <w:b w:val="0"/>
          <w:i w:val="0"/>
          <w:sz w:val="22"/>
        </w:rPr>
        <w:t>For the attainment of any Deeni revolution and meaningful reformation via the medium of government is incrementally receding into dreams and imagination." Hadhrat Mufti Muhammad Shafi (Rahmatullah alayh) made this observation in the introduction of his Ma-aariful Qur'aan. While Mufti Taqi has organized the translation into English of Ma-aariful Qur'aan, he has conveniently omitted this statement of his august father, and the reason is only to bootlick the evil government of this unfortunate country.</w:t>
      </w:r>
    </w:p>
    <w:p>
      <w:pPr>
        <w:spacing w:before="0" w:after="120" w:line="300" w:lineRule="exact"/>
        <w:jc w:val="both"/>
      </w:pPr>
      <w:r>
        <w:rPr>
          <w:rFonts w:ascii="Georgia" w:hAnsi="Georgia" w:cs="Georgia" w:eastAsia="Georgia"/>
          <w:b w:val="0"/>
          <w:i w:val="0"/>
          <w:sz w:val="22"/>
        </w:rPr>
        <w:t>Pakistan as an Islamic state was nothing but a pipedream, never to be realized in practice.There was in fact no intention by the fussaaq political leaders who groveled in jahaalat, fisq, fujoor and kufr to ever im- plement the Islamic Resolution which they had so deceptively dangled in front of the Ulama of that era. Mufti Taqi committed chicanery with the deletion of the aforementioned statement of his father.</w:t>
      </w:r>
    </w:p>
    <w:p>
      <w:pPr>
        <w:spacing w:before="0" w:after="120" w:line="300" w:lineRule="exact"/>
        <w:jc w:val="both"/>
      </w:pPr>
      <w:r>
        <w:rPr>
          <w:rFonts w:ascii="Georgia" w:hAnsi="Georgia" w:cs="Georgia" w:eastAsia="Georgia"/>
          <w:b w:val="0"/>
          <w:i w:val="0"/>
          <w:sz w:val="22"/>
        </w:rPr>
        <w:t>Why did he 'revise' the introduction to specifically delete this very crucial observation of Hadhrat Mufti Muhammad Shafi? It is a statement which does not find favour with the kuffaar government of Pakistan, and it does not chime well with the bootlicking exercise. Opposition is not for the concept of Pakistan. The opposition and abhorrence are directed to the rotten kuffaar at the helm of government – a government which has transformed the land into Napakistan.</w:t>
      </w:r>
    </w:p>
    <w:p>
      <w:pPr>
        <w:spacing w:before="0" w:after="120" w:line="300" w:lineRule="exact"/>
        <w:jc w:val="both"/>
      </w:pPr>
      <w:r>
        <w:rPr>
          <w:rFonts w:ascii="Georgia" w:hAnsi="Georgia" w:cs="Georgia" w:eastAsia="Georgia"/>
          <w:b w:val="0"/>
          <w:i w:val="0"/>
          <w:sz w:val="22"/>
        </w:rPr>
        <w:t>Lest we go overboard with our emotions, we must admit that the rotten government is the reflection of the rotten populace, for Rasulullah (Sallallahu alayhi wasallam) said: "Your deeds are your rulers." The vast majority of the people as well of the Ulama are decadent and degenerate, hence degeneration and decadence are the lot of the people of that luckless land.</w:t>
      </w:r>
    </w:p>
    <w:p>
      <w:pPr>
        <w:spacing w:before="0" w:after="120" w:line="300" w:lineRule="exact"/>
        <w:jc w:val="both"/>
      </w:pPr>
      <w:r>
        <w:rPr>
          <w:rFonts w:ascii="Georgia" w:hAnsi="Georgia" w:cs="Georgia" w:eastAsia="Georgia"/>
          <w:b w:val="0"/>
          <w:i w:val="0"/>
          <w:sz w:val="22"/>
        </w:rPr>
        <w:t>Mufti Taqi further states in his independence day speech: "I want to say to you that despite irregularities in Pakistan, I say with the fullest confidence that in the entire world there is no more secure and more beneficial land than Pakistan for Muslims……. In the whole world there is no better and no greater country for Muslims than Pakistan." Undoubtedly, there is not a single Islamic country in the world today.</w:t>
      </w:r>
    </w:p>
    <w:p>
      <w:pPr>
        <w:spacing w:before="0" w:after="120" w:line="300" w:lineRule="exact"/>
        <w:jc w:val="both"/>
      </w:pPr>
      <w:r>
        <w:rPr>
          <w:rFonts w:ascii="Georgia" w:hAnsi="Georgia" w:cs="Georgia" w:eastAsia="Georgia"/>
          <w:b w:val="0"/>
          <w:i w:val="0"/>
          <w:sz w:val="22"/>
        </w:rPr>
        <w:t>Every Muslim country is governed by fussaaq, fujjaar and kuffaar rulers with Muslim names. Without a single exception all of them are pillaging, plundering and abolishing the Shariah. The Deen of Allah Azza Wa Jal does not feature anywhere in the governance of the lands. Pakistan is no better. Mufti Taqi's claim is baseless bunkum. There is no haven for Muslims in Pakistan.</w:t>
      </w:r>
    </w:p>
    <w:p>
      <w:pPr>
        <w:spacing w:before="0" w:after="120" w:line="300" w:lineRule="exact"/>
        <w:jc w:val="both"/>
      </w:pPr>
      <w:r>
        <w:rPr>
          <w:rFonts w:ascii="Georgia" w:hAnsi="Georgia" w:cs="Georgia" w:eastAsia="Georgia"/>
          <w:b w:val="0"/>
          <w:i w:val="0"/>
          <w:sz w:val="22"/>
        </w:rPr>
        <w:t>There is no succour and no shelter for Muslims in Pakistan. Just look at the mass expulsion of the Afghan refugees. These were Muslims who settled in the country as a direct consequence of Pakistan playing fiddle to the U.S.A. The Pakistani government and security devils had meted out horrible treatment to the Arab Mujaahideen. They were hounded, arrested, tortured, expelled and even rendered to the U.S. for greater torture.</w:t>
      </w:r>
    </w:p>
    <w:p>
      <w:pPr>
        <w:spacing w:before="0" w:after="120" w:line="300" w:lineRule="exact"/>
        <w:jc w:val="both"/>
      </w:pPr>
      <w:r>
        <w:rPr>
          <w:rFonts w:ascii="Georgia" w:hAnsi="Georgia" w:cs="Georgia" w:eastAsia="Georgia"/>
          <w:b w:val="0"/>
          <w:i w:val="0"/>
          <w:sz w:val="22"/>
        </w:rPr>
        <w:t>Yet, the Mujaahideen were in Pakistan by the grace of the Pakistani authorities who were conducting the U.S. 'jihad' in Afghanistan. The lady, Dr. Aafiah was kidnapped in broad daylight with her little children by the kuffaar forces of Mufti Taqi's hallucinated 'islamic' government and brutally rendered to the kuffaar U.S. torturers. There in the kuffaar U.S. she still today languishes in their torture camp.</w:t>
      </w:r>
    </w:p>
    <w:p>
      <w:pPr>
        <w:spacing w:before="0" w:after="120" w:line="300" w:lineRule="exact"/>
        <w:jc w:val="both"/>
      </w:pPr>
      <w:r>
        <w:rPr>
          <w:rFonts w:ascii="Georgia" w:hAnsi="Georgia" w:cs="Georgia" w:eastAsia="Georgia"/>
          <w:b w:val="0"/>
          <w:i w:val="0"/>
          <w:sz w:val="22"/>
        </w:rPr>
        <w:t>Why is Mufti Taqi dumb in this regard? Countless other Muslims have been hijacked and are still vanishing from the scene by the murderous actions of a cruel, unjust kuffaar government whose boots Mufti Taqi believe licking is a Deeni obligation adding taqaddus' to his propagated loyalty and love. What is there to love and gloat about the evil Pakistani government?</w:t>
      </w:r>
    </w:p>
    <w:p>
      <w:pPr>
        <w:spacing w:before="0" w:after="120" w:line="300" w:lineRule="exact"/>
        <w:jc w:val="both"/>
      </w:pPr>
      <w:r>
        <w:rPr>
          <w:rFonts w:ascii="Georgia" w:hAnsi="Georgia" w:cs="Georgia" w:eastAsia="Georgia"/>
          <w:b w:val="0"/>
          <w:i w:val="0"/>
          <w:sz w:val="22"/>
        </w:rPr>
        <w:t>Only bootlickers are capable of loving a real shaitaani government. There is no doubt in the kufr of the law and in the fact that the rulers are confirmed kuffaar, for the Qur'aan Majeed states unequivocally: "Those who do not rule accord-</w:t>
      </w:r>
    </w:p>
    <w:p>
      <w:pPr>
        <w:spacing w:before="120" w:after="120" w:line="300" w:lineRule="exact"/>
        <w:ind w:left="720" w:right="720"/>
        <w:jc w:val="center"/>
      </w:pPr>
      <w:r>
        <w:rPr>
          <w:rFonts w:ascii="Georgia" w:hAnsi="Georgia" w:cs="Georgia" w:eastAsia="Georgia"/>
          <w:b w:val="0"/>
          <w:i/>
          <w:sz w:val="22"/>
        </w:rPr>
        <w:t>ing to that (Shariah) which Allah has revealed, verily, they</w:t>
      </w:r>
    </w:p>
    <w:p>
      <w:pPr>
        <w:spacing w:before="0" w:after="120" w:line="300" w:lineRule="exact"/>
        <w:jc w:val="both"/>
      </w:pPr>
      <w:r>
        <w:rPr>
          <w:rFonts w:ascii="Georgia" w:hAnsi="Georgia" w:cs="Georgia" w:eastAsia="Georgia"/>
          <w:b w:val="0"/>
          <w:i w:val="0"/>
          <w:sz w:val="22"/>
        </w:rPr>
        <w:t>are the kaafiroon." No non-Pakistani Muslim is allowed to be in the country except as a tourist for a month. Even an extension is not granted to Muslims whilst limitless extensions are available for Americans and Europeans. Foreign Muslims are not allowed to pursue Deeni education in Pakistan. Those who were already studying at Daarul Ulooms had to leave when the kuffaar government introduced this antiIslam measure.</w:t>
      </w:r>
    </w:p>
    <w:p>
      <w:pPr>
        <w:spacing w:before="0" w:after="120" w:line="300" w:lineRule="exact"/>
        <w:jc w:val="both"/>
      </w:pPr>
      <w:r>
        <w:rPr>
          <w:rFonts w:ascii="Georgia" w:hAnsi="Georgia" w:cs="Georgia" w:eastAsia="Georgia"/>
          <w:b w:val="0"/>
          <w:i w:val="0"/>
          <w:sz w:val="22"/>
        </w:rPr>
        <w:t>What is so great in Pakistan to allow Mufti Taqi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VOTING IN ELECTIONS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"Musa said to his people: 'Seek aid from Allah and have patience. Verily, the earth belongs to Allah. He bestows it (its control/sovereignty) to whomever He wills among His servant. And the ultimate victory is for the Muttaqeen."</w:t>
      </w:r>
    </w:p>
    <w:p>
      <w:pPr>
        <w:spacing w:before="0" w:after="120" w:line="300" w:lineRule="exact"/>
        <w:jc w:val="both"/>
      </w:pPr>
      <w:r>
        <w:rPr>
          <w:rFonts w:ascii="Georgia" w:hAnsi="Georgia" w:cs="Georgia" w:eastAsia="Georgia"/>
          <w:b w:val="0"/>
          <w:i w:val="0"/>
          <w:sz w:val="22"/>
        </w:rPr>
        <w:t>Question: What is the Shariah's view on the issue of voting in elections? Is it permissible to participate in the democratic process? ANSWER "Verily, We have decreed in the</w:t>
      </w:r>
    </w:p>
    <w:p>
      <w:pPr>
        <w:spacing w:before="120" w:after="120" w:line="300" w:lineRule="exact"/>
        <w:ind w:left="720" w:right="720"/>
        <w:jc w:val="center"/>
      </w:pPr>
      <w:r>
        <w:rPr>
          <w:rFonts w:ascii="Georgia" w:hAnsi="Georgia" w:cs="Georgia" w:eastAsia="Georgia"/>
          <w:b w:val="0"/>
          <w:i/>
          <w:sz w:val="22"/>
        </w:rPr>
        <w:t>Zaboor after the Thikr: Most assuredly, My pious servants will inherit the earth. Verily, in this (Promise) is a clear Message for a people who are worshippers (of Allah)."</w:t>
      </w:r>
    </w:p>
    <w:p>
      <w:pPr>
        <w:spacing w:before="0" w:after="120" w:line="300" w:lineRule="exact"/>
        <w:jc w:val="both"/>
      </w:pPr>
      <w:r>
        <w:rPr>
          <w:rFonts w:ascii="Georgia" w:hAnsi="Georgia" w:cs="Georgia" w:eastAsia="Georgia"/>
          <w:b w:val="0"/>
          <w:i w:val="0"/>
          <w:sz w:val="22"/>
        </w:rPr>
        <w:t>(Al-A'raaf, Aayat 128) The Qur'aan and the Ahaadith unequivocally and abundantly clarify that Allah Azza Wa Jal is in full control of the earth, and every aspect of entire creation. It is only Allah Azza Wa Jal who appoints and removes rulers, kings and governments. The efforts, schemes and plots of people, which are ostensibly the instruments for installing governments and kings are mere shadows.</w:t>
      </w:r>
    </w:p>
    <w:p>
      <w:pPr>
        <w:spacing w:before="0" w:after="120" w:line="300" w:lineRule="exact"/>
        <w:jc w:val="both"/>
      </w:pPr>
      <w:r>
        <w:rPr>
          <w:rFonts w:ascii="Georgia" w:hAnsi="Georgia" w:cs="Georgia" w:eastAsia="Georgia"/>
          <w:b w:val="0"/>
          <w:i w:val="0"/>
          <w:sz w:val="22"/>
        </w:rPr>
        <w:t>These instruments are the agencies which Allah Ta'ala creates for the administration of His commands. U.S.A. with its coalition pulverizing Afghanistan, Iraq, etc., the cow and idol-worshipping</w:t>
      </w:r>
    </w:p>
    <w:p>
      <w:pPr>
        <w:spacing w:before="120" w:after="120" w:line="300" w:lineRule="exact"/>
        <w:ind w:left="720" w:right="720"/>
        <w:jc w:val="center"/>
      </w:pPr>
      <w:r>
        <w:rPr>
          <w:rFonts w:ascii="Georgia" w:hAnsi="Georgia" w:cs="Georgia" w:eastAsia="Georgia"/>
          <w:b w:val="0"/>
          <w:i/>
          <w:sz w:val="22"/>
        </w:rPr>
        <w:t>(Al-Ambiya', Aayat 106) "Say (O Muhammad to the people): 'O Allah! The King of all lands! You bestow mulk (land/country / sovereignty) to whomever You will, and You snatch away mulk from whomever You will. You grant honour to whomever You will and You humiliate whomever You will. Goodness is in Your power (and control). Verily, You are Most Powerful over all things." (Aal-e-Imraan, Aayat 26)</w:t>
      </w:r>
    </w:p>
    <w:p>
      <w:pPr>
        <w:spacing w:before="0" w:after="120" w:line="300" w:lineRule="exact"/>
        <w:jc w:val="both"/>
      </w:pPr>
      <w:r>
        <w:rPr>
          <w:rFonts w:ascii="Georgia" w:hAnsi="Georgia" w:cs="Georgia" w:eastAsia="Georgia"/>
          <w:b w:val="0"/>
          <w:i w:val="0"/>
          <w:sz w:val="22"/>
        </w:rPr>
        <w:t>Hindus persecuting Muslims in Kashmir and India, the Jews brutalizing the Palestinians, the Saudi regime destroying the Holy Lands, Assad and Russia committing their genocide on the Syrian Muslims, and every other political upheaval anywhere in the world, are all by the ordainment of Allah Azza Wa Jal. No one can install or remove rulers, kings and governments.</w:t>
      </w:r>
    </w:p>
    <w:p>
      <w:pPr>
        <w:spacing w:before="0" w:after="120" w:line="300" w:lineRule="exact"/>
        <w:jc w:val="both"/>
      </w:pPr>
      <w:r>
        <w:rPr>
          <w:rFonts w:ascii="Georgia" w:hAnsi="Georgia" w:cs="Georgia" w:eastAsia="Georgia"/>
          <w:b w:val="0"/>
          <w:i w:val="0"/>
          <w:sz w:val="22"/>
        </w:rPr>
        <w:t>These agencies will run their course as planned by Allah Ta'ala. Thus, it is not permissible for Muslims to participate in any kuffaar political dispensation. Voting in kuffaar elections, and also in the elections of Muslim countries, is not permissible. Voting and participating in these political schemes of the kuffaar and fujjaar entails indulgence in a variety of acts of sin and transgression.</w:t>
      </w:r>
    </w:p>
    <w:p>
      <w:pPr>
        <w:spacing w:before="0" w:after="120" w:line="300" w:lineRule="exact"/>
        <w:jc w:val="both"/>
      </w:pPr>
      <w:r>
        <w:rPr>
          <w:rFonts w:ascii="Georgia" w:hAnsi="Georgia" w:cs="Georgia" w:eastAsia="Georgia"/>
          <w:b w:val="0"/>
          <w:i w:val="0"/>
          <w:sz w:val="22"/>
        </w:rPr>
        <w:t>When participating in any worldly activity, it is of imperative importance to ensure that the Shariah is not violated – to ensure that sin and transgression are not committed. The circumstances, advantages and benefits of participating in kuffaar political systems are not valid grounds for violating the Law of Allah Azza Wa Jal. Muslims are required to abstain from disobedience and to resign themselves to the Fate ordained for them by Allah Ta'ala.</w:t>
      </w:r>
    </w:p>
    <w:p>
      <w:pPr>
        <w:spacing w:before="0" w:after="120" w:line="300" w:lineRule="exact"/>
        <w:jc w:val="both"/>
      </w:pPr>
      <w:r>
        <w:rPr>
          <w:rFonts w:ascii="Georgia" w:hAnsi="Georgia" w:cs="Georgia" w:eastAsia="Georgia"/>
          <w:b w:val="0"/>
          <w:i w:val="0"/>
          <w:sz w:val="22"/>
        </w:rPr>
        <w:t>The sinful efforts and the humiliating bootlicking of kuffaar politicians by Muslims – laymen and ulama alike – will not change the Divine Dispensation. Muslims are permitted to engage in worldly pursuits and activities only within the confines of the Shariah. If any institution or activity is in conflict with the Shariah, the Muslim is required to shun it without the slightest hesitation.</w:t>
      </w:r>
    </w:p>
    <w:p>
      <w:pPr>
        <w:spacing w:before="0" w:after="120" w:line="300" w:lineRule="exact"/>
        <w:jc w:val="both"/>
      </w:pPr>
      <w:r>
        <w:rPr>
          <w:rFonts w:ascii="Georgia" w:hAnsi="Georgia" w:cs="Georgia" w:eastAsia="Georgia"/>
          <w:b w:val="0"/>
          <w:i w:val="0"/>
          <w:sz w:val="22"/>
        </w:rPr>
        <w:t>The focus should at all times be on Allah Ta'ala and His obedience. Democracy, socialism and whatever other ism there is, are all cogs in the machinery of Satanism, hence voting in these kuffaar and fussaaq elections is not permissible. Your voting will neither change the government nor succeed in effecting favourable changes for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"Many were the orchards and springs they had to abandon, along with plantations and…</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"Many were the orchards and</w:t>
      </w:r>
    </w:p>
    <w:p>
      <w:pPr>
        <w:spacing w:before="120" w:after="120" w:line="300" w:lineRule="exact"/>
        <w:ind w:left="720" w:right="720"/>
        <w:jc w:val="center"/>
      </w:pPr>
      <w:r>
        <w:rPr>
          <w:rFonts w:ascii="Georgia" w:hAnsi="Georgia" w:cs="Georgia" w:eastAsia="Georgia"/>
          <w:b w:val="0"/>
          <w:i/>
          <w:sz w:val="22"/>
        </w:rPr>
        <w:t>springs they had to abandon, along with plantations and palatial homes. Thus, We granted</w:t>
      </w:r>
    </w:p>
    <w:p>
      <w:pPr>
        <w:spacing w:before="120" w:after="120" w:line="300" w:lineRule="exact"/>
        <w:ind w:left="720" w:right="720"/>
        <w:jc w:val="center"/>
      </w:pPr>
      <w:r>
        <w:rPr>
          <w:rFonts w:ascii="Georgia" w:hAnsi="Georgia" w:cs="Georgia" w:eastAsia="Georgia"/>
          <w:b w:val="0"/>
          <w:i/>
          <w:sz w:val="22"/>
        </w:rPr>
        <w:t>these to others. Neither the heavens nor the earth wept for them, and they were not granted</w:t>
      </w:r>
    </w:p>
    <w:p>
      <w:pPr>
        <w:spacing w:before="0" w:after="120" w:line="300" w:lineRule="exact"/>
        <w:jc w:val="both"/>
      </w:pPr>
      <w:r>
        <w:rPr>
          <w:rFonts w:ascii="Georgia" w:hAnsi="Georgia" w:cs="Georgia" w:eastAsia="Georgia"/>
          <w:b w:val="0"/>
          <w:i w:val="0"/>
          <w:sz w:val="22"/>
        </w:rPr>
        <w:t>respite. (Qur'aan) These Qur'aanic Aayaat have reference specifically to Fir'oun and his nation who were destroyed by Allah's Athaab. Allah Ta'ala then made their slaves, viz. Bani Israaeel, the masters of their palaces, orchards, farms and the country. Those who were despised became the rulers and the masters. Whilst these Verses refer specifically to the destruction of Fir'oun and his nation, the lesson conveyed has universal application.</w:t>
      </w:r>
    </w:p>
    <w:p>
      <w:pPr>
        <w:spacing w:before="0" w:after="120" w:line="300" w:lineRule="exact"/>
        <w:jc w:val="both"/>
      </w:pPr>
      <w:r>
        <w:rPr>
          <w:rFonts w:ascii="Georgia" w:hAnsi="Georgia" w:cs="Georgia" w:eastAsia="Georgia"/>
          <w:b w:val="0"/>
          <w:i w:val="0"/>
          <w:sz w:val="22"/>
        </w:rPr>
        <w:t>Allah Ta'ala metes out the same punishment to people when they transgress all bounds of sin and disobedience. The very people, namely, Bani Israaeel, who were made the rulers and masters of Egypt and the treasures of Fir'oun, were later punished by Allah Ta'ala. Their land was snatched away and handed to the kuffaar who once again reduced them to slavery.</w:t>
      </w:r>
    </w:p>
    <w:p>
      <w:pPr>
        <w:spacing w:before="0" w:after="120" w:line="300" w:lineRule="exact"/>
        <w:jc w:val="both"/>
      </w:pPr>
      <w:r>
        <w:rPr>
          <w:rFonts w:ascii="Georgia" w:hAnsi="Georgia" w:cs="Georgia" w:eastAsia="Georgia"/>
          <w:b w:val="0"/>
          <w:i w:val="0"/>
          <w:sz w:val="22"/>
        </w:rPr>
        <w:t>Jerusalem was reduced to rubble and Musjidul Aqsa was defiled and utterly destroyed. All of this was a punishment for the Muslims of that era who had rebelled against Allah Ta'ala just as Muslims in our age are today treacherously rebelling against Allah Ta'aala. Recounting the ruin of Bani Israaeel after they had been installed as rulers, the Qur'aan Majeed says: "We had informed Bani Israaeel in the Kitaab: 'You will most certainly spread mischief (vice, evil and treachery) in the land twice, and you will cause great anarchy.</w:t>
      </w:r>
    </w:p>
    <w:p>
      <w:pPr>
        <w:spacing w:before="0" w:after="120" w:line="300" w:lineRule="exact"/>
        <w:jc w:val="both"/>
      </w:pPr>
      <w:r>
        <w:rPr>
          <w:rFonts w:ascii="Georgia" w:hAnsi="Georgia" w:cs="Georgia" w:eastAsia="Georgia"/>
          <w:b w:val="0"/>
          <w:i w:val="0"/>
          <w:sz w:val="22"/>
        </w:rPr>
        <w:t>Then when the first of the two promises materialized, We sent against you such of Our servants who were powerful in war, and they penetrated the cities. And, that was a promise accomplished. And, when the second prom-</w:t>
      </w:r>
    </w:p>
    <w:p>
      <w:pPr>
        <w:spacing w:before="120" w:after="120" w:line="300" w:lineRule="exact"/>
        <w:ind w:left="720" w:right="720"/>
        <w:jc w:val="center"/>
      </w:pPr>
      <w:r>
        <w:rPr>
          <w:rFonts w:ascii="Georgia" w:hAnsi="Georgia" w:cs="Georgia" w:eastAsia="Georgia"/>
          <w:b w:val="0"/>
          <w:i/>
          <w:sz w:val="22"/>
        </w:rPr>
        <w:t>ise materialized, (We sent against you again Our servants) so that they disfigure your faces, and so that they penetrate the Musjid as they had entered it the first time, and they utterly pillaged (and plundered) wherever and whatever they overran."</w:t>
      </w:r>
    </w:p>
    <w:p>
      <w:pPr>
        <w:spacing w:before="0" w:after="120" w:line="300" w:lineRule="exact"/>
        <w:jc w:val="both"/>
      </w:pPr>
      <w:r>
        <w:rPr>
          <w:rFonts w:ascii="Georgia" w:hAnsi="Georgia" w:cs="Georgia" w:eastAsia="Georgia"/>
          <w:b w:val="0"/>
          <w:i w:val="0"/>
          <w:sz w:val="22"/>
        </w:rPr>
        <w:t>(Bani Israaeel, Aayaat 4 – 7) The 'land' mentioned in these Verses refers to the Land of Shaam. The first occasion occurred after Nabi Musaa (Alayhis salaam), and the second after Nabi Isaa (Alayhis salaam). During the first occasion of destruction, Allah Ta'ala sent a Majoosi kaafir king to pillage and plunder Bani Israaeel. The second occasion, Allah Ta'ala sent a Roman king against them.</w:t>
      </w:r>
    </w:p>
    <w:p>
      <w:pPr>
        <w:spacing w:before="0" w:after="120" w:line="300" w:lineRule="exact"/>
        <w:jc w:val="both"/>
      </w:pPr>
      <w:r>
        <w:rPr>
          <w:rFonts w:ascii="Georgia" w:hAnsi="Georgia" w:cs="Georgia" w:eastAsia="Georgia"/>
          <w:b w:val="0"/>
          <w:i w:val="0"/>
          <w:sz w:val="22"/>
        </w:rPr>
        <w:t>He demolished the entire Jerusalem and Musjidul Aqsa. The consequence of Muslim rebellion and transgression was the imposition of kuffaar domination and handing over Musjidul Aqsa to them (to the kuffaar) who desecrated the Musjid as a punishment for Muslims. The Qur'aan clearly mentions that the reason for the destruction of Musjidul Aqsa and Jerusalem was the anarchy, fisq and fujoor of the Muslim Ummah of those times, namely, Bani Israaeel.</w:t>
      </w:r>
    </w:p>
    <w:p>
      <w:pPr>
        <w:spacing w:before="0" w:after="120" w:line="300" w:lineRule="exact"/>
        <w:jc w:val="both"/>
      </w:pPr>
      <w:r>
        <w:rPr>
          <w:rFonts w:ascii="Georgia" w:hAnsi="Georgia" w:cs="Georgia" w:eastAsia="Georgia"/>
          <w:b w:val="0"/>
          <w:i w:val="0"/>
          <w:sz w:val="22"/>
        </w:rPr>
        <w:t>This is the Sunnah of Allah for which there is no change. The same scenario is prevailing today. The Yahoodi control of Musjidul Aqsa and the persecution of the Palestinian Muslims by the kuffaar are the consequences of the treachery and evil of the Muslims. No amount of stupid protests and reviling the kuffaar will change the condition of Muslims.</w:t>
      </w:r>
    </w:p>
    <w:p>
      <w:pPr>
        <w:spacing w:before="0" w:after="120" w:line="300" w:lineRule="exact"/>
        <w:jc w:val="both"/>
      </w:pPr>
      <w:r>
        <w:rPr>
          <w:rFonts w:ascii="Georgia" w:hAnsi="Georgia" w:cs="Georgia" w:eastAsia="Georgia"/>
          <w:b w:val="0"/>
          <w:i w:val="0"/>
          <w:sz w:val="22"/>
        </w:rPr>
        <w:t>Allah Ta'ala had severely punished Bani Israaeel by means of the imposition of kuffaar oppression. 70,000 were enchained and marched to Babylon where they remained as slaves for years. Then, after their Taubah, Allah Ta'ala again granted them power, but via His Nabi, He warned them: "If you return (to your treachery, fisq and fujoor), We too shall return (to Our punishment)." What is happening in Palestine, and elsewhere – the calamities settling on Muslims – are the Athaab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 JIHAD FARDH-E-AIN?</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Some say that Jihad is Fardh-e-Ain today. Is this correct?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Those who make such claims are morons. They do not know what is meant by Fardh-e-Ain. When an injunction is Fardh-eAin, it devolves on every Muslim, male and female, all over the world. The prevailing condition of the Ummah and the calamities descending on Muslims do not render Jihad Fardh-e-Ain. The vast majority of the Ummah does not even perform the five Salaat daily. Muslims are overwhelmingly wallowing in fisq, fujoor, bid'ah and kufr. Islaah of the nafs is Fardh-e-Ain. Nowhere in the world is Jihad Fardh-e-Ain. How is it possible for almost 2 billion Muslims to go into Jihad, moreover when most of them are on the brink of kufr? How should the 2 billion Muslims wage Jihad? With their bare hands and their corrupt Imaan? There are thousands – tens of thousands – of Palestinians who are suffering under the Israeli yoke, but they do not enter the field of Jihad. Only a handful is fighting, and they fight for the dunya, not for the Deen. Is it logistically possible for every Muslim man and woman in the world to converge on Syria, Palestine, Afghanistan, etc. – 2 billion of them? Salaat is Fardh-e-Ain, hence the 2 billion have to compulsorily perform Salaat, but the vast majority does not observe this injunction. The morons need to acquire proper Knowledge for understanding when Jihad becomes Fardh-e-Ain. If the kuffaar enter your home, then it devolves Fardh-e-Ain on you, your wife, children and your neighbours to defend and die rather than submit to the evil and brutality of the invading kuffaar. However, those on whom Jihad had been Fardh-e-Ain, all fled from their homes and are either languishing in refugee camps or seeking asylum in kuffaar countries where they trade their Deen and Imaan for a miserable pittance.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CHINA: SHOWPIECE MOSQUES AND DECEPTION</w:t>
      </w:r>
    </w:p>
    <w:p>
      <w:pPr>
        <w:spacing w:before="0" w:after="160" w:line="300" w:lineRule="exact"/>
        <w:jc w:val="center"/>
      </w:pPr>
      <w:r>
        <w:rPr>
          <w:rFonts w:ascii="Georgia" w:hAnsi="Georgia" w:cs="Georgia" w:eastAsia="Georgia"/>
          <w:b w:val="0"/>
          <w:i/>
          <w:sz w:val="16"/>
        </w:rPr>
        <w:t>Page 3, 11 of the original. Heading read from the printed headline artwork.</w:t>
      </w:r>
    </w:p>
    <w:p>
      <w:pPr>
        <w:spacing w:before="0" w:after="120" w:line="300" w:lineRule="exact"/>
        <w:jc w:val="both"/>
      </w:pPr>
      <w:r>
        <w:rPr>
          <w:rFonts w:ascii="Georgia" w:hAnsi="Georgia" w:cs="Georgia" w:eastAsia="Georgia"/>
          <w:b w:val="0"/>
          <w:i w:val="0"/>
          <w:sz w:val="22"/>
        </w:rPr>
        <w:t>The dual policy of persecuting religion internally, while simultaneously proclaiming to the outside world the existence of religious freedoms is a familiar feature of Communist rule. Another facet of this policy of throwing dust in the eyes of world opinion is the calculated decoration and up-keep of certain specially selected mosques. The object of maintaining these "show-pieces" is to convince visiting foreign delegations (and particularly those coming from Muslim countries) that Islam is allowed full freedom under Communism.</w:t>
      </w:r>
    </w:p>
    <w:p>
      <w:pPr>
        <w:spacing w:before="0" w:after="120" w:line="300" w:lineRule="exact"/>
        <w:jc w:val="both"/>
      </w:pPr>
      <w:r>
        <w:rPr>
          <w:rFonts w:ascii="Georgia" w:hAnsi="Georgia" w:cs="Georgia" w:eastAsia="Georgia"/>
          <w:b w:val="0"/>
          <w:i w:val="0"/>
          <w:sz w:val="22"/>
        </w:rPr>
        <w:t>The mosques that have been "beautiﬁed" in this way are the Mosques by the East Gate of Hsi -ming (the largest and one of the most magniﬁcent in China, built by the Muslims of Chinghai, and capable of accommodating ﬁfteen thousand people), the T'ang Emperor Mosque in Sian, the Prophet Memorial Mosque in Canton, the Phoenix Mosque in Hangchow, and the Unicorn Mosque in Foochow. [Each of these mosques has a history of over one thousand years.] Other "show-pieces" are the Heavens Bridge Mosque (built by Muslims in Peking, including those from Shensi, Kansu, Chinghai, Ninghsia and Sinkiang), the two mosques in Niu Street and Tungsan Pailon in Peking, the Small Pea Orchard Mosque in Shanghai, and the Mosques on Minchuan Road in Hankow, in Tsinan, Koshgar, I-ning, and Kuche.</w:t>
      </w:r>
    </w:p>
    <w:p>
      <w:pPr>
        <w:spacing w:before="0" w:after="120" w:line="300" w:lineRule="exact"/>
        <w:jc w:val="both"/>
      </w:pPr>
      <w:r>
        <w:rPr>
          <w:rFonts w:ascii="Georgia" w:hAnsi="Georgia" w:cs="Georgia" w:eastAsia="Georgia"/>
          <w:b w:val="0"/>
          <w:i w:val="0"/>
          <w:sz w:val="22"/>
        </w:rPr>
        <w:t>These have been "beautiﬁed" for the sole purpose of deceiving foreign visitors. But, whether or not they fool the foreigner, they are unlikely to have deceived the Chinese Muslim. He must know that a great number of historically very important mosques in Hunan, Hupeh, Honan, Hopeh and Shantung provinces have been washed away or badly damaged by ﬂoods.</w:t>
      </w:r>
    </w:p>
    <w:p>
      <w:pPr>
        <w:spacing w:before="0" w:after="120" w:line="300" w:lineRule="exact"/>
        <w:jc w:val="both"/>
      </w:pPr>
      <w:r>
        <w:rPr>
          <w:rFonts w:ascii="Georgia" w:hAnsi="Georgia" w:cs="Georgia" w:eastAsia="Georgia"/>
          <w:b w:val="0"/>
          <w:i w:val="0"/>
          <w:sz w:val="22"/>
        </w:rPr>
        <w:t>He must also know that repeated requests for Government funds (all other sources of income having been conﬁscated) to repair or rebuild them have been invariably refused by the regime – the reason being that, since they were not situated in large cities likely to be visited by foreigners no purpose would be served by their reconstruction or repair.</w:t>
      </w:r>
    </w:p>
    <w:p>
      <w:pPr>
        <w:spacing w:before="0" w:after="120" w:line="300" w:lineRule="exact"/>
        <w:jc w:val="both"/>
      </w:pPr>
      <w:r>
        <w:rPr>
          <w:rFonts w:ascii="Georgia" w:hAnsi="Georgia" w:cs="Georgia" w:eastAsia="Georgia"/>
          <w:b w:val="0"/>
          <w:i w:val="0"/>
          <w:sz w:val="22"/>
        </w:rPr>
        <w:t>The regime also recruits old Muslim scholars to play the role of host to foreign visitors. Their "performances" are photographed and the pictures are used by the Communists as material for propaganda to the outside world. It is for the same purpose that pilgrim groups are permitted to go to Mecca for Hadj. Members of such groups are carefully chosen by the authorities for their "ﬁrm standing", "correct thoughts", "abundant experience in propaganda work" and "active behaviour." Prior to their departure, they are given instructions by the Ministry of Foreign Affairs that they must not dissociate themselves from the regime's tors say.</w:t>
      </w:r>
    </w:p>
    <w:p>
      <w:pPr>
        <w:spacing w:before="0" w:after="120" w:line="300" w:lineRule="exact"/>
        <w:jc w:val="both"/>
      </w:pPr>
      <w:r>
        <w:rPr>
          <w:rFonts w:ascii="Georgia" w:hAnsi="Georgia" w:cs="Georgia" w:eastAsia="Georgia"/>
          <w:b w:val="0"/>
          <w:i w:val="0"/>
          <w:sz w:val="22"/>
        </w:rPr>
        <w:t>The injured woman, SabequrNahar, says she fled Myanmar because the military had been targeting her community, and she was crossing the border with her three sons when she stepped on a landmine. "We'd been fired on, shot at, and they planted mines," the 50-year -old said. The violence began on 25 August when Rohingya militants attacked police posts in the northern state of Rakhine, killing 12 security personnel.</w:t>
      </w:r>
    </w:p>
    <w:p>
      <w:pPr>
        <w:spacing w:before="0" w:after="120" w:line="300" w:lineRule="exact"/>
        <w:jc w:val="both"/>
      </w:pPr>
      <w:r>
        <w:rPr>
          <w:rFonts w:ascii="Georgia" w:hAnsi="Georgia" w:cs="Georgia" w:eastAsia="Georgia"/>
          <w:b w:val="0"/>
          <w:i w:val="0"/>
          <w:sz w:val="22"/>
        </w:rPr>
        <w:t>The attacks triggered a vast security operation that has drawn international criticism. Rohingya who have fled Myanmar say villages have been burned and civilians attacked in a brutal campaign to drive them out. The UN Security Council said it was looking to meet on Wednesday to discuss the violence after Sweden and the UK requested a closed-door meeting on the "deteriorating situation" in Rakhine state."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MIGRATION</w:t>
      </w:r>
    </w:p>
    <w:p>
      <w:pPr>
        <w:spacing w:before="0" w:after="160" w:line="300" w:lineRule="exact"/>
        <w:jc w:val="center"/>
      </w:pPr>
      <w:r>
        <w:rPr>
          <w:rFonts w:ascii="Georgia" w:hAnsi="Georgia" w:cs="Georgia" w:eastAsia="Georgia"/>
          <w:b w:val="0"/>
          <w:i/>
          <w:sz w:val="16"/>
        </w:rPr>
        <w:t>Page 3, 12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am in an American prison. I shall soon be released, Insha-Allah. To which country can I migrate? I have a hatred for this evil country where Muslims are oppressed and Islam maligned. What is the Shariah's view regarding Muslims migrating from Muslim countries to Europe and the West?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In this age, living in the east or the west is the same. There is not a single Muslim country which is governed by the Shariah. All governments in Muslim countries are fussaaq, fujjaar and kuffaar. They are anti-Islam. There is no difference living in the east and west in this age. Whether you are in America, Arabia, Pakistan or any African country, it is the same. Every where there is animosity for Muslims who struggle to live according to the Sunnah. You will understand this reality only after you visit some of the Muslim countries. You will be despised by the modernist 'Muslims' who are Muslim in name, not at heart. Nevertheless, migrating to a country where open hostility is shown to Islam and Muslimscountries such as Austria, Belgium, France, Switzerland, etc., is not permissible. Furthermore, migrating to a country which denies Muslims basic Islamic rights such as burial the same day, prohibition of Hijaab, compulsory secular education for even Muslim girls, etc., is not permissible. Consider the example of Pakistani Muslims who crave to migrate to the U.S.A. and U.K. where basic Islamic rights are denied. Despite Pakistan being governed by kuffaar, the rulers proMIGRATION ment set up the commission in March in 2006 with the task to review by February 2007 some 1,500 citizenships granted since 1991, more than half of whom were of Arab origin. Hundreds of foreign fighters, known as "holy warriors" or mujahedin, arrived in Bosnia in the 1990s to boost the ranks of Muslim forces in battles against Croats and Serbs. Under Bosnia's 1995 peace agreement, they were all supposed to leave the country, but some of them stayed, obtaining citizenship either on the basis of their army service or by marrying local women. (ARAB NEWS) (End of report)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THEIR CONSPIRACIES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"Verily, conspiracy is from shaitaan (which he plots) to cause grief to the People of</w:t>
      </w:r>
    </w:p>
    <w:p>
      <w:pPr>
        <w:spacing w:before="0" w:after="120" w:line="300" w:lineRule="exact"/>
        <w:jc w:val="both"/>
      </w:pPr>
      <w:r>
        <w:rPr>
          <w:rFonts w:ascii="Georgia" w:hAnsi="Georgia" w:cs="Georgia" w:eastAsia="Georgia"/>
          <w:b w:val="0"/>
          <w:i w:val="0"/>
          <w:sz w:val="22"/>
        </w:rPr>
        <w:t>Imaan. (In reality) in (their scheme) to</w:t>
      </w:r>
    </w:p>
    <w:p>
      <w:pPr>
        <w:spacing w:before="120" w:after="120" w:line="300" w:lineRule="exact"/>
        <w:ind w:left="720" w:right="720"/>
        <w:jc w:val="center"/>
      </w:pPr>
      <w:r>
        <w:rPr>
          <w:rFonts w:ascii="Georgia" w:hAnsi="Georgia" w:cs="Georgia" w:eastAsia="Georgia"/>
          <w:b w:val="0"/>
          <w:i/>
          <w:sz w:val="22"/>
        </w:rPr>
        <w:t>cause harm (to the Mu'mineen), there is nothing, except by the permission of Allah. And on Allah should the Mu'minoon</w:t>
      </w:r>
    </w:p>
    <w:p>
      <w:pPr>
        <w:spacing w:before="0" w:after="120" w:line="300" w:lineRule="exact"/>
        <w:jc w:val="both"/>
      </w:pPr>
      <w:r>
        <w:rPr>
          <w:rFonts w:ascii="Georgia" w:hAnsi="Georgia" w:cs="Georgia" w:eastAsia="Georgia"/>
          <w:b w:val="0"/>
          <w:i w:val="0"/>
          <w:sz w:val="22"/>
        </w:rPr>
        <w:t>have trust." (Al-Mujaadalah, Aayat 10) Whatever harm befalls Muslims as a consequence of the conspiracies of the kuffaar is in fact by the decree of Allah Ta'ala. The Qur'aan Majeed explicitly informs us that the plots and schemes of the kuffaar cannever harm us except to the degree ordained by Allah Azza Wa Jal. In another aayat the Qur'aan Majeed states: "If you have Sabr and adopt Taqwa, then never can their</w:t>
      </w:r>
    </w:p>
    <w:p>
      <w:pPr>
        <w:spacing w:before="120" w:after="120" w:line="300" w:lineRule="exact"/>
        <w:ind w:left="720" w:right="720"/>
        <w:jc w:val="center"/>
      </w:pPr>
      <w:r>
        <w:rPr>
          <w:rFonts w:ascii="Georgia" w:hAnsi="Georgia" w:cs="Georgia" w:eastAsia="Georgia"/>
          <w:b w:val="0"/>
          <w:i/>
          <w:sz w:val="22"/>
        </w:rPr>
        <w:t>plots harm you in any way whatever. Verily, Allah is fully</w:t>
      </w:r>
    </w:p>
    <w:p>
      <w:pPr>
        <w:spacing w:before="120" w:after="120" w:line="300" w:lineRule="exact"/>
        <w:ind w:left="720" w:right="720"/>
        <w:jc w:val="center"/>
      </w:pPr>
      <w:r>
        <w:rPr>
          <w:rFonts w:ascii="Georgia" w:hAnsi="Georgia" w:cs="Georgia" w:eastAsia="Georgia"/>
          <w:b w:val="0"/>
          <w:i/>
          <w:sz w:val="22"/>
        </w:rPr>
        <w:t>aware of what they (the kuffaar) are perpetrating."</w:t>
      </w:r>
    </w:p>
    <w:p>
      <w:pPr>
        <w:spacing w:before="0" w:after="120" w:line="300" w:lineRule="exact"/>
        <w:jc w:val="both"/>
      </w:pPr>
      <w:r>
        <w:rPr>
          <w:rFonts w:ascii="Georgia" w:hAnsi="Georgia" w:cs="Georgia" w:eastAsia="Georgia"/>
          <w:b w:val="0"/>
          <w:i w:val="0"/>
          <w:sz w:val="22"/>
        </w:rPr>
        <w:t>(Aal-e-Imraan, Aayat 120) Fear for the conspiracies and plots of the kuffaar is the effect of having eliminated from our hearts fear for Allah Ta'ala. When Allah's fear is expelled from the heart, the resultant vacuum is filled by fear for the kuffaar. Then we start fearing even shadows. Protection against the kuffaar requires cultivation of a high level of Taqwa.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IS A DAARUL ULOOM?</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What is the meaning of Daarul Uloom? The literal meaning of the term is 'The House of Knowledge'. A Daarul Uloom is an Islamic institution of learning where the Knowledge of the Qur'aan and Ahaadith are imparted. It is an Abode from whose portals the Heirs and Representatives of Rasulullah (Sallallahu alayhi wasallam) are supposed to emerge with the Noor of Ilm-eWahi embedded in their hearts and permeating their physical bodies whose minds and limbs are synchronized to function in strict accord and submission to the letter and ethos of that Knowledge which was divinely delivered to Rasulullah (Sallallahu alayhi wasallam) in Ghaar-e-Hira.</w:t>
      </w:r>
    </w:p>
    <w:p>
      <w:pPr>
        <w:spacing w:before="0" w:after="120" w:line="300" w:lineRule="exact"/>
        <w:jc w:val="both"/>
      </w:pPr>
      <w:r>
        <w:rPr>
          <w:rFonts w:ascii="Georgia" w:hAnsi="Georgia" w:cs="Georgia" w:eastAsia="Georgia"/>
          <w:b w:val="0"/>
          <w:i w:val="0"/>
          <w:sz w:val="22"/>
        </w:rPr>
        <w:t>A genuine Daarul Uloom is supposed to be a Khaanqah where the bestial attributes of the evil nafs are subdued and overwhelmed. The nafs is thus adorned with the lofty attributes of moral excellence (Akhlaaq-eHameedah). The Daarul Uloom is supposed to be the Bastion of the Deen where the Shariah is guarded and defended from intrusion by fisq, fujoor, bid'ah and kufr.</w:t>
      </w:r>
    </w:p>
    <w:p>
      <w:pPr>
        <w:spacing w:before="0" w:after="120" w:line="300" w:lineRule="exact"/>
        <w:jc w:val="both"/>
      </w:pPr>
      <w:r>
        <w:rPr>
          <w:rFonts w:ascii="Georgia" w:hAnsi="Georgia" w:cs="Georgia" w:eastAsia="Georgia"/>
          <w:b w:val="0"/>
          <w:i w:val="0"/>
          <w:sz w:val="22"/>
        </w:rPr>
        <w:t>This sacred Institution safeguards the Deen against the satanic misinterpretations of the agents of Iblees. The Daarul Uloom is an Institution established for gaining the objectives of the Aakhirah by solidifying and beautifying the Bond between the Muslim and Allah Ta'ala. This Institution therefore inculcates or is supposed to inculcate in its Talaba (Students) the love for the Aakhirat and an aversion for worldly love.</w:t>
      </w:r>
    </w:p>
    <w:p>
      <w:pPr>
        <w:spacing w:before="0" w:after="120" w:line="300" w:lineRule="exact"/>
        <w:jc w:val="both"/>
      </w:pPr>
      <w:r>
        <w:rPr>
          <w:rFonts w:ascii="Georgia" w:hAnsi="Georgia" w:cs="Georgia" w:eastAsia="Georgia"/>
          <w:b w:val="0"/>
          <w:i w:val="0"/>
          <w:sz w:val="22"/>
        </w:rPr>
        <w:t>This is the nature of a Daarul Uloom. When a Daarul Uloom is denatured, then it is transformed into Daarush Shaitaan from whence issues a multitude of agents of Shaitaan donning the outward garb of the Deen – beards, turbans and kurtahs. Most of the human shayaateen prowling the globe in this age are products who have emerged from Daarul Ulooms where the dunya has become the objective, where the Knowledge of the Deen is no longer being pursued for the Aakhirat – for Allah's Sake – where the objective is monetary pursuit and selfaggrandizement.</w:t>
      </w:r>
    </w:p>
    <w:p>
      <w:pPr>
        <w:spacing w:before="0" w:after="120" w:line="300" w:lineRule="exact"/>
        <w:jc w:val="both"/>
      </w:pPr>
      <w:r>
        <w:rPr>
          <w:rFonts w:ascii="Georgia" w:hAnsi="Georgia" w:cs="Georgia" w:eastAsia="Georgia"/>
          <w:b w:val="0"/>
          <w:i w:val="0"/>
          <w:sz w:val="22"/>
        </w:rPr>
        <w:t>This is precisely the objective why the Madaaris in Pakistan had raised the clamour for equating the Alim-Faadhil Certificate with the scrap donkey M.A. degree. The objective for this satanic endeavour, which has been fulfilled, is to facilitate the molvi products of these institutions getting jobs in the Arab countries. The Daarul Ulooms of this day and their Ulama in general, have effectively become signs of Qiyaamah mentioned in the Hadith: "The dunya will be pursued with the amal of the Deen, and Knowledge of the Deen will be acquired for purposes other than the 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KUFR SCRAP PAPER BY A MOTLEY OF BOOTLICKERS</w:t>
      </w:r>
    </w:p>
    <w:p>
      <w:pPr>
        <w:spacing w:before="0" w:after="160" w:line="300" w:lineRule="exact"/>
        <w:jc w:val="center"/>
      </w:pPr>
      <w:r>
        <w:rPr>
          <w:rFonts w:ascii="Georgia" w:hAnsi="Georgia" w:cs="Georgia" w:eastAsia="Georgia"/>
          <w:b w:val="0"/>
          <w:i/>
          <w:sz w:val="16"/>
        </w:rPr>
        <w:t>Page 5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AMMAN ACCORD</w:t>
      </w:r>
    </w:p>
    <w:p>
      <w:pPr>
        <w:spacing w:before="120" w:after="120" w:line="300" w:lineRule="exact"/>
        <w:ind w:left="720" w:right="720"/>
        <w:jc w:val="center"/>
      </w:pPr>
      <w:r>
        <w:rPr>
          <w:rFonts w:ascii="Georgia" w:hAnsi="Georgia" w:cs="Georgia" w:eastAsia="Georgia"/>
          <w:b w:val="0"/>
          <w:i/>
          <w:sz w:val="22"/>
        </w:rPr>
        <w:t>A moron deviate, totally ignorant of the demands of the Shariah, states: "There are many Muslim South Africans that are unaware of the Amman Message and its unifying impact on the Muslim world. Furthermore they are unaware that it was signed by a South African and a past president of UUCSA. If more South Africans read up about the Amman Message and understand its message this country would not be suffering the sectarianism that is slowly creeping in the community............. Based on the fatwas provided by these great scholars in July 2005, H.M. King Abdullah 11 convened an international Islamic conference of 200 of the world's leading Islamic scholars 'Ulama from 50 countries. In Amman the scholars unanimously issued a ruling on three fundamental issues which became known as the Three Points of the Amman Message. They recognized the validity of all 8 Mathhabs (legal schools) of Sunni, Shia and Ibadhi Islam, of traditional Islam. .........Declaring (any one of the adherents of these schools) an apostate is impossible and impermissible. ....... These Three Points were then unanimously adopted by the Islamic World's political and temporal leaderships at the Organization of Islamic Conference summit at Mecca in December 2005......" (End of extracts from the comments of a moron deviate). Firstly, King Abdullah himself was a deviate, American bootlicker. He enjoyed absolutely no standing in the Shariah. His position as king of Saudi Arabia did not confer on him a Shar'i status of leadership. How is it possible for a U.S. surrogate puppet king to have any pedestal in the hierarchy of the Ulamae-Haqq who are the true Heirs of the Ambiya (Alayhimus salaam)? The Saudi kings are in an unholy embrace with America</w:t>
      </w:r>
    </w:p>
    <w:p>
      <w:pPr>
        <w:spacing w:before="0" w:after="120" w:line="300" w:lineRule="exact"/>
        <w:jc w:val="both"/>
      </w:pPr>
      <w:r>
        <w:rPr>
          <w:rFonts w:ascii="Georgia" w:hAnsi="Georgia" w:cs="Georgia" w:eastAsia="Georgia"/>
          <w:b w:val="0"/>
          <w:i w:val="0"/>
          <w:sz w:val="22"/>
        </w:rPr>
        <w:t>and Israel. The conference convened in Amman by America's puppet king has no validity in the Shariah. The scholars present and who signed the stupid scrap paper known as the amman message, are primarily scholars for dollars. They have been classified as "inmates of Jahannam" by Rasulullah (Sallallahu alayhi wasallam). Those scholars who run after rulers, especially corrupt rulers such as the kings and presidents of today's Muslim countries, are the tinders of HellFire.</w:t>
      </w:r>
    </w:p>
    <w:p>
      <w:pPr>
        <w:spacing w:before="0" w:after="120" w:line="300" w:lineRule="exact"/>
        <w:jc w:val="both"/>
      </w:pPr>
      <w:r>
        <w:rPr>
          <w:rFonts w:ascii="Georgia" w:hAnsi="Georgia" w:cs="Georgia" w:eastAsia="Georgia"/>
          <w:b w:val="0"/>
          <w:i w:val="0"/>
          <w:sz w:val="22"/>
        </w:rPr>
        <w:t>Regarding them, Rasulullah (Sallallahu alayhi wasallam) said: "Seek the protection of Allah from Jubbul Huzn (The Pit of Grief)." The Sahaabah asked: 'O Rasulullah! What is Jubbul Huzn?' Rasulullah (Sallallahu alayhi wasallam) said: "It is a Valley in Jahannam. Daily Jahannam itself seeks Allah's protection (from the intensity of its heat) four hundred times." They asked: 'O Rasulullah!</w:t>
      </w:r>
    </w:p>
    <w:p>
      <w:pPr>
        <w:spacing w:before="0" w:after="120" w:line="300" w:lineRule="exact"/>
        <w:jc w:val="both"/>
      </w:pPr>
      <w:r>
        <w:rPr>
          <w:rFonts w:ascii="Georgia" w:hAnsi="Georgia" w:cs="Georgia" w:eastAsia="Georgia"/>
          <w:b w:val="0"/>
          <w:i w:val="0"/>
          <w:sz w:val="22"/>
        </w:rPr>
        <w:t>Who will enter it? Rasulullah (Sallallahu alayhi wasallam) said: "It (i.e. The Pit of Grief) has been prepared for the qurraa (qaaris, molvis and sheikhs) who display their (deeni) deeds. Verily the most hated of the qurraa by Allah are those who frequent the rulers." The motley of scholars for dollars come within the purview of this Hadith of Rasulullah (Sallallahu alayhi wasallam).</w:t>
      </w:r>
    </w:p>
    <w:p>
      <w:pPr>
        <w:spacing w:before="0" w:after="120" w:line="300" w:lineRule="exact"/>
        <w:jc w:val="both"/>
      </w:pPr>
      <w:r>
        <w:rPr>
          <w:rFonts w:ascii="Georgia" w:hAnsi="Georgia" w:cs="Georgia" w:eastAsia="Georgia"/>
          <w:b w:val="0"/>
          <w:i w:val="0"/>
          <w:sz w:val="22"/>
        </w:rPr>
        <w:t>All of them, without exception, are bootlickers, hence they fell over themselves to appease the Bootlicker-in-Chief, viz., the American surrogate, puppet king. What extracts great mirth from the Men of Intelligence and Ilm is that an organization consisting of genuine morons, namely, the so-called Organization of the Islamic Conference (OIC) 'unanimously adopted' the scrap paper prepared by the scholars for dollars in Amman.</w:t>
      </w:r>
    </w:p>
    <w:p>
      <w:pPr>
        <w:spacing w:before="0" w:after="120" w:line="300" w:lineRule="exact"/>
        <w:jc w:val="both"/>
      </w:pPr>
      <w:r>
        <w:rPr>
          <w:rFonts w:ascii="Georgia" w:hAnsi="Georgia" w:cs="Georgia" w:eastAsia="Georgia"/>
          <w:b w:val="0"/>
          <w:i w:val="0"/>
          <w:sz w:val="22"/>
        </w:rPr>
        <w:t>This is indeed laughable and downright stupid. The OIC is a notorious conglomeration of fussaaq and fujjaar. They have absolutely no Islamic qualifications which could permit them to speak on issues of Shar'i import. Furthermore, today there is not a SINGLE Islamic country on the face of the earth. Whilst all Muslim countries are Muslim, all governments at the helm of these Muslim countries are kuffaar without exception.</w:t>
      </w:r>
    </w:p>
    <w:p>
      <w:pPr>
        <w:spacing w:before="0" w:after="120" w:line="300" w:lineRule="exact"/>
        <w:jc w:val="both"/>
      </w:pPr>
      <w:r>
        <w:rPr>
          <w:rFonts w:ascii="Georgia" w:hAnsi="Georgia" w:cs="Georgia" w:eastAsia="Georgia"/>
          <w:b w:val="0"/>
          <w:i w:val="0"/>
          <w:sz w:val="22"/>
        </w:rPr>
        <w:t>Every government, king, despot, tyrant and jaahil who is at the helm of governmental affairs in the Muslim lands is a confirmed KAAFIR. Branding them all kaafiroon, the Qur'aan Majeed states unequivocally: "Those who do not govern/ decide/adjudicate according to that (Shariah) which Allah has revealed, verily they are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KAAFIROON"</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(Al-Maaidah, Aayat 44) "Those who do not govern/ decide/adjudicate according to that (Shariah) which Allah has revealed, verily they are the</w:t>
      </w:r>
    </w:p>
    <w:p>
      <w:pPr>
        <w:pStyle w:val="Heading3"/>
        <w:spacing w:before="200" w:after="120" w:line="300" w:lineRule="exact"/>
        <w:jc w:val="left"/>
      </w:pPr>
      <w:r>
        <w:rPr>
          <w:rFonts w:ascii="Georgia" w:hAnsi="Georgia" w:cs="Georgia" w:eastAsia="Georgia"/>
          <w:b/>
          <w:i w:val="0"/>
          <w:color w:val="2E74B5"/>
          <w:sz w:val="24"/>
        </w:rPr>
        <w:t>ZAALIMOON"</w:t>
      </w:r>
    </w:p>
    <w:p>
      <w:pPr>
        <w:spacing w:before="0" w:after="120" w:line="300" w:lineRule="exact"/>
        <w:jc w:val="both"/>
      </w:pPr>
      <w:r>
        <w:rPr>
          <w:rFonts w:ascii="Georgia" w:hAnsi="Georgia" w:cs="Georgia" w:eastAsia="Georgia"/>
          <w:b w:val="0"/>
          <w:i w:val="0"/>
          <w:sz w:val="22"/>
        </w:rPr>
        <w:t>(Al-Maaidah, Aayat 45) "Those who do not govern/ decide / adjudicate according to that (Shariah) which Allah has revealed, verily they are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FAASIQOON"</w:t>
      </w:r>
    </w:p>
    <w:p>
      <w:pPr>
        <w:spacing w:before="0" w:after="160" w:line="300" w:lineRule="exact"/>
        <w:jc w:val="center"/>
      </w:pPr>
      <w:r>
        <w:rPr>
          <w:rFonts w:ascii="Georgia" w:hAnsi="Georgia" w:cs="Georgia" w:eastAsia="Georgia"/>
          <w:b w:val="0"/>
          <w:i/>
          <w:sz w:val="16"/>
        </w:rPr>
        <w:t>Page 5, 6 of the original</w:t>
      </w:r>
    </w:p>
    <w:p>
      <w:pPr>
        <w:spacing w:before="0" w:after="120" w:line="300" w:lineRule="exact"/>
        <w:jc w:val="both"/>
      </w:pPr>
      <w:r>
        <w:rPr>
          <w:rFonts w:ascii="Georgia" w:hAnsi="Georgia" w:cs="Georgia" w:eastAsia="Georgia"/>
          <w:b w:val="0"/>
          <w:i w:val="0"/>
          <w:sz w:val="22"/>
        </w:rPr>
        <w:t>(Al-Maaidah, Aayat 46) We are undoubtedly living in the era in close proximity to Qiyaamah, hence Kaafiroon, Zaalimoon and Faasiqoon are posing as scholars of Islam when in reality they are the slaves of the dunya pursuing wealth and worldly fame and glory with their jahl. The scholars for dollars who had participated in the mock 'islamic' conference in Amman are similar to the scholars of Bani Israaeel about who the Qur'aan states: "Why do their Rabbaaniyyoon (scholars, molvis and sheikhs) and their Ahbaar (buzrugs, saints and sufis) not prevent them (the masses) from their sinful proclamations and their consumption of haraam?</w:t>
      </w:r>
    </w:p>
    <w:p>
      <w:pPr>
        <w:spacing w:before="0" w:after="120" w:line="300" w:lineRule="exact"/>
        <w:jc w:val="both"/>
      </w:pPr>
      <w:r>
        <w:rPr>
          <w:rFonts w:ascii="Georgia" w:hAnsi="Georgia" w:cs="Georgia" w:eastAsia="Georgia"/>
          <w:b w:val="0"/>
          <w:i w:val="0"/>
          <w:sz w:val="22"/>
        </w:rPr>
        <w:t>Indeed, evil is it that they were perpetrating." (Al-Maaidah, Aayat 62) Instead of engaging in their primary obligation of Amr Bil Ma'roof Nahyi Anil Munkar, and the Islaah of the masses, these scholars for dollars scurry in haste to bootlick the Bootlicking king. The zulmat (spiritual darkness) corroding and clouding their hearts has rendered them blind, deaf and dumb to the conflagration of fisq, fujoor, bid'ah and kufr which is raging in every Muslim country.</w:t>
      </w:r>
    </w:p>
    <w:p>
      <w:pPr>
        <w:spacing w:before="0" w:after="120" w:line="300" w:lineRule="exact"/>
        <w:jc w:val="both"/>
      </w:pPr>
      <w:r>
        <w:rPr>
          <w:rFonts w:ascii="Georgia" w:hAnsi="Georgia" w:cs="Georgia" w:eastAsia="Georgia"/>
          <w:b w:val="0"/>
          <w:i w:val="0"/>
          <w:sz w:val="22"/>
        </w:rPr>
        <w:t>While the Ummah is reeling in suffering, misery, stark ignorance, squalor, poverty and on the verge of kufr, these scholars for dollars with obese stomachs, bask in leisure and pleasure at the boots of the Boot-licking king fabricating stupid fatwas and forging opinions which are in contravention of the Shariah. The stupid 'accord' of the invalid amman conference has no Shar'i validity.</w:t>
      </w:r>
    </w:p>
    <w:p>
      <w:pPr>
        <w:spacing w:before="0" w:after="120" w:line="300" w:lineRule="exact"/>
        <w:jc w:val="both"/>
      </w:pPr>
      <w:r>
        <w:rPr>
          <w:rFonts w:ascii="Georgia" w:hAnsi="Georgia" w:cs="Georgia" w:eastAsia="Georgia"/>
          <w:b w:val="0"/>
          <w:i w:val="0"/>
          <w:sz w:val="22"/>
        </w:rPr>
        <w:t>The position of the Shariah glitters with clarity: 1) In this era ONLY the Four recognized Math-habs of the Ummah, namely, Hanafi, Shaafi', Maaliki and Hambali, constitute the Ahlus Sunnah Wal Jama'ah. 2) All schools of thought beyond the pale of these Four Math-habs are baatil – false and evil. All of them belong to the deviated sects destined for Jahannam. 3) ALL Shiah sects are kuffaar.</w:t>
      </w:r>
    </w:p>
    <w:p>
      <w:pPr>
        <w:spacing w:before="0" w:after="120" w:line="300" w:lineRule="exact"/>
        <w:jc w:val="both"/>
      </w:pPr>
      <w:r>
        <w:rPr>
          <w:rFonts w:ascii="Georgia" w:hAnsi="Georgia" w:cs="Georgia" w:eastAsia="Georgia"/>
          <w:b w:val="0"/>
          <w:i w:val="0"/>
          <w:sz w:val="22"/>
        </w:rPr>
        <w:t>All Shiahs subscribe to such kufr beliefs which are repugnant in the extreme. 4) There are no 8 valid Mathhabs as the Amman scrap of paper declares. There are only Four valid Math-habs of the Shariah extant today. 5) Contrary to the bunkum 'fatwa' of the scholars for dollars, it is the Waajib obligation of the Ulama-e-Haqq to save the masses from the deception of the Shiahs by proclaiming them to be kaafir.</w:t>
      </w:r>
    </w:p>
    <w:p>
      <w:pPr>
        <w:spacing w:before="0" w:after="120" w:line="300" w:lineRule="exact"/>
        <w:jc w:val="both"/>
      </w:pPr>
      <w:r>
        <w:rPr>
          <w:rFonts w:ascii="Georgia" w:hAnsi="Georgia" w:cs="Georgia" w:eastAsia="Georgia"/>
          <w:b w:val="0"/>
          <w:i w:val="0"/>
          <w:sz w:val="22"/>
        </w:rPr>
        <w:t>By accepting the kuffaar Shiahs as part of Islam, the bootlickers of the amman conference are confusing the Haqq with baatil and are concealing the Truth of Islam. Warning such miserable scholars for dollars, the Qur'aan sates: "Do not trade MY aayaat (Laws and Shariah) for a miserable price, and fear Me only. And, do not cloak the Haqq with baatil (nor) conceal the Haqq whilst you are aware." (AlBaqarah, Verses 21 and 22) The Qur'aan Majeed asks these scholars who have betrayed Islam to appease the kuffaar and their bootlickers whom they have installed as the rulers of Muslim countries: "What!</w:t>
      </w:r>
    </w:p>
    <w:p>
      <w:pPr>
        <w:spacing w:before="0" w:after="120" w:line="300" w:lineRule="exact"/>
        <w:jc w:val="both"/>
      </w:pPr>
      <w:r>
        <w:rPr>
          <w:rFonts w:ascii="Georgia" w:hAnsi="Georgia" w:cs="Georgia" w:eastAsia="Georgia"/>
          <w:b w:val="0"/>
          <w:i w:val="0"/>
          <w:sz w:val="22"/>
        </w:rPr>
        <w:t>Do you search for the law of Jaahiliyyah? Whose Law besides the Law of Allah is best for a people having firm belief?" (Al-Maaidah, Aayat 50) There is no ambiguity in the doctrines of islam, and there is no ambiguity in the corrupt beliefs of kufr of the Shiah religion. The cardinal article of their faith is vilification and takfeer of the Sahaabah.</w:t>
      </w:r>
    </w:p>
    <w:p>
      <w:pPr>
        <w:spacing w:before="0" w:after="120" w:line="300" w:lineRule="exact"/>
        <w:jc w:val="both"/>
      </w:pPr>
      <w:r>
        <w:rPr>
          <w:rFonts w:ascii="Georgia" w:hAnsi="Georgia" w:cs="Georgia" w:eastAsia="Georgia"/>
          <w:b w:val="0"/>
          <w:i w:val="0"/>
          <w:sz w:val="22"/>
        </w:rPr>
        <w:t>How is it then possible for Muslims to abstain from takfeer of the Shiahs? Of all the deviated sects, the Shiahs are the only villains whose disparagement of the Sahaabah is extreme. They hurl vituperation upon vituperation at the Sahaabah. While morons may believe that the 'scholars' who signed the amman message are 'great scholars', they are, in reality, juhala who fail to distinguish between Haqq and baatil.</w:t>
      </w:r>
    </w:p>
    <w:p>
      <w:pPr>
        <w:spacing w:before="0" w:after="120" w:line="300" w:lineRule="exact"/>
        <w:jc w:val="both"/>
      </w:pPr>
      <w:r>
        <w:rPr>
          <w:rFonts w:ascii="Georgia" w:hAnsi="Georgia" w:cs="Georgia" w:eastAsia="Georgia"/>
          <w:b w:val="0"/>
          <w:i w:val="0"/>
          <w:sz w:val="22"/>
        </w:rPr>
        <w:t>Either they are ignorant of the kufr doctrines of the Shiahs, or they have deliberately sold their Imaan for a pittance for the attainment of worldly and nafsaani objectives, hence they are in cahoots with the bootlicking rulers in Muslim countries. Let it be known to the Ummah that the Amman Message is a scrap of paper. It has no Shar'i validity.</w:t>
      </w:r>
    </w:p>
    <w:p>
      <w:pPr>
        <w:spacing w:before="0" w:after="120" w:line="300" w:lineRule="exact"/>
        <w:jc w:val="both"/>
      </w:pPr>
      <w:r>
        <w:rPr>
          <w:rFonts w:ascii="Georgia" w:hAnsi="Georgia" w:cs="Georgia" w:eastAsia="Georgia"/>
          <w:b w:val="0"/>
          <w:i w:val="0"/>
          <w:sz w:val="22"/>
        </w:rPr>
        <w:t>The conference was a gathering of bootlicking schol-</w:t>
      </w:r>
    </w:p>
    <w:p>
      <w:pPr>
        <w:spacing w:before="120" w:after="120" w:line="300" w:lineRule="exact"/>
        <w:ind w:left="720" w:right="720"/>
        <w:jc w:val="center"/>
      </w:pPr>
      <w:r>
        <w:rPr>
          <w:rFonts w:ascii="Georgia" w:hAnsi="Georgia" w:cs="Georgia" w:eastAsia="Georgia"/>
          <w:b w:val="0"/>
          <w:i/>
          <w:sz w:val="22"/>
        </w:rPr>
        <w:t>ars for dollars, licking the boots of the Saudi king who in turn licks the boots of the U.S.A. on whom Saudi Arabia relies for protection. The OIC is a paper organization consisting of fussaaq and juhala. This body has no Shar'i standing. Its adoption of the Amman scrap of paper adds stupidity to stupidity. The 'uucsa' which had participated in the bogus conference is BOGUS 'uucsa' which is begging the kuffaar court to bestow recognition to it. This BOGUS entity does not represent the Muslim community nor the Ulama of South Africa. Our criterion is always the Shariah which comprises of the Qur'aan and Sunnah. NO conference and no accord can ever override the Divine Shariah about which the Qur'aan declares: "Then We have established you on a Shariah regarding (your affairs). Therefore follow it, and do not follow the desires of those who know not (such as the scholars for dollars of the Amman conference)." The votaries of the Amman scrap of paper are abortively labouring to enlist Mufti Taqi as one of their supporters. Despite Mufti Taqi being a liberal inclining to modernism, he has not endorsed the Amman scrap of paper. He was not present at the bogus conference nor does he accord with them. The stench of baatil of the baatil conference was so overwhelming that even a</w:t>
      </w:r>
    </w:p>
    <w:p>
      <w:pPr>
        <w:spacing w:before="0" w:after="120" w:line="300" w:lineRule="exact"/>
        <w:jc w:val="both"/>
      </w:pPr>
      <w:r>
        <w:rPr>
          <w:rFonts w:ascii="Georgia" w:hAnsi="Georgia" w:cs="Georgia" w:eastAsia="Georgia"/>
          <w:b w:val="0"/>
          <w:i w:val="0"/>
          <w:sz w:val="22"/>
        </w:rPr>
        <w:t>liberal such as Mufti Taqi maintained a distance from the conglomerate of scholars for dollars. One of the greatest farces usually proffered by the ulama-esoo' (scholars for dollars) is their assumed majority. Even if we have to assume that these vile specimens of dhalaal (deviation) are in the majority, it should be understood that the Shariah is the Law of Allah Azza Wa Jal, and this Divine Law is not reliant on the majority.</w:t>
      </w:r>
    </w:p>
    <w:p>
      <w:pPr>
        <w:spacing w:before="0" w:after="120" w:line="300" w:lineRule="exact"/>
        <w:jc w:val="both"/>
      </w:pPr>
      <w:r>
        <w:rPr>
          <w:rFonts w:ascii="Georgia" w:hAnsi="Georgia" w:cs="Georgia" w:eastAsia="Georgia"/>
          <w:b w:val="0"/>
          <w:i w:val="0"/>
          <w:sz w:val="22"/>
        </w:rPr>
        <w:t>Furthermore, as we journey closer to Qiyaamah and drift further from the glorious era of Nubuwwat, there will most certainly be the preponderance of fussaaq, fujjaar and mudhilleen masquerading as 'ulama' in fulfilment of Rasulullah's prediction. Testifying to the prevalence of the miscreant majority, the Qur'aan Majeed warns us of these agents of Shaitaan, and commands us to follow the glittering Shariah which is encapsulated in the Qur'aan and Sunnah.</w:t>
      </w:r>
    </w:p>
    <w:p>
      <w:pPr>
        <w:spacing w:before="0" w:after="120" w:line="300" w:lineRule="exact"/>
        <w:jc w:val="both"/>
      </w:pPr>
      <w:r>
        <w:rPr>
          <w:rFonts w:ascii="Georgia" w:hAnsi="Georgia" w:cs="Georgia" w:eastAsia="Georgia"/>
          <w:b w:val="0"/>
          <w:i w:val="0"/>
          <w:sz w:val="22"/>
        </w:rPr>
        <w:t>Thus, the Qur'aan Majeed states: "What! Should I search for an arbiter besides Allah whilst He has revealed to you the detailed Kitaab? And, those to whom We have given the Kitaab know (very well) that, verily, it is the Revelation from your Rabb with the Haqq. Therefore, never ever be among the doubters. And, the Law of Allah has been completed in truth and with justice.</w:t>
      </w:r>
    </w:p>
    <w:p>
      <w:pPr>
        <w:spacing w:before="0" w:after="120" w:line="300" w:lineRule="exact"/>
        <w:jc w:val="both"/>
      </w:pPr>
      <w:r>
        <w:rPr>
          <w:rFonts w:ascii="Georgia" w:hAnsi="Georgia" w:cs="Georgia" w:eastAsia="Georgia"/>
          <w:b w:val="0"/>
          <w:i w:val="0"/>
          <w:sz w:val="22"/>
        </w:rPr>
        <w:t>There is no change for His Word (His Shariah). He is The One Who hears and Who is aware. And, if you follow the majority on earth, they will deviate you (mislead you) from Allah's path (from his Shariah). They follow nothing but conjecture, and they (say nothing) but lies." (Al -An'aam, Aayats 114 and 115) Do not be duped by the 'majority' of scholars for dollars whom the Bootlickers of the amman message have fielded to awe the unwary laymen.</w:t>
      </w:r>
    </w:p>
    <w:p>
      <w:pPr>
        <w:spacing w:before="0" w:after="120" w:line="300" w:lineRule="exact"/>
        <w:jc w:val="both"/>
      </w:pPr>
      <w:r>
        <w:rPr>
          <w:rFonts w:ascii="Georgia" w:hAnsi="Georgia" w:cs="Georgia" w:eastAsia="Georgia"/>
          <w:b w:val="0"/>
          <w:i w:val="0"/>
          <w:sz w:val="22"/>
        </w:rPr>
        <w:t>In their 'fatwa' which is devoid of Shar'i substance, they have not presented a single daleel from the Shariah for their baseless stance on Shiahs and other deviates. Besides blatantly baseless opinion, they have proffered no valid Shar'i arguments to sustain their stance. Presenting a Hadith torn out of its context, which is totally unrelated to the issue of takfeer of kuffaar, does not bolster their stupid 'fatwa' of personal opinion – an opinion which is in accord with their bootlicking attitude.</w:t>
      </w:r>
    </w:p>
    <w:p>
      <w:pPr>
        <w:spacing w:before="0" w:after="120" w:line="300" w:lineRule="exact"/>
        <w:jc w:val="both"/>
      </w:pPr>
      <w:r>
        <w:rPr>
          <w:rFonts w:ascii="Georgia" w:hAnsi="Georgia" w:cs="Georgia" w:eastAsia="Georgia"/>
          <w:b w:val="0"/>
          <w:i w:val="0"/>
          <w:sz w:val="22"/>
        </w:rPr>
        <w:t>Takfeer is a valid Shar'i command. When the dalaa-il for Takfeer are overwhelming, it devolves on the Ulama as a Waajib obligation to pronounce the excommunication of the adherents of naked kufr. We advise doubters in the Ulama ranks to study Allaamah Kashmiri's Ikfaarul Mulhideen. Insha-Allah, this Kitaab will dispel the doubts and clear the haze of jahaalat obfuscating the proclamation of the Haqq by the silent Ulama.</w:t>
      </w:r>
    </w:p>
    <w:p>
      <w:pPr>
        <w:spacing w:before="0" w:after="120" w:line="300" w:lineRule="exact"/>
        <w:jc w:val="both"/>
      </w:pPr>
      <w:r>
        <w:rPr>
          <w:rFonts w:ascii="Georgia" w:hAnsi="Georgia" w:cs="Georgia" w:eastAsia="Georgia"/>
          <w:b w:val="0"/>
          <w:i w:val="0"/>
          <w:sz w:val="22"/>
        </w:rPr>
        <w:t>Salaam on those who follow the Guidance of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SAUDI EMBRACE OF ISRAEL</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"Please comment on the Imaam of the Haram, Sheikh Sudaisi, posing with the Israeli ambassador in U.S.A. It appears that soon Saudi Arabia will be establishing fully fledged diplomatic ties with Israel, following in the footsteps of Egypt."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Saudi-Israeli ties are old hat. Under U.S. command and dictation, the Saudi regime has been in cahoots with Israel for decades. The current pro-Israeli overtures by the Saudi regime are merely bringing into public what had been conducted covertly. The Saudi embrace of Israel is not at all surprising. It has al- ways been expected of this traitorous regime which has betrayed Islam to bow and bootlick the Yahood.</w:t>
      </w:r>
    </w:p>
    <w:p>
      <w:pPr>
        <w:spacing w:before="0" w:after="120" w:line="300" w:lineRule="exact"/>
        <w:jc w:val="both"/>
      </w:pPr>
      <w:r>
        <w:rPr>
          <w:rFonts w:ascii="Georgia" w:hAnsi="Georgia" w:cs="Georgia" w:eastAsia="Georgia"/>
          <w:b w:val="0"/>
          <w:i w:val="0"/>
          <w:sz w:val="22"/>
        </w:rPr>
        <w:t>The current acceleration of the westernization and kufrization of Saudi Arabia by the puppets of the U.S., the present king and his son, portend great anarchical upheavals for the Land of Hijaaz. The Satanism of the population is becoming increasingly evident in the acts of fisq, fujoor and kufr enacted by the Saudi regime. Besides the acts of the Saudi regime, what is surprising is the surprise which Muslims generally display when there is some sort of co-operation between Muslims and the Israeli enemy.</w:t>
      </w:r>
    </w:p>
    <w:p>
      <w:pPr>
        <w:spacing w:before="0" w:after="120" w:line="300" w:lineRule="exact"/>
        <w:jc w:val="both"/>
      </w:pPr>
      <w:r>
        <w:rPr>
          <w:rFonts w:ascii="Georgia" w:hAnsi="Georgia" w:cs="Georgia" w:eastAsia="Georgia"/>
          <w:b w:val="0"/>
          <w:i w:val="0"/>
          <w:sz w:val="22"/>
        </w:rPr>
        <w:t>But, no similar or corresponding surprise is shown when Muslims – governments and even the masses – embrace and trade with greater enemies of Islam than even Israel. The greatest enemies of Islam and Muslims are by order of priority, China, Russia, United Kingdom, U.S.A., and Israel. Muslims do not organize the type of stupid Israeli boycotts against these enemy countries of Islam.</w:t>
      </w:r>
    </w:p>
    <w:p>
      <w:pPr>
        <w:spacing w:before="0" w:after="120" w:line="300" w:lineRule="exact"/>
        <w:jc w:val="both"/>
      </w:pPr>
      <w:r>
        <w:rPr>
          <w:rFonts w:ascii="Georgia" w:hAnsi="Georgia" w:cs="Georgia" w:eastAsia="Georgia"/>
          <w:b w:val="0"/>
          <w:i w:val="0"/>
          <w:sz w:val="22"/>
        </w:rPr>
        <w:t>The worst of these enemies is China. In fact it is not permissible to trade and associate in any way with this land of swinedevourers. The repression and brutalization of Islam and Muslims have historically been horrendous in China. Millions of Muslims have been exterminated, and the process of repression of Islam and Muslims is still being diligently pursued.</w:t>
      </w:r>
    </w:p>
    <w:p>
      <w:pPr>
        <w:spacing w:before="0" w:after="120" w:line="300" w:lineRule="exact"/>
        <w:jc w:val="both"/>
      </w:pPr>
      <w:r>
        <w:rPr>
          <w:rFonts w:ascii="Georgia" w:hAnsi="Georgia" w:cs="Georgia" w:eastAsia="Georgia"/>
          <w:b w:val="0"/>
          <w:i w:val="0"/>
          <w:sz w:val="22"/>
        </w:rPr>
        <w:t>Despite the very overt antiIslam attitude and repression, Muslims from all over the world are fully trading with China. In addition, Muslims are increasingly going to China for higher secular education despite being fully aware that there is no freedom to air Islam. They compromise their Deen and even Imaan for the miserable secular and mundane gains offered by the godless Chinese enemies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 shall most assuredly inflict on them the lesser punishment, not the greater…</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"We shall most assuredly inflict on them the lesser punishment, not the greater punishment for perhaps they may return (to obedience). And who is more unjust than the one who (despite) being reminded of the laws of his Rabb, turns away from it? Verily, We shall exact vengeance from the criminals."</w:t>
      </w:r>
    </w:p>
    <w:p>
      <w:pPr>
        <w:spacing w:before="0" w:after="120" w:line="300" w:lineRule="exact"/>
        <w:jc w:val="both"/>
      </w:pPr>
      <w:r>
        <w:rPr>
          <w:rFonts w:ascii="Georgia" w:hAnsi="Georgia" w:cs="Georgia" w:eastAsia="Georgia"/>
          <w:b w:val="0"/>
          <w:i w:val="0"/>
          <w:sz w:val="22"/>
        </w:rPr>
        <w:t>(As-Sajda, 21 and 22)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MUFTI TAQI'S BOOTLICKING SPEECH</w:t>
      </w:r>
    </w:p>
    <w:p>
      <w:pPr>
        <w:spacing w:before="0" w:after="160" w:line="300" w:lineRule="exact"/>
        <w:jc w:val="center"/>
      </w:pPr>
      <w:r>
        <w:rPr>
          <w:rFonts w:ascii="Georgia" w:hAnsi="Georgia" w:cs="Georgia" w:eastAsia="Georgia"/>
          <w:b w:val="0"/>
          <w:i/>
          <w:sz w:val="16"/>
        </w:rPr>
        <w:t>Page 8, 9, 10 of the original. Heading read from the printed headline artwork.</w:t>
      </w:r>
    </w:p>
    <w:p>
      <w:pPr>
        <w:spacing w:before="0" w:after="120" w:line="300" w:lineRule="exact"/>
        <w:jc w:val="both"/>
      </w:pPr>
      <w:r>
        <w:rPr>
          <w:rFonts w:ascii="Georgia" w:hAnsi="Georgia" w:cs="Georgia" w:eastAsia="Georgia"/>
          <w:b w:val="0"/>
          <w:i w:val="0"/>
          <w:sz w:val="22"/>
        </w:rPr>
        <w:t>to blow his stupid trumpet of deception for bootlicking the villains who have abolished Islam? Uttering more trash at the haraam independence day celebrations, Mufti Taqi blunders: "Outside Pakistan there are in fact many Islamic countries, but it is only Pakistan – only Pakistan – which has the honour that the sovereignty of Allah Ta'ala has been made the cornerstone of the constitution.</w:t>
      </w:r>
    </w:p>
    <w:p>
      <w:pPr>
        <w:spacing w:before="0" w:after="120" w:line="300" w:lineRule="exact"/>
        <w:jc w:val="both"/>
      </w:pPr>
      <w:r>
        <w:rPr>
          <w:rFonts w:ascii="Georgia" w:hAnsi="Georgia" w:cs="Georgia" w:eastAsia="Georgia"/>
          <w:b w:val="0"/>
          <w:i w:val="0"/>
          <w:sz w:val="22"/>
        </w:rPr>
        <w:t>In fact, it is not even enshrined in the constitution of Saudi Arabia that supreme sovereignty belongs to Allah Ta'ala. Furthermore (it is enshrined in the constitution) that any government established in this country (Napakistan) will acknowledge the sovereignty of Allah, and that it (the government) will be established in submission to His Ahkaam (Laws)." Mufti Taqi by blabbering this drivel has conspicuously portrayed his imbecility.</w:t>
      </w:r>
    </w:p>
    <w:p>
      <w:pPr>
        <w:spacing w:before="0" w:after="120" w:line="300" w:lineRule="exact"/>
        <w:jc w:val="both"/>
      </w:pPr>
      <w:r>
        <w:rPr>
          <w:rFonts w:ascii="Georgia" w:hAnsi="Georgia" w:cs="Georgia" w:eastAsia="Georgia"/>
          <w:b w:val="0"/>
          <w:i w:val="0"/>
          <w:sz w:val="22"/>
        </w:rPr>
        <w:t>The existence of this hollow, empty article, bereft of practical validity in the constitution is like Ghandi's acknowledgement of the greatness of Rasulullah (Sallallahu alayhi wasallam), yet he remains a Hindu idol-worshipper. This is the type of stupid, insincere acknowledgement of the kuffaar government. Whilst this article is retained in the constitution, it serves only to bamboozle imbecile characters and deceive molvis who lack foresight and who peddle the Deen for the sake of the dunya.</w:t>
      </w:r>
    </w:p>
    <w:p>
      <w:pPr>
        <w:spacing w:before="0" w:after="120" w:line="300" w:lineRule="exact"/>
        <w:jc w:val="both"/>
      </w:pPr>
      <w:r>
        <w:rPr>
          <w:rFonts w:ascii="Georgia" w:hAnsi="Georgia" w:cs="Georgia" w:eastAsia="Georgia"/>
          <w:b w:val="0"/>
          <w:i w:val="0"/>
          <w:sz w:val="22"/>
        </w:rPr>
        <w:t>This article about which Mufti Taqi stupidly crows much is a mockery of the Deen, a mockery of Allah Azza Wa Jal and a mockery of Islam. There is absolutely no reality to this constitutional article when the entire fabric of governance is the haraam kuffaar parliamentary system in which the Shariah has no say whatsoever. Hadhrat Mufti Yusuf Ludhyaanwi (Rahmatullah alayh) had labelled the parliamentary system which Mufti Taqi lauds so much, as 'sanam-eakbar' (the greatest idol).</w:t>
      </w:r>
    </w:p>
    <w:p>
      <w:pPr>
        <w:spacing w:before="0" w:after="120" w:line="300" w:lineRule="exact"/>
        <w:jc w:val="both"/>
      </w:pPr>
      <w:r>
        <w:rPr>
          <w:rFonts w:ascii="Georgia" w:hAnsi="Georgia" w:cs="Georgia" w:eastAsia="Georgia"/>
          <w:b w:val="0"/>
          <w:i w:val="0"/>
          <w:sz w:val="22"/>
        </w:rPr>
        <w:t>Commenting on the mental derangement of the molvis who have accepted the Dajjaali parliamentary system which governs Pakistan, Hadhrat Ludhyaanwi (Rahmatullah alayh) said: "Some erroneous universally</w:t>
      </w:r>
    </w:p>
    <w:p>
      <w:pPr>
        <w:spacing w:before="120" w:after="120" w:line="300" w:lineRule="exact"/>
        <w:ind w:left="720" w:right="720"/>
        <w:jc w:val="center"/>
      </w:pPr>
      <w:r>
        <w:rPr>
          <w:rFonts w:ascii="Georgia" w:hAnsi="Georgia" w:cs="Georgia" w:eastAsia="Georgia"/>
          <w:b w:val="0"/>
          <w:i/>
          <w:sz w:val="22"/>
        </w:rPr>
        <w:t>accepted conceptions have acquired such a degree of acknowledgement that even men of profound intelligence bow in submission. Either they are unable to comprehend the errors (in the baatil conceptions), or even if they understand the errors, they lack the courage to criticize it. The people of intelligence are the victims of this tragedy regarding the great errors which have become prevalent in the world." (Hadhrat by ways of example cited idolatry). He continues: "The coin of universal acceptance is today in operation regarding the parliamentary system. The parliamentary system is a 'sanam-e-akbar' which has been originated by the wisemen of the West. Since they were deprived of divine guidance, their brains fabricated the idol of the parliamentary system in opposition to other systems of governance…… In emulation of the West, Muslims too began to recite (the theme) of the parliamentary system. At times they raised the slogan: 'Islam is the standard-bearer of democracy'. Sometimes they fabricated the term, 'Islamic Republic' (or Islamic democracy) whereas the idol of democracy worshipped by the West besides not having any relationship with islam, is the very antithesis of the political dispensation of Islam. Everyone is aware that Islam proclaims the concept of Khilaafate. …………In a Khilaafate, the highest Law for the rulers is Kitaabullah (the Qur'aan) and the Sunnah. If there develops conflict between the Muslims and their rulers, it shall be referred to Allah and His Rasool. The conflict/dispute shall be resolved in the light of the Kitaab and Sunnah. On the contrary, the fatwa of democracy is that the holiest and the highest document is the constitution of the country. All conflicts will be incumbently referred to the constitution. …… "Nauthubillah! Recently an</w:t>
      </w:r>
    </w:p>
    <w:p>
      <w:pPr>
        <w:spacing w:before="120" w:after="120" w:line="300" w:lineRule="exact"/>
        <w:ind w:left="720" w:right="720"/>
        <w:jc w:val="center"/>
      </w:pPr>
      <w:r>
        <w:rPr>
          <w:rFonts w:ascii="Georgia" w:hAnsi="Georgia" w:cs="Georgia" w:eastAsia="Georgia"/>
          <w:b w:val="0"/>
          <w:i/>
          <w:sz w:val="22"/>
        </w:rPr>
        <w:t>article became the adornment of the press in Pakistan. A woman stated that just as Islam allows a man to take four wives, so too should a woman be allowed to take four husbands. Here by us (in Pakistan) in the name of democracy slogans of gender equality are being raised. On this basis it is not far-fetched that the intoxication of democracy will increase and this issue will come up for consideration in parliament (that is, in the parliament of Mufti taqi's much flaunted 'islamic' republic of Pakistan – Al-Haq). "Recently an article of a 'great thinker' of Pakistan was published in the newspapers. He stated that elevating the Shariah to a pedestal higher than parliament is an insult to the representatives of the nation. ….The opinion of this person is in fact the correct definition of democracy in which the representatives of the nation are higher than even the Shariah. This is precisely why in Pakistan the 'Shariat Bill' has remained a verbal profession of the representatives of the nation for several years. Hence to this day it was not able to gain the capacity for acceptance. Now who can claim that Islam accepts western democracy? …..Applying the patch of democracy to Islam is deception piled on deception. There is</w:t>
      </w:r>
    </w:p>
    <w:p>
      <w:pPr>
        <w:spacing w:before="0" w:after="120" w:line="300" w:lineRule="exact"/>
        <w:jc w:val="both"/>
      </w:pPr>
      <w:r>
        <w:rPr>
          <w:rFonts w:ascii="Georgia" w:hAnsi="Georgia" w:cs="Georgia" w:eastAsia="Georgia"/>
          <w:b w:val="0"/>
          <w:i w:val="0"/>
          <w:sz w:val="22"/>
        </w:rPr>
        <w:t>no relationship of Islam with modern democracy nor has democracy any relationship with Islam. Two opposites cannot coexist in a single substratum." The kufr 'islamic republic' of Pakistan is Mufti Taqi's promotional objective constrained by the desire to bootlick and curry favour with the kuffaar authorities. Instead of propagating this kufr baatil, he would have served the Muslim community as well as himself a great favour if he had remained silent, and not praised the fussaaq and kuffaar rulers.</w:t>
      </w:r>
    </w:p>
    <w:p>
      <w:pPr>
        <w:spacing w:before="0" w:after="120" w:line="300" w:lineRule="exact"/>
        <w:jc w:val="both"/>
      </w:pPr>
      <w:r>
        <w:rPr>
          <w:rFonts w:ascii="Georgia" w:hAnsi="Georgia" w:cs="Georgia" w:eastAsia="Georgia"/>
          <w:b w:val="0"/>
          <w:i w:val="0"/>
          <w:sz w:val="22"/>
        </w:rPr>
        <w:t>It is a brutal LIE to promote the blatant LIE that the kuffaar rulers of Pakistan acknowledge the sovereignty of Allah Azza Wa Jal. How is this possible when all effort is made to extinguish the Noor of Allah – His Shariah? The constitution which enshrines this LIE is fit for Istinja purposes. Praising the scrap constitution, Mufti Taqi said in his speech on the haraam independence day occasion: "It is only Pakistan which has the honour that in it no law will be enacted in conflict with the Qur'aan and Sunnah and that the rules of the courts will be cast into the mold of the Qur'aan and Sunnah." We are constrained to aver that only someone who is the victim of some substance abuse is capable of disgorging such blatant trash and falsehood.</w:t>
      </w:r>
    </w:p>
    <w:p>
      <w:pPr>
        <w:spacing w:before="0" w:after="120" w:line="300" w:lineRule="exact"/>
        <w:jc w:val="both"/>
      </w:pPr>
      <w:r>
        <w:rPr>
          <w:rFonts w:ascii="Georgia" w:hAnsi="Georgia" w:cs="Georgia" w:eastAsia="Georgia"/>
          <w:b w:val="0"/>
          <w:i w:val="0"/>
          <w:sz w:val="22"/>
        </w:rPr>
        <w:t>In this case it is the crave to bootlick the rulers which is the substance of abuse. Does Mufti Taqi really believe that all Muslims are so stupid and dim in the brains to swallow the flotsam he has disgorged? The entire country is governed by the laws of kufr. The economy, the justice system, the social system and every other system and institution in Pakistan are governed and regulated by the kufr laws promulgated by the parliament of the kuffaar.</w:t>
      </w:r>
    </w:p>
    <w:p>
      <w:pPr>
        <w:spacing w:before="0" w:after="120" w:line="300" w:lineRule="exact"/>
        <w:jc w:val="both"/>
      </w:pPr>
      <w:r>
        <w:rPr>
          <w:rFonts w:ascii="Georgia" w:hAnsi="Georgia" w:cs="Georgia" w:eastAsia="Georgia"/>
          <w:b w:val="0"/>
          <w:i w:val="0"/>
          <w:sz w:val="22"/>
        </w:rPr>
        <w:t>Whilst Mufti Taqi labouriously and abortively struggles to portray Pakistan as an ideal Islamic State, the Shariah is not even a handmaid of the institution of government. Hadhrat Ludhyanwi (Rahmatullah alayh) had drawn attention to the socalled 'Shariat Bill' which had been gathering dust for years without seeing the light of day. Furthermore, what is the need for a "Shariat Bill" in a country which professes to be a so-called 'islamic' republic?</w:t>
      </w:r>
    </w:p>
    <w:p>
      <w:pPr>
        <w:spacing w:before="0" w:after="120" w:line="300" w:lineRule="exact"/>
        <w:jc w:val="both"/>
      </w:pPr>
      <w:r>
        <w:rPr>
          <w:rFonts w:ascii="Georgia" w:hAnsi="Georgia" w:cs="Georgia" w:eastAsia="Georgia"/>
          <w:b w:val="0"/>
          <w:i w:val="0"/>
          <w:sz w:val="22"/>
        </w:rPr>
        <w:t>A bunch of juhala, fussaaq, fujjaar and kuffaar politicians sitting like a "100 baboons" (Hitler's words) in a stupid parliament house are given the task in a so-called Islamic country to decide whether the Shariah should be implemented or not. The gimmick of the 'Shariat Bill' is a conspicuous admission of the fact that the country's constitution is kufr; that the country has another standard of governance; that the country is not subservient to the Shariah, hence the "100 baboons" are given the task to make a decision in this regard.</w:t>
      </w:r>
    </w:p>
    <w:p>
      <w:pPr>
        <w:spacing w:before="0" w:after="120" w:line="300" w:lineRule="exact"/>
        <w:jc w:val="both"/>
      </w:pPr>
      <w:r>
        <w:rPr>
          <w:rFonts w:ascii="Georgia" w:hAnsi="Georgia" w:cs="Georgia" w:eastAsia="Georgia"/>
          <w:b w:val="0"/>
          <w:i w:val="0"/>
          <w:sz w:val="22"/>
        </w:rPr>
        <w:t>Everything from A to Z in the government of Pakistan is in diametric conflict with Allah's Shariah. The hollow statements in the scrap constitution are meant to bamboozle and deceive such ignoramuses who wish to compel themselves into the belief that Napakistan is an Islamic State. Demeaning himself further, Mufti Taqi uttered: "In this constitution (of Pakistan) it is said that every citizen has the right to challenge in court any un-Islamic law and to enter a petition in its opposition.</w:t>
      </w:r>
    </w:p>
    <w:p>
      <w:pPr>
        <w:spacing w:before="0" w:after="120" w:line="300" w:lineRule="exact"/>
        <w:jc w:val="both"/>
      </w:pPr>
      <w:r>
        <w:rPr>
          <w:rFonts w:ascii="Georgia" w:hAnsi="Georgia" w:cs="Georgia" w:eastAsia="Georgia"/>
          <w:b w:val="0"/>
          <w:i w:val="0"/>
          <w:sz w:val="22"/>
        </w:rPr>
        <w:t>If the court accepts this petition, then the court has the option of striking out that law and order in its place the Islamic law." The country is saturated with un-Islamic laws and laws in diametric conflict with the Shariah. The very courts which are constitutionally allowed to adjudicate the matter are un-Islamic and operate along western kuffaar lines.</w:t>
      </w:r>
    </w:p>
    <w:p>
      <w:pPr>
        <w:spacing w:before="0" w:after="120" w:line="300" w:lineRule="exact"/>
        <w:jc w:val="both"/>
      </w:pPr>
      <w:r>
        <w:rPr>
          <w:rFonts w:ascii="Georgia" w:hAnsi="Georgia" w:cs="Georgia" w:eastAsia="Georgia"/>
          <w:b w:val="0"/>
          <w:i w:val="0"/>
          <w:sz w:val="22"/>
        </w:rPr>
        <w:t>The courts are staffed by judges whose brains and attitudes are fitted in the kufr straitjackets acquired from their western education. These are the courts which have to decide the rarity of a 'challenge' against a secular kufr law. In fact, this is tantamount to putting Allah Azza Wa Jal on trial in kuffaar courts. Fussaaq judges will decide the case between Allah Azza Wa Jal and the sanam-e-akbar (the greatest idol), viz., the constitution, to see if Allah's petition has constitutional validity or not.</w:t>
      </w:r>
    </w:p>
    <w:p>
      <w:pPr>
        <w:spacing w:before="0" w:after="120" w:line="300" w:lineRule="exact"/>
        <w:jc w:val="both"/>
      </w:pPr>
      <w:r>
        <w:rPr>
          <w:rFonts w:ascii="Georgia" w:hAnsi="Georgia" w:cs="Georgia" w:eastAsia="Georgia"/>
          <w:b w:val="0"/>
          <w:i w:val="0"/>
          <w:sz w:val="22"/>
        </w:rPr>
        <w:t>If the claim of Allah Azza Wa jal is in conflict with the letter or ethos of the greatest idol of the country, it (Allah's Claim) will be dismissed and thrown out. That is the option and right which sanam-e-akbar gives the secular courts which function strictly along western kuffaar judicial systems. The fact that Islam can be put on trial in the westernized kuffaar courts, is loud evidence to prove that Pakistan is not an Islamic State, and that its constitution is an Istinja document.</w:t>
      </w:r>
    </w:p>
    <w:p>
      <w:pPr>
        <w:spacing w:before="0" w:after="120" w:line="300" w:lineRule="exact"/>
        <w:jc w:val="both"/>
      </w:pPr>
      <w:r>
        <w:rPr>
          <w:rFonts w:ascii="Georgia" w:hAnsi="Georgia" w:cs="Georgia" w:eastAsia="Georgia"/>
          <w:b w:val="0"/>
          <w:i w:val="0"/>
          <w:sz w:val="22"/>
        </w:rPr>
        <w:t>Then Mufti Taqi laments: "Alas! Due to the insensitivity of the rulers, the public, and in particular the Deeni circles, this great article (of the scrap constitution) remains idle. If today we resolve to give practi- cal expression to this article, then the road for it is open." The greatest insensitivity is displayed by Mufti Taqi. If he has so much confidence in transforming Pakistan into an Islamic State by via the courts, then what prevents him from instituting such legal action to achieve the objective?</w:t>
      </w:r>
    </w:p>
    <w:p>
      <w:pPr>
        <w:spacing w:before="0" w:after="120" w:line="300" w:lineRule="exact"/>
        <w:jc w:val="both"/>
      </w:pPr>
      <w:r>
        <w:rPr>
          <w:rFonts w:ascii="Georgia" w:hAnsi="Georgia" w:cs="Georgia" w:eastAsia="Georgia"/>
          <w:b w:val="0"/>
          <w:i w:val="0"/>
          <w:sz w:val="22"/>
        </w:rPr>
        <w:t>Why point fingers at others when the stench of the accusation emanates from Mufti Taqi himself. Why does he not give practical expression to the article of the scrap donkey document – the san'am-e-akbar? Indeed what he has blabbered in this regard is 'full of sound and fury signifying nothing'. He blows a lot of hot air, kicking up dust either perpetrating selfdeception or attempting to deliberately deceive others.</w:t>
      </w:r>
    </w:p>
    <w:p>
      <w:pPr>
        <w:spacing w:before="0" w:after="120" w:line="300" w:lineRule="exact"/>
        <w:jc w:val="both"/>
      </w:pPr>
      <w:r>
        <w:rPr>
          <w:rFonts w:ascii="Georgia" w:hAnsi="Georgia" w:cs="Georgia" w:eastAsia="Georgia"/>
          <w:b w:val="0"/>
          <w:i w:val="0"/>
          <w:sz w:val="22"/>
        </w:rPr>
        <w:t>Just what prevents Mufti Taqi from organizing a team to press ahead with his Islamization hallucination via the courts? He has no shortage of boodle for this exercise. Millions of dollars are available to him. Just look at the extravagance perpetrated at his Daarul Uloom. There is no dearth of staff and lawyers to assist him. So why does he hold back and criticize others who are not prepared to become entangled in deception?</w:t>
      </w:r>
    </w:p>
    <w:p>
      <w:pPr>
        <w:spacing w:before="0" w:after="120" w:line="300" w:lineRule="exact"/>
        <w:jc w:val="both"/>
      </w:pPr>
      <w:r>
        <w:rPr>
          <w:rFonts w:ascii="Georgia" w:hAnsi="Georgia" w:cs="Georgia" w:eastAsia="Georgia"/>
          <w:b w:val="0"/>
          <w:i w:val="0"/>
          <w:sz w:val="22"/>
        </w:rPr>
        <w:t>Further blundering, Mufti Taqi said during the haraam independence day celebrations: "Therefore, those people who make this propaganda that for bringing the Islamic system in Pakistan there is no option other than taking to arms are spreading wrong and false propaganda. There is available a fully peaceful way of bringing the Islamic system.</w:t>
      </w:r>
    </w:p>
    <w:p>
      <w:pPr>
        <w:spacing w:before="0" w:after="120" w:line="300" w:lineRule="exact"/>
        <w:jc w:val="both"/>
      </w:pPr>
      <w:r>
        <w:rPr>
          <w:rFonts w:ascii="Georgia" w:hAnsi="Georgia" w:cs="Georgia" w:eastAsia="Georgia"/>
          <w:b w:val="0"/>
          <w:i w:val="0"/>
          <w:sz w:val="22"/>
        </w:rPr>
        <w:t>The condition is to eliminate your insensitivity and to cultivate understanding." This is precisely what Mufti Taqi needs to do. It is difficult to accept that a senior Mufti can acquit himself so stupidly as to believe that a Shariah State can be established in Napakistan via the westernized kuffaar secular courts. Either he is unbelievably naïve, or lacks valid understanding of the realities on the ground, or he is out to deceive unwary Muslims to appease the kuffaar rulers of the country.</w:t>
      </w:r>
    </w:p>
    <w:p>
      <w:pPr>
        <w:spacing w:before="0" w:after="120" w:line="300" w:lineRule="exact"/>
        <w:jc w:val="both"/>
      </w:pPr>
      <w:r>
        <w:rPr>
          <w:rFonts w:ascii="Georgia" w:hAnsi="Georgia" w:cs="Georgia" w:eastAsia="Georgia"/>
          <w:b w:val="0"/>
          <w:i w:val="0"/>
          <w:sz w:val="22"/>
        </w:rPr>
        <w:t>However, we do agree that armed conflict is not the solution in Pakistan. An Islamic State cannot be established in Pakistan either by armed conflict or by a military coup. Both exercises will fail, and have failed as has been demonstrated by the miserable failure of such attempts. The fundamental reason why an Islamic State will not be established in Pakistan is the decadent, rotten condition of the masses as well as of the Ulama.</w:t>
      </w:r>
    </w:p>
    <w:p>
      <w:pPr>
        <w:spacing w:before="0" w:after="120" w:line="300" w:lineRule="exact"/>
        <w:jc w:val="both"/>
      </w:pPr>
      <w:r>
        <w:rPr>
          <w:rFonts w:ascii="Georgia" w:hAnsi="Georgia" w:cs="Georgia" w:eastAsia="Georgia"/>
          <w:b w:val="0"/>
          <w:i w:val="0"/>
          <w:sz w:val="22"/>
        </w:rPr>
        <w:t>The public in Pakistan abhors Shariah law. Whilst they have Muslim names as a result of having been born in Muslim homes, they are kuffaar at heart, hence no Ulama political party can ever come to power in Pakistan. The public will just not vote for Ulama parties. They are not antiUlama. They are anti-Allah. Depicting such munaafiqeen and kuffaar, the Qur'aan Majeed states: "Verily, We are aware that what they are uttering causes you grief.</w:t>
      </w:r>
    </w:p>
    <w:p>
      <w:pPr>
        <w:spacing w:before="0" w:after="120" w:line="300" w:lineRule="exact"/>
        <w:jc w:val="both"/>
      </w:pPr>
      <w:r>
        <w:rPr>
          <w:rFonts w:ascii="Georgia" w:hAnsi="Georgia" w:cs="Georgia" w:eastAsia="Georgia"/>
          <w:b w:val="0"/>
          <w:i w:val="0"/>
          <w:sz w:val="22"/>
        </w:rPr>
        <w:t>Verily, they are not rejecting you, but the zaalimeen are rejecting the Aayaat (the Shariah) of Allah." (Al-An'aam, Aayat 33) It is the Shariah of Allah Ta'ala which the zaalim public rejects when they do not vote for an Ulama party. They simply abhor Allah's Shariah. In the Pakistani scenario an Islamic State is a virtual impossibility. The Shariah cannot be hoisted in Pakistan by the evil democratic system nor by a military coup, nor by force of arms nor in any other way imaginable today.</w:t>
      </w:r>
    </w:p>
    <w:p>
      <w:pPr>
        <w:spacing w:before="0" w:after="120" w:line="300" w:lineRule="exact"/>
        <w:jc w:val="both"/>
      </w:pPr>
      <w:r>
        <w:rPr>
          <w:rFonts w:ascii="Georgia" w:hAnsi="Georgia" w:cs="Georgia" w:eastAsia="Georgia"/>
          <w:b w:val="0"/>
          <w:i w:val="0"/>
          <w:sz w:val="22"/>
        </w:rPr>
        <w:t>The fundamental requisite for the validity of an Islamic state is an Islamic public – masses who are morally reformed, spiritually elevated and following the Sunnah in the manner the Sahaabah had followed. This will become a reality only in the era of Imaam Mahdi (Alayhis salaam). The obligation of the smatter- ing of true Muslims remaining today is to heed Rasulullah's command: "Leave the affairs of the public." That is, be concerned with the Islaah (reformation) of yourself and your immediate ones.</w:t>
      </w:r>
    </w:p>
    <w:p>
      <w:pPr>
        <w:spacing w:before="0" w:after="120" w:line="300" w:lineRule="exact"/>
        <w:jc w:val="both"/>
      </w:pPr>
      <w:r>
        <w:rPr>
          <w:rFonts w:ascii="Georgia" w:hAnsi="Georgia" w:cs="Georgia" w:eastAsia="Georgia"/>
          <w:b w:val="0"/>
          <w:i w:val="0"/>
          <w:sz w:val="22"/>
        </w:rPr>
        <w:t>Prepare for the Aakhirat. Maut is hovering over us and calls on us five times daily. Sabr and Dua are now our only refuge. Mufti Taqi Sahib says: "I worked for 17 years in the Shariah court and in the Shariat bench of the supreme court. During this time we had, Alhamdulillah, decreed approximately 200 laws to be Islamically formulated." Mufti Taqi cackles like a hen that has just laid an egg.</w:t>
      </w:r>
    </w:p>
    <w:p>
      <w:pPr>
        <w:spacing w:before="0" w:after="120" w:line="300" w:lineRule="exact"/>
        <w:jc w:val="both"/>
      </w:pPr>
      <w:r>
        <w:rPr>
          <w:rFonts w:ascii="Georgia" w:hAnsi="Georgia" w:cs="Georgia" w:eastAsia="Georgia"/>
          <w:b w:val="0"/>
          <w:i w:val="0"/>
          <w:sz w:val="22"/>
        </w:rPr>
        <w:t>He gloats and imagines that an Islamic state has been established on the basis of the 200 crumbs which a supposedly 'shar'i' court in subservience to the western kuffaar supreme court has decreed. He shamelessly remained attached to an agency, the kuffaar supreme court, which required the Shariah Court, or the supposedly Shariah Court to be its handmaid and dance to its tune of kufr.</w:t>
      </w:r>
    </w:p>
    <w:p>
      <w:pPr>
        <w:spacing w:before="0" w:after="120" w:line="300" w:lineRule="exact"/>
        <w:jc w:val="both"/>
      </w:pPr>
      <w:r>
        <w:rPr>
          <w:rFonts w:ascii="Georgia" w:hAnsi="Georgia" w:cs="Georgia" w:eastAsia="Georgia"/>
          <w:b w:val="0"/>
          <w:i w:val="0"/>
          <w:sz w:val="22"/>
        </w:rPr>
        <w:t>What is the meaning of a Shariah bench in a kaafir supreme court? This is a loud and clear admission of the fact that in the kaafir state of Pakistan the kaafir supreme court is supreme, not the Shariah Court. Is it imaginable to have a kuffaar secular bench in a genuine Islamic Court operating according to the Qur'aan and Sunnah? The 200 crumbs which the shariah court functioning in subservience to the kuffaar supreme court had managed to cadge and scrounge is a drop in the ocean.</w:t>
      </w:r>
    </w:p>
    <w:p>
      <w:pPr>
        <w:spacing w:before="0" w:after="120" w:line="300" w:lineRule="exact"/>
        <w:jc w:val="both"/>
      </w:pPr>
      <w:r>
        <w:rPr>
          <w:rFonts w:ascii="Georgia" w:hAnsi="Georgia" w:cs="Georgia" w:eastAsia="Georgia"/>
          <w:b w:val="0"/>
          <w:i w:val="0"/>
          <w:sz w:val="22"/>
        </w:rPr>
        <w:t>It is downright stupid and bootlicking to present these crumbs to peddle the deception of Pakistan being an Islamic state. The country is rotten with fisq, fujoor and kufr, and this is not exclusive with Pakistan. It is the common denominator of all Muslim countries today. Continuing with his bootlicking speech, Mufti Taqi laments: "Alas!</w:t>
      </w:r>
    </w:p>
    <w:p>
      <w:pPr>
        <w:spacing w:before="0" w:after="120" w:line="300" w:lineRule="exact"/>
        <w:jc w:val="both"/>
      </w:pPr>
      <w:r>
        <w:rPr>
          <w:rFonts w:ascii="Georgia" w:hAnsi="Georgia" w:cs="Georgia" w:eastAsia="Georgia"/>
          <w:b w:val="0"/>
          <w:i w:val="0"/>
          <w:sz w:val="22"/>
        </w:rPr>
        <w:t>Our Deeni circles did not institute any request i.e. to the court for Islamic laws). I begged and pleaded with them to take advantage for Allah's Sake, of this opportunity to institute (legal action). But our people (the Ulama) did not extract benefit from this law." If the other Ulama had displayed apathy as Mufti Taqi seeks to portray, then why did Mufti Taqi himself not prepare a team of his Korangi molvis to institute the legal action he trumpets so confidently?</w:t>
      </w:r>
    </w:p>
    <w:p>
      <w:pPr>
        <w:spacing w:before="0" w:after="120" w:line="300" w:lineRule="exact"/>
        <w:jc w:val="both"/>
      </w:pPr>
      <w:r>
        <w:rPr>
          <w:rFonts w:ascii="Georgia" w:hAnsi="Georgia" w:cs="Georgia" w:eastAsia="Georgia"/>
          <w:b w:val="0"/>
          <w:i w:val="0"/>
          <w:sz w:val="22"/>
        </w:rPr>
        <w:t>If meaningful change was or is possible under the present constitution and kuffaar courts, then what prevents Mufti Taqi who has the know-how of the legal system from proceeding in the direction he presents? He blames others for his own dereliction of duty. There is no substance in what he says in this regard. Petitioning the kuffaar courts to gain Shariah laws on the basis of the stupid kuffaar constitution is flogging a dead horse.</w:t>
      </w:r>
    </w:p>
    <w:p>
      <w:pPr>
        <w:spacing w:before="0" w:after="120" w:line="300" w:lineRule="exact"/>
        <w:jc w:val="both"/>
      </w:pPr>
      <w:r>
        <w:rPr>
          <w:rFonts w:ascii="Georgia" w:hAnsi="Georgia" w:cs="Georgia" w:eastAsia="Georgia"/>
          <w:b w:val="0"/>
          <w:i w:val="0"/>
          <w:sz w:val="22"/>
        </w:rPr>
        <w:t>Disgorging more ballyhoo, Mufti Taqi says: "Besides Pakistan there is no other country where there is freedom of speech and writing (as in Pakistan)." It appears that Mufti Taqi Sahib is prone to hallucination. We must however agree that in Pakistan there prevails the greatest freedom for immoral expression, antiIslam expression and anti-Sunnah expression.</w:t>
      </w:r>
    </w:p>
    <w:p>
      <w:pPr>
        <w:spacing w:before="0" w:after="120" w:line="300" w:lineRule="exact"/>
        <w:jc w:val="both"/>
      </w:pPr>
      <w:r>
        <w:rPr>
          <w:rFonts w:ascii="Georgia" w:hAnsi="Georgia" w:cs="Georgia" w:eastAsia="Georgia"/>
          <w:b w:val="0"/>
          <w:i w:val="0"/>
          <w:sz w:val="22"/>
        </w:rPr>
        <w:t>That is why in this socalled 'islamic' country it is possible for a prostitute to publish an article in the daily newspapers calling for a woman to have four husbands. And that is why it is possible in this most unfortunate land for a professed Muslim (who in reality is a vile munaafiq) to have published that elevation of the Shariah is an insult to parliament.</w:t>
      </w:r>
    </w:p>
    <w:p>
      <w:pPr>
        <w:spacing w:before="0" w:after="120" w:line="300" w:lineRule="exact"/>
        <w:jc w:val="both"/>
      </w:pPr>
      <w:r>
        <w:rPr>
          <w:rFonts w:ascii="Georgia" w:hAnsi="Georgia" w:cs="Georgia" w:eastAsia="Georgia"/>
          <w:b w:val="0"/>
          <w:i w:val="0"/>
          <w:sz w:val="22"/>
        </w:rPr>
        <w:t>From his dalliances with kuffaar riba bankers and rulers, Mufti Taqi has contracted the disease of 'freedom of speech'. He is supposed to be a senior Mufti who is supposed to know that in a genuine Islamic state, the evil of western-type freedom of expression and speech will not be permitted. The Qur'aan proscribes this. Expression of kufr will be met with severe punishment.</w:t>
      </w:r>
    </w:p>
    <w:p>
      <w:pPr>
        <w:spacing w:before="0" w:after="120" w:line="300" w:lineRule="exact"/>
        <w:jc w:val="both"/>
      </w:pPr>
      <w:r>
        <w:rPr>
          <w:rFonts w:ascii="Georgia" w:hAnsi="Georgia" w:cs="Georgia" w:eastAsia="Georgia"/>
          <w:b w:val="0"/>
          <w:i w:val="0"/>
          <w:sz w:val="22"/>
        </w:rPr>
        <w:t>It is quite clear that Mufti Taqi has lost the path of Siraatul Mustaqeem.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 shall most assuredly inflict on them the lesser punishment, not the greater…</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"We shall most assuredly</w:t>
      </w:r>
    </w:p>
    <w:p>
      <w:pPr>
        <w:spacing w:before="120" w:after="120" w:line="300" w:lineRule="exact"/>
        <w:ind w:left="720" w:right="720"/>
        <w:jc w:val="center"/>
      </w:pPr>
      <w:r>
        <w:rPr>
          <w:rFonts w:ascii="Georgia" w:hAnsi="Georgia" w:cs="Georgia" w:eastAsia="Georgia"/>
          <w:b w:val="0"/>
          <w:i/>
          <w:sz w:val="22"/>
        </w:rPr>
        <w:t>inflict on them the lesser punishment, not the greater punishment for perhaps</w:t>
      </w:r>
    </w:p>
    <w:p>
      <w:pPr>
        <w:spacing w:before="0" w:after="120" w:line="300" w:lineRule="exact"/>
        <w:jc w:val="both"/>
      </w:pPr>
      <w:r>
        <w:rPr>
          <w:rFonts w:ascii="Georgia" w:hAnsi="Georgia" w:cs="Georgia" w:eastAsia="Georgia"/>
          <w:b w:val="0"/>
          <w:i w:val="0"/>
          <w:sz w:val="22"/>
        </w:rPr>
        <w:t>they may return (to obedi-</w:t>
      </w:r>
    </w:p>
    <w:p>
      <w:pPr>
        <w:spacing w:before="120" w:after="120" w:line="300" w:lineRule="exact"/>
        <w:ind w:left="720" w:right="720"/>
        <w:jc w:val="center"/>
      </w:pPr>
      <w:r>
        <w:rPr>
          <w:rFonts w:ascii="Georgia" w:hAnsi="Georgia" w:cs="Georgia" w:eastAsia="Georgia"/>
          <w:b w:val="0"/>
          <w:i/>
          <w:sz w:val="22"/>
        </w:rPr>
        <w:t>ence). And who is more unjust than the one who (despite) being reminded</w:t>
      </w:r>
    </w:p>
    <w:p>
      <w:pPr>
        <w:spacing w:before="120" w:after="120" w:line="300" w:lineRule="exact"/>
        <w:ind w:left="720" w:right="720"/>
        <w:jc w:val="center"/>
      </w:pPr>
      <w:r>
        <w:rPr>
          <w:rFonts w:ascii="Georgia" w:hAnsi="Georgia" w:cs="Georgia" w:eastAsia="Georgia"/>
          <w:b w:val="0"/>
          <w:i/>
          <w:sz w:val="22"/>
        </w:rPr>
        <w:t>of the laws of his Rabb, turns away from it? Verily, We shall exact vengeance from the criminals."</w:t>
      </w:r>
    </w:p>
    <w:p>
      <w:pPr>
        <w:spacing w:before="0" w:after="120" w:line="300" w:lineRule="exact"/>
        <w:jc w:val="both"/>
      </w:pPr>
      <w:r>
        <w:rPr>
          <w:rFonts w:ascii="Georgia" w:hAnsi="Georgia" w:cs="Georgia" w:eastAsia="Georgia"/>
          <w:b w:val="0"/>
          <w:i w:val="0"/>
          <w:sz w:val="22"/>
        </w:rPr>
        <w:t>(As-Sajda, 21 and 22)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 RULERS ARE KUFFAAR</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"Verily, We have revealed to you the Kitaab with the Haqq (Truth) so that you could adju-</w:t>
      </w:r>
    </w:p>
    <w:p>
      <w:pPr>
        <w:spacing w:before="0" w:after="120" w:line="300" w:lineRule="exact"/>
        <w:jc w:val="both"/>
      </w:pPr>
      <w:r>
        <w:rPr>
          <w:rFonts w:ascii="Georgia" w:hAnsi="Georgia" w:cs="Georgia" w:eastAsia="Georgia"/>
          <w:b w:val="0"/>
          <w:i w:val="0"/>
          <w:sz w:val="22"/>
        </w:rPr>
        <w:t>dicate among the people with that which Allah has shown you. Do not become for the treacherous ones a lawyer. (An-Nisaa', Aayat 105) "Should I search for someone</w:t>
      </w:r>
    </w:p>
    <w:p>
      <w:pPr>
        <w:spacing w:before="120" w:after="120" w:line="300" w:lineRule="exact"/>
        <w:ind w:left="720" w:right="720"/>
        <w:jc w:val="center"/>
      </w:pPr>
      <w:r>
        <w:rPr>
          <w:rFonts w:ascii="Georgia" w:hAnsi="Georgia" w:cs="Georgia" w:eastAsia="Georgia"/>
          <w:b w:val="0"/>
          <w:i/>
          <w:sz w:val="22"/>
        </w:rPr>
        <w:t>other than Allah as a Ruler whilst He has revealed to you</w:t>
      </w:r>
    </w:p>
    <w:p>
      <w:pPr>
        <w:spacing w:before="0" w:after="120" w:line="300" w:lineRule="exact"/>
        <w:jc w:val="both"/>
      </w:pPr>
      <w:r>
        <w:rPr>
          <w:rFonts w:ascii="Georgia" w:hAnsi="Georgia" w:cs="Georgia" w:eastAsia="Georgia"/>
          <w:b w:val="0"/>
          <w:i w:val="0"/>
          <w:sz w:val="22"/>
        </w:rPr>
        <w:t>the Kitaab in all detail?" (Al-An'aam, Aayat 114)</w:t>
      </w:r>
    </w:p>
    <w:p>
      <w:pPr>
        <w:spacing w:before="120" w:after="120" w:line="300" w:lineRule="exact"/>
        <w:ind w:left="720" w:right="720"/>
        <w:jc w:val="center"/>
      </w:pPr>
      <w:r>
        <w:rPr>
          <w:rFonts w:ascii="Georgia" w:hAnsi="Georgia" w:cs="Georgia" w:eastAsia="Georgia"/>
          <w:b w:val="0"/>
          <w:i/>
          <w:sz w:val="22"/>
        </w:rPr>
        <w:t>"Those who do not rule / decide / govern according to that</w:t>
      </w:r>
    </w:p>
    <w:p>
      <w:pPr>
        <w:spacing w:before="0" w:after="120" w:line="300" w:lineRule="exact"/>
        <w:jc w:val="both"/>
      </w:pPr>
      <w:r>
        <w:rPr>
          <w:rFonts w:ascii="Georgia" w:hAnsi="Georgia" w:cs="Georgia" w:eastAsia="Georgia"/>
          <w:b w:val="0"/>
          <w:i w:val="0"/>
          <w:sz w:val="22"/>
        </w:rPr>
        <w:t>(Shariah) which Allah has re- vealed, verily, they are the kaafiroon." (Al-Maaidah, Aayat 44) The constitutions of all Muslim countries are in violent conflict with the Qur'aan and Sunnah. In fact, the system of government with the constitution of kufr acquired from the West is an effective abrogation of Allah's Shariah. By what stretch of Islamic logic and by what daleel of the Qur'aan and Sunnah is it possible to regard the rulers in Muslim countries to be Muslim?</w:t>
      </w:r>
    </w:p>
    <w:p>
      <w:pPr>
        <w:spacing w:before="0" w:after="120" w:line="300" w:lineRule="exact"/>
        <w:jc w:val="both"/>
      </w:pPr>
      <w:r>
        <w:rPr>
          <w:rFonts w:ascii="Georgia" w:hAnsi="Georgia" w:cs="Georgia" w:eastAsia="Georgia"/>
          <w:b w:val="0"/>
          <w:i w:val="0"/>
          <w:sz w:val="22"/>
        </w:rPr>
        <w:t>Denial of even one essential of Islam is kufr which expels the denier from the fold of Islam. What should be the verdict for such scoundrels who commit wholesale plundering of the ahkaam of the Qur'aan and Sunnah? They are all the worst kind of MURTADDEEN. What do the Muftis have to say about scoundrels who legalize riba, liquor, prostitution, cancel the Shariah's laws of Talaaq, and perpetrate mass debauchery of the Shariah all round?</w:t>
      </w:r>
    </w:p>
    <w:p>
      <w:pPr>
        <w:spacing w:before="0" w:after="120" w:line="300" w:lineRule="exact"/>
        <w:jc w:val="both"/>
      </w:pPr>
      <w:r>
        <w:rPr>
          <w:rFonts w:ascii="Georgia" w:hAnsi="Georgia" w:cs="Georgia" w:eastAsia="Georgia"/>
          <w:b w:val="0"/>
          <w:i w:val="0"/>
          <w:sz w:val="22"/>
        </w:rPr>
        <w:t>Only bootlicking scholars for dollars have the scandalous temerity of proclaiming such shayaateen as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INAABAT AND ISLAAH - THE ONLY SOLUTION</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explain the following Hadith: "There will come leaders who will not follow my guidance and not follow my Sunnah. There will be among them men who will have the hearts of devils in the bodies of humans." (The Companion) asked, "What shall I do, O Messenger of Allah, if I reach that?" He replied, "You should hear and obey the ruler, even if he beats your back and takes your money; then still hear and obey." (Saheeh Muslim) The world is today saturated with shayaateen in human bodies as mentioned in this Hadith by Rasulullah (Sallallahu alayhi wasallam). During such times when there is a predominance of human devils such as the molvis and sheikhs of our age, then this satanic aberration will be complimented by tyrannical governments and rulers. Commenting on the Hadith, it is mentioned in Mirqaat that Ibnul Malak said: "(Obey the ruler) except if he orders you to commit sin. Then do not obey him, but do not fight him. Flee from him." When Muslims lack the power and ability to wage a valid Jihad, then it is not permissible for a small group to resort to rebellion thereby bringing horrendous hardships upon the community. Today the small so -called jihad groups who are really proxies of the western kuffaar, miserably fail to protect the Muslim population from the genocide unleashed by brutal rulers. Instead of protecting the masses, they are driven to kufr and irtidaad by the activities of the jaahil mujahideen whose leaderships are in cahoots with the U.S and other western powers. In today's scenario the aforementioned Hadith has valid applicability. What does this Hadith mean?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Hadith means just what it states. It has literal application. If the people of Syria had heeded this command of Rasulullah (Sallallahu alayhi wasallam) they would not have been over- their satanic direction. All the miseries and calamities have not opened their eyes. They are blaming others for the consequences of their own misdeeds. They are blaming the devil when they had voluntarily and lovingly embraced the devil and had appointed him as their leader, hence Allah Ta'ala has imposed the Devil on Muslims as their ruler. The Hadith explicitly and simply prescribes the remedy and the solution for Muslims who are suffering the Athaab of Allah Azza Wa Jal. The solution which emanates from the Hadith is – Islaah (moral reformation), Inaabat ilallaah (to turn in repentence and obedience to Allah Ta'ala), Sabr and Dua. Only then will Allah Ta'ala change our condition and create the circumstances for our elevation and domination over the kuffaar. It is Allah's Sunnah to thrust honour and power on a morally reformed and spiritually elevated Muslim nation. The Qur'aan Majeed makes it quite clear that Allah Ta'ala will change our condition only if we change what is within us. whelmed and utterly destroyed by the horrendous calamities which they have suffered for years since the inception of the so-called jihad initiated by atheists (the so-called Syrian Free Army), and perpetuated by the errant mujahideen who are all the fiddles of the U.S. What type of jihad is it which has rendered homeless a million Muslims who had to flee from their homes under brutal and horrible conditions? Tens of thousands have been tortured, injured and killed. People are starving and devouring cats and dogs. Thousands of Muslim women have been pillaged and raped. And, worst of all thousands are fleeing to Europe and America selling their Imaan for gaining resident rights in the western countries. If this is jihad, it is an American jihad. There is no goodness in this vile conflagration which undoubtedly is Allah's Punishment for a nation which has spurned Islam and turned its back on the Deen, and to this day they relentlessly continue along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No one can come to the aid of these unfortunate suffering Muslims. A whole nation has been systematically exterminated. Allah Ta'ala says in the Qur'aan Majeed: "If He (Allah) withholds aid from you, then who is there besides Allah to help you.?" Muslims are not prepared to reflect on this Aayat and many other Aayaat and Ahaadith which are relevant to the sufferings of the Ummah on a universal scale.</w:t>
      </w:r>
    </w:p>
    <w:p>
      <w:pPr>
        <w:spacing w:before="0" w:after="120" w:line="300" w:lineRule="exact"/>
        <w:jc w:val="both"/>
      </w:pPr>
      <w:r>
        <w:rPr>
          <w:rFonts w:ascii="Georgia" w:hAnsi="Georgia" w:cs="Georgia" w:eastAsia="Georgia"/>
          <w:b w:val="0"/>
          <w:i w:val="0"/>
          <w:sz w:val="22"/>
        </w:rPr>
        <w:t>The tragedies and horror will therefore continue. Rohingya crisis: Civilians 'maimed by landmines' The BBC has spoken to Rohingya Muslims maimed after apparently stepping on landmines as they fled Myanmar (Burma). A boy of 15 being treated in Bangladesh lost both legs while a woman at the same hospital said she had trodden on a landmine after being fired on.</w:t>
      </w:r>
    </w:p>
    <w:p>
      <w:pPr>
        <w:spacing w:before="0" w:after="120" w:line="300" w:lineRule="exact"/>
        <w:jc w:val="both"/>
      </w:pPr>
      <w:r>
        <w:rPr>
          <w:rFonts w:ascii="Georgia" w:hAnsi="Georgia" w:cs="Georgia" w:eastAsia="Georgia"/>
          <w:b w:val="0"/>
          <w:i w:val="0"/>
          <w:sz w:val="22"/>
        </w:rPr>
        <w:t>The area was mined in the 1990s but Bangladeshi sources say Myanmar's army recently planted new mines - an allegation denied by Myanmar officials. More than 300,000 Rohingya have fled a brutal security crackdown in Myanmar. On Monday UN human rights chief Zeid Raad al-Hussein said that a "cruel military operation" was taking place, calling it "a textbook example of ethnic cleansing".</w:t>
      </w:r>
    </w:p>
    <w:p>
      <w:pPr>
        <w:spacing w:before="0" w:after="120" w:line="300" w:lineRule="exact"/>
        <w:jc w:val="both"/>
      </w:pPr>
      <w:r>
        <w:rPr>
          <w:rFonts w:ascii="Georgia" w:hAnsi="Georgia" w:cs="Georgia" w:eastAsia="Georgia"/>
          <w:b w:val="0"/>
          <w:i w:val="0"/>
          <w:sz w:val="22"/>
        </w:rPr>
        <w:t>The Rohingya, a stateless mostly Muslim minority in Buddhist-majority Rakhine, have long experienced persecution in Myanmar, which says they are illegal immigrants. 'Suffering so much' On Sunday the human rights group Amnesty International accused the authorities of laying landmines at border crossings used by fleeing Rohingya. Bangladeshi government sources made the same allegation speaking to Reuters news agency last week.</w:t>
      </w:r>
    </w:p>
    <w:p>
      <w:pPr>
        <w:spacing w:before="0" w:after="120" w:line="300" w:lineRule="exact"/>
        <w:jc w:val="both"/>
      </w:pPr>
      <w:r>
        <w:rPr>
          <w:rFonts w:ascii="Georgia" w:hAnsi="Georgia" w:cs="Georgia" w:eastAsia="Georgia"/>
          <w:b w:val="0"/>
          <w:i w:val="0"/>
          <w:sz w:val="22"/>
        </w:rPr>
        <w:t>The hospital visited by the BBC has seen an influx of people with landmine injuries, doc-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CHINA: SHOWPIECE MOSQUES AND DECEPTION</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standpoint in their conversations with foreigners and that they must praise the observance of religious freedoms and the raising of the people's living standards under Communist rule. Their instructions are to encourage brother Muslims of the Middle East to join the "Peace Camp" and strive for the safeguarding of world peace (on Communist terms).</w:t>
      </w:r>
    </w:p>
    <w:p>
      <w:pPr>
        <w:spacing w:before="0" w:after="120" w:line="300" w:lineRule="exact"/>
        <w:jc w:val="both"/>
      </w:pPr>
      <w:r>
        <w:rPr>
          <w:rFonts w:ascii="Georgia" w:hAnsi="Georgia" w:cs="Georgia" w:eastAsia="Georgia"/>
          <w:b w:val="0"/>
          <w:i w:val="0"/>
          <w:sz w:val="22"/>
        </w:rPr>
        <w:t>All members of the group have to follow these orders. They rarely dare to express their own personal views since they are under the constant and strict surveillance of Party supervisors and also because their families are held hostages on the Mainland. While in Mecca, they are not permitted to indulge in individual activities or to separate from the group.</w:t>
      </w:r>
    </w:p>
    <w:p>
      <w:pPr>
        <w:spacing w:before="0" w:after="120" w:line="300" w:lineRule="exact"/>
        <w:jc w:val="both"/>
      </w:pPr>
      <w:r>
        <w:rPr>
          <w:rFonts w:ascii="Georgia" w:hAnsi="Georgia" w:cs="Georgia" w:eastAsia="Georgia"/>
          <w:b w:val="0"/>
          <w:i w:val="0"/>
          <w:sz w:val="22"/>
        </w:rPr>
        <w:t>In this way, a pilgrim group is transformed into an instrument of propaganda for the Communist regime – as the Government of Saudi Arabia recognised in 1951 when it refused visas to a group of such 'Hajis'. While these pilgrims extol abroad the religious freedoms enjoyed by their fellow Muslims in China, their brothers at home suffer persecution on the ground that they are "reactionaries", "counter -revolutionaries", "Nationalist" or "imperialist" agents, or again, 'local nationalists' opposed to the Communist leadership.</w:t>
      </w:r>
    </w:p>
    <w:p>
      <w:pPr>
        <w:spacing w:before="0" w:after="120" w:line="300" w:lineRule="exact"/>
        <w:jc w:val="both"/>
      </w:pPr>
      <w:r>
        <w:rPr>
          <w:rFonts w:ascii="Georgia" w:hAnsi="Georgia" w:cs="Georgia" w:eastAsia="Georgia"/>
          <w:b w:val="0"/>
          <w:i w:val="0"/>
          <w:sz w:val="22"/>
        </w:rPr>
        <w:t>After the Bandung Conference, the Chinese Communists tried to hoodwink the Muslim world by sending hand-picked delegations to Muslim countries and by showing foreign Muslim visitors carefully selected religious "show-places" in China. (Source: Islam in China by M. Rafiq Khan)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ATHAAB</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"Your Rabb is not One Who will destroy the (inhabitants of) a country until He sends a Messenger to its capital, who rehearses for them Our laws. And, We would never destroy a country except that its people were flagrant transgressors."</w:t>
      </w:r>
    </w:p>
    <w:p>
      <w:pPr>
        <w:spacing w:before="0" w:after="120" w:line="300" w:lineRule="exact"/>
        <w:jc w:val="both"/>
      </w:pPr>
      <w:r>
        <w:rPr>
          <w:rFonts w:ascii="Georgia" w:hAnsi="Georgia" w:cs="Georgia" w:eastAsia="Georgia"/>
          <w:b w:val="0"/>
          <w:i w:val="0"/>
          <w:sz w:val="22"/>
        </w:rPr>
        <w:t>(Al-Qasas, Aayat 59) When a nation is destroyed by whatever form of disaster, be it floods, hurricanes, earthquakes, genocide by the kuffaar, drought, etc., then understand that this is Allah's Athaab (Punishment) for a people who had transgressed beyond the point of no return. It is the Sunnah of Allah Azza Wa Jal to unleash His universal Punishment to destroy a people only after He has raised among them warners to guide them to Allah Ta'ala.</w:t>
      </w:r>
    </w:p>
    <w:p>
      <w:pPr>
        <w:spacing w:before="0" w:after="120" w:line="300" w:lineRule="exact"/>
        <w:jc w:val="both"/>
      </w:pPr>
      <w:r>
        <w:rPr>
          <w:rFonts w:ascii="Georgia" w:hAnsi="Georgia" w:cs="Georgia" w:eastAsia="Georgia"/>
          <w:b w:val="0"/>
          <w:i w:val="0"/>
          <w:sz w:val="22"/>
        </w:rPr>
        <w:t>When they reject the calls and cries of the Warner, Allah's decree of Athaab is then established and justified. Then comes the universal (aam) punishment, the likes of which we are today observing in Syria, Burma and elsewhere in lesser degree. The lesser degree portends the greater universal punishment which will horrendously descend on the people if they fail to understand and heed the lesser punishment, the objective of which is to jolt the transgressors into realization.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CHINA: REPRESSION OF MUSLIMS</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Central Asian Republics. Seminars and lectures were considered insufficient and permanent institutions for atheist propaganda were set up. In Alma Ata a so-called 'House of the Atheist' was established in Baku. An "Atheist Study" (Kabinet Ateista) was set up in the city's 'House of Political Education'. In Ashkhabad a 'University of Scientiﬁc Atheism' was founded.</w:t>
      </w:r>
    </w:p>
    <w:p>
      <w:pPr>
        <w:spacing w:before="0" w:after="120" w:line="300" w:lineRule="exact"/>
        <w:jc w:val="both"/>
      </w:pPr>
      <w:r>
        <w:rPr>
          <w:rFonts w:ascii="Georgia" w:hAnsi="Georgia" w:cs="Georgia" w:eastAsia="Georgia"/>
          <w:b w:val="0"/>
          <w:i w:val="0"/>
          <w:sz w:val="22"/>
        </w:rPr>
        <w:t>It's the ﬁrst to be opened in the U.S.S.R. after World War II. All these institutions aim at making Soviet antiMuslim propaganda more varied, more detailed and more hard hitting. Chinese Communist policy towards Muslims True to the antiMuslim heritage bequeathed to them by Soviet Communism, the Chinese Communists are making every effort to wipe out Islam from China and turn the Muslims into an insigniﬁcant minority under the Han domination.</w:t>
      </w:r>
    </w:p>
    <w:p>
      <w:pPr>
        <w:spacing w:before="0" w:after="120" w:line="300" w:lineRule="exact"/>
        <w:jc w:val="both"/>
      </w:pPr>
      <w:r>
        <w:rPr>
          <w:rFonts w:ascii="Georgia" w:hAnsi="Georgia" w:cs="Georgia" w:eastAsia="Georgia"/>
          <w:b w:val="0"/>
          <w:i w:val="0"/>
          <w:sz w:val="22"/>
        </w:rPr>
        <w:t>The Chinese Government gives the total number of Muslims in China as 10 million? And recognises 10 national minorities among them, the most numerous being the six million Hui (Chinese-speaking Muslims) and 3.5 million Uighurs. The fact that Muslims exist as a group of racial minorities, as well as a single religious minority, has much to the chagrin of the Communists, enabled them to have stronger voice in the country's affairs.</w:t>
      </w:r>
    </w:p>
    <w:p>
      <w:pPr>
        <w:spacing w:before="0" w:after="120" w:line="300" w:lineRule="exact"/>
        <w:jc w:val="both"/>
      </w:pPr>
      <w:r>
        <w:rPr>
          <w:rFonts w:ascii="Georgia" w:hAnsi="Georgia" w:cs="Georgia" w:eastAsia="Georgia"/>
          <w:b w:val="0"/>
          <w:i w:val="0"/>
          <w:sz w:val="22"/>
        </w:rPr>
        <w:t>Despite this, the Communists' hostility, towards Islam and their attachment to the dogmas of Marxism-LeninismMaoism, has resulted in fierce persecution of the Muslims. Since 1950, the CPC has discouraged the building of new mosques, conﬁscated a great deal of land owned by mosques, and severely restricted the Islamic education of Muslim youth in Kommunist Turkmenistana, October 1958.(Source: Islam in China by M.</w:t>
      </w:r>
    </w:p>
    <w:p>
      <w:pPr>
        <w:spacing w:before="0" w:after="120" w:line="300" w:lineRule="exact"/>
        <w:jc w:val="both"/>
      </w:pPr>
      <w:r>
        <w:rPr>
          <w:rFonts w:ascii="Georgia" w:hAnsi="Georgia" w:cs="Georgia" w:eastAsia="Georgia"/>
          <w:b w:val="0"/>
          <w:i w:val="0"/>
          <w:sz w:val="22"/>
        </w:rPr>
        <w:t>Rafiq Khan)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'Holy Warriors' Lose Bosnian Citizenship</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'Holy Warriors' Lose Bosnian Citizenship Agence France Presse SARAJEVO — Bosnia said it has revoked the citizenships granted to 330 people, including "holy warriors" who fought alongside local Muslims in the country's brutal 1992-1995 War. "So far we have revoked 530 citizenships," the head of a commission tasked with reviewing citizenships, Vjekoslav Vukovic, said.</w:t>
      </w:r>
    </w:p>
    <w:p>
      <w:pPr>
        <w:spacing w:before="0" w:after="120" w:line="300" w:lineRule="exact"/>
        <w:jc w:val="both"/>
      </w:pPr>
      <w:r>
        <w:rPr>
          <w:rFonts w:ascii="Georgia" w:hAnsi="Georgia" w:cs="Georgia" w:eastAsia="Georgia"/>
          <w:b w:val="0"/>
          <w:i w:val="0"/>
          <w:sz w:val="22"/>
        </w:rPr>
        <w:t>"The majority of them are from African and Asian countries" including the Middle East, said Vukovic, adding that there were some 500 cases left for revision. The Bosnian govern-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(Continued from page 3) MIGRATION</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fess to be Muslims, hence they do not prohibit Islam in the private sector where Muslims are free to act according to the Shariah. It is therefore HARAAM for Pakistani Muslims to migrate to the West. And, this will apply to the Muslims of all Muslim countries.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Daarul Aman? Someone says that there is no such country</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 kaafir state which grants Muslims sanctuary is termed Darul Aman. If Muslims are safe and protected in such a country, it will be termed Darul Aman.</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explain what a Daarul harb is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All kuffaar countries are Darul Harb as far as a genuine Islamic State is concerned. If there happens to rise a genuine Islamic State, then all the lands of the Kuffaar will be Darul harb.</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scholar says that Jumuah Salaat is not valid in a nonMuslim country. Therefore, after Jumuah, we should perform Zuhr as a precautionary measure. Is this correct?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Jumuah Salaat has to be performed today wherever Muslims are. It is not necessary to perform Zuhr after Jumuah.</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an Islamic state what is the punishment for a nonMuslim blasphemer who insults Rasulullah (Sallallahu alayhi wasallam)?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punishment for a blasphemer is execution in an Islamic state, whether Muslim or nonMuslim if he does not repent within three days.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for an adult son to go for Jihad without the consent of his parents if they are not at all dependent on him?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not permissible for a son to go for Jihad without the consent of his parents even if he is baaligh. Only when Jihad is Fardh-e-Ain will it be permissible.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comment on the groups fighting in Kashmir. Are they fighting a Jihad? The Muslims in Kashmir are oppressed by the Indian rulers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Undoubtedly Muslims are oppressed and brutalized in Kashmir as well as in some other countries. The oppression meted out by the kuffaar is actually a form of Allah's punishment for the gross evil and disobedience of Muslims. The Muslims in Kashmir have abandoned true Islam in the same way as the Muslims of Palestine and elsewhere. There are several groups, all irreligious, fighting in the name of Islam whilst there is very little of Islam in them. They do not have the haziest idea of the meaning of Jihad although they blow the trumpet of Jihad. It is the same everywhere – in Palestine, Syria, Iraq, and wherever they are fighting in the name of Jihad. They are shockingly ignorant of the objective of Jihad.</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There were lots of youngsters from Afghanistan at Raiwind Tablighi markaz when I went there in 2013. I noticed that many were lacking knowledge of basics of Islam. It seems that the Makaatib system and going out with the Tablighi Jamaat is the best way to remedy this. Its understandable that due to decades of continuous conflict, many Afghans have been deprived of deeni ilm even at a basic level. Is my observation valid?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Whilst what you have mentioned about the people of Afghanistan is correct, the decades of conflict are not valid excuses for their drift from the Deen and their acquiescence with ignorance. Despite the ongoing war, they find time, money and opportunity for all worldly activities except for the Deen. Their apathy towards the Deen is the primary factor for their suffering. They are just not interested in imparting basic Deeni education to their children who are growing up as ignoramuses, hence perfect fodder for the forces of kufr wooing them. Despite the war, they are fully capable of operating Maktabs to cater for the basic Deeni Ta'leem of their children. But they lack this concern. In fact even those among them who are regarded as elders and Ulama are unable to recite the Qur'aan Majeed with Tajweed. They are fighting the superpowers, but do not care about the Maktabs. There is really no problem running Maktabs despite the wars. But, when the Deen has been made a handmaid of the dunya, then the Deen suffers and in the wake of this suffering comes Allah's Punishment.</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Related to the Afghan issue, I'm noticing lots of ads on Cii, etc. for collecting for the secular education of Syrian orphans. It seems a similar scenario has developed in Palestine, Syria etc. Due to Bashar al Assad and his father before him strictly enforcing a secular state, millions of Muslim children have been deprived of basic deeni education and instead, the virtues and importance of secular education have been drilled into them. So now they believe that their success lies &amp; depends on attending university. The enemies of Islam are only too quick and happy to support them in that but as far as deen is concerned, these people are lacking. So it would be unwise for us to ALSO support them in that unless the aim of the ulama who are working with the organisations involved is to slowly begin educating them regarding deen because they still have an incorrect mind-set and might openly refuse deeni education. The sad part is that their current situation is a result of lack of deen and these poor souls are drifting further away from deen and success without realising it. This is my understanding. Am I correct?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Yes, you are correct in your understanding. However, the misery which these people and the Ummah at large are today experiencing and suffering are forms of Allah's Athaab (Punishment). Muslims have abandoned the Deen of their own free volition. When they refused to reform, Allah Ta'ala imposed on them evil Satanists such as Bashar, Sisi and others of this ilk. U.S.A. oppression is also a form of Allah's punishment for this treacherous ummah. Almost the entire Islam has been forsaken and abandoned by the overwhelming majority of this Ummah in every country where there are Muslims. This treachery is worse in Muslim countries. The rulers of all Muslim countries are in reality kuffaar with Muslim names. These rulers are the reflection of the fisq, fujoor and kufr of the Muslim people. All over the world Muslims have traded and are trading their Imaan for the miserable carrion of the dunya, and the leaders in this treachery are the molvis and sheikhs of this era. They are the worst devils, hence Rasulullah (Sallallahu alayhi wasallam) said that he feared for his Ummah the greater dajjaals – more dangerous than Dajjaal-in-Chief, and they are the aimmah mudhilleen (the molvis, sheikhs and so-called buzrugs) who pave the path of Jahannam for the masses.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the Saudi king the legitimate custodian of the Holy Cities?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king and rulers of Saudi Arabia are treacherous fussaaq. Nevertheless, they do have real possession of the Holy Cities, hence they are the custodians despite their fisq and fujoor.</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for a Muslim to become a police officer in London?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not permissible to become a police officer in London nor any where else in the world, even in Muslim countries. All government and security institutions are agencies of zulm (oppression and injustice). Governments in all countries function in accordance with the law of Taaghoot. All laws besides Allah's Law are haraam and kufr. It is haraam to aid and abet any institution of kufr. Some centuries ago a tailor used to sew the garments for the Sultan of the time. This tailor suffering a pang of adverse conscience because he knew that the Sultan was a zaalim (tyrant/ oppressor) asked a Faqeeh if sewing garments for the Sultan was aiding him in zulm. The Faqeeh responded: "It is not only aiding zulm. It is zulm per se."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