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55</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5 were joined in this issue.</w:t>
      </w:r>
    </w:p>
    <w:p>
      <w:pPr>
        <w:spacing w:before="0" w:after="80" w:line="300" w:lineRule="exact"/>
        <w:jc w:val="left"/>
      </w:pPr>
      <w:r>
        <w:rPr>
          <w:rFonts w:ascii="Georgia" w:hAnsi="Georgia" w:cs="Georgia" w:eastAsia="Georgia"/>
          <w:b w:val="0"/>
          <w:i w:val="0"/>
          <w:sz w:val="18"/>
        </w:rPr>
        <w:t>Headings: 10 read from the PDF's own text, 26 read from the printed headline artwork, 0 taken from the Majlis's running head, and 6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420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98.71% of the original's words are present and 96.38%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JERUSALEM - THE ISRAELI CAPITAL (page 1)</w:t>
      </w:r>
    </w:p>
    <w:p>
      <w:pPr>
        <w:spacing w:before="0" w:after="40" w:line="300" w:lineRule="exact"/>
        <w:jc w:val="left"/>
      </w:pPr>
      <w:r>
        <w:rPr>
          <w:rFonts w:ascii="Georgia" w:hAnsi="Georgia" w:cs="Georgia" w:eastAsia="Georgia"/>
          <w:b w:val="0"/>
          <w:i w:val="0"/>
          <w:sz w:val="20"/>
        </w:rPr>
        <w:t>3. imposed on Muslims, viz., Jihad. (page 1) [no printed headline]</w:t>
      </w:r>
    </w:p>
    <w:p>
      <w:pPr>
        <w:spacing w:before="0" w:after="40" w:line="300" w:lineRule="exact"/>
        <w:jc w:val="left"/>
      </w:pPr>
      <w:r>
        <w:rPr>
          <w:rFonts w:ascii="Georgia" w:hAnsi="Georgia" w:cs="Georgia" w:eastAsia="Georgia"/>
          <w:b w:val="0"/>
          <w:i w:val="0"/>
          <w:sz w:val="20"/>
        </w:rPr>
        <w:t>4. THE BRUTALITY OF THE BUDDHIST DEVILS (page 1, 4)</w:t>
      </w:r>
    </w:p>
    <w:p>
      <w:pPr>
        <w:spacing w:before="0" w:after="40" w:line="300" w:lineRule="exact"/>
        <w:jc w:val="left"/>
      </w:pPr>
      <w:r>
        <w:rPr>
          <w:rFonts w:ascii="Georgia" w:hAnsi="Georgia" w:cs="Georgia" w:eastAsia="Georgia"/>
          <w:b w:val="0"/>
          <w:i w:val="0"/>
          <w:sz w:val="20"/>
        </w:rPr>
        <w:t>5. In the wake of some violent attacks by some stupid 'jihadi' gang serving the interests of… (page 1) [no printed headline]</w:t>
      </w:r>
    </w:p>
    <w:p>
      <w:pPr>
        <w:spacing w:before="0" w:after="40" w:line="300" w:lineRule="exact"/>
        <w:jc w:val="left"/>
      </w:pPr>
      <w:r>
        <w:rPr>
          <w:rFonts w:ascii="Georgia" w:hAnsi="Georgia" w:cs="Georgia" w:eastAsia="Georgia"/>
          <w:b w:val="0"/>
          <w:i w:val="0"/>
          <w:sz w:val="20"/>
        </w:rPr>
        <w:t>6. THIS IS THEIR THANKS AND GRATITUDE (page 2)</w:t>
      </w:r>
    </w:p>
    <w:p>
      <w:pPr>
        <w:spacing w:before="0" w:after="40" w:line="300" w:lineRule="exact"/>
        <w:jc w:val="left"/>
      </w:pPr>
      <w:r>
        <w:rPr>
          <w:rFonts w:ascii="Georgia" w:hAnsi="Georgia" w:cs="Georgia" w:eastAsia="Georgia"/>
          <w:b w:val="0"/>
          <w:i w:val="0"/>
          <w:sz w:val="20"/>
        </w:rPr>
        <w:t>7. BOYCOTTS - THE SHARIAH'S STANCE (page 2)</w:t>
      </w:r>
    </w:p>
    <w:p>
      <w:pPr>
        <w:spacing w:before="0" w:after="40" w:line="300" w:lineRule="exact"/>
        <w:jc w:val="left"/>
      </w:pPr>
      <w:r>
        <w:rPr>
          <w:rFonts w:ascii="Georgia" w:hAnsi="Georgia" w:cs="Georgia" w:eastAsia="Georgia"/>
          <w:b w:val="0"/>
          <w:i w:val="0"/>
          <w:sz w:val="20"/>
        </w:rPr>
        <w:t>8. Deadly Bombing in Kabul Is One of the Afghan War's Worst Strikes (page 3)</w:t>
      </w:r>
    </w:p>
    <w:p>
      <w:pPr>
        <w:spacing w:before="0" w:after="40" w:line="300" w:lineRule="exact"/>
        <w:jc w:val="left"/>
      </w:pPr>
      <w:r>
        <w:rPr>
          <w:rFonts w:ascii="Georgia" w:hAnsi="Georgia" w:cs="Georgia" w:eastAsia="Georgia"/>
          <w:b w:val="0"/>
          <w:i w:val="0"/>
          <w:sz w:val="20"/>
        </w:rPr>
        <w:t>9. BOOTLICKERS ARE SLAVES OF THE DUNYA (page 3)</w:t>
      </w:r>
    </w:p>
    <w:p>
      <w:pPr>
        <w:spacing w:before="0" w:after="40" w:line="300" w:lineRule="exact"/>
        <w:jc w:val="left"/>
      </w:pPr>
      <w:r>
        <w:rPr>
          <w:rFonts w:ascii="Georgia" w:hAnsi="Georgia" w:cs="Georgia" w:eastAsia="Georgia"/>
          <w:b w:val="0"/>
          <w:i w:val="0"/>
          <w:sz w:val="20"/>
        </w:rPr>
        <w:t>10. JUSTICE (page 3)</w:t>
      </w:r>
    </w:p>
    <w:p>
      <w:pPr>
        <w:spacing w:before="0" w:after="40" w:line="300" w:lineRule="exact"/>
        <w:jc w:val="left"/>
      </w:pPr>
      <w:r>
        <w:rPr>
          <w:rFonts w:ascii="Georgia" w:hAnsi="Georgia" w:cs="Georgia" w:eastAsia="Georgia"/>
          <w:b w:val="0"/>
          <w:i w:val="0"/>
          <w:sz w:val="20"/>
        </w:rPr>
        <w:t>11. MOLESTING MUSLIM WOMEN (page 4)</w:t>
      </w:r>
    </w:p>
    <w:p>
      <w:pPr>
        <w:spacing w:before="0" w:after="40" w:line="300" w:lineRule="exact"/>
        <w:jc w:val="left"/>
      </w:pPr>
      <w:r>
        <w:rPr>
          <w:rFonts w:ascii="Georgia" w:hAnsi="Georgia" w:cs="Georgia" w:eastAsia="Georgia"/>
          <w:b w:val="0"/>
          <w:i w:val="0"/>
          <w:sz w:val="20"/>
        </w:rPr>
        <w:t>12. THE NOBLEST JIHAAD (page 4)</w:t>
      </w:r>
    </w:p>
    <w:p>
      <w:pPr>
        <w:spacing w:before="0" w:after="40" w:line="300" w:lineRule="exact"/>
        <w:jc w:val="left"/>
      </w:pPr>
      <w:r>
        <w:rPr>
          <w:rFonts w:ascii="Georgia" w:hAnsi="Georgia" w:cs="Georgia" w:eastAsia="Georgia"/>
          <w:b w:val="0"/>
          <w:i w:val="0"/>
          <w:sz w:val="20"/>
        </w:rPr>
        <w:t>13. THE QUR’AAN (page 4)</w:t>
      </w:r>
    </w:p>
    <w:p>
      <w:pPr>
        <w:spacing w:before="0" w:after="40" w:line="300" w:lineRule="exact"/>
        <w:jc w:val="left"/>
      </w:pPr>
      <w:r>
        <w:rPr>
          <w:rFonts w:ascii="Georgia" w:hAnsi="Georgia" w:cs="Georgia" w:eastAsia="Georgia"/>
          <w:b w:val="0"/>
          <w:i w:val="0"/>
          <w:sz w:val="20"/>
        </w:rPr>
        <w:t>14. THIS IS KUFR CULTURE WHICH MUSLIMS ARE EMULATING (page 4)</w:t>
      </w:r>
    </w:p>
    <w:p>
      <w:pPr>
        <w:spacing w:before="0" w:after="40" w:line="300" w:lineRule="exact"/>
        <w:jc w:val="left"/>
      </w:pPr>
      <w:r>
        <w:rPr>
          <w:rFonts w:ascii="Georgia" w:hAnsi="Georgia" w:cs="Georgia" w:eastAsia="Georgia"/>
          <w:b w:val="0"/>
          <w:i w:val="0"/>
          <w:sz w:val="20"/>
        </w:rPr>
        <w:t>15. THE PHARMA TERRORISTS (page 5)</w:t>
      </w:r>
    </w:p>
    <w:p>
      <w:pPr>
        <w:spacing w:before="0" w:after="40" w:line="300" w:lineRule="exact"/>
        <w:jc w:val="left"/>
      </w:pPr>
      <w:r>
        <w:rPr>
          <w:rFonts w:ascii="Georgia" w:hAnsi="Georgia" w:cs="Georgia" w:eastAsia="Georgia"/>
          <w:b w:val="0"/>
          <w:i w:val="0"/>
          <w:sz w:val="20"/>
        </w:rPr>
        <w:t>16. ISMAA-ILIS - THE FOLLOWERS OF AGA KHAN ARE KUFFAAR (page 5, 6, 11)</w:t>
      </w:r>
    </w:p>
    <w:p>
      <w:pPr>
        <w:spacing w:before="0" w:after="40" w:line="300" w:lineRule="exact"/>
        <w:jc w:val="left"/>
      </w:pPr>
      <w:r>
        <w:rPr>
          <w:rFonts w:ascii="Georgia" w:hAnsi="Georgia" w:cs="Georgia" w:eastAsia="Georgia"/>
          <w:b w:val="0"/>
          <w:i w:val="0"/>
          <w:sz w:val="20"/>
        </w:rPr>
        <w:t>17. MOZAMBIQUE SHUTS DOWN MUSJIDS (page 6)</w:t>
      </w:r>
    </w:p>
    <w:p>
      <w:pPr>
        <w:spacing w:before="0" w:after="40" w:line="300" w:lineRule="exact"/>
        <w:jc w:val="left"/>
      </w:pPr>
      <w:r>
        <w:rPr>
          <w:rFonts w:ascii="Georgia" w:hAnsi="Georgia" w:cs="Georgia" w:eastAsia="Georgia"/>
          <w:b w:val="0"/>
          <w:i w:val="0"/>
          <w:sz w:val="20"/>
        </w:rPr>
        <w:t>18. JERUSALEM - THE ISRAELI CAPITAL (page 6)</w:t>
      </w:r>
    </w:p>
    <w:p>
      <w:pPr>
        <w:spacing w:before="0" w:after="40" w:line="300" w:lineRule="exact"/>
        <w:jc w:val="left"/>
      </w:pPr>
      <w:r>
        <w:rPr>
          <w:rFonts w:ascii="Georgia" w:hAnsi="Georgia" w:cs="Georgia" w:eastAsia="Georgia"/>
          <w:b w:val="0"/>
          <w:i w:val="0"/>
          <w:sz w:val="20"/>
        </w:rPr>
        <w:t>19. JUSTICE dered with gold (page 6)</w:t>
      </w:r>
    </w:p>
    <w:p>
      <w:pPr>
        <w:spacing w:before="0" w:after="40" w:line="300" w:lineRule="exact"/>
        <w:jc w:val="left"/>
      </w:pPr>
      <w:r>
        <w:rPr>
          <w:rFonts w:ascii="Georgia" w:hAnsi="Georgia" w:cs="Georgia" w:eastAsia="Georgia"/>
          <w:b w:val="0"/>
          <w:i w:val="0"/>
          <w:sz w:val="20"/>
        </w:rPr>
        <w:t>20. INJUSTICE, TORTURE AND BRUTALITY OF U.S. COURTS AND JAILS (page 7)</w:t>
      </w:r>
    </w:p>
    <w:p>
      <w:pPr>
        <w:spacing w:before="0" w:after="40" w:line="300" w:lineRule="exact"/>
        <w:jc w:val="left"/>
      </w:pPr>
      <w:r>
        <w:rPr>
          <w:rFonts w:ascii="Georgia" w:hAnsi="Georgia" w:cs="Georgia" w:eastAsia="Georgia"/>
          <w:b w:val="0"/>
          <w:i w:val="0"/>
          <w:sz w:val="20"/>
        </w:rPr>
        <w:t>21. SALAAT - THE TREACHERY OF THE UMMAH (page 7)</w:t>
      </w:r>
    </w:p>
    <w:p>
      <w:pPr>
        <w:spacing w:before="0" w:after="40" w:line="300" w:lineRule="exact"/>
        <w:jc w:val="left"/>
      </w:pPr>
      <w:r>
        <w:rPr>
          <w:rFonts w:ascii="Georgia" w:hAnsi="Georgia" w:cs="Georgia" w:eastAsia="Georgia"/>
          <w:b w:val="0"/>
          <w:i w:val="0"/>
          <w:sz w:val="20"/>
        </w:rPr>
        <w:t>22. The Khalifah, Hadhrat Abu Bakr (radhiyallahu anhu) despatched an army of 10,000… (page 8) [no printed headline]</w:t>
      </w:r>
    </w:p>
    <w:p>
      <w:pPr>
        <w:spacing w:before="0" w:after="40" w:line="300" w:lineRule="exact"/>
        <w:jc w:val="left"/>
      </w:pPr>
      <w:r>
        <w:rPr>
          <w:rFonts w:ascii="Georgia" w:hAnsi="Georgia" w:cs="Georgia" w:eastAsia="Georgia"/>
          <w:b w:val="0"/>
          <w:i w:val="0"/>
          <w:sz w:val="20"/>
        </w:rPr>
        <w:t>23. "DOG OF THE ROMANS" (page 8, 10)</w:t>
      </w:r>
    </w:p>
    <w:p>
      <w:pPr>
        <w:spacing w:before="0" w:after="40" w:line="300" w:lineRule="exact"/>
        <w:jc w:val="left"/>
      </w:pPr>
      <w:r>
        <w:rPr>
          <w:rFonts w:ascii="Georgia" w:hAnsi="Georgia" w:cs="Georgia" w:eastAsia="Georgia"/>
          <w:b w:val="0"/>
          <w:i w:val="0"/>
          <w:sz w:val="20"/>
        </w:rPr>
        <w:t>24. Irene (Augusta), the empress of Byzantium (the eastern Roman Empire) had concluded a… (page 8) [no printed headline]</w:t>
      </w:r>
    </w:p>
    <w:p>
      <w:pPr>
        <w:spacing w:before="0" w:after="40" w:line="300" w:lineRule="exact"/>
        <w:jc w:val="left"/>
      </w:pPr>
      <w:r>
        <w:rPr>
          <w:rFonts w:ascii="Georgia" w:hAnsi="Georgia" w:cs="Georgia" w:eastAsia="Georgia"/>
          <w:b w:val="0"/>
          <w:i w:val="0"/>
          <w:sz w:val="20"/>
        </w:rPr>
        <w:t>25. UMAR - HIS MEMORABLE JOURNEY TO BAITUL MAQDIS (page 9)</w:t>
      </w:r>
    </w:p>
    <w:p>
      <w:pPr>
        <w:spacing w:before="0" w:after="40" w:line="300" w:lineRule="exact"/>
        <w:jc w:val="left"/>
      </w:pPr>
      <w:r>
        <w:rPr>
          <w:rFonts w:ascii="Georgia" w:hAnsi="Georgia" w:cs="Georgia" w:eastAsia="Georgia"/>
          <w:b w:val="0"/>
          <w:i w:val="0"/>
          <w:sz w:val="20"/>
        </w:rPr>
        <w:t>26. The Nusrat (Aid) of Allah (page 9)</w:t>
      </w:r>
    </w:p>
    <w:p>
      <w:pPr>
        <w:spacing w:before="0" w:after="40" w:line="300" w:lineRule="exact"/>
        <w:jc w:val="left"/>
      </w:pPr>
      <w:r>
        <w:rPr>
          <w:rFonts w:ascii="Georgia" w:hAnsi="Georgia" w:cs="Georgia" w:eastAsia="Georgia"/>
          <w:b w:val="0"/>
          <w:i w:val="0"/>
          <w:sz w:val="20"/>
        </w:rPr>
        <w:t>27. ALLAH'S ATHAAB - THE SIGN (page 10)</w:t>
      </w:r>
    </w:p>
    <w:p>
      <w:pPr>
        <w:spacing w:before="0" w:after="40" w:line="300" w:lineRule="exact"/>
        <w:jc w:val="left"/>
      </w:pPr>
      <w:r>
        <w:rPr>
          <w:rFonts w:ascii="Georgia" w:hAnsi="Georgia" w:cs="Georgia" w:eastAsia="Georgia"/>
          <w:b w:val="0"/>
          <w:i w:val="0"/>
          <w:sz w:val="20"/>
        </w:rPr>
        <w:t>28. A CRIME (page 10)</w:t>
      </w:r>
    </w:p>
    <w:p>
      <w:pPr>
        <w:spacing w:before="0" w:after="40" w:line="300" w:lineRule="exact"/>
        <w:jc w:val="left"/>
      </w:pPr>
      <w:r>
        <w:rPr>
          <w:rFonts w:ascii="Georgia" w:hAnsi="Georgia" w:cs="Georgia" w:eastAsia="Georgia"/>
          <w:b w:val="0"/>
          <w:i w:val="0"/>
          <w:sz w:val="20"/>
        </w:rPr>
        <w:t>29. PRINCIPLES (page 10, 12)</w:t>
      </w:r>
    </w:p>
    <w:p>
      <w:pPr>
        <w:spacing w:before="0" w:after="40" w:line="300" w:lineRule="exact"/>
        <w:jc w:val="left"/>
      </w:pPr>
      <w:r>
        <w:rPr>
          <w:rFonts w:ascii="Georgia" w:hAnsi="Georgia" w:cs="Georgia" w:eastAsia="Georgia"/>
          <w:b w:val="0"/>
          <w:i w:val="0"/>
          <w:sz w:val="20"/>
        </w:rPr>
        <w:t>30. THE TYRANTS ARE OUR PUNISHMENT (page 10)</w:t>
      </w:r>
    </w:p>
    <w:p>
      <w:pPr>
        <w:spacing w:before="0" w:after="40" w:line="300" w:lineRule="exact"/>
        <w:jc w:val="left"/>
      </w:pPr>
      <w:r>
        <w:rPr>
          <w:rFonts w:ascii="Georgia" w:hAnsi="Georgia" w:cs="Georgia" w:eastAsia="Georgia"/>
          <w:b w:val="0"/>
          <w:i w:val="0"/>
          <w:sz w:val="20"/>
        </w:rPr>
        <w:t>31. FEMALE LEADERSHIP (page 10)</w:t>
      </w:r>
    </w:p>
    <w:p>
      <w:pPr>
        <w:spacing w:before="0" w:after="40" w:line="300" w:lineRule="exact"/>
        <w:jc w:val="left"/>
      </w:pPr>
      <w:r>
        <w:rPr>
          <w:rFonts w:ascii="Georgia" w:hAnsi="Georgia" w:cs="Georgia" w:eastAsia="Georgia"/>
          <w:b w:val="0"/>
          <w:i w:val="0"/>
          <w:sz w:val="20"/>
        </w:rPr>
        <w:t>32. DERELICTION OF THE ULAMA (page 10)</w:t>
      </w:r>
    </w:p>
    <w:p>
      <w:pPr>
        <w:spacing w:before="0" w:after="40" w:line="300" w:lineRule="exact"/>
        <w:jc w:val="left"/>
      </w:pPr>
      <w:r>
        <w:rPr>
          <w:rFonts w:ascii="Georgia" w:hAnsi="Georgia" w:cs="Georgia" w:eastAsia="Georgia"/>
          <w:b w:val="0"/>
          <w:i w:val="0"/>
          <w:sz w:val="20"/>
        </w:rPr>
        <w:t>33. "And, when We desire to destroy a town, We command its affluent people (i.e. (page 11) [no printed headline]</w:t>
      </w:r>
    </w:p>
    <w:p>
      <w:pPr>
        <w:spacing w:before="0" w:after="40" w:line="300" w:lineRule="exact"/>
        <w:jc w:val="left"/>
      </w:pPr>
      <w:r>
        <w:rPr>
          <w:rFonts w:ascii="Georgia" w:hAnsi="Georgia" w:cs="Georgia" w:eastAsia="Georgia"/>
          <w:b w:val="0"/>
          <w:i w:val="0"/>
          <w:sz w:val="20"/>
        </w:rPr>
        <w:t>34. ALLAH'S COMMAND (page 11)</w:t>
      </w:r>
    </w:p>
    <w:p>
      <w:pPr>
        <w:spacing w:before="0" w:after="40" w:line="300" w:lineRule="exact"/>
        <w:jc w:val="left"/>
      </w:pPr>
      <w:r>
        <w:rPr>
          <w:rFonts w:ascii="Georgia" w:hAnsi="Georgia" w:cs="Georgia" w:eastAsia="Georgia"/>
          <w:b w:val="0"/>
          <w:i w:val="0"/>
          <w:sz w:val="20"/>
        </w:rPr>
        <w:t>35. BAATIN (page 11)</w:t>
      </w:r>
    </w:p>
    <w:p>
      <w:pPr>
        <w:spacing w:before="0" w:after="40" w:line="300" w:lineRule="exact"/>
        <w:jc w:val="left"/>
      </w:pPr>
      <w:r>
        <w:rPr>
          <w:rFonts w:ascii="Georgia" w:hAnsi="Georgia" w:cs="Georgia" w:eastAsia="Georgia"/>
          <w:b w:val="0"/>
          <w:i w:val="0"/>
          <w:sz w:val="20"/>
        </w:rPr>
        <w:t>36. ALLAH'S SUNNAH (page 11)</w:t>
      </w:r>
    </w:p>
    <w:p>
      <w:pPr>
        <w:spacing w:before="0" w:after="40" w:line="300" w:lineRule="exact"/>
        <w:jc w:val="left"/>
      </w:pPr>
      <w:r>
        <w:rPr>
          <w:rFonts w:ascii="Georgia" w:hAnsi="Georgia" w:cs="Georgia" w:eastAsia="Georgia"/>
          <w:b w:val="0"/>
          <w:i w:val="0"/>
          <w:sz w:val="20"/>
        </w:rPr>
        <w:t>37. ALLAH'S ARMIES (page 11)</w:t>
      </w:r>
    </w:p>
    <w:p>
      <w:pPr>
        <w:spacing w:before="0" w:after="40" w:line="300" w:lineRule="exact"/>
        <w:jc w:val="left"/>
      </w:pPr>
      <w:r>
        <w:rPr>
          <w:rFonts w:ascii="Georgia" w:hAnsi="Georgia" w:cs="Georgia" w:eastAsia="Georgia"/>
          <w:b w:val="0"/>
          <w:i w:val="0"/>
          <w:sz w:val="20"/>
        </w:rPr>
        <w:t>38. DIVINE DESTRUCTION (page 11)</w:t>
      </w:r>
    </w:p>
    <w:p>
      <w:pPr>
        <w:spacing w:before="0" w:after="40" w:line="300" w:lineRule="exact"/>
        <w:jc w:val="left"/>
      </w:pPr>
      <w:r>
        <w:rPr>
          <w:rFonts w:ascii="Georgia" w:hAnsi="Georgia" w:cs="Georgia" w:eastAsia="Georgia"/>
          <w:b w:val="0"/>
          <w:i w:val="0"/>
          <w:sz w:val="20"/>
        </w:rPr>
        <w:t>39. PUNISHMENT (page 12)</w:t>
      </w:r>
    </w:p>
    <w:p>
      <w:pPr>
        <w:spacing w:before="0" w:after="40" w:line="300" w:lineRule="exact"/>
        <w:jc w:val="left"/>
      </w:pPr>
      <w:r>
        <w:rPr>
          <w:rFonts w:ascii="Georgia" w:hAnsi="Georgia" w:cs="Georgia" w:eastAsia="Georgia"/>
          <w:b w:val="0"/>
          <w:i w:val="0"/>
          <w:sz w:val="20"/>
        </w:rPr>
        <w:t>40. North of San Diego, another blaze called the Lilac fire had grown from 4ha to 1 659ha in… (page 12) [no printed headline]</w:t>
      </w:r>
    </w:p>
    <w:p>
      <w:pPr>
        <w:spacing w:before="0" w:after="40" w:line="300" w:lineRule="exact"/>
        <w:jc w:val="left"/>
      </w:pPr>
      <w:r>
        <w:rPr>
          <w:rFonts w:ascii="Georgia" w:hAnsi="Georgia" w:cs="Georgia" w:eastAsia="Georgia"/>
          <w:b w:val="0"/>
          <w:i w:val="0"/>
          <w:sz w:val="20"/>
        </w:rPr>
        <w:t>41. DIVINE PUNISHMENT (page 12)</w:t>
      </w:r>
    </w:p>
    <w:p>
      <w:pPr>
        <w:spacing w:before="0" w:after="40" w:line="300" w:lineRule="exact"/>
        <w:jc w:val="left"/>
      </w:pPr>
      <w:r>
        <w:rPr>
          <w:rFonts w:ascii="Georgia" w:hAnsi="Georgia" w:cs="Georgia" w:eastAsia="Georgia"/>
          <w:b w:val="0"/>
          <w:i w:val="0"/>
          <w:sz w:val="20"/>
        </w:rPr>
        <w:t>42.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55</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55</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JERUSALEM - THE ISRAELI CAPITAL</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OLD HAT – STUPIDLY KICK- ING UP DUST – "FULL OF SOUND AND FURY SIGNIFYING ZERO" From the Islamic perspective, the reaction of the so-called 'Islamic' (murtad) states and other wayward Muslim bodies is hollow, insincere and stupid. The cacophony is a lot of stupid noise by those who have been thoroughly defeated on the battlefield by the mushrikeen and kuffaar.</w:t>
      </w:r>
    </w:p>
    <w:p>
      <w:pPr>
        <w:spacing w:before="0" w:after="120" w:line="300" w:lineRule="exact"/>
        <w:jc w:val="both"/>
      </w:pPr>
      <w:r>
        <w:rPr>
          <w:rFonts w:ascii="Georgia" w:hAnsi="Georgia" w:cs="Georgia" w:eastAsia="Georgia"/>
          <w:b w:val="0"/>
          <w:i w:val="0"/>
          <w:sz w:val="22"/>
        </w:rPr>
        <w:t>This type of stupid womanish protests and howling do not befit true Muslims. It is only honourable to concede that Muslims have been rendered impotent against the kuffaar enemy. The Ummah is under the Wrath and Curse of Allah Azza Wa Jal, hence the kuffaar are able to trample on us and humiliate the Ummah just as they please, and the combined 'might' of the 50 odd so-called Muslim states is unable to offer the appropriate response which Allah Ta'ala has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imposed on Muslims, viz., Jihad.</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imposed on Muslims, viz., Jihad. The Jihad which can liberate Jerusalem and all the other Muslim countries currently under the yoke of enemies of Islam posing as 'Muslims', is the Jihad of the kind waged by the Sahaabah. The bedrock of their Jihad was Taqwa of an extremely lofty stage. In this age, to attain similar success and victory as the Sahaabah had acquired, the minimum requisite of Taqwa is one tenth that of the Sahaabah.</w:t>
      </w:r>
    </w:p>
    <w:p>
      <w:pPr>
        <w:spacing w:before="0" w:after="120" w:line="300" w:lineRule="exact"/>
        <w:jc w:val="both"/>
      </w:pPr>
      <w:r>
        <w:rPr>
          <w:rFonts w:ascii="Georgia" w:hAnsi="Georgia" w:cs="Georgia" w:eastAsia="Georgia"/>
          <w:b w:val="0"/>
          <w:i w:val="0"/>
          <w:sz w:val="22"/>
        </w:rPr>
        <w:t>This is based on the Hadith of Rasulullah (Sallallahu alayhi wasallam). But the reality is that the issue of Taqwa is alien to the Ummah of this era. The vast majority of Muslims are in reality Zindeeqs bereft of genuine Imaan. Taqwa is therefore an incomprehensible concept for Muslims of this age. In fact, even the molvis and sheikhs frown and are bewildered and in denial when Taqwa is mentioned.</w:t>
      </w:r>
    </w:p>
    <w:p>
      <w:pPr>
        <w:spacing w:before="0" w:after="120" w:line="300" w:lineRule="exact"/>
        <w:jc w:val="both"/>
      </w:pPr>
      <w:r>
        <w:rPr>
          <w:rFonts w:ascii="Georgia" w:hAnsi="Georgia" w:cs="Georgia" w:eastAsia="Georgia"/>
          <w:b w:val="0"/>
          <w:i w:val="0"/>
          <w:sz w:val="22"/>
        </w:rPr>
        <w:t>Therefore, Muslims can forget about gaining any victory over the kuffaar. They may shout and howl like drunken louts and the western kuffaar will react with mirth and mock. This is precisely the reaction of the U.S. and others in its camp. This state of affairs – the abject humiliation of the Ummah sprawling and truckling at the feet of the kuffaar was predicted by Rasulullah (Sallallahu alayhi wasallam) who informed us: "Soon will the nations (of the kuffaar) devour you with their coalition.' A Sahaabi asked: 'Will we be few in number (at that time)?' Rasulullah (Sallallahu alayhi wasallam) said: "In fact, you will be numerous.</w:t>
      </w:r>
    </w:p>
    <w:p>
      <w:pPr>
        <w:spacing w:before="0" w:after="120" w:line="300" w:lineRule="exact"/>
        <w:jc w:val="both"/>
      </w:pPr>
      <w:r>
        <w:rPr>
          <w:rFonts w:ascii="Georgia" w:hAnsi="Georgia" w:cs="Georgia" w:eastAsia="Georgia"/>
          <w:b w:val="0"/>
          <w:i w:val="0"/>
          <w:sz w:val="22"/>
        </w:rPr>
        <w:t>But you will be ghutha' (trash/rubbish) like the flotsam of floodwaters. Allah will eliminate from the hearts of your enemies fear for you, and He will cast wahan in your hearts." A Sahabi asked: 'What is wahan?' Rasulullah (Sallallahu alayhi wasallam) said: "Love for the dunya and dislike for Maut (Death)." This is precisely the condition of the Ummah in this era.</w:t>
      </w:r>
    </w:p>
    <w:p>
      <w:pPr>
        <w:spacing w:before="0" w:after="120" w:line="300" w:lineRule="exact"/>
        <w:jc w:val="both"/>
      </w:pPr>
      <w:r>
        <w:rPr>
          <w:rFonts w:ascii="Georgia" w:hAnsi="Georgia" w:cs="Georgia" w:eastAsia="Georgia"/>
          <w:b w:val="0"/>
          <w:i w:val="0"/>
          <w:sz w:val="22"/>
        </w:rPr>
        <w:t>We are trash, rubbish and flotsam, hence the kuffaar do with us as they deem fit. In this deplorable and lamentable state of decadence the only option for Muslims is Sabr (Patience) and Dua (Supplication). And, Sabr in this context is not restricted to passive submission on account of weakness. Sabr here brings within its scope active Islaah of the Nafs (self-reformation).</w:t>
      </w:r>
    </w:p>
    <w:p>
      <w:pPr>
        <w:spacing w:before="0" w:after="120" w:line="300" w:lineRule="exact"/>
        <w:jc w:val="both"/>
      </w:pPr>
      <w:r>
        <w:rPr>
          <w:rFonts w:ascii="Georgia" w:hAnsi="Georgia" w:cs="Georgia" w:eastAsia="Georgia"/>
          <w:b w:val="0"/>
          <w:i w:val="0"/>
          <w:sz w:val="22"/>
        </w:rPr>
        <w:t>Muslims have to become morally purified and spiritually elevated. Only then will Allah Azza Wa Jal create the circumstances for our victory and domination via the Pathway of valid Jihad. What the so-called jihadi outfits are doing today is not valid Jihad. All these outfits operating in the name of Jihad are generally U.S. surrogates. They have been created by the U.S.</w:t>
      </w:r>
    </w:p>
    <w:p>
      <w:pPr>
        <w:spacing w:before="0" w:after="120" w:line="300" w:lineRule="exact"/>
        <w:jc w:val="both"/>
      </w:pPr>
      <w:r>
        <w:rPr>
          <w:rFonts w:ascii="Georgia" w:hAnsi="Georgia" w:cs="Georgia" w:eastAsia="Georgia"/>
          <w:b w:val="0"/>
          <w:i w:val="0"/>
          <w:sz w:val="22"/>
        </w:rPr>
        <w:t>They are trained, armed and funded by the arch-enemy of Islam to assist in the achievement of its global designs. It is for this reason that not a single jihadi outfit can achieve victory against the enemy. They have to dance to the tune of the US. The footsoldiers who undoubtedly have joined up with sincerity for the cause of Islam, are actually mor-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BRUTALITY OF THE BUDDHIST DEVILS</w:t>
      </w:r>
    </w:p>
    <w:p>
      <w:pPr>
        <w:spacing w:before="0" w:after="160" w:line="300" w:lineRule="exact"/>
        <w:jc w:val="center"/>
      </w:pPr>
      <w:r>
        <w:rPr>
          <w:rFonts w:ascii="Georgia" w:hAnsi="Georgia" w:cs="Georgia" w:eastAsia="Georgia"/>
          <w:b w:val="0"/>
          <w:i/>
          <w:sz w:val="16"/>
        </w:rPr>
        <w:t>Page 1, 4 of the original. Heading read from the printed headline artwork.</w:t>
      </w:r>
    </w:p>
    <w:p>
      <w:pPr>
        <w:spacing w:before="0" w:after="120" w:line="300" w:lineRule="exact"/>
        <w:jc w:val="both"/>
      </w:pPr>
      <w:r>
        <w:rPr>
          <w:rFonts w:ascii="Georgia" w:hAnsi="Georgia" w:cs="Georgia" w:eastAsia="Georgia"/>
          <w:b w:val="0"/>
          <w:i w:val="0"/>
          <w:sz w:val="22"/>
        </w:rPr>
        <w:t>They are killing innocent Rohingya Muslims including their children and are burning their houses in the villages as well as entire villages. Since the start of the latest round of horrific violence on August 25, more than 500,000 Rohingya have been forced to flee to neighbouring Bangladesh. Over 1,000 Rohingya villagers have been killed, 15,000 homes have been burned down, and those who have remained are trapped in fear and desperation.</w:t>
      </w:r>
    </w:p>
    <w:p>
      <w:pPr>
        <w:spacing w:before="0" w:after="120" w:line="300" w:lineRule="exact"/>
        <w:jc w:val="both"/>
      </w:pPr>
      <w:r>
        <w:rPr>
          <w:rFonts w:ascii="Georgia" w:hAnsi="Georgia" w:cs="Georgia" w:eastAsia="Georgia"/>
          <w:b w:val="0"/>
          <w:i w:val="0"/>
          <w:sz w:val="22"/>
        </w:rPr>
        <w:t>The brutal frauds called 'monks' are looting and stealing the properties of the Muslims, and are also burning their houses. For four weeks villages have been burning in Burma (Myanmar). Many Rohingya women have been violently raped by the barbarian monks of the devil masquerading as men of piety. They are in fact devil incarnate. One example is quoted here: Rajuma is a Rohingya Muslim.</w:t>
      </w:r>
    </w:p>
    <w:p>
      <w:pPr>
        <w:spacing w:before="0" w:after="120" w:line="300" w:lineRule="exact"/>
        <w:jc w:val="both"/>
      </w:pPr>
      <w:r>
        <w:rPr>
          <w:rFonts w:ascii="Georgia" w:hAnsi="Georgia" w:cs="Georgia" w:eastAsia="Georgia"/>
          <w:b w:val="0"/>
          <w:i w:val="0"/>
          <w:sz w:val="22"/>
        </w:rPr>
        <w:t>She now spends her days drifting through a refugee camp in Bangladesh in a daze. In Burma her baby was hurled into fire, her clothes were torn apart and she was dragged into a house and was gang-raped by the savage monks of the Devil. All of this is just the tip of the iceberg. The description of the actual inhuman, ghastly and grotesque acts of barbarism committed by the Burmese Buddhist Devils is simply beyond words.</w:t>
      </w:r>
    </w:p>
    <w:p>
      <w:pPr>
        <w:spacing w:before="0" w:after="120" w:line="300" w:lineRule="exact"/>
        <w:jc w:val="both"/>
      </w:pPr>
      <w:r>
        <w:rPr>
          <w:rFonts w:ascii="Georgia" w:hAnsi="Georgia" w:cs="Georgia" w:eastAsia="Georgia"/>
          <w:b w:val="0"/>
          <w:i w:val="0"/>
          <w:sz w:val="22"/>
        </w:rPr>
        <w:t>Burmese expert Dr Maung Zarni has this to say about Buddhism: "I think we should stop romanticising Buddhism and Buddhists as more peaceful than any other people." He added, "There is a romanticised, rosy, orientalised view of Buddhism among the English speaking population around the world and other non-English speakers as well … but that's just so false." What have you got to say regarding the criminal and inhuman actions of your fellow Buddhist Monks of Myanmar?</w:t>
      </w:r>
    </w:p>
    <w:p>
      <w:pPr>
        <w:spacing w:before="0" w:after="120" w:line="300" w:lineRule="exact"/>
        <w:jc w:val="both"/>
      </w:pPr>
      <w:r>
        <w:rPr>
          <w:rFonts w:ascii="Georgia" w:hAnsi="Georgia" w:cs="Georgia" w:eastAsia="Georgia"/>
          <w:b w:val="0"/>
          <w:i w:val="0"/>
          <w:sz w:val="22"/>
        </w:rPr>
        <w:t>It is simply amazing that some 400,000 Buddhists, who live in the Cox Bazar (Bangladesh) where all Rohingya Muslims have fled to, are safe along with their temples. No one is taking revenge on innocent Buddhists here. While it is just proper and in line with Islamic teachings not to extract vengeance from those not involved in the atrocities, hence the safety and peace Buddhists are experiencing in Bangladesh, it is necessary to mention that these 'peaceful' Buddhists in other countries are neither innocent nor peaceful.</w:t>
      </w:r>
    </w:p>
    <w:p>
      <w:pPr>
        <w:spacing w:before="0" w:after="120" w:line="300" w:lineRule="exact"/>
        <w:jc w:val="both"/>
      </w:pPr>
      <w:r>
        <w:rPr>
          <w:rFonts w:ascii="Georgia" w:hAnsi="Georgia" w:cs="Georgia" w:eastAsia="Georgia"/>
          <w:b w:val="0"/>
          <w:i w:val="0"/>
          <w:sz w:val="22"/>
        </w:rPr>
        <w:t>They pretend to be 'innocent' and 'peaceful' when they are in foreign lands where they are unable to assert their inherent barbarism and savagery. Remember that all worshippers of idols are the worst scum of humanity. Their overt 'peaceful' display is a massive fraud. These devils masquerade as peaceful and innocent human beings. Nevertheless, despite the satanism, barbarism and savagery of their co-religionists in Burma, Muslims are not permitted by Islam to retaliate with injustice.</w:t>
      </w:r>
    </w:p>
    <w:p>
      <w:pPr>
        <w:spacing w:before="0" w:after="120" w:line="300" w:lineRule="exact"/>
        <w:jc w:val="both"/>
      </w:pPr>
      <w:r>
        <w:rPr>
          <w:rFonts w:ascii="Georgia" w:hAnsi="Georgia" w:cs="Georgia" w:eastAsia="Georgia"/>
          <w:b w:val="0"/>
          <w:i w:val="0"/>
          <w:sz w:val="22"/>
        </w:rPr>
        <w:t>Muslims may not acquit themselves like the savage idol worshippers. Vengeance may not be extracted in other countries against the Buddhists for the ghastly atrocities their brethren are perpetrating in Burma. Furthermore, Muslims should understand that the universal calamities with which the Ummah is today afflicted, is the infliction of Allah's Athaab for this flagrantly rebellious and evil Ummah of this 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wake of some violent attacks by some stupid 'jihadi' gang serving the interests of…</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the wake of some violent attacks by some stupid 'jihadi' gang serving the interests of some sinister force, the Mozambique authorities have closed down three Musjids in the city of Pemba and another in Cabo Delgado. In some places Fajr and Isha' Salaat have been banned in Musjids. The stupid authorities claim that their investigations have established that the gang used to frequent these Musjids.</w:t>
      </w:r>
    </w:p>
    <w:p>
      <w:pPr>
        <w:spacing w:before="0" w:after="120" w:line="300" w:lineRule="exact"/>
        <w:jc w:val="both"/>
      </w:pPr>
      <w:r>
        <w:rPr>
          <w:rFonts w:ascii="Georgia" w:hAnsi="Georgia" w:cs="Georgia" w:eastAsia="Georgia"/>
          <w:b w:val="0"/>
          <w:i w:val="0"/>
          <w:sz w:val="22"/>
        </w:rPr>
        <w:t>This has been sufficient justifiable cause for the government to regard the Musaajid as 'terrorist' centres, hence the order to close. The Mozambique authorities are indeed intellectually extremely dim. Despite more than 50% of the population being Muslim since time immemorial, the government has miserably failed to understand the functioning of a Musjid.</w:t>
      </w:r>
    </w:p>
    <w:p>
      <w:pPr>
        <w:spacing w:before="0" w:after="120" w:line="300" w:lineRule="exact"/>
        <w:jc w:val="both"/>
      </w:pPr>
      <w:r>
        <w:rPr>
          <w:rFonts w:ascii="Georgia" w:hAnsi="Georgia" w:cs="Georgia" w:eastAsia="Georgia"/>
          <w:b w:val="0"/>
          <w:i w:val="0"/>
          <w:sz w:val="22"/>
        </w:rPr>
        <w:t>If gangsters and scoundrels frequent a Musjid, it is lamentable ignorance to believe that the Musjid is a 'terrorist' centre. The Musjid is an open venue. All and sundry – the pious, crooks, scoundrels, frauds, gangsters, the intelligentsia, saints, devils and morons of every hue attend a Musjid to perform Salaat. There are no secret rooms and cellars in a Musjid.</w:t>
      </w:r>
    </w:p>
    <w:p>
      <w:pPr>
        <w:spacing w:before="0" w:after="120" w:line="300" w:lineRule="exact"/>
        <w:jc w:val="both"/>
      </w:pPr>
      <w:r>
        <w:rPr>
          <w:rFonts w:ascii="Georgia" w:hAnsi="Georgia" w:cs="Georgia" w:eastAsia="Georgia"/>
          <w:b w:val="0"/>
          <w:i w:val="0"/>
          <w:sz w:val="22"/>
        </w:rPr>
        <w:t>The place is at all times open 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IS THEIR THANKS AND GRATITUDE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This is the thanks and kind of gratitude which Bosnia has offered as payment for the noble sacrifices and services which the Mujahideen had rendered to the Muslims of Bosnia at a time when they (the Bosnians) were being massacred, pillaged, plundered and raped by the barbarian Serbs. The ingratitude of the Bosnian authorities was a foregone conclusion.</w:t>
      </w:r>
    </w:p>
    <w:p>
      <w:pPr>
        <w:spacing w:before="0" w:after="120" w:line="300" w:lineRule="exact"/>
        <w:jc w:val="both"/>
      </w:pPr>
      <w:r>
        <w:rPr>
          <w:rFonts w:ascii="Georgia" w:hAnsi="Georgia" w:cs="Georgia" w:eastAsia="Georgia"/>
          <w:b w:val="0"/>
          <w:i w:val="0"/>
          <w:sz w:val="22"/>
        </w:rPr>
        <w:t>It did not come as a surprise, for it was no secret that the Bosnians were supported by the U.S. against the Serbs for its own conspiratorial agenda. At that time, during the height of the war, we had mentioned that the Mujahideen would be tolerated in Bosnia as long as American interests are served. When the U.S. will decide to broker peace between the warring factions, the Mujahideen would be booted out.</w:t>
      </w:r>
    </w:p>
    <w:p>
      <w:pPr>
        <w:spacing w:before="0" w:after="120" w:line="300" w:lineRule="exact"/>
        <w:jc w:val="both"/>
      </w:pPr>
      <w:r>
        <w:rPr>
          <w:rFonts w:ascii="Georgia" w:hAnsi="Georgia" w:cs="Georgia" w:eastAsia="Georgia"/>
          <w:b w:val="0"/>
          <w:i w:val="0"/>
          <w:sz w:val="22"/>
        </w:rPr>
        <w:t>This is precisely what has happened. The very same scenario prevailed in Afghanistan where the Jihad against the then Soviet Union was being conducted under U.S. auspices and total backing with the American stooge states such as Saudi Arabia and Pakistan being in the front line. After the American objective was achieved, namely the expulsion of the Russians, the U.S. terminated its operations in Afghanistan.</w:t>
      </w:r>
    </w:p>
    <w:p>
      <w:pPr>
        <w:spacing w:before="0" w:after="120" w:line="300" w:lineRule="exact"/>
        <w:jc w:val="both"/>
      </w:pPr>
      <w:r>
        <w:rPr>
          <w:rFonts w:ascii="Georgia" w:hAnsi="Georgia" w:cs="Georgia" w:eastAsia="Georgia"/>
          <w:b w:val="0"/>
          <w:i w:val="0"/>
          <w:sz w:val="22"/>
        </w:rPr>
        <w:t>Then, Pakistan acting under command of the U.S. began hounding, arresting, torturing and expelling the Numerous Arab Mujahideen who had fought in Afghanistan against the Russians. Many were rendered for torture in U.S. black camps. The lesson which the Mujahideen of this age have miserably failed to even understand is that a valid Jihad cannever be waged under kuffaar direction and with kuffaar aid being the mainstay of the Jihad.</w:t>
      </w:r>
    </w:p>
    <w:p>
      <w:pPr>
        <w:spacing w:before="0" w:after="120" w:line="300" w:lineRule="exact"/>
        <w:jc w:val="both"/>
      </w:pPr>
      <w:r>
        <w:rPr>
          <w:rFonts w:ascii="Georgia" w:hAnsi="Georgia" w:cs="Georgia" w:eastAsia="Georgia"/>
          <w:b w:val="0"/>
          <w:i w:val="0"/>
          <w:sz w:val="22"/>
        </w:rPr>
        <w:t>Aid for a true Jihad comes from only Allah Azza Wa Jal as the Qur'aan Majeed states: "And, there is no aid except from Allah, The Mighty, The Wise." "If you aid (the Deen of) Allah, He will aid you, and plant your feet (firmly against your enemy)." "And Allah suffices in war for the Mu'mineen." Unfortunately, the Mujahideen as well as the Muslim Ummah of today miserably fail to understand that all the defeats and disgraces Muslims are suffering today are the consequences of gross disobedience, transgression and rebellion against Allah Ta'ala.</w:t>
      </w:r>
    </w:p>
    <w:p>
      <w:pPr>
        <w:spacing w:before="0" w:after="120" w:line="300" w:lineRule="exact"/>
        <w:jc w:val="both"/>
      </w:pPr>
      <w:r>
        <w:rPr>
          <w:rFonts w:ascii="Georgia" w:hAnsi="Georgia" w:cs="Georgia" w:eastAsia="Georgia"/>
          <w:b w:val="0"/>
          <w:i w:val="0"/>
          <w:sz w:val="22"/>
        </w:rPr>
        <w:t>It is the same scenario in Palestine, Burma, Kashmir, Afghanistan, Somalia, Syria and wherever else there are pockets of Mujahideen waging some kind of jihad activity. Palestine and Kashmir have been struggling in their respective conflagrations for the past 70 years. Today they are weaker and more hemmed in by the kuffaar than what they were 70 years ago.</w:t>
      </w:r>
    </w:p>
    <w:p>
      <w:pPr>
        <w:spacing w:before="0" w:after="120" w:line="300" w:lineRule="exact"/>
        <w:jc w:val="both"/>
      </w:pPr>
      <w:r>
        <w:rPr>
          <w:rFonts w:ascii="Georgia" w:hAnsi="Georgia" w:cs="Georgia" w:eastAsia="Georgia"/>
          <w:b w:val="0"/>
          <w:i w:val="0"/>
          <w:sz w:val="22"/>
        </w:rPr>
        <w:t>The greater their suffering, the further have they drifted from the Deen, hence there does not seem the slightest prospect of success and victory. The moral condition of Muslims, including the Mujahideen is rotten. They are rotten in all spheres of life. Not even the fragrance of the Deen emits from them. The horizon is intensely dark with no signs of change for the better.</w:t>
      </w:r>
    </w:p>
    <w:p>
      <w:pPr>
        <w:spacing w:before="0" w:after="120" w:line="300" w:lineRule="exact"/>
        <w:jc w:val="both"/>
      </w:pPr>
      <w:r>
        <w:rPr>
          <w:rFonts w:ascii="Georgia" w:hAnsi="Georgia" w:cs="Georgia" w:eastAsia="Georgia"/>
          <w:b w:val="0"/>
          <w:i w:val="0"/>
          <w:sz w:val="22"/>
        </w:rPr>
        <w:t>We can only supplicate to Allah Ta'ala to guide this flagrantly evil Ummah back to Siraatul Mustaqeem.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BOYCOTTS - THE SHARIAH'S STANCE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does the Shariah say about boycotting Israeli goods? If a group organizes such a boycott, does it become incumbent on the community to observe the boycott? Is it permissible to pressurize people to observe the boycott, and to label them traitors for not observing the boycott?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Firstly, it is necessary to ascertain who the people are who initiate these boycotts. The initiators are all faasiq and faajir men and women whose relationship with the Deen is extremely deficient. The type of activities they indulge in to highlight their boycotts of Israel, confirm their fisq and fujoor. They descend to hooliganism and haraam acts. There is no regard for the Shariah's commands and prohibitions. The very first disqualification of a movement or an activity is the fisq and fujoor of its leaders/ initiators. If the initiators are fussaaq and fujjaar, the movement stands condemned. It will be a ploy of Iblees. It is not permissible to follow the ways and methods of fussaaq and fujjaar. Those who blindly follow the hoodlums who engineer these boycotts are imbeciles, incapable of straightthinking and ignorant of the Shariah. All the haraam methods of the kuffaar are adopted by the fussaaq and fujjaar. Secondly, no group of people has the right to impose their personal ideology on others. The Shariah does not command boycotts. Even if all limits of the Shariah are observed in a boycott action, the group cannot impose its will and method on those who refuse to participate. Nowadays there is generally loud clamour and demand for freedom of expression, freedom of thinking, etc. Whilst these clamours and demands bring within their scope even haraam, immoral filth and moral pollution, the hoodlums seek to intimidate non-participants and pressurize them to accept the boycott -ideology of the fussaaq and fujjaar. Even if such a boycott is initiated by genuine Ulama, no one is under Shar'i compulsion to toe the line, and no one has the right to label the nonparticipants negatively. Thirdly, those who initiate the boycotts against Israel are opportunists and insincere. Their agenda is usually monetary gain for themselves, which they acquire dishonestly from the fundraising which is a necessary corollary of these boycottactivities. Fourthly, they embark on boycotts of only Israel while there are greater and worse scoundrels than Israel. One never hears boycotts against the U.S.A. or China or India for example although America is the backbone and the chief protector of Israel. Furthermore, the U.S. has brutally oppressed, killed and injured millions of Muslims. The U.S. has mercilessly destroyed the lands of Muslims. Yet none of these fussaaq opportunists breathes a word of boycott against this enemy of the Ummah. Then there is the brutal China which has exterminated millions of Muslims. Repression and oppression are perpetrated on Muslims to this day in China. Genocide of Muslims is the stated policy of the evil Hindu cowworshippers. Killing Muslims to honour their cows is an act of high merit for the Hindu idolaters. Brutal rioting against Muslims is a recurring event in India, but no one calls for boycotting the filthy cow-worshippers who relish drinking cow urine. While these opportunists pursuing their own ulterior motives call for boycotting Israel, Hamas itself is constrained to accept Israeli aid which is paid for by the enemy of Hamas, viz., the West Bank rulers. Thousands of Palestinians work in Israel, earning their livelihood at the hands of the Yahood. Israel supplies Gaza with electricity and fuel which are being paid for by the kufr PA (Palestinian Authority) who woos and bootlicks all the kuffaar to the total exclusion of Allah Azza Wa Jal. The PA even pays the salaries of Gaza's civil servants. But of recent, they have begun tightening the screws by cutting the salaries and refusing to pay Israel for the fuel and electricity used by the Hamas people of Gaza. The whole boycott exercise is a massive fraud to fill the pockets of racketeers and deceits.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Deadly Bombing in Kabul Is One of the Afghan War's Worst Strikes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KABUL, Afghanistan — A truck bomb devastated a central area of Kabul near the presidential palace and foreign embassies on Wednesday, one of the deadliest strikes in the long Afghan war and a reminder of how the capital itself has become a lethal battlefield. In one moment, more than 80 lives ended, hundreds of people were wounded and many more were traumatized, in the heart of a city defined by constant checkpoints and the densest concentration of Afghan and international forces.</w:t>
      </w:r>
    </w:p>
    <w:p>
      <w:pPr>
        <w:spacing w:before="0" w:after="120" w:line="300" w:lineRule="exact"/>
        <w:jc w:val="both"/>
      </w:pPr>
      <w:r>
        <w:rPr>
          <w:rFonts w:ascii="Georgia" w:hAnsi="Georgia" w:cs="Georgia" w:eastAsia="Georgia"/>
          <w:b w:val="0"/>
          <w:i w:val="0"/>
          <w:sz w:val="22"/>
        </w:rPr>
        <w:t>President Ashraf Ghani, whose palace windows were shattered in the blast just as he had finished his morning briefing, called it "a crime against humanity." President Trump called him to offer condolences. The bombing happened just as the United States is weighing sending more troops, deepening its entanglement, to try to slow or reverse government losses to the Taliban insurgency this year. .....</w:t>
      </w:r>
    </w:p>
    <w:p>
      <w:pPr>
        <w:spacing w:before="0" w:after="120" w:line="300" w:lineRule="exact"/>
        <w:jc w:val="both"/>
      </w:pPr>
      <w:r>
        <w:rPr>
          <w:rFonts w:ascii="Georgia" w:hAnsi="Georgia" w:cs="Georgia" w:eastAsia="Georgia"/>
          <w:b w:val="0"/>
          <w:i w:val="0"/>
          <w:sz w:val="22"/>
        </w:rPr>
        <w:t>Kabul's vulnerability to such an attack spoke volumes to the frustrations of stabilizing the country despite 15 years of American-led military intervention to thwart the Taliban, coupled with hundreds of billions of dollars in foreign aid to a population that for the most part has known only war. Security has steadily worsened since 2014 and the end of the main NATO combat mission, which at its peak featured more than 100,000 American troops and tens of thousands more from alliance partners like Britain.</w:t>
      </w:r>
    </w:p>
    <w:p>
      <w:pPr>
        <w:spacing w:before="0" w:after="120" w:line="300" w:lineRule="exact"/>
        <w:jc w:val="both"/>
      </w:pPr>
      <w:r>
        <w:rPr>
          <w:rFonts w:ascii="Georgia" w:hAnsi="Georgia" w:cs="Georgia" w:eastAsia="Georgia"/>
          <w:b w:val="0"/>
          <w:i w:val="0"/>
          <w:sz w:val="22"/>
        </w:rPr>
        <w:t>The current international force in Afghanistan numbers about 13,000 — about 8,400 of them are American — mostly tasked with training and advising the Afghan forces. .......Over the years, the Haqqanis have made an industry of largescale attacks on the capital, and the militant cell has become integrated in the central leadership of the Taliban.</w:t>
      </w:r>
    </w:p>
    <w:p>
      <w:pPr>
        <w:spacing w:before="0" w:after="120" w:line="300" w:lineRule="exact"/>
        <w:jc w:val="both"/>
      </w:pPr>
      <w:r>
        <w:rPr>
          <w:rFonts w:ascii="Georgia" w:hAnsi="Georgia" w:cs="Georgia" w:eastAsia="Georgia"/>
          <w:b w:val="0"/>
          <w:i w:val="0"/>
          <w:sz w:val="22"/>
        </w:rPr>
        <w:t>The deputy interior minister, Gen. Murad Ali Murad, said that besides the more than 80 people killed, with the death toll sure to rise, at least 463 had been wounded. .....But for an explosion that shattered windows within a mile, a few steps off target made little difference. For more than two hours, smoke rose from the blast site, a 13-foot crater centered on a vast circle of destruction.</w:t>
      </w:r>
    </w:p>
    <w:p>
      <w:pPr>
        <w:spacing w:before="0" w:after="120" w:line="300" w:lineRule="exact"/>
        <w:jc w:val="both"/>
      </w:pPr>
      <w:r>
        <w:rPr>
          <w:rFonts w:ascii="Georgia" w:hAnsi="Georgia" w:cs="Georgia" w:eastAsia="Georgia"/>
          <w:b w:val="0"/>
          <w:i w:val="0"/>
          <w:sz w:val="22"/>
        </w:rPr>
        <w:t>The German Embassy, where officials said employees had retreated deeper into the compound after an earlier warning of a threat against them, was extensively damaged, with dozens of windows blown in. "There was a big tremble, and then we heard a massive explosion," RaminSangar, a cameraman at a television channel near the bombing site, said as he was loaded into an ambulance.</w:t>
      </w:r>
    </w:p>
    <w:p>
      <w:pPr>
        <w:spacing w:before="0" w:after="120" w:line="300" w:lineRule="exact"/>
        <w:jc w:val="both"/>
      </w:pPr>
      <w:r>
        <w:rPr>
          <w:rFonts w:ascii="Georgia" w:hAnsi="Georgia" w:cs="Georgia" w:eastAsia="Georgia"/>
          <w:b w:val="0"/>
          <w:i w:val="0"/>
          <w:sz w:val="22"/>
        </w:rPr>
        <w:t>"All the windows are broken. Our studios collapsed." As security forces established a wide cordon and ambulances whizzed between hospitals and the street, dozens of people gathered on each side of the cordon, inching closer in hopes of hearing any good news at all about their missing. There was a heavy security presence, including forces from the United States-led coalition, and helicopters circled overhead.</w:t>
      </w:r>
    </w:p>
    <w:p>
      <w:pPr>
        <w:spacing w:before="0" w:after="120" w:line="300" w:lineRule="exact"/>
        <w:jc w:val="both"/>
      </w:pPr>
      <w:r>
        <w:rPr>
          <w:rFonts w:ascii="Georgia" w:hAnsi="Georgia" w:cs="Georgia" w:eastAsia="Georgia"/>
          <w:b w:val="0"/>
          <w:i w:val="0"/>
          <w:sz w:val="22"/>
        </w:rPr>
        <w:t>Emotions were running high, as the Afghan security forces and emergency medical workers, too, were working while fasting. Intelligence officers closely checked the paperwork of emergency workers, fearing that they might have been infiltrated by militants planning a follow-up attack. At one point, after a senior police official tried to pass the cordon with a large entourage of guards, a scuffle broke out, and the police and intelligence officers faced off with their weapons ready.</w:t>
      </w:r>
    </w:p>
    <w:p>
      <w:pPr>
        <w:spacing w:before="0" w:after="120" w:line="300" w:lineRule="exact"/>
        <w:jc w:val="both"/>
      </w:pPr>
      <w:r>
        <w:rPr>
          <w:rFonts w:ascii="Georgia" w:hAnsi="Georgia" w:cs="Georgia" w:eastAsia="Georgia"/>
          <w:b w:val="0"/>
          <w:i w:val="0"/>
          <w:sz w:val="22"/>
        </w:rPr>
        <w:t>But the situation was quickly defused.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BOOTLICKERS ARE SLAVES OF THE DUNYA</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"Our Hadhrat Haaji Saahib (Haaji Imdaadullah, the Shaikh of Hadhrat Maulana Ashraf Ali Thanvi) used to take pride and say: 'Alhamdulillah! In our Silsilah all are from the assembly of Talaba (Students of Deen) and the Ghuraba (the Poor). That durwaish by whom gather generally prominent people, such as state officials, is himself a dunyadaar (a man of the dunya). The rule is: 'Birds of a feather flock together."</w:t>
      </w:r>
    </w:p>
    <w:p>
      <w:pPr>
        <w:spacing w:before="0" w:after="120" w:line="300" w:lineRule="exact"/>
        <w:jc w:val="both"/>
      </w:pPr>
      <w:r>
        <w:rPr>
          <w:rFonts w:ascii="Georgia" w:hAnsi="Georgia" w:cs="Georgia" w:eastAsia="Georgia"/>
          <w:b w:val="0"/>
          <w:i w:val="0"/>
          <w:sz w:val="22"/>
        </w:rPr>
        <w:t>(Maulana Ashraf Ali Thanvi) Rasulullah (Sallallahu alayhi wasallam) said: "The most detested qurraa' (qaaris) by Allah, are those who visit (and associate with) the rulers." Regarding these bootlicking sheikhs, molvis and quack peers (spiritual guides), the Qur'aan Majeed states: "They take the kaafireen as friends besides the Mu'mineen. What!</w:t>
      </w:r>
    </w:p>
    <w:p>
      <w:pPr>
        <w:spacing w:before="0" w:after="120" w:line="300" w:lineRule="exact"/>
        <w:jc w:val="both"/>
      </w:pPr>
      <w:r>
        <w:rPr>
          <w:rFonts w:ascii="Georgia" w:hAnsi="Georgia" w:cs="Georgia" w:eastAsia="Georgia"/>
          <w:b w:val="0"/>
          <w:i w:val="0"/>
          <w:sz w:val="22"/>
        </w:rPr>
        <w:t>Do they search for honour from them? Verily, all hon- our is for only Allah." (AnNisaa', Aayat 139) A very salient feature of the munaafiqeen masquerading as Muslims is their bootlicking of rulers and state officials, and also of the wealthy. Their eyes are glued on the nafsaani and worldly gains which they acquire from their bootlicking endeavours.</w:t>
      </w:r>
    </w:p>
    <w:p>
      <w:pPr>
        <w:spacing w:before="0" w:after="120" w:line="300" w:lineRule="exact"/>
        <w:jc w:val="both"/>
      </w:pPr>
      <w:r>
        <w:rPr>
          <w:rFonts w:ascii="Georgia" w:hAnsi="Georgia" w:cs="Georgia" w:eastAsia="Georgia"/>
          <w:b w:val="0"/>
          <w:i w:val="0"/>
          <w:sz w:val="22"/>
        </w:rPr>
        <w:t>The Qur'aan also states: "Verily, numerous of the people are faasiqeen. What! Do they search for the law of jaahiliyyah. Whose law is more beautiful for the people who have implicit faith than the Law of Allah? O People of Imaan! Do not take the Yahood and Nasaara as friends. They are mutual friends (among themselves). Whoever from you (O Muslimeen!) befriends them, verily he is of them.</w:t>
      </w:r>
    </w:p>
    <w:p>
      <w:pPr>
        <w:spacing w:before="0" w:after="120" w:line="300" w:lineRule="exact"/>
        <w:jc w:val="both"/>
      </w:pPr>
      <w:r>
        <w:rPr>
          <w:rFonts w:ascii="Georgia" w:hAnsi="Georgia" w:cs="Georgia" w:eastAsia="Georgia"/>
          <w:b w:val="0"/>
          <w:i w:val="0"/>
          <w:sz w:val="22"/>
        </w:rPr>
        <w:t>Verily, Allah does not guide people who are transgressors. You will see those in whose heart is a disease (of nifaaq and kufr) slinking among them (among the Yahood and Nasaara), saying: 'We fear that the vicissitudes of life will befall us." (Al-Maa-idah, Aayaat 49, 50, 51 &amp; 52) The bootlicking molvis and sheikhs of our age acquit themselves like the munaafiqeen described in the aforegoing Qur'aanic Verses.</w:t>
      </w:r>
    </w:p>
    <w:p>
      <w:pPr>
        <w:spacing w:before="0" w:after="120" w:line="300" w:lineRule="exact"/>
        <w:jc w:val="both"/>
      </w:pPr>
      <w:r>
        <w:rPr>
          <w:rFonts w:ascii="Georgia" w:hAnsi="Georgia" w:cs="Georgia" w:eastAsia="Georgia"/>
          <w:b w:val="0"/>
          <w:i w:val="0"/>
          <w:sz w:val="22"/>
        </w:rPr>
        <w:t>They crawl disgracefully behind the fussaaq, fujjaar and kuffaar rulers and the wealthy, licking their boots for the acquisition of monetary and other gains of the dunya. In the words of Rasulullah (Sallallahu alayhi wasallam), they follow the Yahood and Nasaara right into "the lizard's hole". Instead of bowing in submission to Allah Ta'ala, cultivating Taqwa and Yaqeen on the ordainment of Allah Azza Wa Jal, the maradh (disease) in their hearts constrain them to look askance at the shadows of these Yahood and Nasaara enemies of Islam.</w:t>
      </w:r>
    </w:p>
    <w:p>
      <w:pPr>
        <w:spacing w:before="0" w:after="120" w:line="300" w:lineRule="exact"/>
        <w:jc w:val="both"/>
      </w:pPr>
      <w:r>
        <w:rPr>
          <w:rFonts w:ascii="Georgia" w:hAnsi="Georgia" w:cs="Georgia" w:eastAsia="Georgia"/>
          <w:b w:val="0"/>
          <w:i w:val="0"/>
          <w:sz w:val="22"/>
        </w:rPr>
        <w:t>In all Muslim countries there is the fraternity of the ulama-esoo' who bootlick the rulers, issuing corrupt 'fatwas' to legalize and halaalize the zulm and kufr promulgation of baatil laws which these vile rulers enact in obedience to the dictates of their masters such as the U.S.A. Rulers such as the King Salmaan, his non-Muslim son, Sisi of Egypt and others of this ilk are the bootlickers of the kuffaar Yahood and Nasaara, that is, of the U.S.A. and Israel.</w:t>
      </w:r>
    </w:p>
    <w:p>
      <w:pPr>
        <w:spacing w:before="0" w:after="120" w:line="300" w:lineRule="exact"/>
        <w:jc w:val="both"/>
      </w:pPr>
      <w:r>
        <w:rPr>
          <w:rFonts w:ascii="Georgia" w:hAnsi="Georgia" w:cs="Georgia" w:eastAsia="Georgia"/>
          <w:b w:val="0"/>
          <w:i w:val="0"/>
          <w:sz w:val="22"/>
        </w:rPr>
        <w:t>Crank molvis and false sheikhs are the bootlickers of the kuffaar regimes in their respective countries. The molvis, sheikhs, the daarul ulooms and the khaanqas of this age are all suffering from the disease of bootlicking. This is the wahn which Rasulullah (Sallallahu alayhi wasallam) said that Allah Ta'ala will cast into the hearts of Muslims in the age in close proximity to Qiyaamah.</w:t>
      </w:r>
    </w:p>
    <w:p>
      <w:pPr>
        <w:spacing w:before="0" w:after="120" w:line="300" w:lineRule="exact"/>
        <w:jc w:val="both"/>
      </w:pPr>
      <w:r>
        <w:rPr>
          <w:rFonts w:ascii="Georgia" w:hAnsi="Georgia" w:cs="Georgia" w:eastAsia="Georgia"/>
          <w:b w:val="0"/>
          <w:i w:val="0"/>
          <w:sz w:val="22"/>
        </w:rPr>
        <w:t>When the Sahaabah asked for the meaning of wahn, Rasulullah (Sallallahu alayhi wasallam) said: "Dislike for Maut and love for the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JUSTICE</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It was mentioned to Khalifah Ma'moon that Kisra, the Persian emperor was famed for his jus- tice. Ma'moon commented: "It has reached me that the earth does not devour the bodies of just kings. It is my intention to ascertain the veracity of this nar- ration regarding Kisra. The Khalifah Ma'moon then went to Persia (which was at that time under Islamic domination).</w:t>
      </w:r>
    </w:p>
    <w:p>
      <w:pPr>
        <w:spacing w:before="0" w:after="120" w:line="300" w:lineRule="exact"/>
        <w:jc w:val="both"/>
      </w:pPr>
      <w:r>
        <w:rPr>
          <w:rFonts w:ascii="Georgia" w:hAnsi="Georgia" w:cs="Georgia" w:eastAsia="Georgia"/>
          <w:b w:val="0"/>
          <w:i w:val="0"/>
          <w:sz w:val="22"/>
        </w:rPr>
        <w:t>He had the tomb of Kisra opened. He descended into the tomb. When he reached Kisra's body, he (Ma'moon) opened the face. He was astonished to see 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MOLESTING MUSLIM WOMEN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 Sister from Mozambique writes: "I am in a state of disquiet. In my city which is Montepuez, the Province of Cabodelgado in Mozambique, the authorities ordered that Muslim women cannot use the Niqab due to the confusion of the Al Shabab attack that occurred recently in Mucimbua at the beach. Whoever is seen wearing the Niqab will be arrested by the police.</w:t>
      </w:r>
    </w:p>
    <w:p>
      <w:pPr>
        <w:spacing w:before="0" w:after="120" w:line="300" w:lineRule="exact"/>
        <w:jc w:val="both"/>
      </w:pPr>
      <w:r>
        <w:rPr>
          <w:rFonts w:ascii="Georgia" w:hAnsi="Georgia" w:cs="Georgia" w:eastAsia="Georgia"/>
          <w:b w:val="0"/>
          <w:i w:val="0"/>
          <w:sz w:val="22"/>
        </w:rPr>
        <w:t>One day recently, a woman who was in hijab was attacked by the population in a locality near my city, and myself and a friend were vulgarly abused because we were wearing our Niqab in the street. I want to know what is the Shariah's advice in this situation? Do we have to abandon wearing Niqab ?" Answer and Advice While the Mozambique authorities have banned the public wearing of Hijaab, and while the people are violently targeting Muslim women in Hijaab, Allah Ta'ala orders Muslim women in the Qur'aan Majeed to remain indoors.</w:t>
      </w:r>
    </w:p>
    <w:p>
      <w:pPr>
        <w:spacing w:before="0" w:after="120" w:line="300" w:lineRule="exact"/>
        <w:jc w:val="both"/>
      </w:pPr>
      <w:r>
        <w:rPr>
          <w:rFonts w:ascii="Georgia" w:hAnsi="Georgia" w:cs="Georgia" w:eastAsia="Georgia"/>
          <w:b w:val="0"/>
          <w:i w:val="0"/>
          <w:sz w:val="22"/>
        </w:rPr>
        <w:t>This command of Allah Ta'ala has greater emphasis and relevancy in the situation prevailing in your country. Even when there is no hostility towards Muslims, then too it is not permissible for Muslim women to roam around in the streets. Wearing Hijaab dress does not justify their emergence and prowling around in public. Their homes are their holy sanctuaries.</w:t>
      </w:r>
    </w:p>
    <w:p>
      <w:pPr>
        <w:spacing w:before="0" w:after="120" w:line="300" w:lineRule="exact"/>
        <w:jc w:val="both"/>
      </w:pPr>
      <w:r>
        <w:rPr>
          <w:rFonts w:ascii="Georgia" w:hAnsi="Georgia" w:cs="Georgia" w:eastAsia="Georgia"/>
          <w:b w:val="0"/>
          <w:i w:val="0"/>
          <w:sz w:val="22"/>
        </w:rPr>
        <w:t>In their homes they are safe. Outside in the streets they expose themselves to the shayaateen, fussaaq, fujjaar and kuffaar. The only solution for the problem is for women to remain within the precincts of their homes. Hijaab is not confined to dress – the cloak and niqaab. The very first obligatory demand of Hijaab is to remain at home.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NOBLEST JIHAAD</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"The noblest Jihaad is to state the truth in the presence of a tyrannical king." Imaam Sarakhsi (Rahmatullah alayh), died 482 Hijri who was among the most senior Hanafi Fuqaha, was famous for his practical implementation of this command of Rasulullah (Sallallahu alayhi wasallam). When he proclaimed the Haqq to the zaalim (cruel) Sultan, he was imprisoned in a well in the city of Oozjhand.</w:t>
      </w:r>
    </w:p>
    <w:p>
      <w:pPr>
        <w:spacing w:before="0" w:after="120" w:line="300" w:lineRule="exact"/>
        <w:jc w:val="both"/>
      </w:pPr>
      <w:r>
        <w:rPr>
          <w:rFonts w:ascii="Georgia" w:hAnsi="Georgia" w:cs="Georgia" w:eastAsia="Georgia"/>
          <w:b w:val="0"/>
          <w:i w:val="0"/>
          <w:sz w:val="22"/>
        </w:rPr>
        <w:t>During his confinement in the well, his students would assemble on top at the mouth, and Imaam Sarakhsi would conduct his dars (impart lessons) from the bottom. Without any kitaab whatsoev- er, and purely from his Nooraaani heart, he dictated to his students the wonderful Hanafi Fiqhi kitaab, Al-Mabsoot which is in 15 volumes. He furthermore dictated the Kitaab Sharhul Ibaadaat and the Kitaab Sharhul Iqraar during his state of imprisonment.</w:t>
      </w:r>
    </w:p>
    <w:p>
      <w:pPr>
        <w:spacing w:before="0" w:after="120" w:line="300" w:lineRule="exact"/>
        <w:jc w:val="both"/>
      </w:pPr>
      <w:r>
        <w:rPr>
          <w:rFonts w:ascii="Georgia" w:hAnsi="Georgia" w:cs="Georgia" w:eastAsia="Georgia"/>
          <w:b w:val="0"/>
          <w:i w:val="0"/>
          <w:sz w:val="22"/>
        </w:rPr>
        <w:t>Ulama and Talaba should take note and should endeavour to conduct their lives in the Shadow of these illustrious Akaabir Fuqaha. We say 'Shadow' as it is impossible for us wallowing in fisq and fujoor in this era in close proximity to Qiyaamah and far from the age of Nubuwwat to emulate the practical examples of these Fuqaha for whom our lives have to be sacrificed.</w:t>
      </w:r>
    </w:p>
    <w:p>
      <w:pPr>
        <w:spacing w:before="0" w:after="120" w:line="300" w:lineRule="exact"/>
        <w:jc w:val="both"/>
      </w:pPr>
      <w:r>
        <w:rPr>
          <w:rFonts w:ascii="Georgia" w:hAnsi="Georgia" w:cs="Georgia" w:eastAsia="Georgia"/>
          <w:b w:val="0"/>
          <w:i w:val="0"/>
          <w:sz w:val="22"/>
        </w:rPr>
        <w:t>"O People of intelligence! Take lesson."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in privacy and in public. They were embodiments of the Qur'aan. With the Sword, the Sahaabah planted the Standard of Islam on the hilltops of the world, and with the Qur'aan they raised the glory of Allah's Word. Thus, Allah Ta'ala honoured them. He made them the masters and rulers of the world. Thereafter, when the Muslim Ummah discarded the Qur'aan in privacy and in public, and when they enslaved themselves THE QUR'AAN THE QUR'AAN THE QUR'AAN Rasulullah (sallallahu alayhi wasallam) said: "Verily, Allah will elevate some people with this Qur'aan, and He will humiliate some with it." The Sahaabah were the men who had clung to to the cultures of the kuffaar, Allah Ta'ala humiliated Muslims with the imposition of kuffaar domination.</w:t>
      </w:r>
    </w:p>
    <w:p>
      <w:pPr>
        <w:spacing w:before="0" w:after="120" w:line="300" w:lineRule="exact"/>
        <w:jc w:val="both"/>
      </w:pPr>
      <w:r>
        <w:rPr>
          <w:rFonts w:ascii="Georgia" w:hAnsi="Georgia" w:cs="Georgia" w:eastAsia="Georgia"/>
          <w:b w:val="0"/>
          <w:i w:val="0"/>
          <w:sz w:val="22"/>
        </w:rPr>
        <w:t>"If Allah aids you, no one can over-power you. And, if Allah withholds (His aid) from you, then who is there besides Him to aid 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IS KUFR CULTURE WHICH MUSLIMS ARE EMULATING</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 Brother from Australia writes: "My home town is Melbourne Australia. The changes of last decade are so profound. Of late, all car manufacturers, American and Japanese have shut up shop and moved overseas. The opportunities for the young have evaporated al- most overnight. Despair has set in. Eight suicides per day. Worst of all, for Melbourne, it has been designated by The Economist etc. as "The most liveable city in the world" for six years running.</w:t>
      </w:r>
    </w:p>
    <w:p>
      <w:pPr>
        <w:spacing w:before="0" w:after="120" w:line="300" w:lineRule="exact"/>
        <w:jc w:val="both"/>
      </w:pPr>
      <w:r>
        <w:rPr>
          <w:rFonts w:ascii="Georgia" w:hAnsi="Georgia" w:cs="Georgia" w:eastAsia="Georgia"/>
          <w:b w:val="0"/>
          <w:i w:val="0"/>
          <w:sz w:val="22"/>
        </w:rPr>
        <w:t>Of course, flooded with "high rollers" etc. the moral corruption is ever deepening crisis. Monday it was announced that Gonorreah has increased 63% in 2016. So much homelessness, etc. Gambling in Australia is highest per capita in world, etc., alcohol drugs, .... A fabulously wealthy land, but paganism is the big goer."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PHARMA TERRORISTS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Lawsuit accuses big pharma firms of funding terrorist organizations in Iraq "Public hospitals were converted into terrorist bases where Sunnis were abducted, tortured, and murdered. [Health Ministry] ambulances transported Jaysh alMahdi death squads around Baghdad. Armed terrorists openly patrolled the halls of [Health Ministry] headquarters in downtown Baghdad, which became too dangerous for Americans to enter and which one percipient witness described as a 'Mahdi Army camp,' " the lawsuit reads." More than 100 US veterans and relatives of American soldiers killed or wounded in Iraq have sued five major pharmaceutical corporations for knowingly financing Iran-backed terrorist organizations in Iraq.</w:t>
      </w:r>
    </w:p>
    <w:p>
      <w:pPr>
        <w:spacing w:before="0" w:after="120" w:line="300" w:lineRule="exact"/>
        <w:jc w:val="both"/>
      </w:pPr>
      <w:r>
        <w:rPr>
          <w:rFonts w:ascii="Georgia" w:hAnsi="Georgia" w:cs="Georgia" w:eastAsia="Georgia"/>
          <w:b w:val="0"/>
          <w:i w:val="0"/>
          <w:sz w:val="22"/>
        </w:rPr>
        <w:t>A lawsuit filed in US District Court in Washington, DC on Tuesday claims that AstraZeneca, General Electric, Johnson &amp; Johnson, Pfizer and Roche Holding financed terrorist organizations that have killed hundreds of American soldiers in Iraq. The companies have been accused of paying kickbacks to of- ficials in Iraq's Health Ministry at a time when the office was controlled by the Jaysh alMahdi, or Mahdi Army, an Iraqi militia backed by Iran.</w:t>
      </w:r>
    </w:p>
    <w:p>
      <w:pPr>
        <w:spacing w:before="0" w:after="120" w:line="300" w:lineRule="exact"/>
        <w:jc w:val="both"/>
      </w:pPr>
      <w:r>
        <w:rPr>
          <w:rFonts w:ascii="Georgia" w:hAnsi="Georgia" w:cs="Georgia" w:eastAsia="Georgia"/>
          <w:b w:val="0"/>
          <w:i w:val="0"/>
          <w:sz w:val="22"/>
        </w:rPr>
        <w:t>Although Jaysh al-Mahdi is not considered a terrorist organization by the US State Department, the Shia militia was backed by Hezbollah, which is designated as a terrorist organization. The lawsuit also includes 27 pages of itemized deaths and injuries American troops sustained from Jaysh al-Mahdi from 2005 to 2009. The lawsuit argues the companies financed the terrorist organization by paying bribes to Health Ministry officials worth as much as 20 percent of a total contract's value.</w:t>
      </w:r>
    </w:p>
    <w:p>
      <w:pPr>
        <w:spacing w:before="0" w:after="120" w:line="300" w:lineRule="exact"/>
        <w:jc w:val="both"/>
      </w:pPr>
      <w:r>
        <w:rPr>
          <w:rFonts w:ascii="Georgia" w:hAnsi="Georgia" w:cs="Georgia" w:eastAsia="Georgia"/>
          <w:b w:val="0"/>
          <w:i w:val="0"/>
          <w:sz w:val="22"/>
        </w:rPr>
        <w:t>The plaintiffs argue the companies paid Health Ministry officials these "commissions" by providing extra drugs and equipment. The lawsuit argues that these "free goods" were deliberately packaged in "a manner conducive to street resale," which ensured Health Ministry officials could then sell them on the black market or give them to fighters directly.</w:t>
      </w:r>
    </w:p>
    <w:p>
      <w:pPr>
        <w:spacing w:before="0" w:after="120" w:line="300" w:lineRule="exact"/>
        <w:jc w:val="both"/>
      </w:pPr>
      <w:r>
        <w:rPr>
          <w:rFonts w:ascii="Georgia" w:hAnsi="Georgia" w:cs="Georgia" w:eastAsia="Georgia"/>
          <w:b w:val="0"/>
          <w:i w:val="0"/>
          <w:sz w:val="22"/>
        </w:rPr>
        <w:t>The plaintiffs also argue that the companies created a "slush fund" from 2004 to 2013 designed to pay for after-sales support and other services, but the money was really for the Health Ministry officials. The plaintiffs argue that by making these payments, the companies "aided and abetted Jaysh al-Mahdi's terrorist operations against Americans in Iraq." Beginning in 2004, the Health Ministry began requiring foreign companies to pay these "commissions" in order to win contracts.</w:t>
      </w:r>
    </w:p>
    <w:p>
      <w:pPr>
        <w:spacing w:before="0" w:after="120" w:line="300" w:lineRule="exact"/>
        <w:jc w:val="both"/>
      </w:pPr>
      <w:r>
        <w:rPr>
          <w:rFonts w:ascii="Georgia" w:hAnsi="Georgia" w:cs="Georgia" w:eastAsia="Georgia"/>
          <w:b w:val="0"/>
          <w:i w:val="0"/>
          <w:sz w:val="22"/>
        </w:rPr>
        <w:t>After the US invasion of Iraq threw the country into sectarian violence, Jaysh alMahdi, whose members swore fealty to anti-American cleric Muqtada al-Sadr, took over the ministry. Under their control, the lawsuit says the ministry "functioned more as a terrorist apparatus than a health organization." "Public hospitals were converted into terrorist bases where Sunnis were abducted, tortured, and murdered. [Health Ministry] ambulances transported Jaysh al -Mahdi death squads around Baghdad.</w:t>
      </w:r>
    </w:p>
    <w:p>
      <w:pPr>
        <w:spacing w:before="0" w:after="120" w:line="300" w:lineRule="exact"/>
        <w:jc w:val="both"/>
      </w:pPr>
      <w:r>
        <w:rPr>
          <w:rFonts w:ascii="Georgia" w:hAnsi="Georgia" w:cs="Georgia" w:eastAsia="Georgia"/>
          <w:b w:val="0"/>
          <w:i w:val="0"/>
          <w:sz w:val="22"/>
        </w:rPr>
        <w:t>Armed terrorists openly patrolled the halls of [Health Ministry] headquarters in downtown Baghdad, which became too dangerous for Americans to enter and which one percipient witness described as a 'Mahdi Army camp,'" the lawsuit reads. The Health Ministry became a cover for Jaysh al-Mahdi, which some US officials began calling "the pill army," because the fighters were paid in pills rather than money, according to the lawsuit.</w:t>
      </w:r>
    </w:p>
    <w:p>
      <w:pPr>
        <w:spacing w:before="0" w:after="120" w:line="300" w:lineRule="exact"/>
        <w:jc w:val="both"/>
      </w:pPr>
      <w:r>
        <w:rPr>
          <w:rFonts w:ascii="Georgia" w:hAnsi="Georgia" w:cs="Georgia" w:eastAsia="Georgia"/>
          <w:b w:val="0"/>
          <w:i w:val="0"/>
          <w:sz w:val="22"/>
        </w:rPr>
        <w:t>The lawsuit cites a Pentagon press release, which stated that a senior official with alleged ties to the Jaysh al-Mahdi militia "orchestrated several kickback schemes by using inflated contracts for ministry equipment and services." "These kickbacks, which officials believe have funneled millions of US dollars to militia elements, support sectarian attacks and violence targeting Iraqi civilians," the Pentagon said.</w:t>
      </w:r>
    </w:p>
    <w:p>
      <w:pPr>
        <w:spacing w:before="0" w:after="120" w:line="300" w:lineRule="exact"/>
        <w:jc w:val="both"/>
      </w:pPr>
      <w:r>
        <w:rPr>
          <w:rFonts w:ascii="Georgia" w:hAnsi="Georgia" w:cs="Georgia" w:eastAsia="Georgia"/>
          <w:b w:val="0"/>
          <w:i w:val="0"/>
          <w:sz w:val="22"/>
        </w:rPr>
        <w:t>The lawsuit argues that the companies knew the Health Ministry was being run by a terrorist organization and cited how they have previously paid large sums of money to settle similar charges in the past. In 2011, Johnson &amp; Johnson paid $70 million to settle charges that its subsidiaries paid kickbacks to win contracts in Iraq and other countries.</w:t>
      </w:r>
    </w:p>
    <w:p>
      <w:pPr>
        <w:spacing w:before="0" w:after="120" w:line="300" w:lineRule="exact"/>
        <w:jc w:val="both"/>
      </w:pPr>
      <w:r>
        <w:rPr>
          <w:rFonts w:ascii="Georgia" w:hAnsi="Georgia" w:cs="Georgia" w:eastAsia="Georgia"/>
          <w:b w:val="0"/>
          <w:i w:val="0"/>
          <w:sz w:val="22"/>
        </w:rPr>
        <w:t>GE also paid more than $23 million in 2010 to settle charges that it had paid kickbacks for Health Ministry contracts under the Oil-for-Food program. "Most of the defendants have a documented history of paying bribes that supported terrorism under Saddam," Ryan Sparacino, one of the plaintiffs' attorneys, told the Financial Times.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ISMAA-ILIS - THE FOLLOWERS OF AGA KHAN ARE KUFFAAR</w:t>
      </w:r>
    </w:p>
    <w:p>
      <w:pPr>
        <w:spacing w:before="0" w:after="160" w:line="300" w:lineRule="exact"/>
        <w:jc w:val="center"/>
      </w:pPr>
      <w:r>
        <w:rPr>
          <w:rFonts w:ascii="Georgia" w:hAnsi="Georgia" w:cs="Georgia" w:eastAsia="Georgia"/>
          <w:b w:val="0"/>
          <w:i/>
          <w:sz w:val="16"/>
        </w:rPr>
        <w:t>Page 5, 6, 11 of the original. Heading read from the printed headline artwork.</w:t>
      </w:r>
    </w:p>
    <w:p>
      <w:pPr>
        <w:spacing w:before="0" w:after="120" w:line="300" w:lineRule="exact"/>
        <w:jc w:val="both"/>
      </w:pPr>
      <w:r>
        <w:rPr>
          <w:rFonts w:ascii="Georgia" w:hAnsi="Georgia" w:cs="Georgia" w:eastAsia="Georgia"/>
          <w:b w:val="0"/>
          <w:i w:val="0"/>
          <w:sz w:val="22"/>
        </w:rPr>
        <w:t>About Ismailis (Agha Khaanis), an ex-Ismaili, Zuker Main warns Muslims of their vile beliefs of kufr. Among their evil beliefs and practices, he enumerates the following: Dear Brothers-Sisters As-Salaamu Alaikum WarahmatullahiWabarakatuhu May I for the sake of Allah Ta'ala, His Deen and the Muslim Ummah, request you to please consider the following facts very carefully and decide on your responsibility before Allah Ta'ala in this matter.</w:t>
      </w:r>
    </w:p>
    <w:p>
      <w:pPr>
        <w:spacing w:before="0" w:after="120" w:line="300" w:lineRule="exact"/>
        <w:jc w:val="both"/>
      </w:pPr>
      <w:r>
        <w:rPr>
          <w:rFonts w:ascii="Georgia" w:hAnsi="Georgia" w:cs="Georgia" w:eastAsia="Georgia"/>
          <w:b w:val="0"/>
          <w:i w:val="0"/>
          <w:sz w:val="22"/>
        </w:rPr>
        <w:t>I am a revert to Islam. I was an Ismaili before - a follower of the Aga Khan. And I perceive an important Da'wah responsibility which the majority of Muslims are for some reason or other ignoring. I am not getting you into petty sectarian issues, but a very important matter - please judge for yourself: 1. The Ismailis (followers of the Aga Khan) all professedly believe that the Qur'an was time bound and was not meant to be a Universal message for all times.</w:t>
      </w:r>
    </w:p>
    <w:p>
      <w:pPr>
        <w:spacing w:before="0" w:after="120" w:line="300" w:lineRule="exact"/>
        <w:jc w:val="both"/>
      </w:pPr>
      <w:r>
        <w:rPr>
          <w:rFonts w:ascii="Georgia" w:hAnsi="Georgia" w:cs="Georgia" w:eastAsia="Georgia"/>
          <w:b w:val="0"/>
          <w:i w:val="0"/>
          <w:sz w:val="22"/>
        </w:rPr>
        <w:t>They believe that their spiritual leader, Karim Aga Khan, is the "walking - talking Qur'an" and his "religious pronouncements", whatever they may be, are the "guidance" for the present times. The fundamental article of faith that there will not be any NEW revelations or "wahy" after the Qur'an, is being completely violated by the Ismailis. 2.</w:t>
      </w:r>
    </w:p>
    <w:p>
      <w:pPr>
        <w:spacing w:before="0" w:after="120" w:line="300" w:lineRule="exact"/>
        <w:jc w:val="both"/>
      </w:pPr>
      <w:r>
        <w:rPr>
          <w:rFonts w:ascii="Georgia" w:hAnsi="Georgia" w:cs="Georgia" w:eastAsia="Georgia"/>
          <w:b w:val="0"/>
          <w:i w:val="0"/>
          <w:sz w:val="22"/>
        </w:rPr>
        <w:t>The Aga Khan has officially declared himself, before his followers, as the "Mazhar of Allah on earth". The word "mazhar" means "copy" or "manifestation". Consequently, these Ismailis who call themselves 'Muslims' do "sujood" before him. So even the primary axiomatic principle of Tawheed is being fundamentally and formally violated by them. 3.</w:t>
      </w:r>
    </w:p>
    <w:p>
      <w:pPr>
        <w:spacing w:before="0" w:after="120" w:line="300" w:lineRule="exact"/>
        <w:jc w:val="both"/>
      </w:pPr>
      <w:r>
        <w:rPr>
          <w:rFonts w:ascii="Georgia" w:hAnsi="Georgia" w:cs="Georgia" w:eastAsia="Georgia"/>
          <w:b w:val="0"/>
          <w:i w:val="0"/>
          <w:sz w:val="22"/>
        </w:rPr>
        <w:t>The Ismailis are not instructed to offer the Islamic Salaah, observe Saum or perform Hajj. They have replaced Salaah with certain shirk-infested dua'as (thrice a day). They are told that their Hajj is a personal "Glimpse" (Deedaar) of Karim Aga Khan. 4. The Aga Khan and his appointees 'forgive the sins' of the followers on regular basis. Ismailis are misled into believing that they will not be questioned on the Day of Judgment for the sins that are already forgiven in their Jamat khanas (community centers).</w:t>
      </w:r>
    </w:p>
    <w:p>
      <w:pPr>
        <w:spacing w:before="0" w:after="120" w:line="300" w:lineRule="exact"/>
        <w:jc w:val="both"/>
      </w:pPr>
      <w:r>
        <w:rPr>
          <w:rFonts w:ascii="Georgia" w:hAnsi="Georgia" w:cs="Georgia" w:eastAsia="Georgia"/>
          <w:b w:val="0"/>
          <w:i w:val="0"/>
          <w:sz w:val="22"/>
        </w:rPr>
        <w:t>Forgiving of sins is the exclusive prerogative and privilege of Allah Ta'ala alone. Qur'an 3:135. 5. Against this backdrop, most of the poor (spiritually poor) Ismailis who are not introduced to alFurqan are confused and misguided. Hence, Ismailis are very easy prey to missionary efforts by various Christian groups and Baha'is. I have known a couple of young ex-Ismailis who are today preaching "Pauline Christianity" to Ismailis as evangelical missionaries. 6.</w:t>
      </w:r>
    </w:p>
    <w:p>
      <w:pPr>
        <w:spacing w:before="0" w:after="120" w:line="300" w:lineRule="exact"/>
        <w:jc w:val="both"/>
      </w:pPr>
      <w:r>
        <w:rPr>
          <w:rFonts w:ascii="Georgia" w:hAnsi="Georgia" w:cs="Georgia" w:eastAsia="Georgia"/>
          <w:b w:val="0"/>
          <w:i w:val="0"/>
          <w:sz w:val="22"/>
        </w:rPr>
        <w:t>Karim Aga Khan's own daughter Zahra having married a practising Christian has opened the gates for young Ismailis girls to follow the footsteps of a family member of their beloved Imam-e -Zaman. The parents of the Ismaili girls who wish to marry outside of Islam have no recourse but to let them go. 7. The Aga Khan has made Halaal for the Ismailis that which Allah has made Haraam for the humans.</w:t>
      </w:r>
    </w:p>
    <w:p>
      <w:pPr>
        <w:spacing w:before="0" w:after="120" w:line="300" w:lineRule="exact"/>
        <w:jc w:val="both"/>
      </w:pPr>
      <w:r>
        <w:rPr>
          <w:rFonts w:ascii="Georgia" w:hAnsi="Georgia" w:cs="Georgia" w:eastAsia="Georgia"/>
          <w:b w:val="0"/>
          <w:i w:val="0"/>
          <w:sz w:val="22"/>
        </w:rPr>
        <w:t>Taking of interest (usury) is not forbidden by the religious instruction classes run by the "Tariqaah" board of the Ismailis. As a matter of fact, the much publicized "Venture Capital" program (details on the website of FORBES Magazine - search under "Aga Khan"), of loaning funds on interest by the AKFED (Aga Khan Fund &amp; Economic Development), has been a great success.</w:t>
      </w:r>
    </w:p>
    <w:p>
      <w:pPr>
        <w:spacing w:before="0" w:after="120" w:line="300" w:lineRule="exact"/>
        <w:jc w:val="both"/>
      </w:pPr>
      <w:r>
        <w:rPr>
          <w:rFonts w:ascii="Georgia" w:hAnsi="Georgia" w:cs="Georgia" w:eastAsia="Georgia"/>
          <w:b w:val="0"/>
          <w:i w:val="0"/>
          <w:sz w:val="22"/>
        </w:rPr>
        <w:t>Similar entrepreneurial projects are now being actively promoted and introduced to poor Muslims of Tajikistan and neighboring areas. 8. The Muslim Ummah and the various Muslim leaders are not fully aware of these Un-Islamic acts and beliefs of this community of less than two million members, who claim to be the Ismaili Muslims. Surprisingly, their leader Aga Khan claims himself to be a spiritual leader of 15 million Muslims and a Direct Descendant of Nabi Muhammad (Sallallahu Alayhi Wasallam). 9.</w:t>
      </w:r>
    </w:p>
    <w:p>
      <w:pPr>
        <w:spacing w:before="0" w:after="120" w:line="300" w:lineRule="exact"/>
        <w:jc w:val="both"/>
      </w:pPr>
      <w:r>
        <w:rPr>
          <w:rFonts w:ascii="Georgia" w:hAnsi="Georgia" w:cs="Georgia" w:eastAsia="Georgia"/>
          <w:b w:val="0"/>
          <w:i w:val="0"/>
          <w:sz w:val="22"/>
        </w:rPr>
        <w:t>Earlier, one did not have authentic books on Ismailism, but it is not so anymore. There are two authentic books as well as one comprehensive web site exposing the inner practices of the Ismailis and the Proclamations (Farmans) of the Aga Khans. Hence, now you have no "hujjah" argument or excuse left before Allah Ta'ala for not taking up the task of inviting the misguided "Ismaili Muslims" towards the Deen of Allah and not safeguarding them from committing unpardonable sin of Shirk. 10.</w:t>
      </w:r>
    </w:p>
    <w:p>
      <w:pPr>
        <w:spacing w:before="0" w:after="120" w:line="300" w:lineRule="exact"/>
        <w:jc w:val="both"/>
      </w:pPr>
      <w:r>
        <w:rPr>
          <w:rFonts w:ascii="Georgia" w:hAnsi="Georgia" w:cs="Georgia" w:eastAsia="Georgia"/>
          <w:b w:val="0"/>
          <w:i w:val="0"/>
          <w:sz w:val="22"/>
        </w:rPr>
        <w:t>The Aga Khan in collaboration with so many Western powers and aid, has set up the worldwide Aga Khan Development Network (AKDN) which runs several institutions and service companies both in the profit and not for profit sectors. This network is very actively operating in Pakistan, India, Tanzania, Uganda, Kenya and Bangladesh, and has now started concentrating its efforts in Tajikistan and the neighbouring areas where there is a concentration of Muslims who have not known or openly practised Islam for the decades.</w:t>
      </w:r>
    </w:p>
    <w:p>
      <w:pPr>
        <w:spacing w:before="0" w:after="120" w:line="300" w:lineRule="exact"/>
        <w:jc w:val="both"/>
      </w:pPr>
      <w:r>
        <w:rPr>
          <w:rFonts w:ascii="Georgia" w:hAnsi="Georgia" w:cs="Georgia" w:eastAsia="Georgia"/>
          <w:b w:val="0"/>
          <w:i w:val="0"/>
          <w:sz w:val="22"/>
        </w:rPr>
        <w:t>By taking up economical, social, educational and rural development efforts through NGOs (Non-Govt. Organizations) within the AKDN, the Ismailis and the Aga Khan have gained wide acceptance amongst these countries and masses. Hence this urgent appeal. 11. Now all these beneficiaries are "obliged and grateful" to the Aga Khan and his followers and his organizations for the muchneeded schools, medical centers, hospitals, various projects and programmes.</w:t>
      </w:r>
    </w:p>
    <w:p>
      <w:pPr>
        <w:spacing w:before="0" w:after="120" w:line="300" w:lineRule="exact"/>
        <w:jc w:val="both"/>
      </w:pPr>
      <w:r>
        <w:rPr>
          <w:rFonts w:ascii="Georgia" w:hAnsi="Georgia" w:cs="Georgia" w:eastAsia="Georgia"/>
          <w:b w:val="0"/>
          <w:i w:val="0"/>
          <w:sz w:val="22"/>
        </w:rPr>
        <w:t>In this manner they are penetrating and infiltrating the support system - and one fine day, the Muslim Ummaah will wake up to the unexpected realization that they have a community of so called 'Muslims', practicing the Un-Islamic Tariqah, in charge of all core and support activities. Each of these muchneeded projects will have the photos of Aga Khan decorating the walls.</w:t>
      </w:r>
    </w:p>
    <w:p>
      <w:pPr>
        <w:spacing w:before="0" w:after="120" w:line="300" w:lineRule="exact"/>
        <w:jc w:val="both"/>
      </w:pPr>
      <w:r>
        <w:rPr>
          <w:rFonts w:ascii="Georgia" w:hAnsi="Georgia" w:cs="Georgia" w:eastAsia="Georgia"/>
          <w:b w:val="0"/>
          <w:i w:val="0"/>
          <w:sz w:val="22"/>
        </w:rPr>
        <w:t>In the name of Allah Ta'ala and Islam, kindly urge our Brothers and Sisters to do Da'wah to the Ismailis, who otherwise will, on the day of judgement, hold us responsible for not conveying the Revealed Truth to them. Dear Brother/Sister, you know much more on the subject than what little I have learnt since reverting to the Deen of Allah Ta'ala.</w:t>
      </w:r>
    </w:p>
    <w:p>
      <w:pPr>
        <w:spacing w:before="0" w:after="120" w:line="300" w:lineRule="exact"/>
        <w:jc w:val="both"/>
      </w:pPr>
      <w:r>
        <w:rPr>
          <w:rFonts w:ascii="Georgia" w:hAnsi="Georgia" w:cs="Georgia" w:eastAsia="Georgia"/>
          <w:b w:val="0"/>
          <w:i w:val="0"/>
          <w:sz w:val="22"/>
        </w:rPr>
        <w:t>It hurts to see the misguided simple minded people die on SHIRK because we did not amply warn them before their deaths.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MOZAMBIQUE SHUTS DOWN MUSJIDS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available for 24 hour government surveillance. However, the ignorant authorities reacting stupidly, ludicrously and unjustly closed down the Musjids. If the authorities had managed to establish that the gangsters who had committed violence in the name of 'jihad' had frequented the three Musjids for Salaat, why could they not establish with regard to the Musjids whatever they have conjectured and associated with the Musjids?</w:t>
      </w:r>
    </w:p>
    <w:p>
      <w:pPr>
        <w:spacing w:before="0" w:after="120" w:line="300" w:lineRule="exact"/>
        <w:jc w:val="both"/>
      </w:pPr>
      <w:r>
        <w:rPr>
          <w:rFonts w:ascii="Georgia" w:hAnsi="Georgia" w:cs="Georgia" w:eastAsia="Georgia"/>
          <w:b w:val="0"/>
          <w:i w:val="0"/>
          <w:sz w:val="22"/>
        </w:rPr>
        <w:t>By closing the Musjids, the government has fallen into the trap of the sinister foreign force which has orchestrated the 'jihad' attacks. This move of the ignorant authorities as well as other anti-Islam acts such as banning Hijaab, will lead to an increase in gangsterism in the name of 'jihad'. The sinister force will utilize these stupidities of the government to gain more recruits in the name of 'jihad'.</w:t>
      </w:r>
    </w:p>
    <w:p>
      <w:pPr>
        <w:spacing w:before="0" w:after="120" w:line="300" w:lineRule="exact"/>
        <w:jc w:val="both"/>
      </w:pPr>
      <w:r>
        <w:rPr>
          <w:rFonts w:ascii="Georgia" w:hAnsi="Georgia" w:cs="Georgia" w:eastAsia="Georgia"/>
          <w:b w:val="0"/>
          <w:i w:val="0"/>
          <w:sz w:val="22"/>
        </w:rPr>
        <w:t>Violence is therefore set to escalate and more repression and injustice for Muslims are in store in Mozambique. The Muslim community in the country has very loose ties with Islam. They are even antiSunnah. Such an Islamically miscreant community will not engage in any anti-government activity in the name of 'jihad'. The community leaders – molvis and sheikhs – are inveterate government bootlickers.</w:t>
      </w:r>
    </w:p>
    <w:p>
      <w:pPr>
        <w:spacing w:before="0" w:after="120" w:line="300" w:lineRule="exact"/>
        <w:jc w:val="both"/>
      </w:pPr>
      <w:r>
        <w:rPr>
          <w:rFonts w:ascii="Georgia" w:hAnsi="Georgia" w:cs="Georgia" w:eastAsia="Georgia"/>
          <w:b w:val="0"/>
          <w:i w:val="0"/>
          <w:sz w:val="22"/>
        </w:rPr>
        <w:t>Gross Imaani deficiency constrains such despicable spineless conduct. If the Mozambique intelligence apparatus can only inject some brains in their extremely deficient system of investigation, the government would then be in a better position to understand what is happening in the name of 'jihad' by a handful of louts employed by some sinister foreign force to destabilize the country to enable it (the sinister force) to pirate off the oil wealth in the region where this satanic so-called 'jihad' has been initiated by an unknown gang.</w:t>
      </w:r>
    </w:p>
    <w:p>
      <w:pPr>
        <w:spacing w:before="0" w:after="120" w:line="300" w:lineRule="exact"/>
        <w:jc w:val="both"/>
      </w:pPr>
      <w:r>
        <w:rPr>
          <w:rFonts w:ascii="Georgia" w:hAnsi="Georgia" w:cs="Georgia" w:eastAsia="Georgia"/>
          <w:b w:val="0"/>
          <w:i w:val="0"/>
          <w:sz w:val="22"/>
        </w:rPr>
        <w:t>In the final analysis the repression and injustices in the making in Mozambique are a form of Allah's Athaab for Muslims who have drifted far from Siraatul Mustaqeem. This is the disease and the rot which is gripping the entire Ummah all over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JERUSALEM - THE ISRAELI CAPITAL</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ons. They have absolutely no idea of the conspiracies in which they have become entangled. The hierarchies of these so-called jihadi groups are in cahoots with the enemy. For monetary and other worldly objectives they have betrayed Islam and the Ummah. They have brought unimaginable hardship and misery to millions of ordinary Muslims who have been compelled to flee from their homes.</w:t>
      </w:r>
    </w:p>
    <w:p>
      <w:pPr>
        <w:spacing w:before="0" w:after="120" w:line="300" w:lineRule="exact"/>
        <w:jc w:val="both"/>
      </w:pPr>
      <w:r>
        <w:rPr>
          <w:rFonts w:ascii="Georgia" w:hAnsi="Georgia" w:cs="Georgia" w:eastAsia="Georgia"/>
          <w:b w:val="0"/>
          <w:i w:val="0"/>
          <w:sz w:val="22"/>
        </w:rPr>
        <w:t>Just look at Syria! Whatever Muslims have lost on the battlefield cannever be reclaimed by womanish protests and the methodology of the kuffaar. The only way for Muslims is the way Allah Ta'ala has ordained for the Ummah, and that way is Jihad. But, the Ummah currently is impotent and lying in disgraceful prostration at the feet of the kuffaar whose boots Muslims are delightfully licking and they believe that such deplorable humiliation is success, progress and honour.</w:t>
      </w:r>
    </w:p>
    <w:p>
      <w:pPr>
        <w:spacing w:before="0" w:after="120" w:line="300" w:lineRule="exact"/>
        <w:jc w:val="both"/>
      </w:pPr>
      <w:r>
        <w:rPr>
          <w:rFonts w:ascii="Georgia" w:hAnsi="Georgia" w:cs="Georgia" w:eastAsia="Georgia"/>
          <w:b w:val="0"/>
          <w:i w:val="0"/>
          <w:sz w:val="22"/>
        </w:rPr>
        <w:t>In this regard, Allah Ta'ala asks in the Qur'aan Majeed: "What! Do you search for honour by them? Verily, all honour belongs to only Allah." Jerusalem has been effectively under Israeli control, and so has Musjidul Aqsa, for many decades. What are all the silly noises being made about the stupid non-issue of Trump's recognition? When Muslims have been miserably and totally impotent to liberate Palestine by Jihad, what do they intend achieving by silly noises about Trump's silly recognition?</w:t>
      </w:r>
    </w:p>
    <w:p>
      <w:pPr>
        <w:spacing w:before="0" w:after="120" w:line="300" w:lineRule="exact"/>
        <w:jc w:val="both"/>
      </w:pPr>
      <w:r>
        <w:rPr>
          <w:rFonts w:ascii="Georgia" w:hAnsi="Georgia" w:cs="Georgia" w:eastAsia="Georgia"/>
          <w:b w:val="0"/>
          <w:i w:val="0"/>
          <w:sz w:val="22"/>
        </w:rPr>
        <w:t>Jerusalem is in the hands of the kuffaar. There is no doubt in this reality. There is no doubt in the reality that Muslims have been defeated and have lost Palestine, Musjidul Aqsa, and all their lands on the battlefield. The biggest victory of the western kuffaar is the successful installation of murtaddeen to be the governments in Muslim countries.</w:t>
      </w:r>
    </w:p>
    <w:p>
      <w:pPr>
        <w:spacing w:before="0" w:after="120" w:line="300" w:lineRule="exact"/>
        <w:jc w:val="both"/>
      </w:pPr>
      <w:r>
        <w:rPr>
          <w:rFonts w:ascii="Georgia" w:hAnsi="Georgia" w:cs="Georgia" w:eastAsia="Georgia"/>
          <w:b w:val="0"/>
          <w:i w:val="0"/>
          <w:sz w:val="22"/>
        </w:rPr>
        <w:t>All of these governments and rulers without a single exception are kuffaar surrogates. They are murtaddeen having renounced Islam. It is indeed the height of silliness and stupidity to howl and bray like asses over Trump's silliness. The kuffaar have effectively defeated the Muslims and taken control of Jerusalem and Musjidul Aqsa decades ago.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JUSTICE dered with gold</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extremely handsome face. The garments on him were intact. Nothing had changed. He saw in his finger a ring of such a precious red stone which no king had in his treasury. On the ring was a Faarsi inscription. Ma'moon was extremely surprised and flabbergasted, and he commented: "This man is a Majusi who worshipped the fire, yet Allah Ta'ala did not destroy his acts of justice which he meted out to his people." Then he ordered that the body be covered with a silken cloth embroi- dered with gold.</w:t>
      </w:r>
    </w:p>
    <w:p>
      <w:pPr>
        <w:spacing w:before="0" w:after="120" w:line="300" w:lineRule="exact"/>
        <w:jc w:val="both"/>
      </w:pPr>
      <w:r>
        <w:rPr>
          <w:rFonts w:ascii="Georgia" w:hAnsi="Georgia" w:cs="Georgia" w:eastAsia="Georgia"/>
          <w:b w:val="0"/>
          <w:i w:val="0"/>
          <w:sz w:val="22"/>
        </w:rPr>
        <w:t>On this occasion there was a slave with Ma'moon. When Ma'moon was not looking at the body, the slave managed to snatch the ring. Later when Ma'moon was informed of the theft, he ordered the slave to be whipped. The ring was returned and replaced on Kisra's finger. Ma'moon said: "This slave intended to humiliate us in the ranks of the non-Muslim kings.</w:t>
      </w:r>
    </w:p>
    <w:p>
      <w:pPr>
        <w:spacing w:before="0" w:after="120" w:line="300" w:lineRule="exact"/>
        <w:jc w:val="both"/>
      </w:pPr>
      <w:r>
        <w:rPr>
          <w:rFonts w:ascii="Georgia" w:hAnsi="Georgia" w:cs="Georgia" w:eastAsia="Georgia"/>
          <w:b w:val="0"/>
          <w:i w:val="0"/>
          <w:sz w:val="22"/>
        </w:rPr>
        <w:t>They would comment that Ma'moon is a thief who steals from graves." Then the Khalifah instructed that molten lead be poured over the tomb so that it may never again be opened.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INJUSTICE, TORTURE AND BRUTALITY OF U.S. COURTS AND JAILS</w:t>
      </w:r>
    </w:p>
    <w:p>
      <w:pPr>
        <w:spacing w:before="0" w:after="160" w:line="300" w:lineRule="exact"/>
        <w:jc w:val="center"/>
      </w:pPr>
      <w:r>
        <w:rPr>
          <w:rFonts w:ascii="Georgia" w:hAnsi="Georgia" w:cs="Georgia" w:eastAsia="Georgia"/>
          <w:b w:val="0"/>
          <w:i/>
          <w:sz w:val="16"/>
        </w:rPr>
        <w:t>Page 7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THE LAMENT</w:t>
      </w:r>
    </w:p>
    <w:p>
      <w:pPr>
        <w:spacing w:before="0" w:after="120" w:line="300" w:lineRule="exact"/>
        <w:jc w:val="both"/>
      </w:pPr>
      <w:r>
        <w:rPr>
          <w:rFonts w:ascii="Georgia" w:hAnsi="Georgia" w:cs="Georgia" w:eastAsia="Georgia"/>
          <w:b w:val="0"/>
          <w:i w:val="0"/>
          <w:sz w:val="22"/>
        </w:rPr>
        <w:t>OF A</w:t>
      </w:r>
    </w:p>
    <w:p>
      <w:pPr>
        <w:pStyle w:val="Heading3"/>
        <w:spacing w:before="200" w:after="120" w:line="300" w:lineRule="exact"/>
        <w:jc w:val="left"/>
      </w:pPr>
      <w:r>
        <w:rPr>
          <w:rFonts w:ascii="Georgia" w:hAnsi="Georgia" w:cs="Georgia" w:eastAsia="Georgia"/>
          <w:b/>
          <w:i w:val="0"/>
          <w:color w:val="2E74B5"/>
          <w:sz w:val="24"/>
        </w:rPr>
        <w:t>BROTHER ENTRAPPED BY THE U.S. PLOTTERS</w:t>
      </w:r>
    </w:p>
    <w:p>
      <w:pPr>
        <w:spacing w:before="0" w:after="120" w:line="300" w:lineRule="exact"/>
        <w:jc w:val="both"/>
      </w:pPr>
      <w:r>
        <w:rPr>
          <w:rFonts w:ascii="Georgia" w:hAnsi="Georgia" w:cs="Georgia" w:eastAsia="Georgia"/>
          <w:b w:val="0"/>
          <w:i w:val="0"/>
          <w:sz w:val="22"/>
        </w:rPr>
        <w:t>A Brother who has been wrongfully jailed and horrendously maltreated and tortured in a U.S. prison, sent us his sad plight. We reproduce his letter verbatim: "My name is Raheel Mahrus Ubaydah (Christopher Cornell, prison No.72795061). I am currently imprisoned in a federal correction institution at Fairton, New Jersey (USA) serving a 30 year prison sentence.</w:t>
      </w:r>
    </w:p>
    <w:p>
      <w:pPr>
        <w:spacing w:before="0" w:after="120" w:line="300" w:lineRule="exact"/>
        <w:jc w:val="both"/>
      </w:pPr>
      <w:r>
        <w:rPr>
          <w:rFonts w:ascii="Georgia" w:hAnsi="Georgia" w:cs="Georgia" w:eastAsia="Georgia"/>
          <w:b w:val="0"/>
          <w:i w:val="0"/>
          <w:sz w:val="22"/>
        </w:rPr>
        <w:t>I am a Muslim prisoner that was set up by the government in 2015 on multiple charges, including terrorism. Prior to being set up by the government in 2015, I was active in the Cincinnati Muslim community. Back in 2015 I was targeted by the FBI for my religious beliefs as a Muslim in a sting op- eration where they created and facilitated a phony terrorism plot to have me entrapped and ultimately convicted to 30 years in federal prison.</w:t>
      </w:r>
    </w:p>
    <w:p>
      <w:pPr>
        <w:spacing w:before="0" w:after="120" w:line="300" w:lineRule="exact"/>
        <w:jc w:val="both"/>
      </w:pPr>
      <w:r>
        <w:rPr>
          <w:rFonts w:ascii="Georgia" w:hAnsi="Georgia" w:cs="Georgia" w:eastAsia="Georgia"/>
          <w:b w:val="0"/>
          <w:i w:val="0"/>
          <w:sz w:val="22"/>
        </w:rPr>
        <w:t>Given that I also have been placed on a life time supervised release following my incarceration which carries all sorts of restrictions along with it, making life hardly even livable. While incarcerated I have endured much ridicule and torture by both jail and prison staff for my religious beliefs as a Muslim that went unreported by the news media.</w:t>
      </w:r>
    </w:p>
    <w:p>
      <w:pPr>
        <w:spacing w:before="0" w:after="120" w:line="300" w:lineRule="exact"/>
        <w:jc w:val="both"/>
      </w:pPr>
      <w:r>
        <w:rPr>
          <w:rFonts w:ascii="Georgia" w:hAnsi="Georgia" w:cs="Georgia" w:eastAsia="Georgia"/>
          <w:b w:val="0"/>
          <w:i w:val="0"/>
          <w:sz w:val="22"/>
        </w:rPr>
        <w:t>While I was being painted out as some monster by the news media, I was being mocked because of my religious beliefs, attacked by officers, left in restraints while covered in pepper spray for hours on in, suffering from sleep deprivation, and remained long periods of time in complete isolation away from my family and the other inmate population.</w:t>
      </w:r>
    </w:p>
    <w:p>
      <w:pPr>
        <w:spacing w:before="0" w:after="120" w:line="300" w:lineRule="exact"/>
        <w:jc w:val="both"/>
      </w:pPr>
      <w:r>
        <w:rPr>
          <w:rFonts w:ascii="Georgia" w:hAnsi="Georgia" w:cs="Georgia" w:eastAsia="Georgia"/>
          <w:b w:val="0"/>
          <w:i w:val="0"/>
          <w:sz w:val="22"/>
        </w:rPr>
        <w:t>Since this all began I have been featured on dozens of TV shows, including ABC's 20/20. It concerns me greatly how nonMuslims are sentenced to light sentences as compared to Muslims who have similar charges being given decades in prison. I have recently filed a few motions for my appeal in hopes of getting justice. I have filed for Ineffectiveness of Council and Prosecutorial Misconduct.</w:t>
      </w:r>
    </w:p>
    <w:p>
      <w:pPr>
        <w:spacing w:before="0" w:after="120" w:line="300" w:lineRule="exact"/>
        <w:jc w:val="both"/>
      </w:pPr>
      <w:r>
        <w:rPr>
          <w:rFonts w:ascii="Georgia" w:hAnsi="Georgia" w:cs="Georgia" w:eastAsia="Georgia"/>
          <w:b w:val="0"/>
          <w:i w:val="0"/>
          <w:sz w:val="22"/>
        </w:rPr>
        <w:t>In these motions I show how my case involves a lot of corruption and discrimination from every side of the court room. There is no telling what the results may come out to be, especially with how corrupt this system has become in recent years and Donald Trump now stepping into office. I am having difficulty getting any justice and I am asking for your help.</w:t>
      </w:r>
    </w:p>
    <w:p>
      <w:pPr>
        <w:spacing w:before="0" w:after="120" w:line="300" w:lineRule="exact"/>
        <w:jc w:val="both"/>
      </w:pPr>
      <w:r>
        <w:rPr>
          <w:rFonts w:ascii="Georgia" w:hAnsi="Georgia" w:cs="Georgia" w:eastAsia="Georgia"/>
          <w:b w:val="0"/>
          <w:i w:val="0"/>
          <w:sz w:val="22"/>
        </w:rPr>
        <w:t>I am writing this to the Muslim brothers and sisters to help me get back my freedom. If you truly support the prisoners and stand for justice then now is the time to prove it. I am asking the Muslim brothers and sisters to send out letters to "Judge Timothy S. Black" seeking my freedom from unlawful arrest, unjust imprisonment and torture I endured while unjustly imprisoned.</w:t>
      </w:r>
    </w:p>
    <w:p>
      <w:pPr>
        <w:spacing w:before="0" w:after="120" w:line="300" w:lineRule="exact"/>
        <w:jc w:val="both"/>
      </w:pPr>
      <w:r>
        <w:rPr>
          <w:rFonts w:ascii="Georgia" w:hAnsi="Georgia" w:cs="Georgia" w:eastAsia="Georgia"/>
          <w:b w:val="0"/>
          <w:i w:val="0"/>
          <w:sz w:val="22"/>
        </w:rPr>
        <w:t>You may state in your letters whatever you like and provide reason why I should be released. I would like to see an online campaign for my freedom as well. Please help me in any way you can. May Allah Ta' ala reward you for your efforts. Amin! Please remember me and my family in your sincere Du'a. Was-Salaam. (End of letter) The contact details of the judge are: Judge Timothy S.</w:t>
      </w:r>
    </w:p>
    <w:p>
      <w:pPr>
        <w:spacing w:before="0" w:after="120" w:line="300" w:lineRule="exact"/>
        <w:jc w:val="both"/>
      </w:pPr>
      <w:r>
        <w:rPr>
          <w:rFonts w:ascii="Georgia" w:hAnsi="Georgia" w:cs="Georgia" w:eastAsia="Georgia"/>
          <w:b w:val="0"/>
          <w:i w:val="0"/>
          <w:sz w:val="22"/>
        </w:rPr>
        <w:t>Black, Potter Stewart US Courthouse Cincinnati, Ohio 45202 – 3288, U.S.A.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 - THE TREACHERY OF THE UMMAH</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"Salaat is the (central) pillar of Deen." "Whoever neglects Salaat in- tentionally, has committed kufr." (Rasulullah – sallallahu alayhi wasallam) AFTER IMAAN, THE ﬁrst and foremost fundamental and practical obligation on all Muslims – males and females – is the regular and punctual performance of Salaat. The importance of Salaat is borne out by the fact that its imposition on the population by force is the ﬁrst duty of the Islamic state.</w:t>
      </w:r>
    </w:p>
    <w:p>
      <w:pPr>
        <w:spacing w:before="0" w:after="120" w:line="300" w:lineRule="exact"/>
        <w:jc w:val="both"/>
      </w:pPr>
      <w:r>
        <w:rPr>
          <w:rFonts w:ascii="Georgia" w:hAnsi="Georgia" w:cs="Georgia" w:eastAsia="Georgia"/>
          <w:b w:val="0"/>
          <w:i w:val="0"/>
          <w:sz w:val="22"/>
        </w:rPr>
        <w:t>Thus, the Qur'aan-eHakeem states: "Most certainly Allah will aid those who aid Him (His Deen). Verily Allah is powerful and mighty. They are those – if We establish them on earth (to rule), they establish regular Salaat, pay Zakaat, command righteousness and prohibit evil. And, the ultimate decree of all affairs is for Allah. " (Surah Al-Hajj) This gracious aayat of the Qur'aan Majeed sets out the ﬁrst and primary obligations of the Islamic state.</w:t>
      </w:r>
    </w:p>
    <w:p>
      <w:pPr>
        <w:spacing w:before="0" w:after="120" w:line="300" w:lineRule="exact"/>
        <w:jc w:val="both"/>
      </w:pPr>
      <w:r>
        <w:rPr>
          <w:rFonts w:ascii="Georgia" w:hAnsi="Georgia" w:cs="Georgia" w:eastAsia="Georgia"/>
          <w:b w:val="0"/>
          <w:i w:val="0"/>
          <w:sz w:val="22"/>
        </w:rPr>
        <w:t>The very ﬁrst command imposed on the Islamic rulers is the enforcement of Salaat. There is nothing as demanding and as important as Salaat in the life of the Mu'min. The act which tilts the Mu'min to Kufr is abandonment of Salaat, as the aforementioned Hadith states with emphasis. There cannever be any measure of success if Salaat is abandoned.</w:t>
      </w:r>
    </w:p>
    <w:p>
      <w:pPr>
        <w:spacing w:before="0" w:after="120" w:line="300" w:lineRule="exact"/>
        <w:jc w:val="both"/>
      </w:pPr>
      <w:r>
        <w:rPr>
          <w:rFonts w:ascii="Georgia" w:hAnsi="Georgia" w:cs="Georgia" w:eastAsia="Georgia"/>
          <w:b w:val="0"/>
          <w:i w:val="0"/>
          <w:sz w:val="22"/>
        </w:rPr>
        <w:t>The entire Structure of Imaan caves in and collapses when Salaat is abandoned. A Mu'min who abandons Salaat or who is not a regular performer of the Five Fardh Salaat is a baaghi (rebel/traitor) unto Allah Ta'ala. He becomes the enemy of Allah Ta'ala and the Islamic state is ordered to imprison, and ﬁnally execute him if he persists in his abandonment.</w:t>
      </w:r>
    </w:p>
    <w:p>
      <w:pPr>
        <w:spacing w:before="0" w:after="120" w:line="300" w:lineRule="exact"/>
        <w:jc w:val="both"/>
      </w:pPr>
      <w:r>
        <w:rPr>
          <w:rFonts w:ascii="Georgia" w:hAnsi="Georgia" w:cs="Georgia" w:eastAsia="Georgia"/>
          <w:b w:val="0"/>
          <w:i w:val="0"/>
          <w:sz w:val="22"/>
        </w:rPr>
        <w:t>The Shariah commands that Salaat be performed with Jama'ah even on the battleﬁeld. Qadha of Salaat even while facing the enemy is intolerable. Yet, despite this great and vital importance and the fact that without steadfast adherence to regular performance of Salaat there is no practical Islam, over 90% of the Ummah all over the world, have abandoned Salaat.</w:t>
      </w:r>
    </w:p>
    <w:p>
      <w:pPr>
        <w:spacing w:before="0" w:after="120" w:line="300" w:lineRule="exact"/>
        <w:jc w:val="both"/>
      </w:pPr>
      <w:r>
        <w:rPr>
          <w:rFonts w:ascii="Georgia" w:hAnsi="Georgia" w:cs="Georgia" w:eastAsia="Georgia"/>
          <w:b w:val="0"/>
          <w:i w:val="0"/>
          <w:sz w:val="22"/>
        </w:rPr>
        <w:t>The humiliation and misfortunes which have overtaken the Ummah should now not be surprising. A survey of Musjid attendance for Fajr and Isha when almost all Muslims are at home, will reveal that between 2% and at the maximum, 10%, of the males in a community perform Salaat. And, of this hopelessly negligible number, half join the Salaat after its commencement, many missing even the ﬁrst raka't.</w:t>
      </w:r>
    </w:p>
    <w:p>
      <w:pPr>
        <w:spacing w:before="0" w:after="120" w:line="300" w:lineRule="exact"/>
        <w:jc w:val="both"/>
      </w:pPr>
      <w:r>
        <w:rPr>
          <w:rFonts w:ascii="Georgia" w:hAnsi="Georgia" w:cs="Georgia" w:eastAsia="Georgia"/>
          <w:b w:val="0"/>
          <w:i w:val="0"/>
          <w:sz w:val="22"/>
        </w:rPr>
        <w:t>This is the putrid state of the regular musallis, even of the Ulama and Imaams of Musjids. This 2% – 10% ﬁgure is the current norm all over the world. No one should be deceived by the abundance of musallis during Zuhr and Asr in business areas, and in Muslim countries. Relative to the population, the packed Musjid reﬂects the same lamentable percentage of musallis.</w:t>
      </w:r>
    </w:p>
    <w:p>
      <w:pPr>
        <w:spacing w:before="0" w:after="120" w:line="300" w:lineRule="exact"/>
        <w:jc w:val="both"/>
      </w:pPr>
      <w:r>
        <w:rPr>
          <w:rFonts w:ascii="Georgia" w:hAnsi="Georgia" w:cs="Georgia" w:eastAsia="Georgia"/>
          <w:b w:val="0"/>
          <w:i w:val="0"/>
          <w:sz w:val="22"/>
        </w:rPr>
        <w:t>In a business area, the musallis are from the entire city. They are not residents of the locality, hence the false perception conveyed by a full Musjid in such areas. The barometer is the Musjid in the residential area at the time of Fajr and Isha. This evil condition of the Ummah is more lamentable even on Hajj and Umrah journeys. The vast majority of those pro- ceeding for Hajj and Umrah abstain from Salaat on the plane.</w:t>
      </w:r>
    </w:p>
    <w:p>
      <w:pPr>
        <w:spacing w:before="0" w:after="120" w:line="300" w:lineRule="exact"/>
        <w:jc w:val="both"/>
      </w:pPr>
      <w:r>
        <w:rPr>
          <w:rFonts w:ascii="Georgia" w:hAnsi="Georgia" w:cs="Georgia" w:eastAsia="Georgia"/>
          <w:b w:val="0"/>
          <w:i w:val="0"/>
          <w:sz w:val="22"/>
        </w:rPr>
        <w:t>In terms of their 'math-hab' of the nafs, safar (journey) abolishes Salaat. When the Jihaad Battleﬁeld does not permit laxity, how is it possible that a journey of comfort absolves one of Salaat? The very ﬁrst step in the sojourn of Islaah (moral reformation) of the Ummah of this age is observance of Salaat. Without rectifying this Pillar, everything else is futile.</w:t>
      </w:r>
    </w:p>
    <w:p>
      <w:pPr>
        <w:spacing w:before="0" w:after="120" w:line="300" w:lineRule="exact"/>
        <w:jc w:val="both"/>
      </w:pPr>
      <w:r>
        <w:rPr>
          <w:rFonts w:ascii="Georgia" w:hAnsi="Georgia" w:cs="Georgia" w:eastAsia="Georgia"/>
          <w:b w:val="0"/>
          <w:i w:val="0"/>
          <w:sz w:val="22"/>
        </w:rPr>
        <w:t>The question of reforming moral character does not remotely develop for a person in whose life regular Salaat is not the primary practice of ibaadat. There is no difference between such a person and a kaaﬁr. The issue of Islaahe-Nafs concerns those who regularly perform Salaat, but whose moral life and character are absolutely disgraceful.</w:t>
      </w:r>
    </w:p>
    <w:p>
      <w:pPr>
        <w:spacing w:before="0" w:after="120" w:line="300" w:lineRule="exact"/>
        <w:jc w:val="both"/>
      </w:pPr>
      <w:r>
        <w:rPr>
          <w:rFonts w:ascii="Georgia" w:hAnsi="Georgia" w:cs="Georgia" w:eastAsia="Georgia"/>
          <w:b w:val="0"/>
          <w:i w:val="0"/>
          <w:sz w:val="22"/>
        </w:rPr>
        <w:t>Their family, social and business life in general is no better than the lifestyle and character of the kuffaar. Even regular musallis are bereft of Islamic morality. No one should therefore be in any quandary regarding the avalanche of miseries and misfortunes which have become our lot. The cause is no mystery.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Khalifah, Hadhrat Abu Bakr (radhiyallahu anhu) despatched an army of 10,000…</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Khalifah, Hadhrat Abu Bakr (radhiyallahu anhu) despatched an army of 10,000 Mujahideen under the command of Hadhrat Amr Bin Al'As (radhiyallahu anhu) to wage Jihad in Palestine. When this information reached Heraculus, the Christian emperor, he summoned a Christian Arab spy to give an account of the Muslims. The following conversation took place: Heraculus: "When did you depart from Madinah?" Spy: "Twenty ﬁve days ago".</w:t>
      </w:r>
    </w:p>
    <w:p>
      <w:pPr>
        <w:spacing w:before="0" w:after="120" w:line="300" w:lineRule="exact"/>
        <w:jc w:val="both"/>
      </w:pPr>
      <w:r>
        <w:rPr>
          <w:rFonts w:ascii="Georgia" w:hAnsi="Georgia" w:cs="Georgia" w:eastAsia="Georgia"/>
          <w:b w:val="0"/>
          <w:i w:val="0"/>
          <w:sz w:val="22"/>
        </w:rPr>
        <w:t>Heraculus: "Who is the chief of the Muslims?" Spy: "His name is Abu Bakr. He has despatched an army to invade your land. I have studied those people carefully. They are diligent, strong, ever-prepared and intelligent." Heraculus: "Have you seen Abu Bakr?" Spy: "Yes, I have seen him. In fact, I sold him a shawl for 4 dirhams, which he wears over his shoulders.</w:t>
      </w:r>
    </w:p>
    <w:p>
      <w:pPr>
        <w:spacing w:before="0" w:after="120" w:line="300" w:lineRule="exact"/>
        <w:jc w:val="both"/>
      </w:pPr>
      <w:r>
        <w:rPr>
          <w:rFonts w:ascii="Georgia" w:hAnsi="Georgia" w:cs="Georgia" w:eastAsia="Georgia"/>
          <w:b w:val="0"/>
          <w:i w:val="0"/>
          <w:sz w:val="22"/>
        </w:rPr>
        <w:t>He is a simple man dressed in only two cloths. He wanders around the market place like an undistinguished man. He protects the rights of people. He ensures that the strong fulfil the rights of the weak. He treats all people, the weak and the strong, with equality." Heraculus: "Describe his appearance." Spy: "He is tall, of wheaten colour, light cheeks, The joints of his fingers are broad.</w:t>
      </w:r>
    </w:p>
    <w:p>
      <w:pPr>
        <w:spacing w:before="0" w:after="120" w:line="300" w:lineRule="exact"/>
        <w:jc w:val="both"/>
      </w:pPr>
      <w:r>
        <w:rPr>
          <w:rFonts w:ascii="Georgia" w:hAnsi="Georgia" w:cs="Georgia" w:eastAsia="Georgia"/>
          <w:b w:val="0"/>
          <w:i w:val="0"/>
          <w:sz w:val="22"/>
        </w:rPr>
        <w:t>His front teeth are extremely beautiful." (Heraculus laughed and said): "He is the Khalifah of Muhammad. He is described in our Scripture. The second person who will take over after him is also described in our Scripture. Victory will be in his hands and the defeat of the enemies." Spy: "I have seen that person too. He is in the constant companionship of Abu Bakr, never separating himself." Heraculus: "I had already warned the Romans some time ago.</w:t>
      </w:r>
    </w:p>
    <w:p>
      <w:pPr>
        <w:spacing w:before="0" w:after="120" w:line="300" w:lineRule="exact"/>
        <w:jc w:val="both"/>
      </w:pPr>
      <w:r>
        <w:rPr>
          <w:rFonts w:ascii="Georgia" w:hAnsi="Georgia" w:cs="Georgia" w:eastAsia="Georgia"/>
          <w:b w:val="0"/>
          <w:i w:val="0"/>
          <w:sz w:val="22"/>
        </w:rPr>
        <w:t>I had invited them to suc- cess and salvation, but they had ignored me, and had refused to obey me. I am certain that now the Romans will very soon be expelled from Syria." Although the emperor was convinced of the truth of Islam to which the Injeel (Bible) testiﬁed, he did not embrace the Deen. He sent a powerful army of 100,000 against the Muslim army of 10,000.</w:t>
      </w:r>
    </w:p>
    <w:p>
      <w:pPr>
        <w:spacing w:before="0" w:after="120" w:line="300" w:lineRule="exact"/>
        <w:jc w:val="both"/>
      </w:pPr>
      <w:r>
        <w:rPr>
          <w:rFonts w:ascii="Georgia" w:hAnsi="Georgia" w:cs="Georgia" w:eastAsia="Georgia"/>
          <w:b w:val="0"/>
          <w:i w:val="0"/>
          <w:sz w:val="22"/>
        </w:rPr>
        <w:t>When Hadhrat Amr, the Muslim commander was informed of the approach of the Christian army, he addressed the Sahaabah, and said: "We seek the aid of Allah. Might and power are only with Him. You and I are all equal in the matter of Jihad. In the stand against the enemy seek aid from Allah. Fight valiantly for the sake of your Shariah and Deen.</w:t>
      </w:r>
    </w:p>
    <w:p>
      <w:pPr>
        <w:spacing w:before="0" w:after="120" w:line="300" w:lineRule="exact"/>
        <w:jc w:val="both"/>
      </w:pPr>
      <w:r>
        <w:rPr>
          <w:rFonts w:ascii="Georgia" w:hAnsi="Georgia" w:cs="Georgia" w:eastAsia="Georgia"/>
          <w:b w:val="0"/>
          <w:i w:val="0"/>
          <w:sz w:val="22"/>
        </w:rPr>
        <w:t>Whoever will be killed, will be a Shaheed (Martyr). Whoever remains alive, will be Saeed (Fortunate)." With the inferior Muslim force of 10,000 pitted against the superior Christian army of 100,000, the battle was indeed grim and ferocious. Hadhrat Abdullah Bin Umar (radhiyallahu anhu) who had participated in this Jihad, narrated the following episode: "In the thick of the battle, I recited a dua which Rasulullah (sallallahu alayhi wasallam) had taught me.</w:t>
      </w:r>
    </w:p>
    <w:p>
      <w:pPr>
        <w:spacing w:before="0" w:after="120" w:line="300" w:lineRule="exact"/>
        <w:jc w:val="both"/>
      </w:pPr>
      <w:r>
        <w:rPr>
          <w:rFonts w:ascii="Georgia" w:hAnsi="Georgia" w:cs="Georgia" w:eastAsia="Georgia"/>
          <w:b w:val="0"/>
          <w:i w:val="0"/>
          <w:sz w:val="22"/>
        </w:rPr>
        <w:t>It was the time of Zawwaal. Suddenly I looked towards the heaven. I saw several doorways opening up. Numerous horsemen donned in white with glittering green spears in their hands emerged from the doorways. A caller from them proclaimed that victory will be with us. The caller exclaimed: "O Ummah of Muhammad! (Sallallahu alayhi wasallam). Allah's aid has arrived." I take oath by Allah!</w:t>
      </w:r>
    </w:p>
    <w:p>
      <w:pPr>
        <w:spacing w:before="0" w:after="120" w:line="300" w:lineRule="exact"/>
        <w:jc w:val="both"/>
      </w:pPr>
      <w:r>
        <w:rPr>
          <w:rFonts w:ascii="Georgia" w:hAnsi="Georgia" w:cs="Georgia" w:eastAsia="Georgia"/>
          <w:b w:val="0"/>
          <w:i w:val="0"/>
          <w:sz w:val="22"/>
        </w:rPr>
        <w:t>Within a short while we were victorious. The Christians were routed and they fled in total disorder." Ten thousand Christian soldiers, were slain in that battle, while only 130 Muslims were martyred. "Verily, Allah had aided you in many places (of battle …"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"DOG OF THE ROMANS"</w:t>
      </w:r>
    </w:p>
    <w:p>
      <w:pPr>
        <w:spacing w:before="0" w:after="160" w:line="300" w:lineRule="exact"/>
        <w:jc w:val="center"/>
      </w:pPr>
      <w:r>
        <w:rPr>
          <w:rFonts w:ascii="Georgia" w:hAnsi="Georgia" w:cs="Georgia" w:eastAsia="Georgia"/>
          <w:b w:val="0"/>
          <w:i/>
          <w:sz w:val="16"/>
        </w:rPr>
        <w:t>Page 8, 10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FEMALE LEADERSHIP</w:t>
      </w:r>
    </w:p>
    <w:p>
      <w:pPr>
        <w:spacing w:before="0" w:after="120" w:line="300" w:lineRule="exact"/>
        <w:jc w:val="both"/>
      </w:pPr>
      <w:r>
        <w:rPr>
          <w:rFonts w:ascii="Georgia" w:hAnsi="Georgia" w:cs="Georgia" w:eastAsia="Georgia"/>
          <w:b w:val="0"/>
          <w:i w:val="0"/>
          <w:sz w:val="22"/>
        </w:rPr>
        <w:t>"Men are the rulers over women." (Qur'aan) Hadhrat Abu Bakr (radhiyallahu anhu) narrated that a messenger returned from the army despatched by Rasulullah (sallallahu alayhi wasallam) to convey some information of the kuffaar forces. One of the things mentioned by him was: that a woman was their ruler. Rasulullah (sallallahu alayhi wasallam) said: "Men are destroyed when they follow women." (Mustadrak-e-Haakim) Rasulullah (sallallahu alayhi wasallam) said: "When your rulers are the best among you; your wealthy the most generous among you, and your affairs are decided my mutual consultation, then the surface of the earth is better for you than in its bowels (the graves).</w:t>
      </w:r>
    </w:p>
    <w:p>
      <w:pPr>
        <w:spacing w:before="0" w:after="120" w:line="300" w:lineRule="exact"/>
        <w:jc w:val="both"/>
      </w:pPr>
      <w:r>
        <w:rPr>
          <w:rFonts w:ascii="Georgia" w:hAnsi="Georgia" w:cs="Georgia" w:eastAsia="Georgia"/>
          <w:b w:val="0"/>
          <w:i w:val="0"/>
          <w:sz w:val="22"/>
        </w:rPr>
        <w:t>(But) when your rulers are the vilest of you; your wealthy are the misers, and your affairs are entrusted to women, then the bowels of the earth are better for you than its surface." (Tirmizi) Rasulullah (sallallahu alayhi wasallam) said: "There is no Ji- had, no Jumuah and no following of the Janaazah for women." When Rasulullah (sallallahu alayhi wasallam) was informed that after the death of the Persian emperor, his daughter ascended the throne, he commented: "Never will prosper a nation who</w:t>
      </w:r>
    </w:p>
    <w:p>
      <w:pPr>
        <w:pStyle w:val="Heading3"/>
        <w:spacing w:before="200" w:after="120" w:line="300" w:lineRule="exact"/>
        <w:jc w:val="left"/>
      </w:pPr>
      <w:r>
        <w:rPr>
          <w:rFonts w:ascii="Georgia" w:hAnsi="Georgia" w:cs="Georgia" w:eastAsia="Georgia"/>
          <w:b/>
          <w:i w:val="0"/>
          <w:color w:val="2E74B5"/>
          <w:sz w:val="24"/>
        </w:rPr>
        <w:t>DEMOCRACY - THE RULE OF MORONS</w:t>
      </w:r>
    </w:p>
    <w:p>
      <w:pPr>
        <w:spacing w:before="0" w:after="120" w:line="300" w:lineRule="exact"/>
        <w:jc w:val="both"/>
      </w:pPr>
      <w:r>
        <w:rPr>
          <w:rFonts w:ascii="Georgia" w:hAnsi="Georgia" w:cs="Georgia" w:eastAsia="Georgia"/>
          <w:b w:val="0"/>
          <w:i w:val="0"/>
          <w:sz w:val="22"/>
        </w:rPr>
        <w:t>Hakimul Ummat Hadhrat Maulana Ashraf Ali Thanvi (rahmatullah alayh) commenting on the western system of democracy, said: "Morons are assembled for presenting majority opinion. The opinion of the majority of morons will certainly incline towards stupidity." In rejection of democracy, Hadhrat Maulana Ashraf Ali Thanvi (rahmatullah alayh) presented the Qur'aanic aayat: "And, if you follow the majority on earth, they will deviate you from the Path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Irene (Augusta), the empress of Byzantium (the eastern Roman Empire) had concluded a…</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Irene (Augusta), the empress of Byzantium (the eastern Roman Empire) had concluded a treaty with the Abbaasi (Abbaside) Khalifah Mahdi. In the year 182 Hijri, she had blinded her son and seized the throne. After five years of rule, she was deposed and exiled. Nicephorus (known to Muslims by the name, Niqfoor) became the emperor. On his ascension to the throne, he violated the treaty which had been concluded between Irene and the Muslims.</w:t>
      </w:r>
    </w:p>
    <w:p>
      <w:pPr>
        <w:spacing w:before="0" w:after="120" w:line="300" w:lineRule="exact"/>
        <w:jc w:val="both"/>
      </w:pPr>
      <w:r>
        <w:rPr>
          <w:rFonts w:ascii="Georgia" w:hAnsi="Georgia" w:cs="Georgia" w:eastAsia="Georgia"/>
          <w:b w:val="0"/>
          <w:i w:val="0"/>
          <w:sz w:val="22"/>
        </w:rPr>
        <w:t>Niqfoor dispatched an insulting letter to the Abbaasi Khalifah Haroon Rashid. His letter read: "From Niqfoor, the emperor of Rome to Haroon Rashid, the king of the Arabs. The empress before me had accorded to you the status of a rook and placed her as a pawn (as in the game of chess). She had obsequiously transferred considerable wealth (taxes) to you.</w:t>
      </w:r>
    </w:p>
    <w:p>
      <w:pPr>
        <w:spacing w:before="0" w:after="120" w:line="300" w:lineRule="exact"/>
        <w:jc w:val="both"/>
      </w:pPr>
      <w:r>
        <w:rPr>
          <w:rFonts w:ascii="Georgia" w:hAnsi="Georgia" w:cs="Georgia" w:eastAsia="Georgia"/>
          <w:b w:val="0"/>
          <w:i w:val="0"/>
          <w:sz w:val="22"/>
        </w:rPr>
        <w:t>This was due to the feminine attribute of weakness and their folly. On having read this letter of mine, return all that wealth which you had received from her otherwise the sword shall decide your defeat and our victory." Haroon Rashid was furious when he read this insolent letter. His faced darkened with so much anger that no one at that time dared to speak with him.</w:t>
      </w:r>
    </w:p>
    <w:p>
      <w:pPr>
        <w:spacing w:before="0" w:after="120" w:line="300" w:lineRule="exact"/>
        <w:jc w:val="both"/>
      </w:pPr>
      <w:r>
        <w:rPr>
          <w:rFonts w:ascii="Georgia" w:hAnsi="Georgia" w:cs="Georgia" w:eastAsia="Georgia"/>
          <w:b w:val="0"/>
          <w:i w:val="0"/>
          <w:sz w:val="22"/>
        </w:rPr>
        <w:t>His ministers out of fear dispersed. No one dared offered Haroon Rashid any counsel on that occasion. Then on the reverse side of Niqfoor's letter, he wrote: "From Haroon. The Commander of the Faithful (Mu'mineen), to Niqfoor the dog of Rome. O son of a kaafirah! I have read your letter. The answer you shall see, not hear." Haroon Rashid sounded the war drums the very same day.</w:t>
      </w:r>
    </w:p>
    <w:p>
      <w:pPr>
        <w:spacing w:before="0" w:after="120" w:line="300" w:lineRule="exact"/>
        <w:jc w:val="both"/>
      </w:pPr>
      <w:r>
        <w:rPr>
          <w:rFonts w:ascii="Georgia" w:hAnsi="Georgia" w:cs="Georgia" w:eastAsia="Georgia"/>
          <w:b w:val="0"/>
          <w:i w:val="0"/>
          <w:sz w:val="22"/>
        </w:rPr>
        <w:t>He set out personally with his army the very same day, not stopping en route at any place. He penetrated Roman territory, and sacked and destroyed the cit- ies of the Romans. The battle with Niqfoor took place at Heraclea where the Romans were decisively defeated. Niqfoor petitioned for peace. He pledged to pay an increased tax annually. Haroon Rashid accepted.</w:t>
      </w:r>
    </w:p>
    <w:p>
      <w:pPr>
        <w:spacing w:before="0" w:after="120" w:line="300" w:lineRule="exact"/>
        <w:jc w:val="both"/>
      </w:pPr>
      <w:r>
        <w:rPr>
          <w:rFonts w:ascii="Georgia" w:hAnsi="Georgia" w:cs="Georgia" w:eastAsia="Georgia"/>
          <w:b w:val="0"/>
          <w:i w:val="0"/>
          <w:sz w:val="22"/>
        </w:rPr>
        <w:t>However, when Haroon Rashid with his army reached Rakkah in Shaam (Syria), Niqfoor having underestimated the Khalifah, violated the treaty. He had gained the impression that Haroon Rashid would not return to do battle so quick in so inclement a season. As soon as Haroon Rashid was informed of the violation he set off to punish the Roman dog.</w:t>
      </w:r>
    </w:p>
    <w:p>
      <w:pPr>
        <w:spacing w:before="0" w:after="120" w:line="300" w:lineRule="exact"/>
        <w:jc w:val="both"/>
      </w:pPr>
      <w:r>
        <w:rPr>
          <w:rFonts w:ascii="Georgia" w:hAnsi="Georgia" w:cs="Georgia" w:eastAsia="Georgia"/>
          <w:b w:val="0"/>
          <w:i w:val="0"/>
          <w:sz w:val="22"/>
        </w:rPr>
        <w:t>The Roman emperor was shocked with astonishment and fear by the rapid march of Haroon Rashid who braved the snow in mid-winter. In the battle, Niqfoor having been wounded, fled. Haroon Rashid entered the emperor's palace and tied his horse in the courtyard. Niqfoor sued for peace, and again Haroon Rashid accepted. The tax on him was trebled.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UMAR - HIS MEMORABLE JOURNEY TO BAITUL MAQDIS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THE ILLUSTRIOUS Khalifah of Rasulullah (sallallahu alayhi wasallam), Ameerul Mu'mineen Umar Ibn Khattaab (radhiyallahu anhu) was urged by Hadhrat Abu Ubaidah Bin Jarraah (radhiyallahu anhu), the Commander-in-Chief of the Muslim army which had laid siege to the City of Jerusalem, to come personally for taking possession of Baitul Maqdis. The Christian rulers had stipulated the presence of Hadhrat Umar (radhiyallahu anhu) for handing over the City without battle.</w:t>
      </w:r>
    </w:p>
    <w:p>
      <w:pPr>
        <w:spacing w:before="0" w:after="120" w:line="300" w:lineRule="exact"/>
        <w:jc w:val="both"/>
      </w:pPr>
      <w:r>
        <w:rPr>
          <w:rFonts w:ascii="Georgia" w:hAnsi="Georgia" w:cs="Georgia" w:eastAsia="Georgia"/>
          <w:b w:val="0"/>
          <w:i w:val="0"/>
          <w:sz w:val="22"/>
        </w:rPr>
        <w:t>The description of Hadhrat Umar (radhiyallahu anhu) was given in detail in the Tauraah. Therefore they wanted to physically ascertain if the Ruler of the Muslims was the person mentioned in the Tauraah. Ameerul Mu'mineen set out with only a camel and one slave. There was no retinue, no bodyguards, no servants and no noblemen to accompany this great Ruler of the Islamic Empire stretching from the shores of the Atlantic in the west to the walls of China in the east.</w:t>
      </w:r>
    </w:p>
    <w:p>
      <w:pPr>
        <w:spacing w:before="0" w:after="120" w:line="300" w:lineRule="exact"/>
        <w:jc w:val="both"/>
      </w:pPr>
      <w:r>
        <w:rPr>
          <w:rFonts w:ascii="Georgia" w:hAnsi="Georgia" w:cs="Georgia" w:eastAsia="Georgia"/>
          <w:b w:val="0"/>
          <w:i w:val="0"/>
          <w:sz w:val="22"/>
        </w:rPr>
        <w:t>He set out like a pauper, not like an emperor. His justice, kindness and Ta- qwa constrained him to be on equal terms with the slave accompanying him. The slave would lead the camel for a distance (e.g. 5 km) while Hadhrat Umar would be seated on the camel. The next five kilometres would be the turn of the slave to sit on the camel while Ameerul Mu'mineen would lead the camel.</w:t>
      </w:r>
    </w:p>
    <w:p>
      <w:pPr>
        <w:spacing w:before="0" w:after="120" w:line="300" w:lineRule="exact"/>
        <w:jc w:val="both"/>
      </w:pPr>
      <w:r>
        <w:rPr>
          <w:rFonts w:ascii="Georgia" w:hAnsi="Georgia" w:cs="Georgia" w:eastAsia="Georgia"/>
          <w:b w:val="0"/>
          <w:i w:val="0"/>
          <w:sz w:val="22"/>
        </w:rPr>
        <w:t>In this manner they alternated their walking and riding. When ultimately they reached Baitul Maqdis, the slave was riding on top of the camel, and Umar, The Great, was walking holding the leash of the camel. The army with its four commanders under the Flag of Hadhrat Ubaidah Bin Jarraah (radhiyallahu anhu) had come to a place called Jaabiyah to welcome Ameerul Mu'mineen.</w:t>
      </w:r>
    </w:p>
    <w:p>
      <w:pPr>
        <w:spacing w:before="0" w:after="120" w:line="300" w:lineRule="exact"/>
        <w:jc w:val="both"/>
      </w:pPr>
      <w:r>
        <w:rPr>
          <w:rFonts w:ascii="Georgia" w:hAnsi="Georgia" w:cs="Georgia" w:eastAsia="Georgia"/>
          <w:b w:val="0"/>
          <w:i w:val="0"/>
          <w:sz w:val="22"/>
        </w:rPr>
        <w:t>All the inhabitants came out of their homes to see and welcome Hadhrat Umar (radhiyallahu anhu). When Ameerul Mu'mineen reached Jaabiyah, he delivered an inspiring khutbah (lecture) to the crowds and the army. The following are just a few extracts from his Khutbah: "O People! Most certainly, we (the Arabs) were the most contemptible nation.</w:t>
      </w:r>
    </w:p>
    <w:p>
      <w:pPr>
        <w:spacing w:before="0" w:after="120" w:line="300" w:lineRule="exact"/>
        <w:jc w:val="both"/>
      </w:pPr>
      <w:r>
        <w:rPr>
          <w:rFonts w:ascii="Georgia" w:hAnsi="Georgia" w:cs="Georgia" w:eastAsia="Georgia"/>
          <w:b w:val="0"/>
          <w:i w:val="0"/>
          <w:sz w:val="22"/>
        </w:rPr>
        <w:t>Then Allah honoured us (gave us respect) with Islam. Whenever we shall search for honour with anything other than the Object by which Allah gave us honour (i.e. Islam), verily, Allah will then disgrace us. …… Reform your souls, then your bodies (actions) will be reformed. Do deeds for your Aakhirah, it will then suffice for your worldly needs.</w:t>
      </w:r>
    </w:p>
    <w:p>
      <w:pPr>
        <w:spacing w:before="0" w:after="120" w:line="300" w:lineRule="exact"/>
        <w:jc w:val="both"/>
      </w:pPr>
      <w:r>
        <w:rPr>
          <w:rFonts w:ascii="Georgia" w:hAnsi="Georgia" w:cs="Georgia" w:eastAsia="Georgia"/>
          <w:b w:val="0"/>
          <w:i w:val="0"/>
          <w:sz w:val="22"/>
        </w:rPr>
        <w:t>Whoever intends to take the path to Jannat should incumbently follow the Jama'ah (Ahlus Sunnah Wal Jama'ah), for verily, shaitaan is with the solitary man……… Never be alone with a woman, for verily, shaitaan is the third one present. He whose good deeds make him happy, and his sins grieve him, verily he is a Mu'min…" Having an aversion for publicity and being honoured, Hadhrat Umar (radhiyallahu anhu) ordered the army to disperse.</w:t>
      </w:r>
    </w:p>
    <w:p>
      <w:pPr>
        <w:spacing w:before="0" w:after="120" w:line="300" w:lineRule="exact"/>
        <w:jc w:val="both"/>
      </w:pPr>
      <w:r>
        <w:rPr>
          <w:rFonts w:ascii="Georgia" w:hAnsi="Georgia" w:cs="Georgia" w:eastAsia="Georgia"/>
          <w:b w:val="0"/>
          <w:i w:val="0"/>
          <w:sz w:val="22"/>
        </w:rPr>
        <w:t>Then he walked ahead alone with utmost humility. When the leadership (the army commanders, etc.) approached him, Ameerul Mu'mineen commanded: "Disperse from me. Where is my Brother, Ubaidah Aamir Bin Jar- raah?" From behind, the Commander-in-Chief stepped forward. These two great stalwarts of Islam embraced. There was prolonged sobbing of the two without saying a word.</w:t>
      </w:r>
    </w:p>
    <w:p>
      <w:pPr>
        <w:spacing w:before="0" w:after="120" w:line="300" w:lineRule="exact"/>
        <w:jc w:val="both"/>
      </w:pPr>
      <w:r>
        <w:rPr>
          <w:rFonts w:ascii="Georgia" w:hAnsi="Georgia" w:cs="Georgia" w:eastAsia="Georgia"/>
          <w:b w:val="0"/>
          <w:i w:val="0"/>
          <w:sz w:val="22"/>
        </w:rPr>
        <w:t>Then Hadhrat Umar said: "O Abu Ubaidah! When Allah Ta'ala will, on the Day of Qiyaamah, ask us what we had done after the departure of Rasulullah (sallallahu alayhi wasallam), what answer shall we have?" Hadhrat Abu Ubaidah said: "O Ameerul Mu'mineen! Let us go to one side (away from the crowds) and cry." Both went to a distance and sat under a tree, sobbing out their hearts.</w:t>
      </w:r>
    </w:p>
    <w:p>
      <w:pPr>
        <w:spacing w:before="0" w:after="120" w:line="300" w:lineRule="exact"/>
        <w:jc w:val="both"/>
      </w:pPr>
      <w:r>
        <w:rPr>
          <w:rFonts w:ascii="Georgia" w:hAnsi="Georgia" w:cs="Georgia" w:eastAsia="Georgia"/>
          <w:b w:val="0"/>
          <w:i w:val="0"/>
          <w:sz w:val="22"/>
        </w:rPr>
        <w:t>The army, the people and the Nasaara rulers and noblemen, all looked on with astonishment and awe. They wondered: What type of souls were these? Despite having conquered the world and ruling it, they lived and acted like mendicants – in fact, that was the reality. They were mendicants on the Journey to Aakhirat. These were our Aslaaf – our noble and great Predecessors from whom we have inherited the Sunnah of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Nusrat (Aid) of Allah</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ON THE OCCASION of the Battle of Yarmuk, Hadhrat Khalid Bin Walid (radhiyallahu anhu) selected 30 Sahaabah to confront Jablah Bin Aim who was at the head of an army of sixty thousand soldiers. Hadhrat Abu Ubaidah (radhiyallahu anhu) commented: "Do you want to destroy the Muslims?" Hadhrat Khalid Bin Walid (radhiyallahu anhu) said: "No! I have selected such men who are the equivalent of 60,000." But Hadhrat Abu Ubaidah (radhiyallahu anhu) was not satisfied.</w:t>
      </w:r>
    </w:p>
    <w:p>
      <w:pPr>
        <w:spacing w:before="0" w:after="120" w:line="300" w:lineRule="exact"/>
        <w:jc w:val="both"/>
      </w:pPr>
      <w:r>
        <w:rPr>
          <w:rFonts w:ascii="Georgia" w:hAnsi="Georgia" w:cs="Georgia" w:eastAsia="Georgia"/>
          <w:b w:val="0"/>
          <w:i w:val="0"/>
          <w:sz w:val="22"/>
        </w:rPr>
        <w:t>Hence, another 30 Sahaabah were selected. The sixty Sahaabah went into battle against Jablah and his army. The battle raged fiercely all day long. Finally, the army of Jablah fled from the battlefield in defeat. (This was the Nusrat of Allah Ta'ala with the Sahaabah.) Sixty Sahaabah facing and fighting an army of 60,000 kuffaar, fully armed with the best weaponry of the age!</w:t>
      </w:r>
    </w:p>
    <w:p>
      <w:pPr>
        <w:spacing w:before="0" w:after="120" w:line="300" w:lineRule="exact"/>
        <w:jc w:val="both"/>
      </w:pPr>
      <w:r>
        <w:rPr>
          <w:rFonts w:ascii="Georgia" w:hAnsi="Georgia" w:cs="Georgia" w:eastAsia="Georgia"/>
          <w:b w:val="0"/>
          <w:i w:val="0"/>
          <w:sz w:val="22"/>
        </w:rPr>
        <w:t>This equates to one Sahaabi for every thousand kuffaar. Is this possible, asks the materialist? Crass materialism which is the fundamental attribute of atheism inhibits the intelligence from comprehending transcendental and spiritual realities. Westernized Muslims – those whose intelligence has been colonized and brainwashed by the western kufr system of education, are also sceptical, hence they seek to argue away the literal meanings of certain Qur'aanic aayaat.</w:t>
      </w:r>
    </w:p>
    <w:p>
      <w:pPr>
        <w:spacing w:before="0" w:after="120" w:line="300" w:lineRule="exact"/>
        <w:jc w:val="both"/>
      </w:pPr>
      <w:r>
        <w:rPr>
          <w:rFonts w:ascii="Georgia" w:hAnsi="Georgia" w:cs="Georgia" w:eastAsia="Georgia"/>
          <w:b w:val="0"/>
          <w:i w:val="0"/>
          <w:sz w:val="22"/>
        </w:rPr>
        <w:t>They further deny miraculous episodes whose authenticity is established by authentic narration transmitted by reliable authorities. For the Mu'min with grounded Imaan, there is no conundrum in the fact of 60 facing and defeating 60,000. Allah Ta'ala is Qadeer. He has power over everything, and He intervenes and decrees as He deems fit. Allah Azza Wa Jal sent one person, Nabi Musa (alayhis salaam) with his Asaa (Staff) and Yad-eBaidhaa' (his glittering hand) to confront and defeat Fir'oun and his armies.</w:t>
      </w:r>
    </w:p>
    <w:p>
      <w:pPr>
        <w:spacing w:before="0" w:after="120" w:line="300" w:lineRule="exact"/>
        <w:jc w:val="both"/>
      </w:pPr>
      <w:r>
        <w:rPr>
          <w:rFonts w:ascii="Georgia" w:hAnsi="Georgia" w:cs="Georgia" w:eastAsia="Georgia"/>
          <w:b w:val="0"/>
          <w:i w:val="0"/>
          <w:sz w:val="22"/>
        </w:rPr>
        <w:t>Allah Ta'ala had dispatched a one-legged mosquito to destroy the powerful king Namrud who had claimed to be god. Regarding battlefield victories for the Mu'mineen, the simple answer is the Nusrat (Aid) of Allah Ta'ala, which He sends in a variety of ways. In Surah Aal-e-Imraan, Aayat 125, The Qur'aan Majeed states: "….If you have Sabr and Taqwa…..your Rabb will help you with five thousand Malaaikah (Angels) specially marked (i.e. in uniform)." Since the Sahaabah, especially those selected by Hadhrat Khalid Bin Walid (radhiyallahu anhu), were men of the loftiest status of Sabr and Taqwa, he understood well that they would be the recipients of Divide Aid.</w:t>
      </w:r>
    </w:p>
    <w:p>
      <w:pPr>
        <w:spacing w:before="0" w:after="120" w:line="300" w:lineRule="exact"/>
        <w:jc w:val="both"/>
      </w:pPr>
      <w:r>
        <w:rPr>
          <w:rFonts w:ascii="Georgia" w:hAnsi="Georgia" w:cs="Georgia" w:eastAsia="Georgia"/>
          <w:b w:val="0"/>
          <w:i w:val="0"/>
          <w:sz w:val="22"/>
        </w:rPr>
        <w:t>The Malaaikah would be present to bolster and assist them against the powerful foe. For Muslims there is no surprise in the arrival of the Nusrat of Allah Ta'ala. On another occasion, the Commander of the Muslim army fighting in a distant kaafir land sent an urgent request to Ameerul Mu'mineen Hadhrat Umar (radhiyallahu anhu) for 3000 reinforcements for defeating the kuffaar army.</w:t>
      </w:r>
    </w:p>
    <w:p>
      <w:pPr>
        <w:spacing w:before="0" w:after="120" w:line="300" w:lineRule="exact"/>
        <w:jc w:val="both"/>
      </w:pPr>
      <w:r>
        <w:rPr>
          <w:rFonts w:ascii="Georgia" w:hAnsi="Georgia" w:cs="Georgia" w:eastAsia="Georgia"/>
          <w:b w:val="0"/>
          <w:i w:val="0"/>
          <w:sz w:val="22"/>
        </w:rPr>
        <w:t>Hadhrat Umar (radhiyallahu anhu) sent for one Sahaabi. When the Sahaabi arrived, Hadhrat Umar (radhiyallahu anhu) gave him some naseehat and ordered him to proceed to the battlefield and reinforce the Muslim army. After a few days when the Sahaabi reached the Muslim camp, the commander asked about the 3000 reinforcements he had requested.</w:t>
      </w:r>
    </w:p>
    <w:p>
      <w:pPr>
        <w:spacing w:before="0" w:after="120" w:line="300" w:lineRule="exact"/>
        <w:jc w:val="both"/>
      </w:pPr>
      <w:r>
        <w:rPr>
          <w:rFonts w:ascii="Georgia" w:hAnsi="Georgia" w:cs="Georgia" w:eastAsia="Georgia"/>
          <w:b w:val="0"/>
          <w:i w:val="0"/>
          <w:sz w:val="22"/>
        </w:rPr>
        <w:t>The Sahaabi replied that he was the 3000 reinforcements sent by Ameerul Mu'mineen. With the presence of this single Sahaabi who, in the opinion of Hadhrat Umar (radhiyallahu anhu) was the equivalent of 3,000 fighters, the Muslims decisively defeated the kuffaar army.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ATHAAB - THE SIGN</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The Sign of the impending universal (aam) punishment to overtake a community is the total abandonment by the Ulama of their Waajib obligation of Amr Bil Ma'roof Nahy Anil Munkar (Commanding righteousness and prohibiting evil). Rasulullah (sallallahu alayhi wasallam) said: "Command righteousness and prohibit evil otherwise a tyrant will be imposed over you (to rule you).</w:t>
      </w:r>
    </w:p>
    <w:p>
      <w:pPr>
        <w:spacing w:before="0" w:after="120" w:line="300" w:lineRule="exact"/>
        <w:jc w:val="both"/>
      </w:pPr>
      <w:r>
        <w:rPr>
          <w:rFonts w:ascii="Georgia" w:hAnsi="Georgia" w:cs="Georgia" w:eastAsia="Georgia"/>
          <w:b w:val="0"/>
          <w:i w:val="0"/>
          <w:sz w:val="22"/>
        </w:rPr>
        <w:t>He will not respect your seniors nor show mercy to your little ones. (At such a time), your pious men will supplicate (to Allah for aid), but they will not be answered. They will (at that late stage) seek forgiveness, but will not be forgiven."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CRIME</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 abandonment of this sacred obligation is a crime of the Ulama universally. Having abandoned Amr Bil Ma'roof and Nahy anil Munkar, the Ulama have set into motion the process of incremental erosion of the Shari- ah with their confounded strategies of Ta'weel-e-Baatil (Baseless Interpretation). One after the other, the Ahkaam (Laws) of the Shariah are ﬁrst watered down, then abrogated.</w:t>
      </w:r>
    </w:p>
    <w:p>
      <w:pPr>
        <w:spacing w:before="0" w:after="120" w:line="300" w:lineRule="exact"/>
        <w:jc w:val="both"/>
      </w:pPr>
      <w:r>
        <w:rPr>
          <w:rFonts w:ascii="Georgia" w:hAnsi="Georgia" w:cs="Georgia" w:eastAsia="Georgia"/>
          <w:b w:val="0"/>
          <w:i w:val="0"/>
          <w:sz w:val="22"/>
        </w:rPr>
        <w:t>What the Shariah has decreed haraam is made lawful on the flimsiest basis and pretexts. Principles applicable in extraordinary situations are evoked simply for ﬁnding accommodation in the Shariah for ideas, concepts and injurious practices. Ulama are legalizing pictures of animate objects, television, alcohol, music, abandonment of Hijaab, deﬁlement of the Musaajid, consumption of haraam, abrogation of the law of Mushtabah, riba, corrupt monetary transactions, kuffaar style garments, kuffaar sports and many other acts considered vice and sin from the very inception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PRINCIPLES</w:t>
      </w:r>
    </w:p>
    <w:p>
      <w:pPr>
        <w:spacing w:before="0" w:after="160" w:line="300" w:lineRule="exact"/>
        <w:jc w:val="center"/>
      </w:pPr>
      <w:r>
        <w:rPr>
          <w:rFonts w:ascii="Georgia" w:hAnsi="Georgia" w:cs="Georgia" w:eastAsia="Georgia"/>
          <w:b w:val="0"/>
          <w:i/>
          <w:sz w:val="16"/>
        </w:rPr>
        <w:t>Page 10, 12 of the original</w:t>
      </w:r>
    </w:p>
    <w:p>
      <w:pPr>
        <w:spacing w:before="0" w:after="120" w:line="300" w:lineRule="exact"/>
        <w:jc w:val="both"/>
      </w:pPr>
      <w:r>
        <w:rPr>
          <w:rFonts w:ascii="Georgia" w:hAnsi="Georgia" w:cs="Georgia" w:eastAsia="Georgia"/>
          <w:b w:val="0"/>
          <w:i w:val="0"/>
          <w:sz w:val="22"/>
        </w:rPr>
        <w:t>Ulama of superﬁcial knowledge and shallow understanding have made principles such as 'Necessity relaxes prohibition' a licence for wholesale legalization of haraam and najaasat (prohibition and impurity). Equipped with such nafsaani li- cences, the Ulama of this era constitute a far greater threat to Islam than what the modernist deviates had ever posed.</w:t>
      </w:r>
    </w:p>
    <w:p>
      <w:pPr>
        <w:spacing w:before="0" w:after="120" w:line="300" w:lineRule="exact"/>
        <w:jc w:val="both"/>
      </w:pPr>
      <w:r>
        <w:rPr>
          <w:rFonts w:ascii="Georgia" w:hAnsi="Georgia" w:cs="Georgia" w:eastAsia="Georgia"/>
          <w:b w:val="0"/>
          <w:i w:val="0"/>
          <w:sz w:val="22"/>
        </w:rPr>
        <w:t>Therefore, Rasulullah (sallallahu alayhi wasallam) was constrained to lament: "Verily, I fear for my Ummah the Aimmah Mudhilleen." That is, such learned men (Imaams, Maulanas and Sheikhs) who will mislead the Ummah by paving the path of Jahannum for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TYRANTS ARE OUR PUNISHMENT</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Hadhrat Abu Darda (radhiyallahu anhu) narrates that Rasulullah (sallallahu alayhi wasallam) said: "Verily, Allah Ta'ala says: 'I am Allah, besides Whom there is no deity, but Me. I am the King of kings. The hearts of kings are in My Hands. When people obey Me, I turn the hearts of the kings towards them with mercy and affection. When people disobey Me, I turn the hearts of kings with wrath and tyranny towards them. Then they (the rulers) inflict terrible tyranny on them (the people). Therefore do not (waste your time by) engaging in the invocation of curses on the rulers. Rather, involve yourselves with thikr, and humility so that I protect you against (the tyranny) of your rulers." All the tyrannical and oppressive rulers in all the Muslim lands mirror the oppression and</w:t>
      </w:r>
    </w:p>
    <w:p>
      <w:pPr>
        <w:spacing w:before="0" w:after="120" w:line="300" w:lineRule="exact"/>
        <w:jc w:val="both"/>
      </w:pPr>
      <w:r>
        <w:rPr>
          <w:rFonts w:ascii="Georgia" w:hAnsi="Georgia" w:cs="Georgia" w:eastAsia="Georgia"/>
          <w:b w:val="0"/>
          <w:i w:val="0"/>
          <w:sz w:val="22"/>
        </w:rPr>
        <w:t>tyranny of the various Muslim nations – the tyranny and oppression on the Deen of Allah Ta'ala. A corrupt Ummah who has desecrated the Qur'aan and the Sunnah worse than the desecration of the kuffaar who had flushed the Qur'aan Majeed down the toilet and who had burnt the Qur'aan Shareef, does not deserve just and benevolent rulers. The desecration of the Qur'aan by Muslims is the kufr interpolation and interpretation by means of which they deny the Deen of Allah Ta'ala.</w:t>
      </w:r>
    </w:p>
    <w:p>
      <w:pPr>
        <w:spacing w:before="0" w:after="120" w:line="300" w:lineRule="exact"/>
        <w:jc w:val="both"/>
      </w:pPr>
      <w:r>
        <w:rPr>
          <w:rFonts w:ascii="Georgia" w:hAnsi="Georgia" w:cs="Georgia" w:eastAsia="Georgia"/>
          <w:b w:val="0"/>
          <w:i w:val="0"/>
          <w:sz w:val="22"/>
        </w:rPr>
        <w:t>Every Tom, Dick, Harry and dumb aunts with dense brains consider themselves capable of interpreting the Qur'aan which even the Sahaabah were unable of accomplishing. As long as this desecration of the Deen continues, so long will the persecution of the oppressors endure. These rulers are the Athaab of Allah Ta'ala for a grossly treacherous Ummah.</w:t>
      </w:r>
    </w:p>
    <w:p>
      <w:pPr>
        <w:spacing w:before="0" w:after="120" w:line="300" w:lineRule="exact"/>
        <w:jc w:val="both"/>
      </w:pPr>
      <w:r>
        <w:rPr>
          <w:rFonts w:ascii="Georgia" w:hAnsi="Georgia" w:cs="Georgia" w:eastAsia="Georgia"/>
          <w:b w:val="0"/>
          <w:i w:val="0"/>
          <w:sz w:val="22"/>
        </w:rPr>
        <w:t>Rasulullah (sallallahu alayhi wasallam) said: "When Allah intends goodness for a people, He appoints over them their most tolerant ones; their Ulama decide their disputes, and He bestows wealth to their generous ones. And, when Allah Ta'ala intends ruin for a people, he appoints their morons to rule them; their ignoramuses to decide their disputes, and He bestows wealth to their misers."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 LEADERSHIP</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assigns its affairs to a woman." There exists Ijma' (Consensus) of fourteen centuries that it is not permissible to appoint a woman to any position of leadership. Summing up this position of the Shariah, Imaam Ghazaali (rahmatullah alayh) stated: "Imaamate (leadership) of a woman is not valid even if all the attributes of perfection and excellence are found in her.</w:t>
      </w:r>
    </w:p>
    <w:p>
      <w:pPr>
        <w:spacing w:before="0" w:after="120" w:line="300" w:lineRule="exact"/>
        <w:jc w:val="both"/>
      </w:pPr>
      <w:r>
        <w:rPr>
          <w:rFonts w:ascii="Georgia" w:hAnsi="Georgia" w:cs="Georgia" w:eastAsia="Georgia"/>
          <w:b w:val="0"/>
          <w:i w:val="0"/>
          <w:sz w:val="22"/>
        </w:rPr>
        <w:t>" (Fadhaaihul Baatiniyyah) Among the signs of Qiyaamah, Rasulullah (sallallahu alayhi wasallam) said is: "A man will follow his wife.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DERELICTION OF THE ULAMA</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"And fear such a fitnah (divine punishment) which will most</w:t>
      </w:r>
    </w:p>
    <w:p>
      <w:pPr>
        <w:spacing w:before="120" w:after="120" w:line="300" w:lineRule="exact"/>
        <w:ind w:left="720" w:right="720"/>
        <w:jc w:val="center"/>
      </w:pPr>
      <w:r>
        <w:rPr>
          <w:rFonts w:ascii="Georgia" w:hAnsi="Georgia" w:cs="Georgia" w:eastAsia="Georgia"/>
          <w:b w:val="0"/>
          <w:i/>
          <w:sz w:val="22"/>
        </w:rPr>
        <w:t>assuredly not be restricted to only the (flagrant) transgressors. And,</w:t>
      </w:r>
    </w:p>
    <w:p>
      <w:pPr>
        <w:spacing w:before="0" w:after="120" w:line="300" w:lineRule="exact"/>
        <w:jc w:val="both"/>
      </w:pPr>
      <w:r>
        <w:rPr>
          <w:rFonts w:ascii="Georgia" w:hAnsi="Georgia" w:cs="Georgia" w:eastAsia="Georgia"/>
          <w:b w:val="0"/>
          <w:i w:val="0"/>
          <w:sz w:val="22"/>
        </w:rPr>
        <w:t>know that verily Allah is severe in punish- ment." (Qur'aan) When the guardians of the Shariah – the Ulama – follow in the footsteps of the priests and monks of the Yahood and Nasaara, by abstaining from Amr Bil Ma'roof, Nahy Anil Munkar and with their silence when the Haqq of Islam is being distorted and trampled on by professed Muslims, then such Ulama slide into the camp of the Ulama-eSoo' (the evil scholars).</w:t>
      </w:r>
    </w:p>
    <w:p>
      <w:pPr>
        <w:spacing w:before="0" w:after="120" w:line="300" w:lineRule="exact"/>
        <w:jc w:val="both"/>
      </w:pPr>
      <w:r>
        <w:rPr>
          <w:rFonts w:ascii="Georgia" w:hAnsi="Georgia" w:cs="Georgia" w:eastAsia="Georgia"/>
          <w:b w:val="0"/>
          <w:i w:val="0"/>
          <w:sz w:val="22"/>
        </w:rPr>
        <w:t>This Qur'aanic aayat, in particular, refers to the Ulama-e-Soo'. Furthermore, within the scope of this divine warning come even the very pious worshippers who consciously follow the Deen, but abstain from Amr Bil Ma'roof Nahy anil Munkar. They become desensitized in their evil environment. They begin to socialize and fraternize with the flagrant violators of the Shariah.</w:t>
      </w:r>
    </w:p>
    <w:p>
      <w:pPr>
        <w:spacing w:before="0" w:after="120" w:line="300" w:lineRule="exact"/>
        <w:jc w:val="both"/>
      </w:pPr>
      <w:r>
        <w:rPr>
          <w:rFonts w:ascii="Georgia" w:hAnsi="Georgia" w:cs="Georgia" w:eastAsia="Georgia"/>
          <w:b w:val="0"/>
          <w:i w:val="0"/>
          <w:sz w:val="22"/>
        </w:rPr>
        <w:t>They condone the acts of transgression of the wealthy and manufacture decrees (fataawa) of permissibility for their wrong-doings to ensure there is no cessation of donations and gifts. Such pious worshippers will also be caught in the whirlwind of divine chastisement when it overtakes the community. They will find no succour. Hadhrat Aishah (radhiyallahu anha) narrated that Allah Ta'ala commanded Jibraeel (alayhis salaam) to destroy a city in which there lived 20,000 saintly persons whose A'maal-e-Saalihah (Pious Deeds) were like the deeds of Ambiya.</w:t>
      </w:r>
    </w:p>
    <w:p>
      <w:pPr>
        <w:spacing w:before="0" w:after="120" w:line="300" w:lineRule="exact"/>
        <w:jc w:val="both"/>
      </w:pPr>
      <w:r>
        <w:rPr>
          <w:rFonts w:ascii="Georgia" w:hAnsi="Georgia" w:cs="Georgia" w:eastAsia="Georgia"/>
          <w:b w:val="0"/>
          <w:i w:val="0"/>
          <w:sz w:val="22"/>
        </w:rPr>
        <w:t>When Jibraeel (alayhis salaam) queried the secret underlying this Divine Command, Allah Ta'ala informed him that these Aabideen (pious worshippers) abstained from Amr Bil Ma'roof Nahy Anil Munkar. They fraternized and associated with the flagrant transgressors. They responded to their haraam wedding invitations and other merry-making functions, and consumed the mal-oon (accursed) food served at these evil functions.</w:t>
      </w:r>
    </w:p>
    <w:p>
      <w:pPr>
        <w:spacing w:before="0" w:after="120" w:line="300" w:lineRule="exact"/>
        <w:jc w:val="both"/>
      </w:pPr>
      <w:r>
        <w:rPr>
          <w:rFonts w:ascii="Georgia" w:hAnsi="Georgia" w:cs="Georgia" w:eastAsia="Georgia"/>
          <w:b w:val="0"/>
          <w:i w:val="0"/>
          <w:sz w:val="22"/>
        </w:rPr>
        <w:t>This 'hikmat' (satanic diplomacy) which is the hallmark of the Ulama-e-Soo' of our time, led to the ruin and destruction of even these 20,000 Aabideen. The Ulama should divert their gaze from the pockets of their donors, and focus it on Allah Azza Wa Jal. The projects of the Deen will operate, continue, expand or decrease according to the decree of Allah Ta'ala.</w:t>
      </w:r>
    </w:p>
    <w:p>
      <w:pPr>
        <w:spacing w:before="0" w:after="120" w:line="300" w:lineRule="exact"/>
        <w:jc w:val="both"/>
      </w:pPr>
      <w:r>
        <w:rPr>
          <w:rFonts w:ascii="Georgia" w:hAnsi="Georgia" w:cs="Georgia" w:eastAsia="Georgia"/>
          <w:b w:val="0"/>
          <w:i w:val="0"/>
          <w:sz w:val="22"/>
        </w:rPr>
        <w:t>The safeguarding of the Deen is Allah's responsibility. The responsibility of the Muslim is to only ensure that he maintains himself strictly within the limits of the Shariah. "Say: Nothing befalls us except what Allah has decreed for us. He is our protector. Thus, the Mu'minoon should have trust on Allah."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"And, when We desire to destroy a town, We command its affluent people (i.e.</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"And, when We desire to destroy a town, We command its affluent people (i.e. give them free reign). Then they recklessly indulge in fisq (immorality). The Decree (of punishment) then becomes justified. We then utterly destroy it (the town along with its people). Many were the nations which We had annihilated after Nooh. With regard to the sins of His servants, your Rabb is sufficiently aware and sees (what they are perpetrating).</w:t>
      </w:r>
    </w:p>
    <w:p>
      <w:pPr>
        <w:spacing w:before="0" w:after="120" w:line="300" w:lineRule="exact"/>
        <w:jc w:val="both"/>
      </w:pPr>
      <w:r>
        <w:rPr>
          <w:rFonts w:ascii="Georgia" w:hAnsi="Georgia" w:cs="Georgia" w:eastAsia="Georgia"/>
          <w:b w:val="0"/>
          <w:i w:val="0"/>
          <w:sz w:val="22"/>
        </w:rPr>
        <w:t>" (Surah Al-Israa', Aayats 16 and 17)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COMMAND</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Every event which occurs in the universe is within the eternal knowledge of Allah Ta'ala and it plays itself out by the command and intervention of Allah Azza Wa Jal. While every mundane act has its material or ostensible cause, there is an inner dimension underlying its occurrence. For all things there is a baatin (inner dimension) and a zaahir (outer facade).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BAATIN</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Most people are unaware of the baatin or the inner dimension which is the real cause for the events taking place. From time immemorial, it has always been the Sunnah of Allah Azza Wa Jal to eliminate entire communities when they exceeded all bounds of transgression and immorality. The people of Nabi Nooh (alayhis salaam) were annihilated by the Great Flood.</w:t>
      </w:r>
    </w:p>
    <w:p>
      <w:pPr>
        <w:spacing w:before="0" w:after="120" w:line="300" w:lineRule="exact"/>
        <w:jc w:val="both"/>
      </w:pPr>
      <w:r>
        <w:rPr>
          <w:rFonts w:ascii="Georgia" w:hAnsi="Georgia" w:cs="Georgia" w:eastAsia="Georgia"/>
          <w:b w:val="0"/>
          <w:i w:val="0"/>
          <w:sz w:val="22"/>
        </w:rPr>
        <w:t>The nations of Aad and Thamud were utterly destroyed and their palaces hewn out of solid rock were divested overnight by hurricanes. The sodomist nation of Nabi Loot (alayhis salaam) was eliminated from the face of the earth by showers of stone descending from the heavens. The army of Abraha was destroyed by a ﬂock of birds dropping pebbles on them with a force greater than bullets.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SUNNAH</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Declaring the Sunnah of Allah Ta'ala, the Qur'an-e-Hakeem states: "And, We apprehended every one (of the transgressor nations) on account of their sins. From among them were those on whom We sent showers of stone. Among them were those whom the mighty screech destroyed. Among them were those whom We caused to be swallowed by the earth. And, among them were those whom We drowned.</w:t>
      </w:r>
    </w:p>
    <w:p>
      <w:pPr>
        <w:spacing w:before="0" w:after="120" w:line="300" w:lineRule="exact"/>
        <w:jc w:val="both"/>
      </w:pPr>
      <w:r>
        <w:rPr>
          <w:rFonts w:ascii="Georgia" w:hAnsi="Georgia" w:cs="Georgia" w:eastAsia="Georgia"/>
          <w:b w:val="0"/>
          <w:i w:val="0"/>
          <w:sz w:val="22"/>
        </w:rPr>
        <w:t>And, Allah did not do any injustice to them. But, they in fact had oppressed their own souls."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ARMIES</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 Qur'aan Majeed states: "Unto Allah belong the armies of the heavens and the earth." Allah Ta'ala despatches His armies against whomever He wishes. The oceans, the rain, the storms, the winds, the volcanoes, the earthquakes, the floods, the diseases, the droughts, the famines, the kuffaar and myriads of other creations are all among the armies of Allah Ta'ala.</w:t>
      </w:r>
    </w:p>
    <w:p>
      <w:pPr>
        <w:spacing w:before="0" w:after="120" w:line="300" w:lineRule="exact"/>
        <w:jc w:val="both"/>
      </w:pPr>
      <w:r>
        <w:rPr>
          <w:rFonts w:ascii="Georgia" w:hAnsi="Georgia" w:cs="Georgia" w:eastAsia="Georgia"/>
          <w:b w:val="0"/>
          <w:i w:val="0"/>
          <w:sz w:val="22"/>
        </w:rPr>
        <w:t>He sends against whomever He wishes any one of His armies. Just as Allah Ta'ala harnesses the earthquakes, the hurricanes and the floods to devastate nations of transgressors, so too does He send kuffaar armies to punish Muslims when they have exceeded all limits of evil and vice – when they have reached the point of no return in their immorality, bid'ah, dhalaal and kufr.</w:t>
      </w:r>
    </w:p>
    <w:p>
      <w:pPr>
        <w:spacing w:before="0" w:after="120" w:line="300" w:lineRule="exact"/>
        <w:jc w:val="both"/>
      </w:pPr>
      <w:r>
        <w:rPr>
          <w:rFonts w:ascii="Georgia" w:hAnsi="Georgia" w:cs="Georgia" w:eastAsia="Georgia"/>
          <w:b w:val="0"/>
          <w:i w:val="0"/>
          <w:sz w:val="22"/>
        </w:rPr>
        <w:t>The kuffaar being one of His armies to wrought destruction and devastation on Muslims, is attested to by the Qur'aan itself. Allah Ta'ala says: "......We sent against you (O Muslims!) such of Our servants who were powerful in warfare. Then they penetrated the homes (of the Believers). And that was a promise decreed (by Allah Ta'ala). (Bani Israaeel, aayat 5) "And when the second decreed promise arrived, (it came) so that they (the kuffaar) disfigure your faces and so that they storm into the Musjid (pillaging and defiling it) just as they had entered it the first time, and so that they utterly devastate whatever they overran." (Bani lsraaeel, aayat 7) These Qur'aanic verses are of great significance in relation to the chastisement which has devastated large areas of Lebanon, bringing fear, chaos, misery and great suffering to the people.</w:t>
      </w:r>
    </w:p>
    <w:p>
      <w:pPr>
        <w:spacing w:before="0" w:after="120" w:line="300" w:lineRule="exact"/>
        <w:jc w:val="both"/>
      </w:pPr>
      <w:r>
        <w:rPr>
          <w:rFonts w:ascii="Georgia" w:hAnsi="Georgia" w:cs="Georgia" w:eastAsia="Georgia"/>
          <w:b w:val="0"/>
          <w:i w:val="0"/>
          <w:sz w:val="22"/>
        </w:rPr>
        <w:t>The kuffaar mentioned in the aforementioned two verses refer to those kuffaar who annihilated Bani lsraaeel (the Muslim Ummah of that time). The ibaadan lana' is a reference to the kuffaar armies whom the Qur'aan describes as 'servants unto Us'. The Musjid mentioned in the verse is Musjidul Aqsa in Jerusalem. To punish the Muslim Ummah of the time for its gross and flagrant transgression, immorality and rebellion against the Shariah, Allah Ta'ala allowed the kuffaar to penetrate the homes of the Muslimeen and the Musjids in general, and Musjidul Aqsa in particular.</w:t>
      </w:r>
    </w:p>
    <w:p>
      <w:pPr>
        <w:spacing w:before="0" w:after="120" w:line="300" w:lineRule="exact"/>
        <w:jc w:val="both"/>
      </w:pPr>
      <w:r>
        <w:rPr>
          <w:rFonts w:ascii="Georgia" w:hAnsi="Georgia" w:cs="Georgia" w:eastAsia="Georgia"/>
          <w:b w:val="0"/>
          <w:i w:val="0"/>
          <w:sz w:val="22"/>
        </w:rPr>
        <w:t>They pillaged, plundered and devastated in their barbaric rampages through the land of the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DESTRUCTION</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"Numerous are the towns which We had destroyed." (Aayat 4, A'raaf) "Many were the towns which We had destroyed while they were transgressors. Thus it (the town) lay prostrate on its back.. " (Aayat 40, Hajj) "Thus We destroyed them because of their sins and We raised after them another nation." (Aayat 6, An'aam) "They belied Our laws. Then We destroyed them on account of their sins, and We drowned the people of Fir'oun.</w:t>
      </w:r>
    </w:p>
    <w:p>
      <w:pPr>
        <w:spacing w:before="0" w:after="120" w:line="300" w:lineRule="exact"/>
        <w:jc w:val="both"/>
      </w:pPr>
      <w:r>
        <w:rPr>
          <w:rFonts w:ascii="Georgia" w:hAnsi="Georgia" w:cs="Georgia" w:eastAsia="Georgia"/>
          <w:b w:val="0"/>
          <w:i w:val="0"/>
          <w:sz w:val="22"/>
        </w:rPr>
        <w:t>" (Aayat 45, A'raaf) "We destroyed them, for verily they were criminals. " (Aayat 37, Ad-Dukhaan) The Qur'aan Majeed repeatedly offers this assurance to the true Believers. But, Muslims in this era are not true Believers. Moral depravity has deranged the intellect and extinguished the lustre of the imaan of the Muslimeen. In consequence the Ummah is emulating cults and cultures of Allah's enemies.</w:t>
      </w:r>
    </w:p>
    <w:p>
      <w:pPr>
        <w:spacing w:before="0" w:after="120" w:line="300" w:lineRule="exact"/>
        <w:jc w:val="both"/>
      </w:pPr>
      <w:r>
        <w:rPr>
          <w:rFonts w:ascii="Georgia" w:hAnsi="Georgia" w:cs="Georgia" w:eastAsia="Georgia"/>
          <w:b w:val="0"/>
          <w:i w:val="0"/>
          <w:sz w:val="22"/>
        </w:rPr>
        <w:t>We have appointed the Western nations as our leaders. Allah has therefore made them our rulers. In its present state of moral corruption and degradation, this Ummah is unfit to rule and dominate. Slaves are ruled by others. Since we have emancipated ourselves from the bondage of Allah Ta'ala we have become the slaves of all and sundry, to be buffeted and pummelled into humiliation and misery.</w:t>
      </w:r>
    </w:p>
    <w:p>
      <w:pPr>
        <w:spacing w:before="0" w:after="120" w:line="300" w:lineRule="exact"/>
        <w:jc w:val="both"/>
      </w:pPr>
      <w:r>
        <w:rPr>
          <w:rFonts w:ascii="Georgia" w:hAnsi="Georgia" w:cs="Georgia" w:eastAsia="Georgia"/>
          <w:b w:val="0"/>
          <w:i w:val="0"/>
          <w:sz w:val="22"/>
        </w:rPr>
        <w:t>Intelligent Muslims reﬂect on the Qur'aan and heed the admonition of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w:t>
      </w:r>
    </w:p>
    <w:p>
      <w:pPr>
        <w:spacing w:before="0" w:after="160" w:line="300" w:lineRule="exact"/>
        <w:jc w:val="center"/>
      </w:pPr>
      <w:r>
        <w:rPr>
          <w:rFonts w:ascii="Georgia" w:hAnsi="Georgia" w:cs="Georgia" w:eastAsia="Georgia"/>
          <w:b w:val="0"/>
          <w:i/>
          <w:sz w:val="16"/>
        </w:rPr>
        <w:t>Page 12 of the original</w:t>
      </w:r>
    </w:p>
    <w:p>
      <w:pPr>
        <w:pStyle w:val="Heading3"/>
        <w:spacing w:before="200" w:after="120" w:line="300" w:lineRule="exact"/>
        <w:jc w:val="left"/>
      </w:pPr>
      <w:r>
        <w:rPr>
          <w:rFonts w:ascii="Georgia" w:hAnsi="Georgia" w:cs="Georgia" w:eastAsia="Georgia"/>
          <w:b/>
          <w:i w:val="0"/>
          <w:color w:val="2E74B5"/>
          <w:sz w:val="24"/>
        </w:rPr>
        <w:t>BUSHFIRES FORCE</w:t>
      </w:r>
    </w:p>
    <w:p>
      <w:pPr>
        <w:spacing w:before="0" w:after="120" w:line="300" w:lineRule="exact"/>
        <w:jc w:val="both"/>
      </w:pPr>
      <w:r>
        <w:rPr>
          <w:rFonts w:ascii="Georgia" w:hAnsi="Georgia" w:cs="Georgia" w:eastAsia="Georgia"/>
          <w:b w:val="0"/>
          <w:i w:val="0"/>
          <w:sz w:val="22"/>
        </w:rPr>
        <w:t>190000</w:t>
      </w:r>
    </w:p>
    <w:p>
      <w:pPr>
        <w:pStyle w:val="Heading3"/>
        <w:spacing w:before="200" w:after="120" w:line="300" w:lineRule="exact"/>
        <w:jc w:val="left"/>
      </w:pPr>
      <w:r>
        <w:rPr>
          <w:rFonts w:ascii="Georgia" w:hAnsi="Georgia" w:cs="Georgia" w:eastAsia="Georgia"/>
          <w:b/>
          <w:i w:val="0"/>
          <w:color w:val="2E74B5"/>
          <w:sz w:val="24"/>
        </w:rPr>
        <w:t>FROM HOMES IN CALIFORNIA</w:t>
      </w:r>
    </w:p>
    <w:p>
      <w:pPr>
        <w:spacing w:before="0" w:after="120" w:line="300" w:lineRule="exact"/>
        <w:jc w:val="both"/>
      </w:pPr>
      <w:r>
        <w:rPr>
          <w:rFonts w:ascii="Georgia" w:hAnsi="Georgia" w:cs="Georgia" w:eastAsia="Georgia"/>
          <w:b w:val="0"/>
          <w:i w:val="0"/>
          <w:sz w:val="22"/>
        </w:rPr>
        <w:t>FIREFIGHTERS battled several intense wind-driven wildfires yesterday that have swept across Southern California, destroying at least 500 structures and chasing 190 000 people from their homes over the past five days. More than 5 700 firefighters worked to stop the spread of six large wildfires and other smaller blazes that have erupted since Monday, ranging from Los Angeles up the Pacific coast to Santa Barbara County and stoked by fierce westward Santa Ana winds.</w:t>
      </w:r>
    </w:p>
    <w:p>
      <w:pPr>
        <w:spacing w:before="0" w:after="120" w:line="300" w:lineRule="exact"/>
        <w:jc w:val="both"/>
      </w:pPr>
      <w:r>
        <w:rPr>
          <w:rFonts w:ascii="Georgia" w:hAnsi="Georgia" w:cs="Georgia" w:eastAsia="Georgia"/>
          <w:b w:val="0"/>
          <w:i w:val="0"/>
          <w:sz w:val="22"/>
        </w:rPr>
        <w:t>Firefighters and helicopters sprayed and dumped bucketloads of water and fire retardant on flames against a backdrop of flaming mountains and walls of smoke. The blaze hopscotched over highways and railway tracks, and torched rows of houses. The raging fires had threatened 23 000 homes, Cal Fire said on Twitter. The Los Angeles Unified School District said it had closed more than a quarter of its nearly 1 100 schools for the second day in a row yesterday.</w:t>
      </w:r>
    </w:p>
    <w:p>
      <w:pPr>
        <w:spacing w:before="0" w:after="120" w:line="300" w:lineRule="exact"/>
        <w:jc w:val="both"/>
      </w:pPr>
      <w:r>
        <w:rPr>
          <w:rFonts w:ascii="Georgia" w:hAnsi="Georgia" w:cs="Georgia" w:eastAsia="Georgia"/>
          <w:b w:val="0"/>
          <w:i w:val="0"/>
          <w:sz w:val="22"/>
        </w:rPr>
        <w:t>The University of California Santa Barbara also cancelled classes yesterday. The Thomas fire northwest of Los Angeles had grown to 46 540ha from 38 850ha and destroyed 439 structures, officials said. More than 2 600 firefighters from as far away as Oregon and Nevada were battling the blaze, which was 5% contained.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North of San Diego, another blaze called the Lilac fire had grown from 4ha to 1 659ha in…</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North of San Diego, another blaze called the Lilac fire had grown from 4ha to 1 659ha in just a few hours on Thursday, Cal Fire said, prompting Governor Jerry Brown to declare a state of emergency for San Diego County. The blaze destroyed 20 structures and prompted evacuations and road closures. Three people sustained burn injuries and another suffered from smoke inhalation in the Lilac fire.</w:t>
      </w:r>
    </w:p>
    <w:p>
      <w:pPr>
        <w:spacing w:before="0" w:after="120" w:line="300" w:lineRule="exact"/>
        <w:jc w:val="both"/>
      </w:pPr>
      <w:r>
        <w:rPr>
          <w:rFonts w:ascii="Georgia" w:hAnsi="Georgia" w:cs="Georgia" w:eastAsia="Georgia"/>
          <w:b w:val="0"/>
          <w:i w:val="0"/>
          <w:sz w:val="22"/>
        </w:rPr>
        <w:t>Two firefighters were also injured, Cal Fire said. The other fires, which broke out on Monday and Tuesday, have reached into the wealthy enclave of Bel-Air on the west side of Los Angeles. Some major highways were intermittently closed. In the seaside enclave of Faria Beach, caught between burning mountains and the Pacific Ocean, fires spread down the smoking hills.</w:t>
      </w:r>
    </w:p>
    <w:p>
      <w:pPr>
        <w:spacing w:before="0" w:after="120" w:line="300" w:lineRule="exact"/>
        <w:jc w:val="both"/>
      </w:pPr>
      <w:r>
        <w:rPr>
          <w:rFonts w:ascii="Georgia" w:hAnsi="Georgia" w:cs="Georgia" w:eastAsia="Georgia"/>
          <w:b w:val="0"/>
          <w:i w:val="0"/>
          <w:sz w:val="22"/>
        </w:rPr>
        <w:t>Flames jumped the heavily used US 101 highway. Heavy smoke made breathing hazardous in some areas and residents were urged to stay inside. The Los Angeles County animal shelter said it was hosting 184 pets while reports said 29 horses had died at a ranch near Los Angeles. – Reuters Weekend Post 9 Dec 2017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PUNISHMENT</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In this era in close proximity to Qiyaamah, Divine Punishments are on the increase. Earthquakes, volcanic eruptions, floods, storms, hurricanes, uncontrollable fires, pestilence, etc. are all forms of Allah's Athaab. The Qur'aan Majeed emphatically states that Allah's punishment will not befall a community of pious and obedient people. Thus, when a natural disaster or a universal calamity befalls a community, it is a clear sign of Allah's Wrath for the people of that community.</w:t>
      </w:r>
    </w:p>
    <w:p>
      <w:pPr>
        <w:spacing w:before="0" w:after="120" w:line="300" w:lineRule="exact"/>
        <w:jc w:val="both"/>
      </w:pPr>
      <w:r>
        <w:rPr>
          <w:rFonts w:ascii="Georgia" w:hAnsi="Georgia" w:cs="Georgia" w:eastAsia="Georgia"/>
          <w:b w:val="0"/>
          <w:i w:val="0"/>
          <w:sz w:val="22"/>
        </w:rPr>
        <w:t>Recently uncontrollable fires devastating whole regions have afflicted the U.S.A. and Austral- ia. When immorality, sexual perversion and oppression become the norm, then Divine Chastisement overtakes the community/ country. Earthquakes appear to be the pattern of punishment for Iran and floods for Bangladesh. Mass -killing, genocide and expulsion of whole populations are the punishment we are today witnessing in the Middle East and Burma.</w:t>
      </w:r>
    </w:p>
    <w:p>
      <w:pPr>
        <w:spacing w:before="0" w:after="120" w:line="300" w:lineRule="exact"/>
        <w:jc w:val="both"/>
      </w:pPr>
      <w:r>
        <w:rPr>
          <w:rFonts w:ascii="Georgia" w:hAnsi="Georgia" w:cs="Georgia" w:eastAsia="Georgia"/>
          <w:b w:val="0"/>
          <w:i w:val="0"/>
          <w:sz w:val="22"/>
        </w:rPr>
        <w:t>Allah's Athaab is handpicking countries and communities. Each nation and community will get its turn. Muslims and nonMuslims in South Africa should not be complacent with their hitherto relative safety from such natural disasters. etc. The writing is already on the wall. Muslims will yet be punished for the horrendous forms of transgression in which they are wallowing with the ulama-e-soo' at the helm of all the evil which is gaining ascendency.</w:t>
      </w:r>
    </w:p>
    <w:p>
      <w:pPr>
        <w:spacing w:before="0" w:after="120" w:line="300" w:lineRule="exact"/>
        <w:jc w:val="both"/>
      </w:pPr>
      <w:r>
        <w:rPr>
          <w:rFonts w:ascii="Georgia" w:hAnsi="Georgia" w:cs="Georgia" w:eastAsia="Georgia"/>
          <w:b w:val="0"/>
          <w:i w:val="0"/>
          <w:sz w:val="22"/>
        </w:rPr>
        <w:t>Non-Muslims will be handpicked for Divine Chastisement primarily on account of immorality and sexual perversion which are 'constitutional rights' which put even Iblees to shame. Warning the ulama and the so -called buzrugs of the universal (AAM) Athaab, the Qur'aan Majeed states: "Beware of such a Fitnah (Punishment) which will not overtake only the transgressors among you." There are two types of transgressors: active and passive.</w:t>
      </w:r>
    </w:p>
    <w:p>
      <w:pPr>
        <w:spacing w:before="0" w:after="120" w:line="300" w:lineRule="exact"/>
        <w:jc w:val="both"/>
      </w:pPr>
      <w:r>
        <w:rPr>
          <w:rFonts w:ascii="Georgia" w:hAnsi="Georgia" w:cs="Georgia" w:eastAsia="Georgia"/>
          <w:b w:val="0"/>
          <w:i w:val="0"/>
          <w:sz w:val="22"/>
        </w:rPr>
        <w:t>The active followers of shaitaan are the masses who flagrantly transgress with their immoral indulgences. The passive transgressors are the ulamae-soo' and the crank buzrugs who promote evil, sin, fisq and fujoor with their silence, their baatil interpretations, their association with flagrant sinners with their eyes focused on the pockets of the wealthy, their association with rulers, their association with kuffaar in the kufr interfaith exercise, their halaalization of haraam, e.g. carrion, riba, pictography, alcohol, kuffaar sports, etc.</w:t>
      </w:r>
    </w:p>
    <w:p>
      <w:pPr>
        <w:spacing w:before="0" w:after="120" w:line="300" w:lineRule="exact"/>
        <w:jc w:val="both"/>
      </w:pPr>
      <w:r>
        <w:rPr>
          <w:rFonts w:ascii="Georgia" w:hAnsi="Georgia" w:cs="Georgia" w:eastAsia="Georgia"/>
          <w:b w:val="0"/>
          <w:i w:val="0"/>
          <w:sz w:val="22"/>
        </w:rPr>
        <w:t>Allah's Athaab will overtake and overwhelm them all, both the active and the passive transgressors.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the videos regarding the Rohingya Muslims true?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Undoubtedly, the Rohingya Muslims are the victims of horrific brutality perpetrated by the Burmese devils called monks. However, video pictures are haraam. It is not permissible for Muslims to indulge in picturemaking of any human beings or animals.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Saudi father pardoned his son's killer if he successfully memorized the Holy Quran, a local newspaper reported on Saturday. Rabi'a al-Dousary, father of the slain young man named Abdullah, promised to pardon the convicted felon, Faisal alAmeri, if he successfully memorized all of the Holy Quran before leaving prison, alYawm Saudi newspaper re- ported. Ameri was sentenced to death for killing Dousary during a quarrel that erupted in their neighbourhood. The Higher Committee of Correction in the Eastern Province of the Kingdom has persuaded the father to forgive and pardon Ameri. The father, who refused to receive any blood money, opting to teach Ameri a far more valuable lesson, insisted on one condition: the killer to fully memorize the Quran before his release from prison. Is this valid in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Yes, the pardoning of the killer by the father is permissible on the condition stipulated by him.</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Why is Saudi Arabia at war with Libya, and why is there slave trade in Libya?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Saudi Arabia and Libya are at war and there is a slave trade because both these states follow the law of Shaitaan. They are in fact not Muslims despite having Muslim names.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