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64</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10 were joined in this issue.</w:t>
      </w:r>
    </w:p>
    <w:p>
      <w:pPr>
        <w:spacing w:before="0" w:after="80" w:line="300" w:lineRule="exact"/>
        <w:jc w:val="left"/>
      </w:pPr>
      <w:r>
        <w:rPr>
          <w:rFonts w:ascii="Georgia" w:hAnsi="Georgia" w:cs="Georgia" w:eastAsia="Georgia"/>
          <w:b w:val="0"/>
          <w:i w:val="0"/>
          <w:sz w:val="18"/>
        </w:rPr>
        <w:t>Headings: 5 read from the PDF's own text, 17 read from the printed headline artwork, 0 taken from the Majlis's running head, and 0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405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99.06% of the original's words are present and 97.56%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THE KUFR OF 'UNITY OF ALL RELIGIONS (page 1, 10, 11)</w:t>
      </w:r>
    </w:p>
    <w:p>
      <w:pPr>
        <w:spacing w:before="0" w:after="40" w:line="300" w:lineRule="exact"/>
        <w:jc w:val="left"/>
      </w:pPr>
      <w:r>
        <w:rPr>
          <w:rFonts w:ascii="Georgia" w:hAnsi="Georgia" w:cs="Georgia" w:eastAsia="Georgia"/>
          <w:b w:val="0"/>
          <w:i w:val="0"/>
          <w:sz w:val="20"/>
        </w:rPr>
        <w:t>3. HTS AND THE JIHADI GROUPS IN THE LAND OF SHAAM (page 1, 3, 9)</w:t>
      </w:r>
    </w:p>
    <w:p>
      <w:pPr>
        <w:spacing w:before="0" w:after="40" w:line="300" w:lineRule="exact"/>
        <w:jc w:val="left"/>
      </w:pPr>
      <w:r>
        <w:rPr>
          <w:rFonts w:ascii="Georgia" w:hAnsi="Georgia" w:cs="Georgia" w:eastAsia="Georgia"/>
          <w:b w:val="0"/>
          <w:i w:val="0"/>
          <w:sz w:val="20"/>
        </w:rPr>
        <w:t>4. MAY ALLAH TA'ALA DESTROY THE MUNAAFIQ BIN SHAITAAN (MBS) (page 2)</w:t>
      </w:r>
    </w:p>
    <w:p>
      <w:pPr>
        <w:spacing w:before="0" w:after="40" w:line="300" w:lineRule="exact"/>
        <w:jc w:val="left"/>
      </w:pPr>
      <w:r>
        <w:rPr>
          <w:rFonts w:ascii="Georgia" w:hAnsi="Georgia" w:cs="Georgia" w:eastAsia="Georgia"/>
          <w:b w:val="0"/>
          <w:i w:val="0"/>
          <w:sz w:val="20"/>
        </w:rPr>
        <w:t>5. THE STUPIDITY OF THE TALIBAN (page 2)</w:t>
      </w:r>
    </w:p>
    <w:p>
      <w:pPr>
        <w:spacing w:before="0" w:after="40" w:line="300" w:lineRule="exact"/>
        <w:jc w:val="left"/>
      </w:pPr>
      <w:r>
        <w:rPr>
          <w:rFonts w:ascii="Georgia" w:hAnsi="Georgia" w:cs="Georgia" w:eastAsia="Georgia"/>
          <w:b w:val="0"/>
          <w:i w:val="0"/>
          <w:sz w:val="20"/>
        </w:rPr>
        <w:t>6. PAKISTAN – WATER ZULM (page 2, 3)</w:t>
      </w:r>
    </w:p>
    <w:p>
      <w:pPr>
        <w:spacing w:before="0" w:after="40" w:line="300" w:lineRule="exact"/>
        <w:jc w:val="left"/>
      </w:pPr>
      <w:r>
        <w:rPr>
          <w:rFonts w:ascii="Georgia" w:hAnsi="Georgia" w:cs="Georgia" w:eastAsia="Georgia"/>
          <w:b w:val="0"/>
          <w:i w:val="0"/>
          <w:sz w:val="20"/>
        </w:rPr>
        <w:t>7. THE 'PLEDGE OF LOYALTY' (page 3)</w:t>
      </w:r>
    </w:p>
    <w:p>
      <w:pPr>
        <w:spacing w:before="0" w:after="40" w:line="300" w:lineRule="exact"/>
        <w:jc w:val="left"/>
      </w:pPr>
      <w:r>
        <w:rPr>
          <w:rFonts w:ascii="Georgia" w:hAnsi="Georgia" w:cs="Georgia" w:eastAsia="Georgia"/>
          <w:b w:val="0"/>
          <w:i w:val="0"/>
          <w:sz w:val="20"/>
        </w:rPr>
        <w:t>8. MUSLIM CITIZENS IN NON-MUSLIM COUNTRIES (page 4)</w:t>
      </w:r>
    </w:p>
    <w:p>
      <w:pPr>
        <w:spacing w:before="0" w:after="40" w:line="300" w:lineRule="exact"/>
        <w:jc w:val="left"/>
      </w:pPr>
      <w:r>
        <w:rPr>
          <w:rFonts w:ascii="Georgia" w:hAnsi="Georgia" w:cs="Georgia" w:eastAsia="Georgia"/>
          <w:b w:val="0"/>
          <w:i w:val="0"/>
          <w:sz w:val="20"/>
        </w:rPr>
        <w:t>9. HARAAM MUSJID MEMBERSHIP FEES (page 4, 5)</w:t>
      </w:r>
    </w:p>
    <w:p>
      <w:pPr>
        <w:spacing w:before="0" w:after="40" w:line="300" w:lineRule="exact"/>
        <w:jc w:val="left"/>
      </w:pPr>
      <w:r>
        <w:rPr>
          <w:rFonts w:ascii="Georgia" w:hAnsi="Georgia" w:cs="Georgia" w:eastAsia="Georgia"/>
          <w:b w:val="0"/>
          <w:i w:val="0"/>
          <w:sz w:val="20"/>
        </w:rPr>
        <w:t>10. WHAT SHOULD THE 'OPPRESSED' MUSLIMS DO? (page 5)</w:t>
      </w:r>
    </w:p>
    <w:p>
      <w:pPr>
        <w:spacing w:before="0" w:after="40" w:line="300" w:lineRule="exact"/>
        <w:jc w:val="left"/>
      </w:pPr>
      <w:r>
        <w:rPr>
          <w:rFonts w:ascii="Georgia" w:hAnsi="Georgia" w:cs="Georgia" w:eastAsia="Georgia"/>
          <w:b w:val="0"/>
          <w:i w:val="0"/>
          <w:sz w:val="20"/>
        </w:rPr>
        <w:t>11. VACCINATION - "ABSOLUTELY FORBIDDEN" -- SAY THE YAHUD (page 6)</w:t>
      </w:r>
    </w:p>
    <w:p>
      <w:pPr>
        <w:spacing w:before="0" w:after="40" w:line="300" w:lineRule="exact"/>
        <w:jc w:val="left"/>
      </w:pPr>
      <w:r>
        <w:rPr>
          <w:rFonts w:ascii="Georgia" w:hAnsi="Georgia" w:cs="Georgia" w:eastAsia="Georgia"/>
          <w:b w:val="0"/>
          <w:i w:val="0"/>
          <w:sz w:val="20"/>
        </w:rPr>
        <w:t>12. U.K. IS VIRULENTLY ANTI-ISLAM (page 6)</w:t>
      </w:r>
    </w:p>
    <w:p>
      <w:pPr>
        <w:spacing w:before="0" w:after="40" w:line="300" w:lineRule="exact"/>
        <w:jc w:val="left"/>
      </w:pPr>
      <w:r>
        <w:rPr>
          <w:rFonts w:ascii="Georgia" w:hAnsi="Georgia" w:cs="Georgia" w:eastAsia="Georgia"/>
          <w:b w:val="0"/>
          <w:i w:val="0"/>
          <w:sz w:val="20"/>
        </w:rPr>
        <w:t>13. GOVERNMENT 'LOANS' (page 6)</w:t>
      </w:r>
    </w:p>
    <w:p>
      <w:pPr>
        <w:spacing w:before="0" w:after="40" w:line="300" w:lineRule="exact"/>
        <w:jc w:val="left"/>
      </w:pPr>
      <w:r>
        <w:rPr>
          <w:rFonts w:ascii="Georgia" w:hAnsi="Georgia" w:cs="Georgia" w:eastAsia="Georgia"/>
          <w:b w:val="0"/>
          <w:i w:val="0"/>
          <w:sz w:val="20"/>
        </w:rPr>
        <w:t>14. QURANIC ADVICE (page 6)</w:t>
      </w:r>
    </w:p>
    <w:p>
      <w:pPr>
        <w:spacing w:before="0" w:after="40" w:line="300" w:lineRule="exact"/>
        <w:jc w:val="left"/>
      </w:pPr>
      <w:r>
        <w:rPr>
          <w:rFonts w:ascii="Georgia" w:hAnsi="Georgia" w:cs="Georgia" w:eastAsia="Georgia"/>
          <w:b w:val="0"/>
          <w:i w:val="0"/>
          <w:sz w:val="20"/>
        </w:rPr>
        <w:t>15. THE SAUDI DAARUL KUFR (page 7, 8)</w:t>
      </w:r>
    </w:p>
    <w:p>
      <w:pPr>
        <w:spacing w:before="0" w:after="40" w:line="300" w:lineRule="exact"/>
        <w:jc w:val="left"/>
      </w:pPr>
      <w:r>
        <w:rPr>
          <w:rFonts w:ascii="Georgia" w:hAnsi="Georgia" w:cs="Georgia" w:eastAsia="Georgia"/>
          <w:b w:val="0"/>
          <w:i w:val="0"/>
          <w:sz w:val="20"/>
        </w:rPr>
        <w:t>16. ISLAMIC RULE (page 8)</w:t>
      </w:r>
    </w:p>
    <w:p>
      <w:pPr>
        <w:spacing w:before="0" w:after="40" w:line="300" w:lineRule="exact"/>
        <w:jc w:val="left"/>
      </w:pPr>
      <w:r>
        <w:rPr>
          <w:rFonts w:ascii="Georgia" w:hAnsi="Georgia" w:cs="Georgia" w:eastAsia="Georgia"/>
          <w:b w:val="0"/>
          <w:i w:val="0"/>
          <w:sz w:val="20"/>
        </w:rPr>
        <w:t>17. JIHAD IS NOT A KUFFAAR SURROGACY (page 8)</w:t>
      </w:r>
    </w:p>
    <w:p>
      <w:pPr>
        <w:spacing w:before="0" w:after="40" w:line="300" w:lineRule="exact"/>
        <w:jc w:val="left"/>
      </w:pPr>
      <w:r>
        <w:rPr>
          <w:rFonts w:ascii="Georgia" w:hAnsi="Georgia" w:cs="Georgia" w:eastAsia="Georgia"/>
          <w:b w:val="0"/>
          <w:i w:val="0"/>
          <w:sz w:val="20"/>
        </w:rPr>
        <w:t>18. NASEEHAT FOR THE MUHAAJIREEN (page 9)</w:t>
      </w:r>
    </w:p>
    <w:p>
      <w:pPr>
        <w:spacing w:before="0" w:after="40" w:line="300" w:lineRule="exact"/>
        <w:jc w:val="left"/>
      </w:pPr>
      <w:r>
        <w:rPr>
          <w:rFonts w:ascii="Georgia" w:hAnsi="Georgia" w:cs="Georgia" w:eastAsia="Georgia"/>
          <w:b w:val="0"/>
          <w:i w:val="0"/>
          <w:sz w:val="20"/>
        </w:rPr>
        <w:t>19. OUR COMMENT (page 9)</w:t>
      </w:r>
    </w:p>
    <w:p>
      <w:pPr>
        <w:spacing w:before="0" w:after="40" w:line="300" w:lineRule="exact"/>
        <w:jc w:val="left"/>
      </w:pPr>
      <w:r>
        <w:rPr>
          <w:rFonts w:ascii="Georgia" w:hAnsi="Georgia" w:cs="Georgia" w:eastAsia="Georgia"/>
          <w:b w:val="0"/>
          <w:i w:val="0"/>
          <w:sz w:val="20"/>
        </w:rPr>
        <w:t>20. ZULM (page 9, 10, 11)</w:t>
      </w:r>
    </w:p>
    <w:p>
      <w:pPr>
        <w:spacing w:before="0" w:after="40" w:line="300" w:lineRule="exact"/>
        <w:jc w:val="left"/>
      </w:pPr>
      <w:r>
        <w:rPr>
          <w:rFonts w:ascii="Georgia" w:hAnsi="Georgia" w:cs="Georgia" w:eastAsia="Georgia"/>
          <w:b w:val="0"/>
          <w:i w:val="0"/>
          <w:sz w:val="20"/>
        </w:rPr>
        <w:t>21. HTS AND THE JIHADI GROUPS (page 11, 12)</w:t>
      </w:r>
    </w:p>
    <w:p>
      <w:pPr>
        <w:spacing w:before="0" w:after="40" w:line="300" w:lineRule="exact"/>
        <w:jc w:val="left"/>
      </w:pPr>
      <w:r>
        <w:rPr>
          <w:rFonts w:ascii="Georgia" w:hAnsi="Georgia" w:cs="Georgia" w:eastAsia="Georgia"/>
          <w:b w:val="0"/>
          <w:i w:val="0"/>
          <w:sz w:val="20"/>
        </w:rPr>
        <w:t>22. Questions Answers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64</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64</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KUFR OF 'UNITY OF ALL RELIGIONS</w:t>
      </w:r>
    </w:p>
    <w:p>
      <w:pPr>
        <w:spacing w:before="0" w:after="160" w:line="300" w:lineRule="exact"/>
        <w:jc w:val="center"/>
      </w:pPr>
      <w:r>
        <w:rPr>
          <w:rFonts w:ascii="Georgia" w:hAnsi="Georgia" w:cs="Georgia" w:eastAsia="Georgia"/>
          <w:b w:val="0"/>
          <w:i/>
          <w:sz w:val="16"/>
        </w:rPr>
        <w:t>Page 1, 10, 11 of the original. Heading read from the printed headline artwork.</w:t>
      </w:r>
    </w:p>
    <w:p>
      <w:pPr>
        <w:spacing w:before="0" w:after="120" w:line="300" w:lineRule="exact"/>
        <w:jc w:val="both"/>
      </w:pPr>
      <w:r>
        <w:rPr>
          <w:rFonts w:ascii="Georgia" w:hAnsi="Georgia" w:cs="Georgia" w:eastAsia="Georgia"/>
          <w:b w:val="0"/>
          <w:i w:val="0"/>
          <w:sz w:val="22"/>
        </w:rPr>
        <w:t>A Brother from India writes: Last Friday I was on a safar (journey) towards Kochi (a city in India) to deliver some goods and I was passing through another city named Mangalore. But since I was crossing this city highway at the time of Jumuah, I intended to stop at a mosque in Mangalore. A khateeb was delivering a speech regarding religious tolerance.</w:t>
      </w:r>
    </w:p>
    <w:p>
      <w:pPr>
        <w:spacing w:before="0" w:after="120" w:line="300" w:lineRule="exact"/>
        <w:jc w:val="both"/>
      </w:pPr>
      <w:r>
        <w:rPr>
          <w:rFonts w:ascii="Georgia" w:hAnsi="Georgia" w:cs="Georgia" w:eastAsia="Georgia"/>
          <w:b w:val="0"/>
          <w:i w:val="0"/>
          <w:sz w:val="22"/>
        </w:rPr>
        <w:t>This place (Mangalore) is a hotbed for communal clashes and there is lot of oppression and fitnah going around here all the time. So this kind of topic about religious tolerance for speech was certainly acceptable. (No, it was not acceptable. The fitnah against Muslims in India is Hindu oppression and brutality. Muslims in India do not initiate clashes.</w:t>
      </w:r>
    </w:p>
    <w:p>
      <w:pPr>
        <w:spacing w:before="0" w:after="120" w:line="300" w:lineRule="exact"/>
        <w:jc w:val="both"/>
      </w:pPr>
      <w:r>
        <w:rPr>
          <w:rFonts w:ascii="Georgia" w:hAnsi="Georgia" w:cs="Georgia" w:eastAsia="Georgia"/>
          <w:b w:val="0"/>
          <w:i w:val="0"/>
          <w:sz w:val="22"/>
        </w:rPr>
        <w:t>They are all spineless. Only Hindus with the active connivance of the Hindu security forces brutalize Muslims who are all sitting ducks bereft of any physical and spiritual mettle. They do not even stand up in their own defence, They allow the Hindu barbarian, mushrik cow worshippers and consumers of cow urine and cow dung to terrorise and brutalize them.</w:t>
      </w:r>
    </w:p>
    <w:p>
      <w:pPr>
        <w:spacing w:before="0" w:after="120" w:line="300" w:lineRule="exact"/>
        <w:jc w:val="both"/>
      </w:pPr>
      <w:r>
        <w:rPr>
          <w:rFonts w:ascii="Georgia" w:hAnsi="Georgia" w:cs="Georgia" w:eastAsia="Georgia"/>
          <w:b w:val="0"/>
          <w:i w:val="0"/>
          <w:sz w:val="22"/>
        </w:rPr>
        <w:t>The moron khateeb's stupid talk re- garding 'tolerance' was therefore misdirected. He should present his stupid advice to the Hindus whose boots he is licking. - Al-Haq) But the deviancy started at the point of his speech when he used the term 'Wahdat alAdyaan' which he translated as 'Unity of Religions'. This made me uncomfortable and I thought that how can there be "unity" with baatil?</w:t>
      </w:r>
    </w:p>
    <w:p>
      <w:pPr>
        <w:spacing w:before="0" w:after="120" w:line="300" w:lineRule="exact"/>
        <w:jc w:val="both"/>
      </w:pPr>
      <w:r>
        <w:rPr>
          <w:rFonts w:ascii="Georgia" w:hAnsi="Georgia" w:cs="Georgia" w:eastAsia="Georgia"/>
          <w:b w:val="0"/>
          <w:i w:val="0"/>
          <w:sz w:val="22"/>
        </w:rPr>
        <w:t>Later he elaborated briefly on this term 'Wahdat al-Adyaan' calling it a Sufi "concept". He went on to quote Ibn 'Arabi (rahimahullah) first, claiming that he (Ibn 'Arabi) opined that "all religions are one," then he jumped on to describing an incident involving Mansoor Hallaaj (rahimahullah) and someone he called as Abdullah bin Tahir. Abdullah bin Tahir was quarreling with a Jew in the market of Baghdad, and he blurted out (to the Jew) "Dog!" Passing then by his side was Mansoor Hallaaj who showed his anger at Abdullah and told him: "Don't make your dog bark!", and he withdrew in haste.</w:t>
      </w:r>
    </w:p>
    <w:p>
      <w:pPr>
        <w:spacing w:before="0" w:after="120" w:line="300" w:lineRule="exact"/>
        <w:jc w:val="both"/>
      </w:pPr>
      <w:r>
        <w:rPr>
          <w:rFonts w:ascii="Georgia" w:hAnsi="Georgia" w:cs="Georgia" w:eastAsia="Georgia"/>
          <w:b w:val="0"/>
          <w:i w:val="0"/>
          <w:sz w:val="22"/>
        </w:rPr>
        <w:t>When the quarrel ended, Abdullah went to find him at his ( Hallaaj's) home, but he looked away from him. Abdullah apologized and he calmed down. Then Hallaaj said to Abdullah: "My son, the religious faiths, all of them, arise from God the Most High. He assigned to each group a creed, not of their own choice, but of His choice, which He imposed on them.</w:t>
      </w:r>
    </w:p>
    <w:p>
      <w:pPr>
        <w:spacing w:before="0" w:after="120" w:line="300" w:lineRule="exact"/>
        <w:jc w:val="both"/>
      </w:pPr>
      <w:r>
        <w:rPr>
          <w:rFonts w:ascii="Georgia" w:hAnsi="Georgia" w:cs="Georgia" w:eastAsia="Georgia"/>
          <w:b w:val="0"/>
          <w:i w:val="0"/>
          <w:sz w:val="22"/>
        </w:rPr>
        <w:t>I would have you know that Judaism, Christianity, Islam, and the other religious denominations may have different names and contrasting appellations, but their Goal, Himself, suffers neither difference nor contrast." The Khateeb after presenting this story went on to say: "look! This is a saint who is showing love to other religions and this is what the Awliya called as 'Wahdat al-Adyaan.' Later after the salaat it was announced in the mosque that there is going to be an Interfaith meeting with some local Christian pastors at some location on Sunday.</w:t>
      </w:r>
    </w:p>
    <w:p>
      <w:pPr>
        <w:spacing w:before="0" w:after="120" w:line="300" w:lineRule="exact"/>
        <w:jc w:val="both"/>
      </w:pPr>
      <w:r>
        <w:rPr>
          <w:rFonts w:ascii="Georgia" w:hAnsi="Georgia" w:cs="Georgia" w:eastAsia="Georgia"/>
          <w:b w:val="0"/>
          <w:i w:val="0"/>
          <w:sz w:val="22"/>
        </w:rPr>
        <w:t>This Interfaith programme announcement gave me the context of the speech he delivered and I left the place to resume my journey. The following questions came to my mind and these questions have made me worried: 1. What is this 'Wahdat alAdyaan'? I have heard about a state of fana called wahdat alwujood but I have never heard of this term, wahdatul adyaan or concept ever before.</w:t>
      </w:r>
    </w:p>
    <w:p>
      <w:pPr>
        <w:spacing w:before="0" w:after="120" w:line="300" w:lineRule="exact"/>
        <w:jc w:val="both"/>
      </w:pPr>
      <w:r>
        <w:rPr>
          <w:rFonts w:ascii="Georgia" w:hAnsi="Georgia" w:cs="Georgia" w:eastAsia="Georgia"/>
          <w:b w:val="0"/>
          <w:i w:val="0"/>
          <w:sz w:val="22"/>
        </w:rPr>
        <w:t>Pardon my ignorance, can you please explain me what is Wahdat alAdyaan? 2. If Wahdat al-Adyaan means "Unity of Religions" then are these interfaithers justified to use this as a "proof" to justify their mock sense of "interfaith" jaahiliyyat? 3. I fear that these people will start quoting the abovementioned incident of Mansoor Hallaaj (rahimahullah) to make befool the unaware masses.</w:t>
      </w:r>
    </w:p>
    <w:p>
      <w:pPr>
        <w:spacing w:before="0" w:after="120" w:line="300" w:lineRule="exact"/>
        <w:jc w:val="both"/>
      </w:pPr>
      <w:r>
        <w:rPr>
          <w:rFonts w:ascii="Georgia" w:hAnsi="Georgia" w:cs="Georgia" w:eastAsia="Georgia"/>
          <w:b w:val="0"/>
          <w:i w:val="0"/>
          <w:sz w:val="22"/>
        </w:rPr>
        <w:t>What has Wahdat al-Adyaan got to do with the incident of Mansoor Hallaaj? 4. Please explain the lofty status of Islam in comparison of all other baatil religions. (End of the Brother's letter) ANSWER The type of 'tolerance' promoted by the khateeb is kufr inspired by Iblees. In Islam there is no such satanic concept as 'wahdat al-adyaan' (unity of religions).</w:t>
      </w:r>
    </w:p>
    <w:p>
      <w:pPr>
        <w:spacing w:before="0" w:after="120" w:line="300" w:lineRule="exact"/>
        <w:jc w:val="both"/>
      </w:pPr>
      <w:r>
        <w:rPr>
          <w:rFonts w:ascii="Georgia" w:hAnsi="Georgia" w:cs="Georgia" w:eastAsia="Georgia"/>
          <w:b w:val="0"/>
          <w:i w:val="0"/>
          <w:sz w:val="22"/>
        </w:rPr>
        <w:t>In fact Islam came to eradicate all religions (Hadmul Adyaan). Stating this concept of the destruction of all religions besides Islam, the Qur'aan Majeed declares: "Verily, the Deen by Allah is only Islam." The one who propagates the kufr concept of 'unity of religions' is a murtad if he professes to be a Muslim. The claim that the Sufiya (Auliya) propounded this concept is a dastardly shaitaani LIE.</w:t>
      </w:r>
    </w:p>
    <w:p>
      <w:pPr>
        <w:spacing w:before="0" w:after="120" w:line="300" w:lineRule="exact"/>
        <w:jc w:val="both"/>
      </w:pPr>
      <w:r>
        <w:rPr>
          <w:rFonts w:ascii="Georgia" w:hAnsi="Georgia" w:cs="Georgia" w:eastAsia="Georgia"/>
          <w:b w:val="0"/>
          <w:i w:val="0"/>
          <w:sz w:val="22"/>
        </w:rPr>
        <w:t>It is monstrously false to attribute this kufr-shirk concept to the Sufiya. These Auliya had written innumerable Kitaabs on Deeni issues. They did not propound the shirki concept which has been falsely ascribed to them. There never was a single Wali of Allah Ta'ala who had ever propagated the kufr concept promoted by the murtad khateeb. Hadhrat Ibn Arabi (Rahmatullah alayh) was a great Wali of Allah Ta'ala.</w:t>
      </w:r>
    </w:p>
    <w:p>
      <w:pPr>
        <w:spacing w:before="0" w:after="120" w:line="300" w:lineRule="exact"/>
        <w:jc w:val="both"/>
      </w:pPr>
      <w:r>
        <w:rPr>
          <w:rFonts w:ascii="Georgia" w:hAnsi="Georgia" w:cs="Georgia" w:eastAsia="Georgia"/>
          <w:b w:val="0"/>
          <w:i w:val="0"/>
          <w:sz w:val="22"/>
        </w:rPr>
        <w:t>Statements of the Sufiya uttered during haalaat (spiritual states of ecstasy) are mutilated with kufr and shaitaani interpretation by the people of Baatil. Statements of Ibn Arabi (Rahmatullah alayh), Mansur Hallaaj and other Sufiya (Rahmatullah alayhim), which are in conflict with the Shariah, may not be cited and presented as daleel for the rubbish kufr concept of 'unity of religions' which the current shaitaani interfaith movement is also propagating.</w:t>
      </w:r>
    </w:p>
    <w:p>
      <w:pPr>
        <w:spacing w:before="0" w:after="120" w:line="300" w:lineRule="exact"/>
        <w:jc w:val="both"/>
      </w:pPr>
      <w:r>
        <w:rPr>
          <w:rFonts w:ascii="Georgia" w:hAnsi="Georgia" w:cs="Georgia" w:eastAsia="Georgia"/>
          <w:b w:val="0"/>
          <w:i w:val="0"/>
          <w:sz w:val="22"/>
        </w:rPr>
        <w:t>The jahaalat and kufr of the khateeb are conspicuous and its butlaan (invalidity) is glaringly manifest. To promote his kufr, the fellow brings as daleel an episode of dispute between a Muslim and a Jew and the comment of Mansur Hallaaj. How can a loose statement blurted out by a person centuries after Rasulullah (Sallallahu alayhi wasallam) abrogate the Qur'aan – cancel the Fundamentals of Islam?</w:t>
      </w:r>
    </w:p>
    <w:p>
      <w:pPr>
        <w:spacing w:before="0" w:after="120" w:line="300" w:lineRule="exact"/>
        <w:jc w:val="both"/>
      </w:pPr>
      <w:r>
        <w:rPr>
          <w:rFonts w:ascii="Georgia" w:hAnsi="Georgia" w:cs="Georgia" w:eastAsia="Georgia"/>
          <w:b w:val="0"/>
          <w:i w:val="0"/>
          <w:sz w:val="22"/>
        </w:rPr>
        <w:t>How can statements of people ever nullify the Islamic concept of Tauheed structure on the basis of the Qur'aan and Sunnah? Mansur Hallaaj is not the name of any Source of the Shariah. His statement is not a daleel for formulating any belief or practice. Islam was completed and perfected within the very lifetime of Rasulullah (Sallallahu alayhi wasallam).</w:t>
      </w:r>
    </w:p>
    <w:p>
      <w:pPr>
        <w:spacing w:before="0" w:after="120" w:line="300" w:lineRule="exact"/>
        <w:jc w:val="both"/>
      </w:pPr>
      <w:r>
        <w:rPr>
          <w:rFonts w:ascii="Georgia" w:hAnsi="Georgia" w:cs="Georgia" w:eastAsia="Georgia"/>
          <w:b w:val="0"/>
          <w:i w:val="0"/>
          <w:sz w:val="22"/>
        </w:rPr>
        <w:t>It is satanic ignorance to attempt to introduce in Islam a concept which is excessively repugnant to the Tauhid propagated by Rasulullah (Sallallahu alayhi wasallam). Assuming that the statement has been reliably attributed to Mansur, it shall be set aside, rejected as baatil. Mansur was not a Nabi to abrogate any belief, tenet or teaching of Islam.</w:t>
      </w:r>
    </w:p>
    <w:p>
      <w:pPr>
        <w:spacing w:before="0" w:after="120" w:line="300" w:lineRule="exact"/>
        <w:jc w:val="both"/>
      </w:pPr>
      <w:r>
        <w:rPr>
          <w:rFonts w:ascii="Georgia" w:hAnsi="Georgia" w:cs="Georgia" w:eastAsia="Georgia"/>
          <w:b w:val="0"/>
          <w:i w:val="0"/>
          <w:sz w:val="22"/>
        </w:rPr>
        <w:t>In all probability, the statement has been fabricated and erroneously attributed to Mansur Hallaaj. It was on account of certain statements of kufr that Mansur Hallaaj (Rahmatullah alayh) was executed, and the correctness of the execution was confirmed by his Shaikh, Hadhrat Junaid Baghdaadi (Rahmatullah alayh) who was Imaamus Sufiya. Statements of the Auliya which conflict with the Shariah have no validity.</w:t>
      </w:r>
    </w:p>
    <w:p>
      <w:pPr>
        <w:spacing w:before="0" w:after="120" w:line="300" w:lineRule="exact"/>
        <w:jc w:val="both"/>
      </w:pPr>
      <w:r>
        <w:rPr>
          <w:rFonts w:ascii="Georgia" w:hAnsi="Georgia" w:cs="Georgia" w:eastAsia="Georgia"/>
          <w:b w:val="0"/>
          <w:i w:val="0"/>
          <w:sz w:val="22"/>
        </w:rPr>
        <w:t>It is kufr to fabricate any belief based on such statements which are in stark conflict with the Shariah. Showing love for the religions of baatil as the murtad khateeb proclaimed is kufr. How can a Muslim show love for baatil religions for which Allah Ta'ala Himself registers His Abhorrence in the Qur'aan Majeed? The Qur'aan Majeed is replete with Aayat recording Divine Abhorrence for religions other than Islam, especially for the type of idolatry – Hindu idolatry – which demands worship to stone idols manufactured by the worshipper himself.</w:t>
      </w:r>
    </w:p>
    <w:p>
      <w:pPr>
        <w:spacing w:before="0" w:after="120" w:line="300" w:lineRule="exact"/>
        <w:jc w:val="both"/>
      </w:pPr>
      <w:r>
        <w:rPr>
          <w:rFonts w:ascii="Georgia" w:hAnsi="Georgia" w:cs="Georgia" w:eastAsia="Georgia"/>
          <w:b w:val="0"/>
          <w:i w:val="0"/>
          <w:sz w:val="22"/>
        </w:rPr>
        <w:t>Addressing the ignorant followers of other religions, the Qur'aan Majeed says:</w:t>
      </w:r>
    </w:p>
    <w:p>
      <w:pPr>
        <w:spacing w:before="120" w:after="120" w:line="300" w:lineRule="exact"/>
        <w:ind w:left="720" w:right="720"/>
        <w:jc w:val="center"/>
      </w:pPr>
      <w:r>
        <w:rPr>
          <w:rFonts w:ascii="Georgia" w:hAnsi="Georgia" w:cs="Georgia" w:eastAsia="Georgia"/>
          <w:b w:val="0"/>
          <w:i/>
          <w:sz w:val="22"/>
        </w:rPr>
        <w:t>"Say (O Muhammad, to the believers of false deities): 'What</w:t>
      </w:r>
    </w:p>
    <w:p>
      <w:pPr>
        <w:spacing w:before="120" w:after="120" w:line="300" w:lineRule="exact"/>
        <w:ind w:left="720" w:right="720"/>
        <w:jc w:val="center"/>
      </w:pPr>
      <w:r>
        <w:rPr>
          <w:rFonts w:ascii="Georgia" w:hAnsi="Georgia" w:cs="Georgia" w:eastAsia="Georgia"/>
          <w:b w:val="0"/>
          <w:i/>
          <w:sz w:val="22"/>
        </w:rPr>
        <w:t>do you command me (Muhammad) to worship (deities) other than Allah! O you JAAHILOON!' Verily, it was revealed to you and to those</w:t>
      </w:r>
    </w:p>
    <w:p>
      <w:pPr>
        <w:spacing w:before="0" w:after="120" w:line="300" w:lineRule="exact"/>
        <w:jc w:val="both"/>
      </w:pPr>
      <w:r>
        <w:rPr>
          <w:rFonts w:ascii="Georgia" w:hAnsi="Georgia" w:cs="Georgia" w:eastAsia="Georgia"/>
          <w:b w:val="0"/>
          <w:i w:val="0"/>
          <w:sz w:val="22"/>
        </w:rPr>
        <w:t>before you that if you commit</w:t>
      </w:r>
    </w:p>
    <w:p>
      <w:pPr>
        <w:spacing w:before="120" w:after="120" w:line="300" w:lineRule="exact"/>
        <w:ind w:left="720" w:right="720"/>
        <w:jc w:val="center"/>
      </w:pPr>
      <w:r>
        <w:rPr>
          <w:rFonts w:ascii="Georgia" w:hAnsi="Georgia" w:cs="Georgia" w:eastAsia="Georgia"/>
          <w:b w:val="0"/>
          <w:i/>
          <w:sz w:val="22"/>
        </w:rPr>
        <w:t>shirk (Hindu-Puja of idols), then most certainly your (good)</w:t>
      </w:r>
    </w:p>
    <w:p>
      <w:pPr>
        <w:spacing w:before="0" w:after="120" w:line="300" w:lineRule="exact"/>
        <w:jc w:val="both"/>
      </w:pPr>
      <w:r>
        <w:rPr>
          <w:rFonts w:ascii="Georgia" w:hAnsi="Georgia" w:cs="Georgia" w:eastAsia="Georgia"/>
          <w:b w:val="0"/>
          <w:i w:val="0"/>
          <w:sz w:val="22"/>
        </w:rPr>
        <w:t>deeds will be destroyed, and</w:t>
      </w:r>
    </w:p>
    <w:p>
      <w:pPr>
        <w:spacing w:before="120" w:after="120" w:line="300" w:lineRule="exact"/>
        <w:ind w:left="720" w:right="720"/>
        <w:jc w:val="center"/>
      </w:pPr>
      <w:r>
        <w:rPr>
          <w:rFonts w:ascii="Georgia" w:hAnsi="Georgia" w:cs="Georgia" w:eastAsia="Georgia"/>
          <w:b w:val="0"/>
          <w:i/>
          <w:sz w:val="22"/>
        </w:rPr>
        <w:t>most assuredly you will be among the losers (destined for</w:t>
      </w:r>
    </w:p>
    <w:p>
      <w:pPr>
        <w:spacing w:before="0" w:after="120" w:line="300" w:lineRule="exact"/>
        <w:jc w:val="both"/>
      </w:pPr>
      <w:r>
        <w:rPr>
          <w:rFonts w:ascii="Georgia" w:hAnsi="Georgia" w:cs="Georgia" w:eastAsia="Georgia"/>
          <w:b w:val="0"/>
          <w:i w:val="0"/>
          <w:sz w:val="22"/>
        </w:rPr>
        <w:t>Jahannam)." (Az-Zumar, Aayats 64, 65) Nabi Hood (Alayhis salaam) said to his idol-worshipping people: "I make Allah as my Witness, and you (idol-worshippers) also testify that verily, I am free of (the idols) with which you commit shirk (by worshipping them) besides Allah…" (Hood, Aayats 54/55) In rejection of the false religion of the Christians, Nabi Isaa (Alayhis salaam) said:</w:t>
      </w:r>
    </w:p>
    <w:p>
      <w:pPr>
        <w:spacing w:before="120" w:after="120" w:line="300" w:lineRule="exact"/>
        <w:ind w:left="720" w:right="720"/>
        <w:jc w:val="center"/>
      </w:pPr>
      <w:r>
        <w:rPr>
          <w:rFonts w:ascii="Georgia" w:hAnsi="Georgia" w:cs="Georgia" w:eastAsia="Georgia"/>
          <w:b w:val="0"/>
          <w:i/>
          <w:sz w:val="22"/>
        </w:rPr>
        <w:t>"What! Do you worship besides Allah such (deities) which</w:t>
      </w:r>
    </w:p>
    <w:p>
      <w:pPr>
        <w:spacing w:before="0" w:after="120" w:line="300" w:lineRule="exact"/>
        <w:jc w:val="both"/>
      </w:pPr>
      <w:r>
        <w:rPr>
          <w:rFonts w:ascii="Georgia" w:hAnsi="Georgia" w:cs="Georgia" w:eastAsia="Georgia"/>
          <w:b w:val="0"/>
          <w:i w:val="0"/>
          <w:sz w:val="22"/>
        </w:rPr>
        <w:t>neither harm nor benefit you while Allah is The One Who</w:t>
      </w:r>
    </w:p>
    <w:p>
      <w:pPr>
        <w:spacing w:before="120" w:after="120" w:line="300" w:lineRule="exact"/>
        <w:ind w:left="720" w:right="720"/>
        <w:jc w:val="center"/>
      </w:pPr>
      <w:r>
        <w:rPr>
          <w:rFonts w:ascii="Georgia" w:hAnsi="Georgia" w:cs="Georgia" w:eastAsia="Georgia"/>
          <w:b w:val="0"/>
          <w:i/>
          <w:sz w:val="22"/>
        </w:rPr>
        <w:t>Hears and Who Knows? Say (O Isaa!): 'O People of the Book! Do not commit excesses in your deen which is not</w:t>
      </w:r>
    </w:p>
    <w:p>
      <w:pPr>
        <w:spacing w:before="120" w:after="120" w:line="300" w:lineRule="exact"/>
        <w:ind w:left="720" w:right="720"/>
        <w:jc w:val="center"/>
      </w:pPr>
      <w:r>
        <w:rPr>
          <w:rFonts w:ascii="Georgia" w:hAnsi="Georgia" w:cs="Georgia" w:eastAsia="Georgia"/>
          <w:b w:val="0"/>
          <w:i/>
          <w:sz w:val="22"/>
        </w:rPr>
        <w:t>the truth, and do not follow the vain desires of people who have most certainly gone astray from aforetime, and who have misled numerous people, and they devi-</w:t>
      </w:r>
    </w:p>
    <w:p>
      <w:pPr>
        <w:spacing w:before="0" w:after="120" w:line="300" w:lineRule="exact"/>
        <w:jc w:val="both"/>
      </w:pPr>
      <w:r>
        <w:rPr>
          <w:rFonts w:ascii="Georgia" w:hAnsi="Georgia" w:cs="Georgia" w:eastAsia="Georgia"/>
          <w:b w:val="0"/>
          <w:i w:val="0"/>
          <w:sz w:val="22"/>
        </w:rPr>
        <w:t>ated from the Straight Path.' " (Al-Maaidah, Aayat 76,77) Dissociating from the false religion of his father, Nabi Ibraahim (Alayhis salaam) said:</w:t>
      </w:r>
    </w:p>
    <w:p>
      <w:pPr>
        <w:spacing w:before="120" w:after="120" w:line="300" w:lineRule="exact"/>
        <w:ind w:left="720" w:right="720"/>
        <w:jc w:val="center"/>
      </w:pPr>
      <w:r>
        <w:rPr>
          <w:rFonts w:ascii="Georgia" w:hAnsi="Georgia" w:cs="Georgia" w:eastAsia="Georgia"/>
          <w:b w:val="0"/>
          <w:i/>
          <w:sz w:val="22"/>
        </w:rPr>
        <w:t>"O my people! Verily, I am free from the (idols) with which</w:t>
      </w:r>
    </w:p>
    <w:p>
      <w:pPr>
        <w:spacing w:before="0" w:after="120" w:line="300" w:lineRule="exact"/>
        <w:jc w:val="both"/>
      </w:pPr>
      <w:r>
        <w:rPr>
          <w:rFonts w:ascii="Georgia" w:hAnsi="Georgia" w:cs="Georgia" w:eastAsia="Georgia"/>
          <w:b w:val="0"/>
          <w:i w:val="0"/>
          <w:sz w:val="22"/>
        </w:rPr>
        <w:t>you commit shirk (ascribe part- ners to Allah)… I am not among the mushrikeen." (Al-An'aam, Aayats 78, 79 ) While this murtad khateeb advocates love for the shirk and idols of the Hindus whom he is bootlicking, the Qur'aan Majeed commands:</w:t>
      </w:r>
    </w:p>
    <w:p>
      <w:pPr>
        <w:spacing w:before="120" w:after="120" w:line="300" w:lineRule="exact"/>
        <w:ind w:left="720" w:right="720"/>
        <w:jc w:val="center"/>
      </w:pPr>
      <w:r>
        <w:rPr>
          <w:rFonts w:ascii="Georgia" w:hAnsi="Georgia" w:cs="Georgia" w:eastAsia="Georgia"/>
          <w:b w:val="0"/>
          <w:i/>
          <w:sz w:val="22"/>
        </w:rPr>
        <w:t>"Verily, they (the Mushrikeen) have taken the shayaa-</w:t>
      </w:r>
    </w:p>
    <w:p>
      <w:pPr>
        <w:spacing w:before="120" w:after="120" w:line="300" w:lineRule="exact"/>
        <w:ind w:left="720" w:right="720"/>
        <w:jc w:val="center"/>
      </w:pPr>
      <w:r>
        <w:rPr>
          <w:rFonts w:ascii="Georgia" w:hAnsi="Georgia" w:cs="Georgia" w:eastAsia="Georgia"/>
          <w:b w:val="0"/>
          <w:i/>
          <w:sz w:val="22"/>
        </w:rPr>
        <w:t>teen (devils) as friends besides Allah while they think that they</w:t>
      </w:r>
    </w:p>
    <w:p>
      <w:pPr>
        <w:spacing w:before="0" w:after="120" w:line="300" w:lineRule="exact"/>
        <w:jc w:val="both"/>
      </w:pPr>
      <w:r>
        <w:rPr>
          <w:rFonts w:ascii="Georgia" w:hAnsi="Georgia" w:cs="Georgia" w:eastAsia="Georgia"/>
          <w:b w:val="0"/>
          <w:i w:val="0"/>
          <w:sz w:val="22"/>
        </w:rPr>
        <w:t>— their punishment is that on them is the LA'NAT (CURSE) of Allah, and of the Malaaikah, and of entire mankind. Therein (i.e. in Hell-Fire) will they dwell forever. The punishment shall not be decreased for them, nor will they be given any respite." (Aal Imraan, 85, 86, 87) The answers to your numbered questions are as follows: Q.1 What is this 'Wahdat alAdyaan'?</w:t>
      </w:r>
    </w:p>
    <w:p>
      <w:pPr>
        <w:spacing w:before="0" w:after="120" w:line="300" w:lineRule="exact"/>
        <w:jc w:val="both"/>
      </w:pPr>
      <w:r>
        <w:rPr>
          <w:rFonts w:ascii="Georgia" w:hAnsi="Georgia" w:cs="Georgia" w:eastAsia="Georgia"/>
          <w:b w:val="0"/>
          <w:i w:val="0"/>
          <w:sz w:val="22"/>
        </w:rPr>
        <w:t>I have heard about a state of fana called wahdat alwujood but I have never heard of this term, wahdatul adyaan or concept ever before. Pardon my ignorance, can you please explain me what is Wahdat alAdyaan? A. There is no such concept as 'wahdatul adyaan' in Islam. This is a concept of kufr and shirk of deviates. It is slanderous to attribute this kufr idea to the Sufiya (Auliya).</w:t>
      </w:r>
    </w:p>
    <w:p>
      <w:pPr>
        <w:spacing w:before="0" w:after="120" w:line="300" w:lineRule="exact"/>
        <w:jc w:val="both"/>
      </w:pPr>
      <w:r>
        <w:rPr>
          <w:rFonts w:ascii="Georgia" w:hAnsi="Georgia" w:cs="Georgia" w:eastAsia="Georgia"/>
          <w:b w:val="0"/>
          <w:i w:val="0"/>
          <w:sz w:val="22"/>
        </w:rPr>
        <w:t>Deviates have deliberately misinterpreted ambiguous statements of some Sufiya who had made seemingly un-Islamic statements during states of ecstasy. Any such statements which are in conflict with the Shariah are set aside or given a suitable interpretation to bring them in line with the Shariah. Some of the statements of ostensible kufr have also been falsely ascribed to the Sufiya.</w:t>
      </w:r>
    </w:p>
    <w:p>
      <w:pPr>
        <w:spacing w:before="0" w:after="120" w:line="300" w:lineRule="exact"/>
        <w:jc w:val="both"/>
      </w:pPr>
      <w:r>
        <w:rPr>
          <w:rFonts w:ascii="Georgia" w:hAnsi="Georgia" w:cs="Georgia" w:eastAsia="Georgia"/>
          <w:b w:val="0"/>
          <w:i w:val="0"/>
          <w:sz w:val="22"/>
        </w:rPr>
        <w:t>Q.2 If Wahdat al-Adyaan means 'Unity of Religions' then are these interfaithers justified to use this as a 'proof' to justify their mock sense of 'interfaith' jaahiliyyat? A. Since there is simply no such concept of kufr in Islam, the deviates have no Islamic basis for their unity of religions fabricated false concoction. There is absolutely no basis for them in Islam to justify their rubbish concept of kufr and shirk.</w:t>
      </w:r>
    </w:p>
    <w:p>
      <w:pPr>
        <w:spacing w:before="0" w:after="120" w:line="300" w:lineRule="exact"/>
        <w:jc w:val="both"/>
      </w:pPr>
      <w:r>
        <w:rPr>
          <w:rFonts w:ascii="Georgia" w:hAnsi="Georgia" w:cs="Georgia" w:eastAsia="Georgia"/>
          <w:b w:val="0"/>
          <w:i w:val="0"/>
          <w:sz w:val="22"/>
        </w:rPr>
        <w:t>Q.3 I fear that these people will start quoting the above-</w:t>
      </w:r>
    </w:p>
    <w:p>
      <w:pPr>
        <w:spacing w:before="120" w:after="120" w:line="300" w:lineRule="exact"/>
        <w:ind w:left="720" w:right="720"/>
        <w:jc w:val="center"/>
      </w:pPr>
      <w:r>
        <w:rPr>
          <w:rFonts w:ascii="Georgia" w:hAnsi="Georgia" w:cs="Georgia" w:eastAsia="Georgia"/>
          <w:b w:val="0"/>
          <w:i/>
          <w:sz w:val="22"/>
        </w:rPr>
        <w:t>are guided." (Al-A'raaf, Aayat 30) While the jaahil khateeb promotes love for Hindu idolatry, the Qur'aan commands hatred for their false religion of idolatry. Thus, Allah Ta'ala states: "Verily for you (O Muslimeen!) there is a Beautiful Example in Ibraaheem and those who were with him (the Mu'mineen). Remember when he said to his people: 'Verily, we are free from you and also from the idols you are worshipping besides Allah. We reject you and enmity and hatred has developed between us and you (Mushrikeen) for all time, until such time that you (come on to the Truth) and believe in Allah, The One.' "</w:t>
      </w:r>
    </w:p>
    <w:p>
      <w:pPr>
        <w:spacing w:before="0" w:after="120" w:line="300" w:lineRule="exact"/>
        <w:jc w:val="both"/>
      </w:pPr>
      <w:r>
        <w:rPr>
          <w:rFonts w:ascii="Georgia" w:hAnsi="Georgia" w:cs="Georgia" w:eastAsia="Georgia"/>
          <w:b w:val="0"/>
          <w:i w:val="0"/>
          <w:sz w:val="22"/>
        </w:rPr>
        <w:t>(Al-Mumtahinah, Aayat 4) These are a few Aayaat randomly taken from the Qur'aan Majeed which command abhorrence for all religions besides Islam. The Qur'aan Majeed is loaded with Verses condemning all religions as falsehood, and excoriating all worshippers of false religions, in particular idolworshippers. The khateeb was obviously bootlicking the Hindus.</w:t>
      </w:r>
    </w:p>
    <w:p>
      <w:pPr>
        <w:spacing w:before="0" w:after="120" w:line="300" w:lineRule="exact"/>
        <w:jc w:val="both"/>
      </w:pPr>
      <w:r>
        <w:rPr>
          <w:rFonts w:ascii="Georgia" w:hAnsi="Georgia" w:cs="Georgia" w:eastAsia="Georgia"/>
          <w:b w:val="0"/>
          <w:i w:val="0"/>
          <w:sz w:val="22"/>
        </w:rPr>
        <w:t>In the process of his despicable bootlicking he eliminated his Imaan. His ignorance is shockingly lamentable. How can a Muslim promote love for kufr and shirk when the Qur'aan, the Ahaadith and the Ijma' of the Ummah so vehemently castigate and refute idol-worship, cow-worship and all forms of religions besides Islam. Rejecting with emphasis and greatest clarity all religions besides Islam, the Qur'aan Majeed states: "Whoever follows a religion other than Islam, never ever will it be accepted from him, and in the Aakhirah he will be among the losers… These (mushrikeen gions other than Islam.</w:t>
      </w:r>
    </w:p>
    <w:p>
      <w:pPr>
        <w:spacing w:before="0" w:after="120" w:line="300" w:lineRule="exact"/>
        <w:jc w:val="both"/>
      </w:pPr>
      <w:r>
        <w:rPr>
          <w:rFonts w:ascii="Georgia" w:hAnsi="Georgia" w:cs="Georgia" w:eastAsia="Georgia"/>
          <w:b w:val="0"/>
          <w:i w:val="0"/>
          <w:sz w:val="22"/>
        </w:rPr>
        <w:t>How can there be 'unity of religions'; when the Qur'aan states with great clarity and emphasis that the mushrikeen will dwell in Hell-Fire eternally? Q.4 Please explain the lofty status of Islam in comparison of all other baatil religions. A. You should have asked to explain the despicable status of baatil religions. All Muslims know that Islam is the Absolute Truth.</w:t>
      </w:r>
    </w:p>
    <w:p>
      <w:pPr>
        <w:spacing w:before="0" w:after="120" w:line="300" w:lineRule="exact"/>
        <w:jc w:val="both"/>
      </w:pPr>
      <w:r>
        <w:rPr>
          <w:rFonts w:ascii="Georgia" w:hAnsi="Georgia" w:cs="Georgia" w:eastAsia="Georgia"/>
          <w:b w:val="0"/>
          <w:i w:val="0"/>
          <w:sz w:val="22"/>
        </w:rPr>
        <w:t>It is the Deen which emanated from Allah Azza Wa Jal. It was transmitted by the Chief of the Malaaikah, Hadhrat Jibraeel (Alayhis salaam), and the Recipient of the noblest and highest of Allah's creation, Hadhrat Nabi Muhammad (Sallallahu alayhi wasallam). He was the last and final Rasool of Allah Ta'ala. He was the Seal of the long Chain of Ambiya (Alayhimus salaam).</w:t>
      </w:r>
    </w:p>
    <w:p>
      <w:pPr>
        <w:spacing w:before="0" w:after="120" w:line="300" w:lineRule="exact"/>
        <w:jc w:val="both"/>
      </w:pPr>
      <w:r>
        <w:rPr>
          <w:rFonts w:ascii="Georgia" w:hAnsi="Georgia" w:cs="Georgia" w:eastAsia="Georgia"/>
          <w:b w:val="0"/>
          <w:i w:val="0"/>
          <w:sz w:val="22"/>
        </w:rPr>
        <w:t>Anyone who impugns the Absoluteness of Islam's Absolutism with any assonant in any of its (Islam's) spheres commits kufr and denudes himself of his Imaan. Regarding the status of kuffaar and the status of the Mu'mineen, the Qur'aan Majeed states: mentioned incident of Mansoor Hallaaj (rahimahullah) to befool the unwary masses. What has Wahdat al-Adyaan got to do with the incident of Mansoor Hallaaj?</w:t>
      </w:r>
    </w:p>
    <w:p>
      <w:pPr>
        <w:spacing w:before="0" w:after="120" w:line="300" w:lineRule="exact"/>
        <w:jc w:val="both"/>
      </w:pPr>
      <w:r>
        <w:rPr>
          <w:rFonts w:ascii="Georgia" w:hAnsi="Georgia" w:cs="Georgia" w:eastAsia="Georgia"/>
          <w:b w:val="0"/>
          <w:i w:val="0"/>
          <w:sz w:val="22"/>
        </w:rPr>
        <w:t>A. Let us momentarily assume that Mansoor Hallaaj did utter statements which lead to the idea of 'unity of religions'. On the basis of this assumption there is no Muslim whose Imaan is valid and healthy who will accept that the Qur'aan and the Ahaadith can be abrogated/cancelled by an utterance of a man in ecstatic intoxication some centuries after Rasulullah (Sallallahu alayhi wasallam).</w:t>
      </w:r>
    </w:p>
    <w:p>
      <w:pPr>
        <w:spacing w:before="0" w:after="120" w:line="300" w:lineRule="exact"/>
        <w:jc w:val="both"/>
      </w:pPr>
      <w:r>
        <w:rPr>
          <w:rFonts w:ascii="Georgia" w:hAnsi="Georgia" w:cs="Georgia" w:eastAsia="Georgia"/>
          <w:b w:val="0"/>
          <w:i w:val="0"/>
          <w:sz w:val="22"/>
        </w:rPr>
        <w:t>Many deviates and hypocrites had dotted the history of Islam. It does not flow from their preachings and concepts of kufr and shirk that the Islam of the Qur'aan becomes cancelled. Only such people who are destined to be fuel for Jahannam will renounce their Imaan and allow themselves to be ensnared into the trap of Iblees. True Muslims believe in the Qur'aan, not in the utterances and concepts of men who appeared after the finalization and perfection of Islam.</w:t>
      </w:r>
    </w:p>
    <w:p>
      <w:pPr>
        <w:spacing w:before="0" w:after="120" w:line="300" w:lineRule="exact"/>
        <w:jc w:val="both"/>
      </w:pPr>
      <w:r>
        <w:rPr>
          <w:rFonts w:ascii="Georgia" w:hAnsi="Georgia" w:cs="Georgia" w:eastAsia="Georgia"/>
          <w:b w:val="0"/>
          <w:i w:val="0"/>
          <w:sz w:val="22"/>
        </w:rPr>
        <w:t>The murtad khateeb had promoted his concept of kufr to bootlick the Christian interfaithers. While he may be at pains to cunningly promote Christian shirk and kufr, the Qur'aan Majeed rejects and condemns with much emphasis the Christian concept of trinity. Now how is it possible for Islam to unite with a religion which has the doctrine of trinity (three gods in one) as its pivotal belief.</w:t>
      </w:r>
    </w:p>
    <w:p>
      <w:pPr>
        <w:spacing w:before="0" w:after="120" w:line="300" w:lineRule="exact"/>
        <w:jc w:val="both"/>
      </w:pPr>
      <w:r>
        <w:rPr>
          <w:rFonts w:ascii="Georgia" w:hAnsi="Georgia" w:cs="Georgia" w:eastAsia="Georgia"/>
          <w:b w:val="0"/>
          <w:i w:val="0"/>
          <w:sz w:val="22"/>
        </w:rPr>
        <w:t>Condemning the Christians, the Qur'aan Majeed says that the Nasaara claimed that Nabi Isaa (alayhis salaam) was the 'son of Allah', and condemning the Yahood, the Qur'aan states that the Jews claimed that Uzair (Alayhis salaam) was the 'son of Allah'. The Qur'aan has only criticism and condemnation for all reli-</w:t>
      </w:r>
    </w:p>
    <w:p>
      <w:pPr>
        <w:spacing w:before="120" w:after="120" w:line="300" w:lineRule="exact"/>
        <w:ind w:left="720" w:right="720"/>
        <w:jc w:val="center"/>
      </w:pPr>
      <w:r>
        <w:rPr>
          <w:rFonts w:ascii="Georgia" w:hAnsi="Georgia" w:cs="Georgia" w:eastAsia="Georgia"/>
          <w:b w:val="0"/>
          <w:i/>
          <w:sz w:val="22"/>
        </w:rPr>
        <w:t>"Verily, the kuffaar of Ahl-eKitaab (People of the Book) and</w:t>
      </w:r>
    </w:p>
    <w:p>
      <w:pPr>
        <w:spacing w:before="120" w:after="120" w:line="300" w:lineRule="exact"/>
        <w:ind w:left="720" w:right="720"/>
        <w:jc w:val="center"/>
      </w:pPr>
      <w:r>
        <w:rPr>
          <w:rFonts w:ascii="Georgia" w:hAnsi="Georgia" w:cs="Georgia" w:eastAsia="Georgia"/>
          <w:b w:val="0"/>
          <w:i/>
          <w:sz w:val="22"/>
        </w:rPr>
        <w:t>the Mushrikeen will be in the Fire of Jahannam wherein they</w:t>
      </w:r>
    </w:p>
    <w:p>
      <w:pPr>
        <w:spacing w:before="0" w:after="120" w:line="300" w:lineRule="exact"/>
        <w:jc w:val="both"/>
      </w:pPr>
      <w:r>
        <w:rPr>
          <w:rFonts w:ascii="Georgia" w:hAnsi="Georgia" w:cs="Georgia" w:eastAsia="Georgia"/>
          <w:b w:val="0"/>
          <w:i w:val="0"/>
          <w:sz w:val="22"/>
        </w:rPr>
        <w:t>will dwell forever. Indeed, they</w:t>
      </w:r>
    </w:p>
    <w:p>
      <w:pPr>
        <w:spacing w:before="120" w:after="120" w:line="300" w:lineRule="exact"/>
        <w:ind w:left="720" w:right="720"/>
        <w:jc w:val="center"/>
      </w:pPr>
      <w:r>
        <w:rPr>
          <w:rFonts w:ascii="Georgia" w:hAnsi="Georgia" w:cs="Georgia" w:eastAsia="Georgia"/>
          <w:b w:val="0"/>
          <w:i/>
          <w:sz w:val="22"/>
        </w:rPr>
        <w:t>are the worst of creation. Verily, they who have Imaan and practise virtuous deeds, in-</w:t>
      </w:r>
    </w:p>
    <w:p>
      <w:pPr>
        <w:spacing w:before="120" w:after="120" w:line="300" w:lineRule="exact"/>
        <w:ind w:left="720" w:right="720"/>
        <w:jc w:val="center"/>
      </w:pPr>
      <w:r>
        <w:rPr>
          <w:rFonts w:ascii="Georgia" w:hAnsi="Georgia" w:cs="Georgia" w:eastAsia="Georgia"/>
          <w:b w:val="0"/>
          <w:i/>
          <w:sz w:val="22"/>
        </w:rPr>
        <w:t>deed they are the best of creation. Their reward by their Rabb</w:t>
      </w:r>
    </w:p>
    <w:p>
      <w:pPr>
        <w:spacing w:before="120" w:after="120" w:line="300" w:lineRule="exact"/>
        <w:ind w:left="720" w:right="720"/>
        <w:jc w:val="center"/>
      </w:pPr>
      <w:r>
        <w:rPr>
          <w:rFonts w:ascii="Georgia" w:hAnsi="Georgia" w:cs="Georgia" w:eastAsia="Georgia"/>
          <w:b w:val="0"/>
          <w:i/>
          <w:sz w:val="22"/>
        </w:rPr>
        <w:t>will be Eternal Orchards (of Jannat) below which flow rivers. Therein will they dwell forever. Well-pleased is Allah with them, and well-pleased are they</w:t>
      </w:r>
    </w:p>
    <w:p>
      <w:pPr>
        <w:spacing w:before="0" w:after="120" w:line="300" w:lineRule="exact"/>
        <w:jc w:val="both"/>
      </w:pPr>
      <w:r>
        <w:rPr>
          <w:rFonts w:ascii="Georgia" w:hAnsi="Georgia" w:cs="Georgia" w:eastAsia="Georgia"/>
          <w:b w:val="0"/>
          <w:i w:val="0"/>
          <w:sz w:val="22"/>
        </w:rPr>
        <w:t>with Him. This (Reward) is for him who fears his Rabb." (Surah Bayyinah) The status of all religions and ideologies besides Islam, according to the Qur'aan is GHUTHA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HTS AND THE JIHADI GROUPS IN THE LAND OF SHAAM</w:t>
      </w:r>
    </w:p>
    <w:p>
      <w:pPr>
        <w:spacing w:before="0" w:after="160" w:line="300" w:lineRule="exact"/>
        <w:jc w:val="center"/>
      </w:pPr>
      <w:r>
        <w:rPr>
          <w:rFonts w:ascii="Georgia" w:hAnsi="Georgia" w:cs="Georgia" w:eastAsia="Georgia"/>
          <w:b w:val="0"/>
          <w:i/>
          <w:sz w:val="16"/>
        </w:rPr>
        <w:t>Page 1, 3, 9 of the original. Heading read from the printed headline artwork.</w:t>
      </w:r>
    </w:p>
    <w:p>
      <w:pPr>
        <w:spacing w:before="0" w:after="120" w:line="300" w:lineRule="exact"/>
        <w:jc w:val="both"/>
      </w:pPr>
      <w:r>
        <w:rPr>
          <w:rFonts w:ascii="Georgia" w:hAnsi="Georgia" w:cs="Georgia" w:eastAsia="Georgia"/>
          <w:b w:val="0"/>
          <w:i w:val="0"/>
          <w:sz w:val="22"/>
        </w:rPr>
        <w:t>From the misery-stricken Land of Shaam comes this report and complaint: Dear Sheikh, We would like to request advice from you. Rasulullah (Sallallahu alayhi wasallam) has taught us that Deen is Naseehah (Advice), especially when the advice is from our elders and seniors. Our question is regarding the group known as HTS (Harkat Tahreer Shaam) in Syria.</w:t>
      </w:r>
    </w:p>
    <w:p>
      <w:pPr>
        <w:spacing w:before="0" w:after="120" w:line="300" w:lineRule="exact"/>
        <w:jc w:val="both"/>
      </w:pPr>
      <w:r>
        <w:rPr>
          <w:rFonts w:ascii="Georgia" w:hAnsi="Georgia" w:cs="Georgia" w:eastAsia="Georgia"/>
          <w:b w:val="0"/>
          <w:i w:val="0"/>
          <w:sz w:val="22"/>
        </w:rPr>
        <w:t>There is too much to say here but l will try to keep it as brief as possible. The group and its actions: It is known to you our dear Sheikh that during the early days of the Jihad in Syria there were many groups and there was an absence of law and order which made way for all sorts of unjustifiable actions. There was no security. Without getting too much into the details many Muhajireen and Ansaar with Ghairah for their Deen joined Jabhat AlNusrah which was the name at that time.</w:t>
      </w:r>
    </w:p>
    <w:p>
      <w:pPr>
        <w:spacing w:before="0" w:after="120" w:line="300" w:lineRule="exact"/>
        <w:jc w:val="both"/>
      </w:pPr>
      <w:r>
        <w:rPr>
          <w:rFonts w:ascii="Georgia" w:hAnsi="Georgia" w:cs="Georgia" w:eastAsia="Georgia"/>
          <w:b w:val="0"/>
          <w:i w:val="0"/>
          <w:sz w:val="22"/>
        </w:rPr>
        <w:t>Currently the name is HTS. The group, under a variety of pretexts, since it's initiation, did not waste time to attack other groups. Those with the group at that time did not doubt the group's intentions in doing so as many of those that were attacked where not the best of people. As time went by they did not stop these actions until eventually a stage was reached that they would go against anyone who spoke against them or criticised them.</w:t>
      </w:r>
    </w:p>
    <w:p>
      <w:pPr>
        <w:spacing w:before="0" w:after="120" w:line="300" w:lineRule="exact"/>
        <w:jc w:val="both"/>
      </w:pPr>
      <w:r>
        <w:rPr>
          <w:rFonts w:ascii="Georgia" w:hAnsi="Georgia" w:cs="Georgia" w:eastAsia="Georgia"/>
          <w:b w:val="0"/>
          <w:i w:val="0"/>
          <w:sz w:val="22"/>
        </w:rPr>
        <w:t>This group still claims that it's project is Islamic. However, we mention here some of their actions. I will start with the legal sys- tem. The group (HTS) claims that torture is permissible lslamically. Among their acts of torture they are perpetrating are electrocuting people with cables attached to generators, hanging people from ceilings for extended periods of time, stripping people of all their clothes, ripping out their nails, terrorising their family members, denying family members information as to where their loved ones are and denying them contact.</w:t>
      </w:r>
    </w:p>
    <w:p>
      <w:pPr>
        <w:spacing w:before="0" w:after="120" w:line="300" w:lineRule="exact"/>
        <w:jc w:val="both"/>
      </w:pPr>
      <w:r>
        <w:rPr>
          <w:rFonts w:ascii="Georgia" w:hAnsi="Georgia" w:cs="Georgia" w:eastAsia="Georgia"/>
          <w:b w:val="0"/>
          <w:i w:val="0"/>
          <w:sz w:val="22"/>
        </w:rPr>
        <w:t>The list goes on. All of these actions according to their leadership and members are "in compliance with the Shariah". The group's leadership has taken an approach that lying is permissible. While that may be applicable in cases of war against the enemy, they are applying this to Muslims whom they have arrested. When family members inquire about their loved ones they say: "We know nothing about them".</w:t>
      </w:r>
    </w:p>
    <w:p>
      <w:pPr>
        <w:spacing w:before="0" w:after="120" w:line="300" w:lineRule="exact"/>
        <w:jc w:val="both"/>
      </w:pPr>
      <w:r>
        <w:rPr>
          <w:rFonts w:ascii="Georgia" w:hAnsi="Georgia" w:cs="Georgia" w:eastAsia="Georgia"/>
          <w:b w:val="0"/>
          <w:i w:val="0"/>
          <w:sz w:val="22"/>
        </w:rPr>
        <w:t>It is worth noting that the Syrian regime is notorious for using the same tactics. When the HTS is questioned regarding their brutal tactics, their answer is almost always: "We are in a state of war. We are fighting the regime, lSlS, etc". To further prove this point a close friend of mine was once approached by 2nd tier HTS leadership regarding a topic.</w:t>
      </w:r>
    </w:p>
    <w:p>
      <w:pPr>
        <w:spacing w:before="0" w:after="120" w:line="300" w:lineRule="exact"/>
        <w:jc w:val="both"/>
      </w:pPr>
      <w:r>
        <w:rPr>
          <w:rFonts w:ascii="Georgia" w:hAnsi="Georgia" w:cs="Georgia" w:eastAsia="Georgia"/>
          <w:b w:val="0"/>
          <w:i w:val="0"/>
          <w:sz w:val="22"/>
        </w:rPr>
        <w:t>During the discussion he asked them regarding lying in an interview with PBS journalist Martin Smith. When Jolani was asked about the state of their prisons, he laughed and said "We have no prisons". The brother inquired did Jolani lie? To which they replied: 'Its permissible". Not so long ago they attacked the points of Muslim Shishani after failing in many attempts to take him out of his points of Ribat in the most treacherous of ways.</w:t>
      </w:r>
    </w:p>
    <w:p>
      <w:pPr>
        <w:spacing w:before="0" w:after="120" w:line="300" w:lineRule="exact"/>
        <w:jc w:val="both"/>
      </w:pPr>
      <w:r>
        <w:rPr>
          <w:rFonts w:ascii="Georgia" w:hAnsi="Georgia" w:cs="Georgia" w:eastAsia="Georgia"/>
          <w:b w:val="0"/>
          <w:i w:val="0"/>
          <w:sz w:val="22"/>
        </w:rPr>
        <w:t>A friend of mine who used to work closely with Muslim Shishani said: "They asked to meet Muslim Shishani at one stage. Aware of their treachery, Shishani agreed but had placed some of his men around the venue where they asked to meet. As expected there was no meeting rather there were some security personnel who attempted to arrest him!!!</w:t>
      </w:r>
    </w:p>
    <w:p>
      <w:pPr>
        <w:spacing w:before="0" w:after="120" w:line="300" w:lineRule="exact"/>
        <w:jc w:val="both"/>
      </w:pPr>
      <w:r>
        <w:rPr>
          <w:rFonts w:ascii="Georgia" w:hAnsi="Georgia" w:cs="Georgia" w:eastAsia="Georgia"/>
          <w:b w:val="0"/>
          <w:i w:val="0"/>
          <w:sz w:val="22"/>
        </w:rPr>
        <w:t>Are these the manners and ways of Mujahideen??? Muslim Shishani then signalled to his guys who rushed to his assistance and freed him. Eventually when they didn't ﬁnd any excuse they began to lie, as usual, and spread false, slanderous rumours (Buhtanun Atheem) about Muslim Shishani, they then attacked his points. Also by the testimony of Abu Sulyman Al-Australi who was a member of the Jabhat Al-Nusra security council, but became disillusioned and left the liberated territories, Abu Muhammad AlJolani would have people complain about oppression on them.</w:t>
      </w:r>
    </w:p>
    <w:p>
      <w:pPr>
        <w:spacing w:before="0" w:after="120" w:line="300" w:lineRule="exact"/>
        <w:jc w:val="both"/>
      </w:pPr>
      <w:r>
        <w:rPr>
          <w:rFonts w:ascii="Georgia" w:hAnsi="Georgia" w:cs="Georgia" w:eastAsia="Georgia"/>
          <w:b w:val="0"/>
          <w:i w:val="0"/>
          <w:sz w:val="22"/>
        </w:rPr>
        <w:t>Then he would take out a notebook and pen as if to write notes, in the words of Abu Sulyman he would start scribbling on the notebook but write absolutely nothing!!! Are these permissible actions for the leaders whom Allah Ta'ala has given responsibility over the Muslims??? Abu Sulyman also described the group as 'people who are just after power, that's all'.</w:t>
      </w:r>
    </w:p>
    <w:p>
      <w:pPr>
        <w:spacing w:before="0" w:after="120" w:line="300" w:lineRule="exact"/>
        <w:jc w:val="both"/>
      </w:pPr>
      <w:r>
        <w:rPr>
          <w:rFonts w:ascii="Georgia" w:hAnsi="Georgia" w:cs="Georgia" w:eastAsia="Georgia"/>
          <w:b w:val="0"/>
          <w:i w:val="0"/>
          <w:sz w:val="22"/>
        </w:rPr>
        <w:t>When he was also appointed over prisoners he banned torture and unlawful detention of suspects. He was therefore immediately removed from his post and replaced by the person who had preceded him!!! The person who was carrying out countless injustices. There are things worse than these such as HTS trying to recruit prisoners to kill and plant lEDs under the cars of political opponents in other parts of liberated territories.</w:t>
      </w:r>
    </w:p>
    <w:p>
      <w:pPr>
        <w:spacing w:before="0" w:after="120" w:line="300" w:lineRule="exact"/>
        <w:jc w:val="both"/>
      </w:pPr>
      <w:r>
        <w:rPr>
          <w:rFonts w:ascii="Georgia" w:hAnsi="Georgia" w:cs="Georgia" w:eastAsia="Georgia"/>
          <w:b w:val="0"/>
          <w:i w:val="0"/>
          <w:sz w:val="22"/>
        </w:rPr>
        <w:t>This is confirmed by the testimony of Abu Hamaza Al-Kurdi, a Mujahid who was imprisoned by HTS for no reason other than that he knew some Mujahideen who where wanted by HTS for speaking the truth. A final note are the Killings similar to those that used to take place between the tribes in Jahiliyah before Islam. In other words, blood feuds between families loyal to HTS and other groups.</w:t>
      </w:r>
    </w:p>
    <w:p>
      <w:pPr>
        <w:spacing w:before="0" w:after="120" w:line="300" w:lineRule="exact"/>
        <w:jc w:val="both"/>
      </w:pPr>
      <w:r>
        <w:rPr>
          <w:rFonts w:ascii="Georgia" w:hAnsi="Georgia" w:cs="Georgia" w:eastAsia="Georgia"/>
          <w:b w:val="0"/>
          <w:i w:val="0"/>
          <w:sz w:val="22"/>
        </w:rPr>
        <w:t>There is too much to write here so l will leave you with some channels that speak about the injustices that are happening in ldlib. These channels are but the tip of the iceberg: Shaikh Muhadeth Majid AlRashid https://t.me/ MagedaboSaif Shaikh Abu Shuaib Masri https://t.me/aleppo1441 Abu Yahya Shami https://t.me/ ayshami Abu Abdur Rahman Kurdi https://t.me/kurd95h OGN (Bilal Abdul Kareem) https://t.me/ognenglish https://t.me/ogn_arabic Abu Al-Alaa Al-Shami https:// t.me/alaaalshami33 Former Military leader, Abu Abed Ashida https://t.me/ abooalabd Our question is as follows: 1) is it allowed lslamically for people to remain in this group?, 2) we would like some advice for those Muhajirieen (refugees) whom Allah hasn't chosen for martyrdom yet and cannot leave Syria." (End of Report and Lament)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MAY ALLAH TA'ALA DESTROY THE MUNAAFIQ BIN SHAITAAN (MBS)</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A Concerned Sister from Pakistan writes: "I have written letters to Muftis, Maulanas and a Buzrug to mention the name of MBS and to condemn him for his latest move of evil of setting up ten cinemas in Madinah Munawwarah. Mufti Taqi Uthmani Saheb tweeted these two lines on twitter: 'Now there is a plan of establishing ten cinema halls in Madinah Munawwarah – Inna lillaahi wa Inna ilayhi Raajioon. Words are unable to (adequately) express grief for this. 'What is there no rightly guided (or intelligent) man among you?" (Commenting further, the Sister says): It is really a shame! I asked him if he will tell Allah Ta'ala on the Day of Qiyaamat: 'I wrote these two lines'? I also wrote to him to explicitly mention the name of the murtad, MBS and to condemn him." (End of the Sister's letter) Our Comment Allah Ta'ala states in His Qur'aan Majeed: "If you turn away (abandon your obligation), then He (Allah) shall substitute you with others who will not be (so treacherous) like you." When</w:t>
      </w:r>
    </w:p>
    <w:p>
      <w:pPr>
        <w:spacing w:before="0" w:after="120" w:line="300" w:lineRule="exact"/>
        <w:jc w:val="both"/>
      </w:pPr>
      <w:r>
        <w:rPr>
          <w:rFonts w:ascii="Georgia" w:hAnsi="Georgia" w:cs="Georgia" w:eastAsia="Georgia"/>
          <w:b w:val="0"/>
          <w:i w:val="0"/>
          <w:sz w:val="22"/>
        </w:rPr>
        <w:t>the Ulama abandon their Fardh obligation of Amr Bil Ma'roof Nahy Anil Munkar, then Allah Ta'ala appoints even laypeople and even fussaaq to execute this duty. While the Ulama are largely silent like 'dumb devils', pious lay people such as this Concerned Sister, take over the responsibility of Amr Bil Ma'roof. Taqi Sahib's two-lined extremely lukewarm comment is never a valid discharge of the obligation of Amr Bil Ma'roof.</w:t>
      </w:r>
    </w:p>
    <w:p>
      <w:pPr>
        <w:spacing w:before="0" w:after="120" w:line="300" w:lineRule="exact"/>
        <w:jc w:val="both"/>
      </w:pPr>
      <w:r>
        <w:rPr>
          <w:rFonts w:ascii="Georgia" w:hAnsi="Georgia" w:cs="Georgia" w:eastAsia="Georgia"/>
          <w:b w:val="0"/>
          <w:i w:val="0"/>
          <w:sz w:val="22"/>
        </w:rPr>
        <w:t>In fact, due to his close embrace with the fussaaq, fujjaar and kuffaar government personnel, he utterly lacks the spiritual stamina for proclaiming the Haqq as is required by Allah Azza Wa Jal. Justifying the plan for the construction of ten brothels in Madinah Munawwarah and thereby converting this Holiest of Islam's Cities into the stinking, rotten, immoral likes of western cities, the Son of Iblees (MBS) said that the cinemas will not be within the precincts of the Haram (the holy sanctuary) of Madinah Munawwarah.</w:t>
      </w:r>
    </w:p>
    <w:p>
      <w:pPr>
        <w:spacing w:before="0" w:after="120" w:line="300" w:lineRule="exact"/>
        <w:jc w:val="both"/>
      </w:pPr>
      <w:r>
        <w:rPr>
          <w:rFonts w:ascii="Georgia" w:hAnsi="Georgia" w:cs="Georgia" w:eastAsia="Georgia"/>
          <w:b w:val="0"/>
          <w:i w:val="0"/>
          <w:sz w:val="22"/>
        </w:rPr>
        <w:t>It will be beyond this boundary. This is a satanic delusionary argument which may fool and delude morons. Only those whose brains are denuded of intelligence will swallow this notoriety. In terms of the Shariah, relevant to the Ahkaam of the Deen, the entire Arabian Peninsula, in fact every Muslim land, are Harams where the imposition of the Shariah is Waajib.</w:t>
      </w:r>
    </w:p>
    <w:p>
      <w:pPr>
        <w:spacing w:before="0" w:after="120" w:line="300" w:lineRule="exact"/>
        <w:jc w:val="both"/>
      </w:pPr>
      <w:r>
        <w:rPr>
          <w:rFonts w:ascii="Georgia" w:hAnsi="Georgia" w:cs="Georgia" w:eastAsia="Georgia"/>
          <w:b w:val="0"/>
          <w:i w:val="0"/>
          <w:sz w:val="22"/>
        </w:rPr>
        <w:t>An act or an institute which is haraam (unlawful), is not haraam only within the precincts of the boundaries of the Harams of Makkah and Madinah. Anything which is haraam according to the Shariah, remains haraam in all places, not only in the two Harams. Therefore, brothels and cinemas are haraam even beyond the Haram precincts of Madinah Munawwarah.</w:t>
      </w:r>
    </w:p>
    <w:p>
      <w:pPr>
        <w:spacing w:before="0" w:after="120" w:line="300" w:lineRule="exact"/>
        <w:jc w:val="both"/>
      </w:pPr>
      <w:r>
        <w:rPr>
          <w:rFonts w:ascii="Georgia" w:hAnsi="Georgia" w:cs="Georgia" w:eastAsia="Georgia"/>
          <w:b w:val="0"/>
          <w:i w:val="0"/>
          <w:sz w:val="22"/>
        </w:rPr>
        <w:t>Thus, the justification proffered by the Munaafiq/Murtad MBS shaitaani creature has absolutely no validity. The proposed establishment of ten cinemas in Madinah Munawwarah was expected. In fact, the next step of licensed brothels in faithful emulation of Hollywood, Bollywood and Ibleesywood should come as no surprise despite the grief and lamentability with which the hearts of the Mu'mineen will be stricken.</w:t>
      </w:r>
    </w:p>
    <w:p>
      <w:pPr>
        <w:spacing w:before="0" w:after="120" w:line="300" w:lineRule="exact"/>
        <w:jc w:val="both"/>
      </w:pPr>
      <w:r>
        <w:rPr>
          <w:rFonts w:ascii="Georgia" w:hAnsi="Georgia" w:cs="Georgia" w:eastAsia="Georgia"/>
          <w:b w:val="0"/>
          <w:i w:val="0"/>
          <w:sz w:val="22"/>
        </w:rPr>
        <w:t>The kuffaar regime currently in sway, has effectively converted Arabia into Daarul Kufr. The stage is elaborately being prepared for Dajjaal. The MBS Munaafiq/Kuffaar regime has abolished the Fardh Salaat in the Haram Shareef. It has banned Jumuah Salaat. It has banned Hajj and Umrah. In a nutshell, it has abolished the en- tire Shariah. Using the covid plot of the atheists as cover, the MBS regime is incrementally introducing more draconian laws of kufr to ensure prevalence of the conspiracy of Iblees.</w:t>
      </w:r>
    </w:p>
    <w:p>
      <w:pPr>
        <w:spacing w:before="0" w:after="120" w:line="300" w:lineRule="exact"/>
        <w:jc w:val="both"/>
      </w:pPr>
      <w:r>
        <w:rPr>
          <w:rFonts w:ascii="Georgia" w:hAnsi="Georgia" w:cs="Georgia" w:eastAsia="Georgia"/>
          <w:b w:val="0"/>
          <w:i w:val="0"/>
          <w:sz w:val="22"/>
        </w:rPr>
        <w:t>But, they all are stupidly unaware that while they plot, Allah Ta'ala too plots, and He is the best of plotters. Their conspiracies will be reduced to failure. Everything, down to the minutest detail, is in reality the decree of Allah Ta'ala. Whatever is happening today will run its course and come to an end when the Divine Decree relevant to it signals termination.</w:t>
      </w:r>
    </w:p>
    <w:p>
      <w:pPr>
        <w:spacing w:before="0" w:after="120" w:line="300" w:lineRule="exact"/>
        <w:jc w:val="both"/>
      </w:pPr>
      <w:r>
        <w:rPr>
          <w:rFonts w:ascii="Georgia" w:hAnsi="Georgia" w:cs="Georgia" w:eastAsia="Georgia"/>
          <w:b w:val="0"/>
          <w:i w:val="0"/>
          <w:sz w:val="22"/>
        </w:rPr>
        <w:t>In this regard, the Qur'aan Majeed states: "By Him are the keys of the Ghaib (i.e. what is unseen and unknown to us). No one knows this, but He. He is aware of whatever is in the land and the ocean. Not a leaf drops (from a tree), but He is aware. There is not a seed in the darkness of the earth nor anything moist or dry, but it is recorded in a Clear Book." Those Muslims, despite the prevailing state of kufr, who still desire to go to Saudi Arabia for a mock umrah and a mock hajj, are bereft of sincerity.</w:t>
      </w:r>
    </w:p>
    <w:p>
      <w:pPr>
        <w:spacing w:before="0" w:after="120" w:line="300" w:lineRule="exact"/>
        <w:jc w:val="both"/>
      </w:pPr>
      <w:r>
        <w:rPr>
          <w:rFonts w:ascii="Georgia" w:hAnsi="Georgia" w:cs="Georgia" w:eastAsia="Georgia"/>
          <w:b w:val="0"/>
          <w:i w:val="0"/>
          <w:sz w:val="22"/>
        </w:rPr>
        <w:t>In the name of Ibaadat their desire is to go for haraam holidaying.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STUPIDITY OF THE TALIBAN</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A Sister from Pakistan writes: Mufti Saheb since the day these Taliban stepped in the Presidential palace they have developed a fascination for giving statements and press releases. One of them being that women will be allowed to work in government offices within the "boundaries of Shariat". How can they be so stupid and devoid of any sense.</w:t>
      </w:r>
    </w:p>
    <w:p>
      <w:pPr>
        <w:spacing w:before="0" w:after="120" w:line="300" w:lineRule="exact"/>
        <w:jc w:val="both"/>
      </w:pPr>
      <w:r>
        <w:rPr>
          <w:rFonts w:ascii="Georgia" w:hAnsi="Georgia" w:cs="Georgia" w:eastAsia="Georgia"/>
          <w:b w:val="0"/>
          <w:i w:val="0"/>
          <w:sz w:val="22"/>
        </w:rPr>
        <w:t>Don't they know that there are no jobs in government as well as the private sector in their devastated country, and that the Shariat does not permit women to work in government departments. Even if one assumes that there are jobs, they should clearly announce that men will be given jobs as they bear the responsibility to earn and support the family.</w:t>
      </w:r>
    </w:p>
    <w:p>
      <w:pPr>
        <w:spacing w:before="0" w:after="120" w:line="300" w:lineRule="exact"/>
        <w:jc w:val="both"/>
      </w:pPr>
      <w:r>
        <w:rPr>
          <w:rFonts w:ascii="Georgia" w:hAnsi="Georgia" w:cs="Georgia" w:eastAsia="Georgia"/>
          <w:b w:val="0"/>
          <w:i w:val="0"/>
          <w:sz w:val="22"/>
        </w:rPr>
        <w:t>Two days back their education minister Molvi Noorullah Muneer gave this statement on a video (I read it in an online news paper). Can't these Taliban just remain quiet knowing that the eyes and ears of the Kuffar and other governments are glued and strained towards them, waiting to pounce on each and every word they say. Why can't they just stay silent and work towards building their war ravaged country within their means with Tawakkal on Allah Ta'ala?</w:t>
      </w:r>
    </w:p>
    <w:p>
      <w:pPr>
        <w:spacing w:before="0" w:after="120" w:line="300" w:lineRule="exact"/>
        <w:jc w:val="both"/>
      </w:pPr>
      <w:r>
        <w:rPr>
          <w:rFonts w:ascii="Georgia" w:hAnsi="Georgia" w:cs="Georgia" w:eastAsia="Georgia"/>
          <w:b w:val="0"/>
          <w:i w:val="0"/>
          <w:sz w:val="22"/>
        </w:rPr>
        <w:t>What can one do other than dua.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PAKISTAN – WATER ZULM</w:t>
      </w:r>
    </w:p>
    <w:p>
      <w:pPr>
        <w:spacing w:before="0" w:after="160" w:line="300" w:lineRule="exact"/>
        <w:jc w:val="center"/>
      </w:pPr>
      <w:r>
        <w:rPr>
          <w:rFonts w:ascii="Georgia" w:hAnsi="Georgia" w:cs="Georgia" w:eastAsia="Georgia"/>
          <w:b w:val="0"/>
          <w:i/>
          <w:sz w:val="16"/>
        </w:rPr>
        <w:t>Page 2, 3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wish to know what is the ruling of the Shariah regarding use of Water in a River for agricultural, irrigation, residential uses etc.? Do riparian regions have more right to utilise such water than those living downstream? I ask this as my family is from Kashmir, where the largest rivers of Pakistan originate. However, the people of that region of Kashmir under Pakistan control have no right to use the water that flows in their own land. The rivers, dams and reservoirs are all under the control of the Pakistan government, who produce all the electricity and distribute it all downstream while Kashmiris get nothing from this. Is this Islamic?</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satanic. The government of Pakistan is kuffaar. That is why they are committing the zulm of preventing people from using the natural waters of the rivers. All human beings and animals are free, absolutely free according to Islam, to use natural water without anyone's consent. Natural water, wherever it may be, even if on private land, may not be regarded as personal property. It is haraam to prohibit any person or animal from cause for the secession. It is absolute zulm to deprive or debar the Kashmiris from using the natural waters which Allah Ta'ala has created for them. WATER ZULM drinking, taking and using natu- ral water. What the kuffaar regime of Napakistan is doing is pure shaitaaniyat. It was this very same attitude of disdain for non-Punjabis which had caused the split of Pa- kistan and brought about the establishment of Bangladesh with its 'Hindu' government. The zulm of the regime in control of West Pakistan on the people of East Pakistan (Bengal) was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'PLEDGE OF LOYALTY'</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QUESTION My family and I have French passports. Some of these passports recently expired. I was reluctant to renew the passports of my wife and daughters. The reason is that the French authorities do not accept photos in which someone has a head covering. As we are living in the UK since a few years and I know that the British authorities allow Religious headwear for passport photos, I explored the option of applying for British citizenship in order to get British passports so that we can overcome the issue of head covering in French passports.</w:t>
      </w:r>
    </w:p>
    <w:p>
      <w:pPr>
        <w:spacing w:before="0" w:after="120" w:line="300" w:lineRule="exact"/>
        <w:jc w:val="both"/>
      </w:pPr>
      <w:r>
        <w:rPr>
          <w:rFonts w:ascii="Georgia" w:hAnsi="Georgia" w:cs="Georgia" w:eastAsia="Georgia"/>
          <w:b w:val="0"/>
          <w:i w:val="0"/>
          <w:sz w:val="22"/>
        </w:rPr>
        <w:t>However I have learnt that, as part of the British citizenship application, a person has to take a 'pledge of loyalty' in the following words: "I will give my loyalty to the United Kingdom and respect its rights and freedoms. I will uphold its democratic values. I will observe its laws faithfully and fulfil my duties and obligations as a British Citizen." Additionally, the person has also to swear an 'oath of allegiance' in the following words: "I (YOUR NAME) swear by Almighty God that on becoming a British Citizen, I will be faithful and bear true allegiance to Her Majesty Queen Elizabeth the Second, her Heirs and Successors according to law." The above 'oath of allegiance' is not absolutely necessary and if a person prefers, an 'affirmation of allegiance' can be said as a substitute in the following words: "I (YOUR NAME) do solemnly, sincerely and truly declare and affirm that on becoming a British Citizen, I will be faithful and bear true allegiance to Her Majesty Queen Elizabeth the Second, her Heirs and Successors, according to law." Some fatwas I came across seem to offer some leeway if people seek to qualify for and secure a citizenship even if it entails acknowledging outwardly the kind of statements described above.</w:t>
      </w:r>
    </w:p>
    <w:p>
      <w:pPr>
        <w:spacing w:before="0" w:after="120" w:line="300" w:lineRule="exact"/>
        <w:jc w:val="both"/>
      </w:pPr>
      <w:r>
        <w:rPr>
          <w:rFonts w:ascii="Georgia" w:hAnsi="Georgia" w:cs="Georgia" w:eastAsia="Georgia"/>
          <w:b w:val="0"/>
          <w:i w:val="0"/>
          <w:sz w:val="22"/>
        </w:rPr>
        <w:t>Please shed some light on this issue? Is there really any scope for a Muslim to say these words (viz. the pledge in addition to the oath or affirmation mentioned above) in order to get British citizenship? What are the implications for a Muslim saying those words? ANSWER All people who become citizens of a country give the oath of allegiance to the kuffaar government.</w:t>
      </w:r>
    </w:p>
    <w:p>
      <w:pPr>
        <w:spacing w:before="0" w:after="120" w:line="300" w:lineRule="exact"/>
        <w:jc w:val="both"/>
      </w:pPr>
      <w:r>
        <w:rPr>
          <w:rFonts w:ascii="Georgia" w:hAnsi="Georgia" w:cs="Georgia" w:eastAsia="Georgia"/>
          <w:b w:val="0"/>
          <w:i w:val="0"/>
          <w:sz w:val="22"/>
        </w:rPr>
        <w:t>When this oath is given, then it is incumbent to abide by the oath. If the oath includes submission to flagrant haraam and kufr, then obviously it will not be permissible to become a citizen of that country. It is not permissible to become a citizen of the U.K. or of any other country because the oath of allegiance in this case makes incumbent acceptance of blatant kufr laws such as acceptance of homosexuality, lesbianism, etc.</w:t>
      </w:r>
    </w:p>
    <w:p>
      <w:pPr>
        <w:spacing w:before="0" w:after="120" w:line="300" w:lineRule="exact"/>
        <w:jc w:val="both"/>
      </w:pPr>
      <w:r>
        <w:rPr>
          <w:rFonts w:ascii="Georgia" w:hAnsi="Georgia" w:cs="Georgia" w:eastAsia="Georgia"/>
          <w:b w:val="0"/>
          <w:i w:val="0"/>
          <w:sz w:val="22"/>
        </w:rPr>
        <w:t>Hence, regardless of the wording of the 'pledge of allegiance', it is haraam to become a citizen of the U.K. even if there is no explicit kufr stated in the phraseology of the pledge. Furthermore, both forms of the 'pledge of allegiance' mentioned by you are not permissible. The pledge of loyalty requires one to submit to the avalanche of haraam, kufr, fisq and fujoor which constitute integral constituents of the law.</w:t>
      </w:r>
    </w:p>
    <w:p>
      <w:pPr>
        <w:spacing w:before="0" w:after="120" w:line="300" w:lineRule="exact"/>
        <w:jc w:val="both"/>
      </w:pPr>
      <w:r>
        <w:rPr>
          <w:rFonts w:ascii="Georgia" w:hAnsi="Georgia" w:cs="Georgia" w:eastAsia="Georgia"/>
          <w:b w:val="0"/>
          <w:i w:val="0"/>
          <w:sz w:val="22"/>
        </w:rPr>
        <w:t>A Mus- lim should never think of migrating to a kaafir country for worldly reasons, e.g. business, employment, etc. Regarding the requisite of photos without head-covering, it is an argument devoid of significance in the light of the fact that photos are haraam even with headgear. It is devoid of Shar'i substance. It is haraam for even males to take photos.</w:t>
      </w:r>
    </w:p>
    <w:p>
      <w:pPr>
        <w:spacing w:before="0" w:after="120" w:line="300" w:lineRule="exact"/>
        <w:jc w:val="both"/>
      </w:pPr>
      <w:r>
        <w:rPr>
          <w:rFonts w:ascii="Georgia" w:hAnsi="Georgia" w:cs="Georgia" w:eastAsia="Georgia"/>
          <w:b w:val="0"/>
          <w:i w:val="0"/>
          <w:sz w:val="22"/>
        </w:rPr>
        <w:t>When there is no compulsion, then it remains haraam and sinful for even men to have their photos taken. One is not compelled to become a citizen of U.K. or France or of any other Daarul Kufr/Harb nor is one compelled to submit to this kabeerah (major) sin for travelling to Saudi Arabia which is currently also Daarul Kufr, for the sake of Umrah or Hajj.</w:t>
      </w:r>
    </w:p>
    <w:p>
      <w:pPr>
        <w:spacing w:before="0" w:after="120" w:line="300" w:lineRule="exact"/>
        <w:jc w:val="both"/>
      </w:pPr>
      <w:r>
        <w:rPr>
          <w:rFonts w:ascii="Georgia" w:hAnsi="Georgia" w:cs="Georgia" w:eastAsia="Georgia"/>
          <w:b w:val="0"/>
          <w:i w:val="0"/>
          <w:sz w:val="22"/>
        </w:rPr>
        <w:t>Thus, female photos with or without head-covering are the same. All such photos are haraam. Therefore, giving the pledge of allegiance to any government of any country, whether a kaafir land or a Muslim land, is not permissible. All such pledges require obedience to kufr, fisq and fujoor. It is not merely the issue of the wording.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 CITIZENS IN NON-MUSLIM COUNTRIES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Question Please comment on the following statement made by a modernist: "It is a settled Shariah principle that a Muslim citizen residing in a modern non-muslim constitutional state, based on the rule of law, enters into an explicit or tacit agreement with the state, in terms of which he or she is obliged to obey all neutral laws and regulations, enacted in the public interest, which fall within the very wide category of mubah or what is described as merely permitted or neutral matters, examples are traffic and town planning laws." The modernist backs up his claim with a reference from Ad -durul Mukhtaar which says: "….Because obedience to the Imaam in things which are not sinful is Fardh. The action of the Imaam centres on expediency." The objective of the modernist is to convince Muslims that it is a requirement of the Shariah for them to obey the government's corona protocols, and if they disobey, they will be sinful. Is this correct in terms of the Shariah? Will a Muslim who disobeys the laws of the kuffaar country of which he is a citizen be deemed sinful in terms of the Shariah? Answer The brains of the modernist is convoluted with kufr, hence he is not blessed with the bounty of brain-application. What he has disgorged in his statement is rubbish. It is clear that this chap is a bootlicker of the kuffaar. In his bootlicking, he seeks to appease his kuffaar masters with his egregious misinterpretation of the texts of the Shariah. The statement which the moron has ripped out of Ad-Durrul Mukhtaar has no relationship</w:t>
      </w:r>
    </w:p>
    <w:p>
      <w:pPr>
        <w:spacing w:before="0" w:after="120" w:line="300" w:lineRule="exact"/>
        <w:jc w:val="both"/>
      </w:pPr>
      <w:r>
        <w:rPr>
          <w:rFonts w:ascii="Georgia" w:hAnsi="Georgia" w:cs="Georgia" w:eastAsia="Georgia"/>
          <w:b w:val="0"/>
          <w:i w:val="0"/>
          <w:sz w:val="22"/>
        </w:rPr>
        <w:t>with a kuffaar state. It applies to an Islamic state, and none of the present Muslim lands governed by kuffaar regimes is an Islamic state, not even Afghanistan where currently the "Taliban" have treacherously betrayed the Ummah by violating their Covenant with Allah Azza Wa Jal. The "Imaam" mentioned in the quote by the moron modernist refers to the Khalifah or the Sultan or the Haakim of an Islamic state.</w:t>
      </w:r>
    </w:p>
    <w:p>
      <w:pPr>
        <w:spacing w:before="0" w:after="120" w:line="300" w:lineRule="exact"/>
        <w:jc w:val="both"/>
      </w:pPr>
      <w:r>
        <w:rPr>
          <w:rFonts w:ascii="Georgia" w:hAnsi="Georgia" w:cs="Georgia" w:eastAsia="Georgia"/>
          <w:b w:val="0"/>
          <w:i w:val="0"/>
          <w:sz w:val="22"/>
        </w:rPr>
        <w:t>It does not refer to the president or regime of a nonMuslim country. It is absolutely preposterous to understand that it is Fardh for a Muslim to obey man-made laws, and disobeying such laws being sinful, thereby making him liable for Jahannam in the Aakhirah. The consequence of disobeying Fardh is Jahannam, and its denial is kufr. Thus, in terms of the convoluted logic of the moron modernist, a Muslim who denies and rejects the hallucinated fardhiyat of traffic and town planning laws enacted by those who wallow in janaabat, najaasat and kufr becomes a murtadd.</w:t>
      </w:r>
    </w:p>
    <w:p>
      <w:pPr>
        <w:spacing w:before="0" w:after="120" w:line="300" w:lineRule="exact"/>
        <w:jc w:val="both"/>
      </w:pPr>
      <w:r>
        <w:rPr>
          <w:rFonts w:ascii="Georgia" w:hAnsi="Georgia" w:cs="Georgia" w:eastAsia="Georgia"/>
          <w:b w:val="0"/>
          <w:i w:val="0"/>
          <w:sz w:val="22"/>
        </w:rPr>
        <w:t>Also, the term fardh in the context of the statement cited from Ad-Durrul Mukhtaar does not have the technical Fiqhi meaning. It merely conveys the importance and essentiality of obeying the MUSLIM IMAAM in all rules/laws which are permissible in Islam. Disobedience of such laws enacted by even the Imaam of the Islamic state is not sinful.</w:t>
      </w:r>
    </w:p>
    <w:p>
      <w:pPr>
        <w:spacing w:before="0" w:after="120" w:line="300" w:lineRule="exact"/>
        <w:jc w:val="both"/>
      </w:pPr>
      <w:r>
        <w:rPr>
          <w:rFonts w:ascii="Georgia" w:hAnsi="Georgia" w:cs="Georgia" w:eastAsia="Georgia"/>
          <w:b w:val="0"/>
          <w:i w:val="0"/>
          <w:sz w:val="22"/>
        </w:rPr>
        <w:t>It is not punishable in the Aakhirat. While Ad-Durrul Mukhtaar is concerned with the Imaam of an Islamic State, the moron rips out a Shar'i issue from its context to apply it to a "modern non -Muslim constitutional state". At least the modernist has saved his skin from the fatwa of kufr by predicating the obedience to "neutral laws and regulations" which are presumed to be such enactments which are not in conflict with the Shariah.</w:t>
      </w:r>
    </w:p>
    <w:p>
      <w:pPr>
        <w:spacing w:before="0" w:after="120" w:line="300" w:lineRule="exact"/>
        <w:jc w:val="both"/>
      </w:pPr>
      <w:r>
        <w:rPr>
          <w:rFonts w:ascii="Georgia" w:hAnsi="Georgia" w:cs="Georgia" w:eastAsia="Georgia"/>
          <w:b w:val="0"/>
          <w:i w:val="0"/>
          <w:sz w:val="22"/>
        </w:rPr>
        <w:t>No one has any issue with such rules and regulations which are not in violation of the Shariah. However, despite the beneficial objectives of such rules and regulations, disobedience is not sinful in terms of the Shariah. Thus, his claim that the Muslim "is obliged to obey" such laws should not be understood to mean that it is technically Waajib, and that disobedience of such manmade laws is sinful.</w:t>
      </w:r>
    </w:p>
    <w:p>
      <w:pPr>
        <w:spacing w:before="0" w:after="120" w:line="300" w:lineRule="exact"/>
        <w:jc w:val="both"/>
      </w:pPr>
      <w:r>
        <w:rPr>
          <w:rFonts w:ascii="Georgia" w:hAnsi="Georgia" w:cs="Georgia" w:eastAsia="Georgia"/>
          <w:b w:val="0"/>
          <w:i w:val="0"/>
          <w:sz w:val="22"/>
        </w:rPr>
        <w:t>The modernist moron, dwelling in confusion states that the Muslim citizen living in a nonMuslim state "enters into an explicit or tacit agreement with the state" to obey all the trash enacted by the state. Here the fellow mentions two opposites: explicit and tacit. What are his grounds for claiming an explicit agreement between Muslim citizens and the state?</w:t>
      </w:r>
    </w:p>
    <w:p>
      <w:pPr>
        <w:spacing w:before="0" w:after="120" w:line="300" w:lineRule="exact"/>
        <w:jc w:val="both"/>
      </w:pPr>
      <w:r>
        <w:rPr>
          <w:rFonts w:ascii="Georgia" w:hAnsi="Georgia" w:cs="Georgia" w:eastAsia="Georgia"/>
          <w:b w:val="0"/>
          <w:i w:val="0"/>
          <w:sz w:val="22"/>
        </w:rPr>
        <w:t>Which document of obedience, which sacrament of allegiance do Muslim citizens pledge obedience, the violation of which will render them fussaaq? The moron should explain the basis for claiming that there exists an explicit agreement. In a bid to cover his moronity, he paradoxically says "or tacit". What is the basis for even this hallucinated tacit or implied agreement?</w:t>
      </w:r>
    </w:p>
    <w:p>
      <w:pPr>
        <w:spacing w:before="0" w:after="120" w:line="300" w:lineRule="exact"/>
        <w:jc w:val="both"/>
      </w:pPr>
      <w:r>
        <w:rPr>
          <w:rFonts w:ascii="Georgia" w:hAnsi="Georgia" w:cs="Georgia" w:eastAsia="Georgia"/>
          <w:b w:val="0"/>
          <w:i w:val="0"/>
          <w:sz w:val="22"/>
        </w:rPr>
        <w:t>The reality is that there is no agreement whatsoever with the state, neither explicit nor tacit. Just as all non-Muslims in the non-Muslim state are citizens, Muslims of a "modern nonMuslim constitutional state" are also citizens. Citizens are not outsiders. They are not in the country on the basis of temporary visas. They are not in the category of the Musta'min (one who enters Darul Kufr with a visa).</w:t>
      </w:r>
    </w:p>
    <w:p>
      <w:pPr>
        <w:spacing w:before="0" w:after="120" w:line="300" w:lineRule="exact"/>
        <w:jc w:val="both"/>
      </w:pPr>
      <w:r>
        <w:rPr>
          <w:rFonts w:ascii="Georgia" w:hAnsi="Georgia" w:cs="Georgia" w:eastAsia="Georgia"/>
          <w:b w:val="0"/>
          <w:i w:val="0"/>
          <w:sz w:val="22"/>
        </w:rPr>
        <w:t>If the outsider Muslim knows that he will be required/ compelled to act in conflict with the Shariah in the non-Muslim state, then it will be haraam for him to enter with a visa. The principle of Laa ghadra fi daaril harb (There is no treachery in darul harb), applies to a Muslim who acquires permission (a visa) from the kuffaar state to visit daarul kufr.</w:t>
      </w:r>
    </w:p>
    <w:p>
      <w:pPr>
        <w:spacing w:before="0" w:after="120" w:line="300" w:lineRule="exact"/>
        <w:jc w:val="both"/>
      </w:pPr>
      <w:r>
        <w:rPr>
          <w:rFonts w:ascii="Georgia" w:hAnsi="Georgia" w:cs="Georgia" w:eastAsia="Georgia"/>
          <w:b w:val="0"/>
          <w:i w:val="0"/>
          <w:sz w:val="22"/>
        </w:rPr>
        <w:t>This Muslim is obliged to obey all the laws which the moron describes as "neutral", that is, such laws which are not in conflict with the Shariah. If he is required to submit to haraam, then it will be haraam for him to visit daarul kufr/harb. But germane to Muslim citizens in the non-Muslim state, the issue of ghadr does not apply. It is perfectly permissible to adopt measures to save oneself from the zulm (oppression and injustice) of the state.</w:t>
      </w:r>
    </w:p>
    <w:p>
      <w:pPr>
        <w:spacing w:before="0" w:after="120" w:line="300" w:lineRule="exact"/>
        <w:jc w:val="both"/>
      </w:pPr>
      <w:r>
        <w:rPr>
          <w:rFonts w:ascii="Georgia" w:hAnsi="Georgia" w:cs="Georgia" w:eastAsia="Georgia"/>
          <w:b w:val="0"/>
          <w:i w:val="0"/>
          <w:sz w:val="22"/>
        </w:rPr>
        <w:t>Some of our greatest Fuqaha and Aimmah Mujtahideen living in Daarul Islam had also sided with the rebels to displace the existing Khilaafat, e.g. the Khilaafate of Bani Umayya with the Khilaafate of Banu Abbaas. And this they did despite the Shariah having been fully implemented by the Ameerul Mu'mineen of the time. These Fuqaha who were also Auliya of high rank understood the Laws of the Qur'aan and Sunnah which a million moron modernists will never be able to comprehend.</w:t>
      </w:r>
    </w:p>
    <w:p>
      <w:pPr>
        <w:spacing w:before="0" w:after="120" w:line="300" w:lineRule="exact"/>
        <w:jc w:val="both"/>
      </w:pPr>
      <w:r>
        <w:rPr>
          <w:rFonts w:ascii="Georgia" w:hAnsi="Georgia" w:cs="Georgia" w:eastAsia="Georgia"/>
          <w:b w:val="0"/>
          <w:i w:val="0"/>
          <w:sz w:val="22"/>
        </w:rPr>
        <w:t>The moron should tell the baboons in the mountain regarding the 'fardhiyat' of obeying kuffaar regimes on the basis of some hallucinated 'explicit' or 'tacit' covenant. The moron modernist has fabricated his stupidity on the basis of hallucination due to perhaps substance abuse. He is clearly a bootlicker, and the objective of life of all bootlickers is the haraam boodle which is the focus of their existence.</w:t>
      </w:r>
    </w:p>
    <w:p>
      <w:pPr>
        <w:spacing w:before="0" w:after="120" w:line="300" w:lineRule="exact"/>
        <w:jc w:val="both"/>
      </w:pPr>
      <w:r>
        <w:rPr>
          <w:rFonts w:ascii="Georgia" w:hAnsi="Georgia" w:cs="Georgia" w:eastAsia="Georgia"/>
          <w:b w:val="0"/>
          <w:i w:val="0"/>
          <w:sz w:val="22"/>
        </w:rPr>
        <w:t>Insha-Allah, as time permits, the other stupidities of the moron shall be rebutted.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MUSJID MEMBERSHIP FEES</w:t>
      </w:r>
    </w:p>
    <w:p>
      <w:pPr>
        <w:spacing w:before="0" w:after="160" w:line="300" w:lineRule="exact"/>
        <w:jc w:val="center"/>
      </w:pPr>
      <w:r>
        <w:rPr>
          <w:rFonts w:ascii="Georgia" w:hAnsi="Georgia" w:cs="Georgia" w:eastAsia="Georgia"/>
          <w:b w:val="0"/>
          <w:i/>
          <w:sz w:val="16"/>
        </w:rPr>
        <w:t>Page 4, 5 of the original. Heading read from the printed headline artwork.</w:t>
      </w:r>
    </w:p>
    <w:p>
      <w:pPr>
        <w:spacing w:before="0" w:after="120" w:line="300" w:lineRule="exact"/>
        <w:jc w:val="both"/>
      </w:pPr>
      <w:r>
        <w:rPr>
          <w:rFonts w:ascii="Georgia" w:hAnsi="Georgia" w:cs="Georgia" w:eastAsia="Georgia"/>
          <w:b w:val="0"/>
          <w:i w:val="0"/>
          <w:sz w:val="22"/>
        </w:rPr>
        <w:t>Question Musjids in U.K. are charging membership fees on the basis of ethnicity. Nearly all Gujarati (Indian) Musjid Organisations have a system of membership. Gujarati families are required to become a member of the local Musjid. The Trustees and the Management Committees decide whom to take as member. In most cases Pakistani residents are not allowed to become members, but their children are admitted in the Madrasahs and charged double fees.</w:t>
      </w:r>
    </w:p>
    <w:p>
      <w:pPr>
        <w:spacing w:before="0" w:after="120" w:line="300" w:lineRule="exact"/>
        <w:jc w:val="both"/>
      </w:pPr>
      <w:r>
        <w:rPr>
          <w:rFonts w:ascii="Georgia" w:hAnsi="Georgia" w:cs="Georgia" w:eastAsia="Georgia"/>
          <w:b w:val="0"/>
          <w:i w:val="0"/>
          <w:sz w:val="22"/>
        </w:rPr>
        <w:t>The Pakistani families have no choice but to send their children to our Madrasahs as Gujarati Madrasahs have a better system of Deeni education. In a Gujarati family once a boy turns 18 years, he has to become a member. If not, then if he is married and has children of Madrasah age he will be first asked to become a member or his children will not be admitted.</w:t>
      </w:r>
    </w:p>
    <w:p>
      <w:pPr>
        <w:spacing w:before="0" w:after="120" w:line="300" w:lineRule="exact"/>
        <w:jc w:val="both"/>
      </w:pPr>
      <w:r>
        <w:rPr>
          <w:rFonts w:ascii="Georgia" w:hAnsi="Georgia" w:cs="Georgia" w:eastAsia="Georgia"/>
          <w:b w:val="0"/>
          <w:i w:val="0"/>
          <w:sz w:val="22"/>
        </w:rPr>
        <w:t>A Gujarati boy who gets married and wants his child to be admitted and he is, say 23 years old, then he is asked to pay 5 years arrear fees. Nikah and Janaza are also done in accordance with their membership and even if a member of the family pays a fee for the service, the imaam also is paid a fee for all nikahs he performs. Is this system permissible in the Shariah?</w:t>
      </w:r>
    </w:p>
    <w:p>
      <w:pPr>
        <w:spacing w:before="0" w:after="120" w:line="300" w:lineRule="exact"/>
        <w:jc w:val="both"/>
      </w:pPr>
      <w:r>
        <w:rPr>
          <w:rFonts w:ascii="Georgia" w:hAnsi="Georgia" w:cs="Georgia" w:eastAsia="Georgia"/>
          <w:b w:val="0"/>
          <w:i w:val="0"/>
          <w:sz w:val="22"/>
        </w:rPr>
        <w:t>Answer The facilities of a Musjid are free for all Musallis. The membership fees are in emulation of kuffaar who have such fees for members of their temples. The double fees for Madrasah teaching is haraam. There is no valid Shar'i basis for this discrimination based on ethnicity. While lower fees and no fees are permissible on the basis of poverty and low income, double fees on the basis of ethnicity are haraam.</w:t>
      </w:r>
    </w:p>
    <w:p>
      <w:pPr>
        <w:spacing w:before="0" w:after="120" w:line="300" w:lineRule="exact"/>
        <w:jc w:val="both"/>
      </w:pPr>
      <w:r>
        <w:rPr>
          <w:rFonts w:ascii="Georgia" w:hAnsi="Georgia" w:cs="Georgia" w:eastAsia="Georgia"/>
          <w:b w:val="0"/>
          <w:i w:val="0"/>
          <w:sz w:val="22"/>
        </w:rPr>
        <w:t>There is no Shar'i validity for becoming a member at the age of 18 or any other age. The membership itself is impermissible. Denying children Waajib Deeni ta'leem merely because their parents are not members is zulm and haraam. Denying ta'leem because of parents unable to pay fees or not willing to pay, is also haraam. Qur'aanic ta'leem may not be withheld from children or from adults on the basis of nonpayment of fees.</w:t>
      </w:r>
    </w:p>
    <w:p>
      <w:pPr>
        <w:spacing w:before="0" w:after="120" w:line="300" w:lineRule="exact"/>
        <w:jc w:val="both"/>
      </w:pPr>
      <w:r>
        <w:rPr>
          <w:rFonts w:ascii="Georgia" w:hAnsi="Georgia" w:cs="Georgia" w:eastAsia="Georgia"/>
          <w:b w:val="0"/>
          <w:i w:val="0"/>
          <w:sz w:val="22"/>
        </w:rPr>
        <w:t>The 'arrear' fees are aggravated zulm and haraam. This is really ridiculous zulm. Paying the imam for performing Janaazah Salaat is haraam.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SHOULD THE 'OPPRESSED' MUSLIMS DO?</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A Brother from India writes: Question I am writing to ask you for advice on the political situation in India. I feel that there is no need to say much about the Bhartiya Janata Party (BJP) government of India. Their actions upon the populace in general, and upon the Muslims of India in particular, are well known to the country and the world.</w:t>
      </w:r>
    </w:p>
    <w:p>
      <w:pPr>
        <w:spacing w:before="0" w:after="120" w:line="300" w:lineRule="exact"/>
        <w:jc w:val="both"/>
      </w:pPr>
      <w:r>
        <w:rPr>
          <w:rFonts w:ascii="Georgia" w:hAnsi="Georgia" w:cs="Georgia" w:eastAsia="Georgia"/>
          <w:b w:val="0"/>
          <w:i w:val="0"/>
          <w:sz w:val="22"/>
        </w:rPr>
        <w:t>While I understand the principle that "your deeds are your rulers", and that moral reformation is exceedingly urgent, there are a couple of logistic issues on which I seek clarity: 1. In a few months, elections are scheduled to be held in the North -Indian province of Uttar Pradesh (UP). The ruling BJP seeks a return to power and are campaigning aggressively.</w:t>
      </w:r>
    </w:p>
    <w:p>
      <w:pPr>
        <w:spacing w:before="0" w:after="120" w:line="300" w:lineRule="exact"/>
        <w:jc w:val="both"/>
      </w:pPr>
      <w:r>
        <w:rPr>
          <w:rFonts w:ascii="Georgia" w:hAnsi="Georgia" w:cs="Georgia" w:eastAsia="Georgia"/>
          <w:b w:val="0"/>
          <w:i w:val="0"/>
          <w:sz w:val="22"/>
        </w:rPr>
        <w:t>In my opinion, the elections are a farce and the results are probably a foregone conclusion. I base my opinion on the bizarre occurrences during the previous elections when even constituencies of western UP - such as in Deoband - were won by the BJP. Election fraud and hacking of vote-machines were suspected. These suspicions were never proved, although the capturing of the entire election machinery and investigating agencies by the national government cannot be ruled out.</w:t>
      </w:r>
    </w:p>
    <w:p>
      <w:pPr>
        <w:spacing w:before="0" w:after="120" w:line="300" w:lineRule="exact"/>
        <w:jc w:val="both"/>
      </w:pPr>
      <w:r>
        <w:rPr>
          <w:rFonts w:ascii="Georgia" w:hAnsi="Georgia" w:cs="Georgia" w:eastAsia="Georgia"/>
          <w:b w:val="0"/>
          <w:i w:val="0"/>
          <w:sz w:val="22"/>
        </w:rPr>
        <w:t>I must add that, occasionally, elections in other parts of the country have gone against the BJP where they have lost. However, the province of UP has been their big support base and communal hate-mongering as well as oppression by the state police in this province is arguably the worst in the entire country. Under such conditions, how reasonable is it for Muslims and especially Muslim women to exit their homes to cast their vote in the elections?</w:t>
      </w:r>
    </w:p>
    <w:p>
      <w:pPr>
        <w:spacing w:before="0" w:after="120" w:line="300" w:lineRule="exact"/>
        <w:jc w:val="both"/>
      </w:pPr>
      <w:r>
        <w:rPr>
          <w:rFonts w:ascii="Georgia" w:hAnsi="Georgia" w:cs="Georgia" w:eastAsia="Georgia"/>
          <w:b w:val="0"/>
          <w:i w:val="0"/>
          <w:sz w:val="22"/>
        </w:rPr>
        <w:t>Election queues are long and the crowds at each polling booth may swell to hundreds, along with presence of police and politically affiliated ruffians. The concern increases in constituencies where Muslims are a small minority among the voting populace. And all this for a vote which may be ultimately defrauded or hacked. 2. I wish to ask you regarding Muslim politicians or political workers who associate with the BJP party or support the party in any way.</w:t>
      </w:r>
    </w:p>
    <w:p>
      <w:pPr>
        <w:spacing w:before="0" w:after="120" w:line="300" w:lineRule="exact"/>
        <w:jc w:val="both"/>
      </w:pPr>
      <w:r>
        <w:rPr>
          <w:rFonts w:ascii="Georgia" w:hAnsi="Georgia" w:cs="Georgia" w:eastAsia="Georgia"/>
          <w:b w:val="0"/>
          <w:i w:val="0"/>
          <w:sz w:val="22"/>
        </w:rPr>
        <w:t>Particularly, the status of this man called Jamal Siddiqui and others like him. I have copy-pasted verbatim below a couple of articles reported by an online news website "www.theprint.in". Somebody told me about the reported article, so I went ahead and looked it up online. In particular, the first article among these two was absolutely infuriating to sit through for me, and I can only apologise profusely to you for making you read through it.</w:t>
      </w:r>
    </w:p>
    <w:p>
      <w:pPr>
        <w:spacing w:before="0" w:after="120" w:line="300" w:lineRule="exact"/>
        <w:jc w:val="both"/>
      </w:pPr>
      <w:r>
        <w:rPr>
          <w:rFonts w:ascii="Georgia" w:hAnsi="Georgia" w:cs="Georgia" w:eastAsia="Georgia"/>
          <w:b w:val="0"/>
          <w:i w:val="0"/>
          <w:sz w:val="22"/>
        </w:rPr>
        <w:t>I am at a loss for anything to say, but please know that I am just really sorry for forwarding it to you. (End of query) Answer May Allah Ta'ala guide Muslims and save us all from the consequences of our misdeeds. May Allah Ta'ala eliminate the Hindu mushrik zaalimeen. 1) Regardless of the prevailing situation, it will not be permissible for Muslim women to emerge from their homes, min- gle with kuffaar, fussaaq, fujjaar and hooligans to cast votes.</w:t>
      </w:r>
    </w:p>
    <w:p>
      <w:pPr>
        <w:spacing w:before="0" w:after="120" w:line="300" w:lineRule="exact"/>
        <w:jc w:val="both"/>
      </w:pPr>
      <w:r>
        <w:rPr>
          <w:rFonts w:ascii="Georgia" w:hAnsi="Georgia" w:cs="Georgia" w:eastAsia="Georgia"/>
          <w:b w:val="0"/>
          <w:i w:val="0"/>
          <w:sz w:val="22"/>
        </w:rPr>
        <w:t>They should remain at home and make dua. In fact, this should also be the stance of Muslim men. There is no succour in bootlicking the kuffaar. There is no safety for Muslims in attempting to lick the boots of this and that kuffaar political entities. The primary problem is that our focus is not at all on Allah Ta'ala. We fail to understand that it is only Allah Azza Wa Jal Who installs and removes rulers/governments.</w:t>
      </w:r>
    </w:p>
    <w:p>
      <w:pPr>
        <w:spacing w:before="0" w:after="120" w:line="300" w:lineRule="exact"/>
        <w:jc w:val="both"/>
      </w:pPr>
      <w:r>
        <w:rPr>
          <w:rFonts w:ascii="Georgia" w:hAnsi="Georgia" w:cs="Georgia" w:eastAsia="Georgia"/>
          <w:b w:val="0"/>
          <w:i w:val="0"/>
          <w:sz w:val="22"/>
        </w:rPr>
        <w:t>The hacking and defrauding occurring during elections are also cogs in the Divine Machinery to give effect to the Decree of Allah Azza Wa Jal. The BJP idolaters will be eliminated only when their divinely ordained course has terminated. Regardless of endeavours by Muslims and others to remove the evil government, they will not succeed as long as the BJP's divinely chalked course does not end.</w:t>
      </w:r>
    </w:p>
    <w:p>
      <w:pPr>
        <w:spacing w:before="0" w:after="120" w:line="300" w:lineRule="exact"/>
        <w:jc w:val="both"/>
      </w:pPr>
      <w:r>
        <w:rPr>
          <w:rFonts w:ascii="Georgia" w:hAnsi="Georgia" w:cs="Georgia" w:eastAsia="Georgia"/>
          <w:b w:val="0"/>
          <w:i w:val="0"/>
          <w:sz w:val="22"/>
        </w:rPr>
        <w:t>Muslims should not embark on any action which is in conflict with the Shariah regardless of any perceived benefits. Our perceptions which are in conflict with the Shariah are shaitaani inspirations and traps to derail us from Siraatul Mustaqeem. 2) The Muslims who work with the BJP are sell-outs and traitors. Their Imaan dangles on a thread if not already extinguished.</w:t>
      </w:r>
    </w:p>
    <w:p>
      <w:pPr>
        <w:spacing w:before="0" w:after="120" w:line="300" w:lineRule="exact"/>
        <w:jc w:val="both"/>
      </w:pPr>
      <w:r>
        <w:rPr>
          <w:rFonts w:ascii="Georgia" w:hAnsi="Georgia" w:cs="Georgia" w:eastAsia="Georgia"/>
          <w:b w:val="0"/>
          <w:i w:val="0"/>
          <w:sz w:val="22"/>
        </w:rPr>
        <w:t>They lick the boots and hinds of the Hindu mushrik zaalimeen for evil worldly and nafsaani objectives. This miserable rat, Jamaal, is a bootlicker of the cow worshippers and drinkers of cow urine. His brains are corrupted with kufr. This man is not a Muslim. He is shaitaan in human form, hence he has the satanic audacity of likening the deeds of Modi, the devilworshipper, to the practices of Rasulullah (Sallallahu alayhi wasallam).</w:t>
      </w:r>
    </w:p>
    <w:p>
      <w:pPr>
        <w:spacing w:before="0" w:after="120" w:line="300" w:lineRule="exact"/>
        <w:jc w:val="both"/>
      </w:pPr>
      <w:r>
        <w:rPr>
          <w:rFonts w:ascii="Georgia" w:hAnsi="Georgia" w:cs="Georgia" w:eastAsia="Georgia"/>
          <w:b w:val="0"/>
          <w:i w:val="0"/>
          <w:sz w:val="22"/>
        </w:rPr>
        <w:t>The only course for Muslims is Inaabat ilallaah. Allah Ta'ala says in the Qur'aan Majeed: "Turn unto Allah (in repentance) all of you, O Mu'minoon!, so that you are victorious." The BJP is the consequence of Muslim evil and rebellion against Allah Ta'ala. Confirming this fact, the Qur'aan Shareef states: "Whatever misfortune befalls you, is the consequence of what your hands have earned, and He forgives much (of your misdeeds)." However, shaitaan has blinded Muslims and tricked them into believing that they (Muslims) are the 'mazlumeen' (the oppressed), whilst on the contrary, they are the Zaalimeen who are oppressing themselves.</w:t>
      </w:r>
    </w:p>
    <w:p>
      <w:pPr>
        <w:spacing w:before="0" w:after="120" w:line="300" w:lineRule="exact"/>
        <w:jc w:val="both"/>
      </w:pPr>
      <w:r>
        <w:rPr>
          <w:rFonts w:ascii="Georgia" w:hAnsi="Georgia" w:cs="Georgia" w:eastAsia="Georgia"/>
          <w:b w:val="0"/>
          <w:i w:val="0"/>
          <w:sz w:val="22"/>
        </w:rPr>
        <w:t>Says the Qur'aan Majeed: "These are the limits of Allah. Whoever transgresses these limits, verily he has oppressed himself." Only when Muslims understand the root cause of their disease, repent and seek aid from Allah Ta'ala, will His Nusrat (Help) arrive. Seeking aid from Allah Ta'ala is not restricted to making dua. The very first requisite is total submission to His Shariah and adoption of the Sunnah – the Sunnah as it has reached us from the Sahaabah, not some weird concept of the 'sunnah' proffered by the modernist zanaadaqah and the bootlicking mercenary molvis and sheikhs of this era.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VACCINATION - "ABSOLUTELY FORBIDDEN" -- SAY THE YAHUD</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On November 1st, the Rabbinical Court officially decreed that the mRNA COVID shot is "absolutely forbidden" for children, adolescents, young men &amp; women. After hours of testimonies (accessible from the link below) on October 26th, 2021 by medical experts, lawyers, and scientists, the Rabbinical court (in Israel) made their decree which sent shock waves throughout the world.</w:t>
      </w:r>
    </w:p>
    <w:p>
      <w:pPr>
        <w:spacing w:before="0" w:after="120" w:line="300" w:lineRule="exact"/>
        <w:jc w:val="both"/>
      </w:pPr>
      <w:r>
        <w:rPr>
          <w:rFonts w:ascii="Georgia" w:hAnsi="Georgia" w:cs="Georgia" w:eastAsia="Georgia"/>
          <w:b w:val="0"/>
          <w:i w:val="0"/>
          <w:sz w:val="22"/>
        </w:rPr>
        <w:t>The decision stated: "It is absolutely forbidden to administer or even to promote this injection to children, adolescents, young men or women; even if it means that they will not be permitted by the gov- ernment to attend yeshiva or seminary or to study abroad, etc. It is an explicit obligation to protest against this mandate, and anyone who can prevent the injection from being forced upon our youth must do so, forthrightly and emphatically." Further the court forbid pregnant woman and all healthy adults who are of child-bearing age, "Much harm appears to be caused to pregnant women as a result of the injection (possibly due to the antibodies that the body develops against the protein called Syncytin-1, or from the SM102, or from the micro blood clots caused by the injection.</w:t>
      </w:r>
    </w:p>
    <w:p>
      <w:pPr>
        <w:spacing w:before="0" w:after="120" w:line="300" w:lineRule="exact"/>
        <w:jc w:val="both"/>
      </w:pPr>
      <w:r>
        <w:rPr>
          <w:rFonts w:ascii="Georgia" w:hAnsi="Georgia" w:cs="Georgia" w:eastAsia="Georgia"/>
          <w:b w:val="0"/>
          <w:i w:val="0"/>
          <w:sz w:val="22"/>
        </w:rPr>
        <w:t>The common denominator here is that it is harmful for a pregnant woman, and that it may be considered a violation of the prohibition of sterilization or preventing fertility). As such, it is forbidden for them to take this injection. Included in this are all healthy adults who are of child-bearing age – they too should stay away from the said injection." The decision also addressed older adults and that further clarification needs to be made.</w:t>
      </w:r>
    </w:p>
    <w:p>
      <w:pPr>
        <w:spacing w:before="0" w:after="120" w:line="300" w:lineRule="exact"/>
        <w:jc w:val="both"/>
      </w:pPr>
      <w:r>
        <w:rPr>
          <w:rFonts w:ascii="Georgia" w:hAnsi="Georgia" w:cs="Georgia" w:eastAsia="Georgia"/>
          <w:b w:val="0"/>
          <w:i w:val="0"/>
          <w:sz w:val="22"/>
        </w:rPr>
        <w:t>But they specifically determined that "it is best to err on the side of caution". "Therefore – it is best to err on the side of caution and abstain from taking the injection, rather than endangering one's life by performing an action that can engender immediate and direct harm. Especially since there are other medical treatments that work, as mentioned, and that are not harmful." Read the full article by Sarah Westall here https://sarahwestall.com/majordevelopment-rabbinical-courtdecrees-mrna-jab-absolutelyforbidden-for-childrenadolescents-young-men-women/ and access the expert testimonies from the links embedded in the article above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U.K. IS VIRULENTLY ANTI-ISLAM</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England's schools' watchpig, Ofsted has severely criticized a Muslim school for having in its library a book which criticizes homosexuality. The pigs were 'shocked' to discover the book. These kuffaar found that the school was undermining "fundamental British values" by having the book in its library. The anti-homosexuality book was deemed unsuitable for pupils.</w:t>
      </w:r>
    </w:p>
    <w:p>
      <w:pPr>
        <w:spacing w:before="0" w:after="120" w:line="300" w:lineRule="exact"/>
        <w:jc w:val="both"/>
      </w:pPr>
      <w:r>
        <w:rPr>
          <w:rFonts w:ascii="Georgia" w:hAnsi="Georgia" w:cs="Georgia" w:eastAsia="Georgia"/>
          <w:b w:val="0"/>
          <w:i w:val="0"/>
          <w:sz w:val="22"/>
        </w:rPr>
        <w:t>According to 'British values' which are in reality satanic and im- moral values, homosexuality and all forms of immoral sexual aberrations and unnatural sexual misdemeanours are acceptable and respectable, and the vile, rubbish perpetrators of such satanism are honourable. Bootlicking the kuffaar authorities and lapping up the filth and vomit of "British values", the spineless so-called Institute of Islamic Education said: "Following the inspection, trus- tees and leaders at the Institute have acted swiftly and decisively to address the issues raised by the inspectors. ….The Institute's full and unequivocal commitment to fundamental British values has been reaffirmed, and all books in its library are now consistent with these values." Indeed, these spineless juhala who profess to be Muslims are bereft of Imaan.</w:t>
      </w:r>
    </w:p>
    <w:p>
      <w:pPr>
        <w:spacing w:before="0" w:after="120" w:line="300" w:lineRule="exact"/>
        <w:jc w:val="both"/>
      </w:pPr>
      <w:r>
        <w:rPr>
          <w:rFonts w:ascii="Georgia" w:hAnsi="Georgia" w:cs="Georgia" w:eastAsia="Georgia"/>
          <w:b w:val="0"/>
          <w:i w:val="0"/>
          <w:sz w:val="22"/>
        </w:rPr>
        <w:t>They are traitors to Islam. Closing the school is the better option to be incumbently adopted if the satanic 'british values' demand immorality and filth such as homosexuality to be accepted and promoted among Muslims as well. Since "British values" are immoral and pure shaitaaniyat, their imposition on Muslims is unacceptable and intolerable.</w:t>
      </w:r>
    </w:p>
    <w:p>
      <w:pPr>
        <w:spacing w:before="0" w:after="120" w:line="300" w:lineRule="exact"/>
        <w:jc w:val="both"/>
      </w:pPr>
      <w:r>
        <w:rPr>
          <w:rFonts w:ascii="Georgia" w:hAnsi="Georgia" w:cs="Georgia" w:eastAsia="Georgia"/>
          <w:b w:val="0"/>
          <w:i w:val="0"/>
          <w:sz w:val="22"/>
        </w:rPr>
        <w:t>It is Waajib for all Muslims who have the ability, to migrate from that evil land of the devil. Hijrat is Waajib for those who have the means to settle elsewhere where the erosion and elimination of Islam are not imposed on Muslims under the subterfuge of 'values' of the kaafir 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GOVERNMENT 'LOANS'</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from Pakistan The housing loan which the prime minister, Imran Khan is giving under the scheme of Mera Ghar, Mera Pakistan, is not being given by banks. It's being given through the banks but from the exchequer. As you know very well that all the land in each city has been grabbed by the Army and the corrupt Bureaucracy since decades and they have formed societies and selling the plots at highly inflated prices in Crores (tens of millions of rupees). Every month they increase the electricity rates, the gas rates, the petrol price. They have once more taken billions of dollars of loan from the IMF. So now, can we take a loan from the government as there is no other way for ordinary people like us to acquire a home? (End of question) Answer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Regarding 'loans' acquired from governments, such money is in reality not a loan. It is merely taking from the haraam, zaalim, rahzin (dacoit) government what it has acquired by robbery and oppression, and continues to extract by force from the people in the form of a variety of zulm taxes and many other haraam fees. You will only be taking temporarily from the government a small portion of what these robbers owe you. It will be in the form of a 'loan' while in reality it will be a portion of what the government has usurped from you by oppression and dacoitry. They are always indebted to the people, and they will understand the meaning of their highway robbery and zulm on the Day of Qiyaamah. Feel no inhibition regarding taking a 'loan' from the government, and if there is some legal loophole by means of which you can avoid repayment, take maximum advantage of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QURANIC ADVICE</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The Quranic prescription for Allah's aid is stated in the following aayaat: 'Musa said to his people: "Seek aid with Allah and be patient. Verily, the earth belongs to Allah. He grants its domination to whomever He wishes among His servants. The ultimate victory is for the pious." "Perhaps your Rabb will soon destroy your enemies and install you as rulers on earth.</w:t>
      </w:r>
    </w:p>
    <w:p>
      <w:pPr>
        <w:spacing w:before="0" w:after="120" w:line="300" w:lineRule="exact"/>
        <w:jc w:val="both"/>
      </w:pPr>
      <w:r>
        <w:rPr>
          <w:rFonts w:ascii="Georgia" w:hAnsi="Georgia" w:cs="Georgia" w:eastAsia="Georgia"/>
          <w:b w:val="0"/>
          <w:i w:val="0"/>
          <w:sz w:val="22"/>
        </w:rPr>
        <w:t>He will then see how you behave." "O my people! Seek forgiveness from your Rabb and turn towards Him (in obedience). He will then send upon you beneficial rains in abundance and add strength to your strength. Do not turn your backs (on Allah) as transgressors." The Quran is clear in its advice. The bottom line for Muslim success and power is obedience to Allah Ta'ala.</w:t>
      </w:r>
    </w:p>
    <w:p>
      <w:pPr>
        <w:spacing w:before="0" w:after="120" w:line="300" w:lineRule="exact"/>
        <w:jc w:val="both"/>
      </w:pPr>
      <w:r>
        <w:rPr>
          <w:rFonts w:ascii="Georgia" w:hAnsi="Georgia" w:cs="Georgia" w:eastAsia="Georgia"/>
          <w:b w:val="0"/>
          <w:i w:val="0"/>
          <w:sz w:val="22"/>
        </w:rPr>
        <w:t>Muslims should learn to behave and act like Muslims. Emulation of the Western Kuffaar and their television culture of drugs and pornography must necessarily bring the wrath of Allah Ta'ala. When Muslims take the enemies of Allah as their friends, then Allah Ta'ala will bring about their destruction at the hands of these very 'friends'. This is precisely what is happening all over the Muslim world.</w:t>
      </w:r>
    </w:p>
    <w:p>
      <w:pPr>
        <w:spacing w:before="0" w:after="120" w:line="300" w:lineRule="exact"/>
        <w:jc w:val="both"/>
      </w:pPr>
      <w:r>
        <w:rPr>
          <w:rFonts w:ascii="Georgia" w:hAnsi="Georgia" w:cs="Georgia" w:eastAsia="Georgia"/>
          <w:b w:val="0"/>
          <w:i w:val="0"/>
          <w:sz w:val="22"/>
        </w:rPr>
        <w:t>The Muslims are being perpetrated by those kuffaar who were regarded as the friends of Muslims. Muslims had appointed these enemies as their guides, advisors and bosom friends. But, in spite of the disasters facing us, Muslims have opted to remain blind, thinking that criticism of the West suffices. But, they refuse to dissociate from western culture.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SAUDI DAARUL KUFR</w:t>
      </w:r>
    </w:p>
    <w:p>
      <w:pPr>
        <w:spacing w:before="0" w:after="160" w:line="300" w:lineRule="exact"/>
        <w:jc w:val="center"/>
      </w:pPr>
      <w:r>
        <w:rPr>
          <w:rFonts w:ascii="Georgia" w:hAnsi="Georgia" w:cs="Georgia" w:eastAsia="Georgia"/>
          <w:b w:val="0"/>
          <w:i/>
          <w:sz w:val="16"/>
        </w:rPr>
        <w:t>Page 7, 8 of the original. Heading read from the printed headline artwork.</w:t>
      </w:r>
    </w:p>
    <w:p>
      <w:pPr>
        <w:spacing w:before="0" w:after="120" w:line="300" w:lineRule="exact"/>
        <w:jc w:val="both"/>
      </w:pPr>
      <w:r>
        <w:rPr>
          <w:rFonts w:ascii="Georgia" w:hAnsi="Georgia" w:cs="Georgia" w:eastAsia="Georgia"/>
          <w:b w:val="0"/>
          <w:i w:val="0"/>
          <w:sz w:val="22"/>
        </w:rPr>
        <w:t>By Maulana Khalid Dhorat</w:t>
      </w:r>
    </w:p>
    <w:p>
      <w:pPr>
        <w:pStyle w:val="Heading3"/>
        <w:spacing w:before="200" w:after="120" w:line="300" w:lineRule="exact"/>
        <w:jc w:val="left"/>
      </w:pPr>
      <w:r>
        <w:rPr>
          <w:rFonts w:ascii="Georgia" w:hAnsi="Georgia" w:cs="Georgia" w:eastAsia="Georgia"/>
          <w:b/>
          <w:i w:val="0"/>
          <w:color w:val="2E74B5"/>
          <w:sz w:val="24"/>
        </w:rPr>
        <w:t>SAUDI AMERICA</w:t>
      </w:r>
    </w:p>
    <w:p>
      <w:pPr>
        <w:spacing w:before="0" w:after="120" w:line="300" w:lineRule="exact"/>
        <w:jc w:val="both"/>
      </w:pPr>
      <w:r>
        <w:rPr>
          <w:rFonts w:ascii="Georgia" w:hAnsi="Georgia" w:cs="Georgia" w:eastAsia="Georgia"/>
          <w:b w:val="0"/>
          <w:i w:val="0"/>
          <w:sz w:val="22"/>
        </w:rPr>
        <w:t>From being the most powerful, honourable, respectable, chivalrous, pious, progressive, courageous and admirable nation once on earth, the Arab leaders of today have sullied the name and the race of our most noble Prophet Muhammad (may peace and blessings be upon him). The present Arab powers, far from their previous prestige, have indeed greatly deteriorated in stature to such an extent that they are now known for everything un-Islamic.</w:t>
      </w:r>
    </w:p>
    <w:p>
      <w:pPr>
        <w:spacing w:before="0" w:after="120" w:line="300" w:lineRule="exact"/>
        <w:jc w:val="both"/>
      </w:pPr>
      <w:r>
        <w:rPr>
          <w:rFonts w:ascii="Georgia" w:hAnsi="Georgia" w:cs="Georgia" w:eastAsia="Georgia"/>
          <w:b w:val="0"/>
          <w:i w:val="0"/>
          <w:sz w:val="22"/>
        </w:rPr>
        <w:t>These include their exploitation of labour, oppression of others, opulent and decadent lifestyles, betrayal of their own race, war mongering, extremism in religion, manipulation and selective application of religion, and the cherry on the top – their open love, alliance, and adoration of USA and Israel. If this love was kept hidden in the heart, one could still be in doubt, but the Arab leaders have demonstrated themselves their willingness to be the Zio-Western underdog and poodle on all levels: economic, social, political and even religious.</w:t>
      </w:r>
    </w:p>
    <w:p>
      <w:pPr>
        <w:spacing w:before="0" w:after="120" w:line="300" w:lineRule="exact"/>
        <w:jc w:val="both"/>
      </w:pPr>
      <w:r>
        <w:rPr>
          <w:rFonts w:ascii="Georgia" w:hAnsi="Georgia" w:cs="Georgia" w:eastAsia="Georgia"/>
          <w:b w:val="0"/>
          <w:i w:val="0"/>
          <w:sz w:val="22"/>
        </w:rPr>
        <w:t>The only thing now left to change is the Saudi flag. The pure Kalimah (Islamic Creed) should be removed and be replaced by a woman in a bikini. But being a friend of the devil is no ordinary task. You need to do two things to be afforded this disgraceful privilege. Firstly, you have to sell your religion – a demand which is currently being fulfilled; and secondly, you have to take your Lord and Protector to be the mighty West, the formidable East, or anyone else besides the One Almighty.</w:t>
      </w:r>
    </w:p>
    <w:p>
      <w:pPr>
        <w:spacing w:before="0" w:after="120" w:line="300" w:lineRule="exact"/>
        <w:jc w:val="both"/>
      </w:pPr>
      <w:r>
        <w:rPr>
          <w:rFonts w:ascii="Georgia" w:hAnsi="Georgia" w:cs="Georgia" w:eastAsia="Georgia"/>
          <w:b w:val="0"/>
          <w:i w:val="0"/>
          <w:sz w:val="22"/>
        </w:rPr>
        <w:t>This has already been done many decades ago. In return, you get protection of your throne and license to kill your own people. These leaders profess Islam outwardly, but our most noble Prophet Muhammad (may peace and blessings be upon him) desisted from the type of behavior openly exhibited nowadays. For starters, our most noble Prophet Muhammad (may peace and blessings be upon him) refused to be crowned a king by the Quraish, to be treated like a king, to live like a king, to dress like a king, to be given the powers and privileges of a king, and to being given the status of a legislator king.</w:t>
      </w:r>
    </w:p>
    <w:p>
      <w:pPr>
        <w:spacing w:before="0" w:after="120" w:line="300" w:lineRule="exact"/>
        <w:jc w:val="both"/>
      </w:pPr>
      <w:r>
        <w:rPr>
          <w:rFonts w:ascii="Georgia" w:hAnsi="Georgia" w:cs="Georgia" w:eastAsia="Georgia"/>
          <w:b w:val="0"/>
          <w:i w:val="0"/>
          <w:sz w:val="22"/>
        </w:rPr>
        <w:t>But today's Arab rulers want to be styled as "King" and 'Emirs." What difference is there then between them and people like Firoun, Qarun, and Abu Jahal? Let it be known that such leaders do not represent the Muslim ummah, nor the lands they rule over. Rather, they represent the great demon Iblees, and his terrorist henchmen in the USA, UK, France, India, Israel and in other countries leading the trend of mass murder, mass corruption, and mass destruction on earth.</w:t>
      </w:r>
    </w:p>
    <w:p>
      <w:pPr>
        <w:spacing w:before="0" w:after="120" w:line="300" w:lineRule="exact"/>
        <w:jc w:val="both"/>
      </w:pPr>
      <w:r>
        <w:rPr>
          <w:rFonts w:ascii="Georgia" w:hAnsi="Georgia" w:cs="Georgia" w:eastAsia="Georgia"/>
          <w:b w:val="0"/>
          <w:i w:val="0"/>
          <w:sz w:val="22"/>
        </w:rPr>
        <w:t>Muslims do not regard such leaders as their guides, even if they are styled "Custodians of the Two Holy Mosques," and appear in holy garb now and then. They are just secular political leaders who have turned their back on Islam and are enjoying the sunshine and hay of this earth for as long as they can. Although Arab treachery has been prevalent for many years, albeit covertly, it has now taken a bold twist with the rise of the present Crown Prince MbS, a mere lad of 32, who seems to be bent on satanising the Holy Lands upon which our noble Prophet Muhammad and his venerable Sahabah (Companions) trod.</w:t>
      </w:r>
    </w:p>
    <w:p>
      <w:pPr>
        <w:spacing w:before="0" w:after="120" w:line="300" w:lineRule="exact"/>
        <w:jc w:val="both"/>
      </w:pPr>
      <w:r>
        <w:rPr>
          <w:rFonts w:ascii="Georgia" w:hAnsi="Georgia" w:cs="Georgia" w:eastAsia="Georgia"/>
          <w:b w:val="0"/>
          <w:i w:val="0"/>
          <w:sz w:val="22"/>
        </w:rPr>
        <w:t>Swinging from the ultra-conservatism to ultra-modernism, women who were forced to don full body covering and not allowed to drive at all, are now allowed to go naked on 'international standard' resort beaches, travel without maharim (legal guardians), seek employment in the private sector, and attend musical concerts, cinemas and night clubs.</w:t>
      </w:r>
    </w:p>
    <w:p>
      <w:pPr>
        <w:spacing w:before="0" w:after="120" w:line="300" w:lineRule="exact"/>
        <w:jc w:val="both"/>
      </w:pPr>
      <w:r>
        <w:rPr>
          <w:rFonts w:ascii="Georgia" w:hAnsi="Georgia" w:cs="Georgia" w:eastAsia="Georgia"/>
          <w:b w:val="0"/>
          <w:i w:val="0"/>
          <w:sz w:val="22"/>
        </w:rPr>
        <w:t>The once feared "Shariah Police" are now not only downsized, but also downdumbed. Having previously had far reaching powers, they now can only offer friendly 'advise' to transgressors with no legal clout at all. Shops can now remain open during prayer times, and nude billboards are appearing all over the scene. The new reforms have largely taken women out of the sanctity of their homes and transformed them into sexual symbols.</w:t>
      </w:r>
    </w:p>
    <w:p>
      <w:pPr>
        <w:spacing w:before="0" w:after="120" w:line="300" w:lineRule="exact"/>
        <w:jc w:val="both"/>
      </w:pPr>
      <w:r>
        <w:rPr>
          <w:rFonts w:ascii="Georgia" w:hAnsi="Georgia" w:cs="Georgia" w:eastAsia="Georgia"/>
          <w:b w:val="0"/>
          <w:i w:val="0"/>
          <w:sz w:val="22"/>
        </w:rPr>
        <w:t>But more fearful developments have taken place on the religious front. For years, leading scholars bold enough to criticize the policies of the Kingdom have been silently jailed, but this year more than 40 top-ranking shuyookh have been jailed in one fell swoop - jailed solely because they speak the truth to a tyrant taghoot. Shortly thereafter, the world was shocked when one of the famous royal blue-eyed Imams of the Haram said that Israel is an ally to the Muslims, and an Imam who spoke out against Israel on a Jumu'ah platform was dubbed "an escaped madman" and forcibly removed from the podium.</w:t>
      </w:r>
    </w:p>
    <w:p>
      <w:pPr>
        <w:spacing w:before="0" w:after="120" w:line="300" w:lineRule="exact"/>
        <w:jc w:val="both"/>
      </w:pPr>
      <w:r>
        <w:rPr>
          <w:rFonts w:ascii="Georgia" w:hAnsi="Georgia" w:cs="Georgia" w:eastAsia="Georgia"/>
          <w:b w:val="0"/>
          <w:i w:val="0"/>
          <w:sz w:val="22"/>
        </w:rPr>
        <w:t>Sadly, all the current Imams and teachers in the country are state-owned and statecontrolled. Teaching Islam for them is just like teaching a history lesson to a bunch of 8 year olds. Every talk is scripted and monitored, and every lesson delivered is recorded. But if this is not serious enough, to further appease their western patrons, all the university and madrassah Islamic textbooks of the country have been sent to the Pentagon for "revising and modernizing." I have not seen any of these "Pentagon approved" textbooks yet, but I'm pretty sure they will probably contain the following teachings: 1) All religions are equal.</w:t>
      </w:r>
    </w:p>
    <w:p>
      <w:pPr>
        <w:spacing w:before="0" w:after="120" w:line="300" w:lineRule="exact"/>
        <w:jc w:val="both"/>
      </w:pPr>
      <w:r>
        <w:rPr>
          <w:rFonts w:ascii="Georgia" w:hAnsi="Georgia" w:cs="Georgia" w:eastAsia="Georgia"/>
          <w:b w:val="0"/>
          <w:i w:val="0"/>
          <w:sz w:val="22"/>
        </w:rPr>
        <w:t>The Jew, Christian, Buddhist, Hindu and Taoist are all equal. Everyone can pray in anybody's temple, in whichever way, via an idol, an image or a bonfire, it will be the same God. Any person from any race can intermarry too, and the forbidden teachings of one religion will not apply to followers of the next religion. 2) Muslims are a peaceful people.</w:t>
      </w:r>
    </w:p>
    <w:p>
      <w:pPr>
        <w:spacing w:before="0" w:after="120" w:line="300" w:lineRule="exact"/>
        <w:jc w:val="both"/>
      </w:pPr>
      <w:r>
        <w:rPr>
          <w:rFonts w:ascii="Georgia" w:hAnsi="Georgia" w:cs="Georgia" w:eastAsia="Georgia"/>
          <w:b w:val="0"/>
          <w:i w:val="0"/>
          <w:sz w:val="22"/>
        </w:rPr>
        <w:t>When others murder, rape or bomb them, it's because of their own sins, and a form of welldeserved divine punishment upon them. There is no such a thing as Jihad, speaking the truth or defending the oppressed. Even when children of six and grandmothers of 68 are gang raped, mind your own business, as these are internal issues of different countries. 3) The current Muslim westernapproved political leaders are your true leaders and spiritual guides.</w:t>
      </w:r>
    </w:p>
    <w:p>
      <w:pPr>
        <w:spacing w:before="0" w:after="120" w:line="300" w:lineRule="exact"/>
        <w:jc w:val="both"/>
      </w:pPr>
      <w:r>
        <w:rPr>
          <w:rFonts w:ascii="Georgia" w:hAnsi="Georgia" w:cs="Georgia" w:eastAsia="Georgia"/>
          <w:b w:val="0"/>
          <w:i w:val="0"/>
          <w:sz w:val="22"/>
        </w:rPr>
        <w:t>They are not the law, but above the law and divine. They need to be obeyed in all respects, even in the disobedience of the One and True Almighty. Fear them, not the Almighty. They are wise, powerful, sinless, and your ticket to peace. 4) Everyone has a choice on how to live and to treat their body. The LGBT (Lesbian, Gay, Bisexual, &amp; Transgender) movement is legitimate, and sexual perversity is a natural disposition.</w:t>
      </w:r>
    </w:p>
    <w:p>
      <w:pPr>
        <w:spacing w:before="0" w:after="120" w:line="300" w:lineRule="exact"/>
        <w:jc w:val="both"/>
      </w:pPr>
      <w:r>
        <w:rPr>
          <w:rFonts w:ascii="Georgia" w:hAnsi="Georgia" w:cs="Georgia" w:eastAsia="Georgia"/>
          <w:b w:val="0"/>
          <w:i w:val="0"/>
          <w:sz w:val="22"/>
        </w:rPr>
        <w:t>Qur'anic references to homosexuality refers to the act of rape (forced sexual intercourse), not the nature of the intercourse. 5) Israel has a right to exist and is unilaterally entitled to the land they illegally invaded. Masjid alAqsa belongs to the Zionists, since the conquest of Jerusalem by Sayyadina Umar ibn alKhattab is not recognized by international secular law.</w:t>
      </w:r>
    </w:p>
    <w:p>
      <w:pPr>
        <w:spacing w:before="0" w:after="120" w:line="300" w:lineRule="exact"/>
        <w:jc w:val="both"/>
      </w:pPr>
      <w:r>
        <w:rPr>
          <w:rFonts w:ascii="Georgia" w:hAnsi="Georgia" w:cs="Georgia" w:eastAsia="Georgia"/>
          <w:b w:val="0"/>
          <w:i w:val="0"/>
          <w:sz w:val="22"/>
        </w:rPr>
        <w:t>Besides, both being Semite, the Jews and Arabs are brothers. The Palestinians and all those who support the resistance constitute an "Axis of Evil" and must be eradicated. 6) Everyone should adopt Sufi Islam and indulge in all forms of weird dancing and chanting to enhance their spiritual states. The study of the Qur'an, Sunnah and any authentic Islamic literature should also be abandoned.</w:t>
      </w:r>
    </w:p>
    <w:p>
      <w:pPr>
        <w:spacing w:before="0" w:after="120" w:line="300" w:lineRule="exact"/>
        <w:jc w:val="both"/>
      </w:pPr>
      <w:r>
        <w:rPr>
          <w:rFonts w:ascii="Georgia" w:hAnsi="Georgia" w:cs="Georgia" w:eastAsia="Georgia"/>
          <w:b w:val="0"/>
          <w:i w:val="0"/>
          <w:sz w:val="22"/>
        </w:rPr>
        <w:t>Rather just blindly follow and overvenerate your Shaikh (Sufi Mentor) who would most probably be on the payroll too. If you want to protest or say anything against the government, do so in a peaceful online petition or in a controlled street demonstration. Remember, trouble-makers are always marked. 7) The current world order is not to be challenged.</w:t>
      </w:r>
    </w:p>
    <w:p>
      <w:pPr>
        <w:spacing w:before="0" w:after="120" w:line="300" w:lineRule="exact"/>
        <w:jc w:val="both"/>
      </w:pPr>
      <w:r>
        <w:rPr>
          <w:rFonts w:ascii="Georgia" w:hAnsi="Georgia" w:cs="Georgia" w:eastAsia="Georgia"/>
          <w:b w:val="0"/>
          <w:i w:val="0"/>
          <w:sz w:val="22"/>
        </w:rPr>
        <w:t>Politically, your fate is sealed and humiliation is your destiny. All things good and pure are now old-fashion. If a Muslim desires a peaceful existence, he/she should modernize and be in the service of the prevalent philosophy. There is no such a thing as ummatic brotherhood, a desire to unify the Muslim world under a righteous Caliph, forbidding the evil or promoting the good.</w:t>
      </w:r>
    </w:p>
    <w:p>
      <w:pPr>
        <w:spacing w:before="0" w:after="120" w:line="300" w:lineRule="exact"/>
        <w:jc w:val="both"/>
      </w:pPr>
      <w:r>
        <w:rPr>
          <w:rFonts w:ascii="Georgia" w:hAnsi="Georgia" w:cs="Georgia" w:eastAsia="Georgia"/>
          <w:b w:val="0"/>
          <w:i w:val="0"/>
          <w:sz w:val="22"/>
        </w:rPr>
        <w:t>Every person should be for himself, and avail himself to all the attractions and pleasures of the world currently on offer, even in the Holy Lands. Now having firm control over the religious class and the masses, even the Royal family and political elite have not been spared. In a blitz operation, over 200 members of Saudi elite were held to ransom in the Ritz Hotel, and only released after their fortunes were looted, and their economic and political clout vastly diminished.</w:t>
      </w:r>
    </w:p>
    <w:p>
      <w:pPr>
        <w:spacing w:before="0" w:after="120" w:line="300" w:lineRule="exact"/>
        <w:jc w:val="both"/>
      </w:pPr>
      <w:r>
        <w:rPr>
          <w:rFonts w:ascii="Georgia" w:hAnsi="Georgia" w:cs="Georgia" w:eastAsia="Georgia"/>
          <w:b w:val="0"/>
          <w:i w:val="0"/>
          <w:sz w:val="22"/>
        </w:rPr>
        <w:t>Everything now seems to be in control for MbS, but things are looking bleak. When the Saudis held fast to their religion, they were prosperous to a degree. But as soon as they started modernizing and war mongering, things have changed. Saudi currently is heavily indebted to the IMF. Unemployment continues to rise, taxes have been introduced, and the price of oil is continuing to fall.</w:t>
      </w:r>
    </w:p>
    <w:p>
      <w:pPr>
        <w:spacing w:before="0" w:after="120" w:line="300" w:lineRule="exact"/>
        <w:jc w:val="both"/>
      </w:pPr>
      <w:r>
        <w:rPr>
          <w:rFonts w:ascii="Georgia" w:hAnsi="Georgia" w:cs="Georgia" w:eastAsia="Georgia"/>
          <w:b w:val="0"/>
          <w:i w:val="0"/>
          <w:sz w:val="22"/>
        </w:rPr>
        <w:t>In foreign affairs, the war in Yemen &amp; Syria, and the dispute with Qatar appear to be in stalemate. Our Lord Almighty says that one who lives a life in the remembrance of his Lord will be prosperous, and those who don't will have poverty stare them in the face. This is exactly what is happening in Saudi today. The more ills in the form of resorts, cinemas, casinos, concerts, night clubs, musicals, comic cons, and forbidden entertainment is introduced to bridge the deficit, the more people will suffer.</w:t>
      </w:r>
    </w:p>
    <w:p>
      <w:pPr>
        <w:spacing w:before="0" w:after="120" w:line="300" w:lineRule="exact"/>
        <w:jc w:val="both"/>
      </w:pPr>
      <w:r>
        <w:rPr>
          <w:rFonts w:ascii="Georgia" w:hAnsi="Georgia" w:cs="Georgia" w:eastAsia="Georgia"/>
          <w:b w:val="0"/>
          <w:i w:val="0"/>
          <w:sz w:val="22"/>
        </w:rPr>
        <w:t>As an example, a beach resort is proposed to be built on the Red Sea between the towns of Umluj and Al-Wajh in northern Hejaz. This project will involve '50 islands upon 34 000 square kilometres in a global up-market tourism and leisure mega-development' and will be 'governed by laws on par with international standards.' This will allow women to wear bikinis in the pool and beach are as Vision 2030 is aimed at bring- ing prosperity to this beleaguered country, but by 2030, the country may be already turned to dust.</w:t>
      </w:r>
    </w:p>
    <w:p>
      <w:pPr>
        <w:spacing w:before="0" w:after="120" w:line="300" w:lineRule="exact"/>
        <w:jc w:val="both"/>
      </w:pPr>
      <w:r>
        <w:rPr>
          <w:rFonts w:ascii="Georgia" w:hAnsi="Georgia" w:cs="Georgia" w:eastAsia="Georgia"/>
          <w:b w:val="0"/>
          <w:i w:val="0"/>
          <w:sz w:val="22"/>
        </w:rPr>
        <w:t>A hadith speaks about Madinah alMunawwarah becoming desolate at the end of time, and huge armies emanating from Sham attacking the forces of Imam alMahdi in Makkah alMukarramah. These are all signs that as Saudi is responsible for the destruction of Yemen, Syria and Palestine, the same plight will befall it. It will become lawless, leaderless, desolate, and a playfield for the superpowers of the time.</w:t>
      </w:r>
    </w:p>
    <w:p>
      <w:pPr>
        <w:spacing w:before="0" w:after="120" w:line="300" w:lineRule="exact"/>
        <w:jc w:val="both"/>
      </w:pPr>
      <w:r>
        <w:rPr>
          <w:rFonts w:ascii="Georgia" w:hAnsi="Georgia" w:cs="Georgia" w:eastAsia="Georgia"/>
          <w:b w:val="0"/>
          <w:i w:val="0"/>
          <w:sz w:val="22"/>
        </w:rPr>
        <w:t>Lastly, there are many proIranians who gleefully read articles such as this condemning the Saudis, but little do they know that the Saudi about-turn in 2017, was already done by Khomeni in 1979. The Shi'ah have a 40 year start in apostasy over the Saudis! Khomeini, like MbS, was a Shi'ah asset who not only disfigured Islam beyond recognition (Shi'ism equals Zionism), but whose presence in the Middle East have kept the Arabs in balance.</w:t>
      </w:r>
    </w:p>
    <w:p>
      <w:pPr>
        <w:spacing w:before="0" w:after="120" w:line="300" w:lineRule="exact"/>
        <w:jc w:val="both"/>
      </w:pPr>
      <w:r>
        <w:rPr>
          <w:rFonts w:ascii="Georgia" w:hAnsi="Georgia" w:cs="Georgia" w:eastAsia="Georgia"/>
          <w:b w:val="0"/>
          <w:i w:val="0"/>
          <w:sz w:val="22"/>
        </w:rPr>
        <w:t>The only difference is that the Bedouin Arabs are not polished diplomats enough to hide their alliances with the Zionists, but the Iranians are. The Shi'ah have been secretly funded by Israel to destabilize the Arab world for four decades now, and have also been granted the green light by the UN to develop nuclear capability. In retrospect, the Arabs have not been allowed to win an easy war in Syria and Yemen despite their vast weapon arsenals in seven years, but they are stupid enough not to realize these glaring discrepancies.</w:t>
      </w:r>
    </w:p>
    <w:p>
      <w:pPr>
        <w:spacing w:before="0" w:after="120" w:line="300" w:lineRule="exact"/>
        <w:jc w:val="both"/>
      </w:pPr>
      <w:r>
        <w:rPr>
          <w:rFonts w:ascii="Georgia" w:hAnsi="Georgia" w:cs="Georgia" w:eastAsia="Georgia"/>
          <w:b w:val="0"/>
          <w:i w:val="0"/>
          <w:sz w:val="22"/>
        </w:rPr>
        <w:t>In the ultimate end, both the Arabs and the Persians will join the forces of Dajjal in order to fight the true Muslims. On whose side will you be then?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ISLAMIC RULE</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 truly Islamic government based on the Shariah and the Sunnah cannot be found in any Muslim country of today. For a successful Islamic government (Khilafate), the essential requisite is a spiritually and morally reformed Islamic ummah. There does not exist any such Islamic ummah anywhere today in the Islamic world. Therefore, even if a pious man or group of Muslims succeed in installing themselves in government, they will not succeed in the endeavour to implement the Shariah because they will be confronted by corrupt Muslim masses who will not allow the Shar'i process to be introduced.</w:t>
      </w:r>
    </w:p>
    <w:p>
      <w:pPr>
        <w:spacing w:before="0" w:after="120" w:line="300" w:lineRule="exact"/>
        <w:jc w:val="both"/>
      </w:pPr>
      <w:r>
        <w:rPr>
          <w:rFonts w:ascii="Georgia" w:hAnsi="Georgia" w:cs="Georgia" w:eastAsia="Georgia"/>
          <w:b w:val="0"/>
          <w:i w:val="0"/>
          <w:sz w:val="22"/>
        </w:rPr>
        <w:t>Reformation It was precisely for the successful implementation of the Shariah that Islamic government was preceded by a thirteen year period of spiritual and moral reformation during the time of Rasulullah (sallallahu alayhi wasallam). Once the community was Islamically prepared, there was no difficulty in the implementation of the Shariah among the masses.</w:t>
      </w:r>
    </w:p>
    <w:p>
      <w:pPr>
        <w:spacing w:before="0" w:after="120" w:line="300" w:lineRule="exact"/>
        <w:jc w:val="both"/>
      </w:pPr>
      <w:r>
        <w:rPr>
          <w:rFonts w:ascii="Georgia" w:hAnsi="Georgia" w:cs="Georgia" w:eastAsia="Georgia"/>
          <w:b w:val="0"/>
          <w:i w:val="0"/>
          <w:sz w:val="22"/>
        </w:rPr>
        <w:t>It was not possible to introduce Islamic Law among masses who are inimical to the Shariah. A people who has become westernized and who has abandoned the Sunnah of Rasulullah (sallallahu alayhi wasallam) will sabotage the deeni efforts of benign Islamic rulers. The rulers will be compelled to enlist the services of the un-islamic masses to maintain the working of the country.</w:t>
      </w:r>
    </w:p>
    <w:p>
      <w:pPr>
        <w:spacing w:before="0" w:after="120" w:line="300" w:lineRule="exact"/>
        <w:jc w:val="both"/>
      </w:pPr>
      <w:r>
        <w:rPr>
          <w:rFonts w:ascii="Georgia" w:hAnsi="Georgia" w:cs="Georgia" w:eastAsia="Georgia"/>
          <w:b w:val="0"/>
          <w:i w:val="0"/>
          <w:sz w:val="22"/>
        </w:rPr>
        <w:t>If those who man the country's services have no Islamic inclinations and Islamic character, they will resort to a variety of stratagems and cooperate with the enemies to bring about the fall of the Islamic rulers. Roohani and Islaahi training are, therefore, essential for the success of any Islamic government. Force It is not possible to implement the shariah in a corrupt community by force.</w:t>
      </w:r>
    </w:p>
    <w:p>
      <w:pPr>
        <w:spacing w:before="0" w:after="120" w:line="300" w:lineRule="exact"/>
        <w:jc w:val="both"/>
      </w:pPr>
      <w:r>
        <w:rPr>
          <w:rFonts w:ascii="Georgia" w:hAnsi="Georgia" w:cs="Georgia" w:eastAsia="Georgia"/>
          <w:b w:val="0"/>
          <w:i w:val="0"/>
          <w:sz w:val="22"/>
        </w:rPr>
        <w:t>There will be a need for large scale repression, imprisonment and killings if force has to be used to implement the Shariah among a people who has lost its Islamic character. The sunnah way is, therefore, Taleem. Muslims should be educated and the Sunnah explained to them. As long as Muslims do not adopt the Sunnah voluntarily, there is no hope for the success of any Is- lamic government.</w:t>
      </w:r>
    </w:p>
    <w:p>
      <w:pPr>
        <w:spacing w:before="0" w:after="120" w:line="300" w:lineRule="exact"/>
        <w:jc w:val="both"/>
      </w:pPr>
      <w:r>
        <w:rPr>
          <w:rFonts w:ascii="Georgia" w:hAnsi="Georgia" w:cs="Georgia" w:eastAsia="Georgia"/>
          <w:b w:val="0"/>
          <w:i w:val="0"/>
          <w:sz w:val="22"/>
        </w:rPr>
        <w:t>The view of first capturing the means of power and then enforcing the Shariah in an inimical populace is to put the cart before the horse. There is no hope of success. Muslims are so alienated from Islam, that they will readily vote for an unislamic party or any irreligious group to rule them rather than submit to Shar'i rule. Under such circumstances, one can only expect the wrath of Allah Ta'ala to descend on the Ummat.</w:t>
      </w:r>
    </w:p>
    <w:p>
      <w:pPr>
        <w:spacing w:before="0" w:after="120" w:line="300" w:lineRule="exact"/>
        <w:jc w:val="both"/>
      </w:pPr>
      <w:r>
        <w:rPr>
          <w:rFonts w:ascii="Georgia" w:hAnsi="Georgia" w:cs="Georgia" w:eastAsia="Georgia"/>
          <w:b w:val="0"/>
          <w:i w:val="0"/>
          <w:sz w:val="22"/>
        </w:rPr>
        <w:t>This is the lamentable plight of the present day Ummah all over the world. Muslims themselves have an aversion for Islam, hence they so quickly adopt foreign and immoral cultures as their ways of life. There is no wonder that so many hardships &amp; disasters are settling over Muslims on all fronts.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IS NOT A KUFFAAR SURROGACY</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"If Allah helps you, none can van-</w:t>
      </w:r>
    </w:p>
    <w:p>
      <w:pPr>
        <w:spacing w:before="120" w:after="120" w:line="300" w:lineRule="exact"/>
        <w:ind w:left="720" w:right="720"/>
        <w:jc w:val="center"/>
      </w:pPr>
      <w:r>
        <w:rPr>
          <w:rFonts w:ascii="Georgia" w:hAnsi="Georgia" w:cs="Georgia" w:eastAsia="Georgia"/>
          <w:b w:val="0"/>
          <w:i/>
          <w:sz w:val="22"/>
        </w:rPr>
        <w:t>quish you, and If He abandons you, then who is there besides Him to help you? Thus, the Mu'minoon</w:t>
      </w:r>
    </w:p>
    <w:p>
      <w:pPr>
        <w:spacing w:before="0" w:after="120" w:line="300" w:lineRule="exact"/>
        <w:jc w:val="both"/>
      </w:pPr>
      <w:r>
        <w:rPr>
          <w:rFonts w:ascii="Georgia" w:hAnsi="Georgia" w:cs="Georgia" w:eastAsia="Georgia"/>
          <w:b w:val="0"/>
          <w:i w:val="0"/>
          <w:sz w:val="22"/>
        </w:rPr>
        <w:t>should have tawakkul on Allah." (Aal Imraan, Aayat 160) Numerous Aayaat in the Qur'aan Majeed as well as many Ahaadith testify with great clarity and emphasis that Nusrat (Divine Aid) which is imperative for defeating the kuffaar and for gaining Victory in the Battlefield, is possible only with the Help of Allah Azza Wa Jal. If Allah Ta'ala abandons us, then there can never be success and victory for Muslims.</w:t>
      </w:r>
    </w:p>
    <w:p>
      <w:pPr>
        <w:spacing w:before="0" w:after="120" w:line="300" w:lineRule="exact"/>
        <w:jc w:val="both"/>
      </w:pPr>
      <w:r>
        <w:rPr>
          <w:rFonts w:ascii="Georgia" w:hAnsi="Georgia" w:cs="Georgia" w:eastAsia="Georgia"/>
          <w:b w:val="0"/>
          <w:i w:val="0"/>
          <w:sz w:val="22"/>
        </w:rPr>
        <w:t>Defeating the kuffaar is not possible without Allah's aid. Victory for the Mujaahideen is never possible as long as they are surrogates of the kuffaar powers. Every Jihadi group, without any exceptions, the Taliban included, is a miserable, spineless, bootlicking protégé of some kuffaar power. All Jihadi outfits are surrogates, primarily of the U.S.</w:t>
      </w:r>
    </w:p>
    <w:p>
      <w:pPr>
        <w:spacing w:before="0" w:after="120" w:line="300" w:lineRule="exact"/>
        <w:jc w:val="both"/>
      </w:pPr>
      <w:r>
        <w:rPr>
          <w:rFonts w:ascii="Georgia" w:hAnsi="Georgia" w:cs="Georgia" w:eastAsia="Georgia"/>
          <w:b w:val="0"/>
          <w:i w:val="0"/>
          <w:sz w:val="22"/>
        </w:rPr>
        <w:t>Currently the Taliban are in the process of moulting their deceptive Shariah face, and have metamorphosed into bootlickers of Russia, China and Iran. In Syria, the largest Jihadi outfit, namely HTS, is the surrogate of Turkey. Its 'jihad' will endure as long as Turkey's policy formulated for the region permits it. In the struggle to expel the Soviet Union from Afghanistan, the Afghans were the surrogates of the U.S. operating via the channels of the Pakistani government whose intelligence agency planned the ground operations.</w:t>
      </w:r>
    </w:p>
    <w:p>
      <w:pPr>
        <w:spacing w:before="0" w:after="120" w:line="300" w:lineRule="exact"/>
        <w:jc w:val="both"/>
      </w:pPr>
      <w:r>
        <w:rPr>
          <w:rFonts w:ascii="Georgia" w:hAnsi="Georgia" w:cs="Georgia" w:eastAsia="Georgia"/>
          <w:b w:val="0"/>
          <w:i w:val="0"/>
          <w:sz w:val="22"/>
        </w:rPr>
        <w:t>In Kashmir, the Jihadi groups compulsorily function under the Pakistani Intelligence Service. Their 'jihad' is subservient to Pakistan's policy which is in turn dictated by the presence of the Hindu forces in Kashmir. In Bosnia, the Mujaahideen were the surrogates of the West, and in particular of the U.S. This in a nutshell is the reality of all Jihadi cliques.</w:t>
      </w:r>
    </w:p>
    <w:p>
      <w:pPr>
        <w:spacing w:before="0" w:after="120" w:line="300" w:lineRule="exact"/>
        <w:jc w:val="both"/>
      </w:pPr>
      <w:r>
        <w:rPr>
          <w:rFonts w:ascii="Georgia" w:hAnsi="Georgia" w:cs="Georgia" w:eastAsia="Georgia"/>
          <w:b w:val="0"/>
          <w:i w:val="0"/>
          <w:sz w:val="22"/>
        </w:rPr>
        <w:t>Nowhere in the world has true Islamic Jihad been waged in recent centuries. All the howls about 'Jihad' are the deceptive slogans of the surrogates of the West. The sincere foot-soldiers who have joined these Jihadi outfits seeking 'martyrdom' are genuine morons. They are absolute juhala. They operate as bandits, but justify their banditry under the banner of 'jihad'.</w:t>
      </w:r>
    </w:p>
    <w:p>
      <w:pPr>
        <w:spacing w:before="0" w:after="120" w:line="300" w:lineRule="exact"/>
        <w:jc w:val="both"/>
      </w:pPr>
      <w:r>
        <w:rPr>
          <w:rFonts w:ascii="Georgia" w:hAnsi="Georgia" w:cs="Georgia" w:eastAsia="Georgia"/>
          <w:b w:val="0"/>
          <w:i w:val="0"/>
          <w:sz w:val="22"/>
        </w:rPr>
        <w:t>And the worst of the socalled Jihad outfits is the Rubbish called ISIS which was a Surrogate of America. But now it seems that for American usage, ISIS has outlived its utility. It will not at all be surprising if America creates another jihadi cartel to execute its global policy in Ukraine.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THE MUHAAJIREEN</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Millions of Muslims having been forced to flee from their homelands are scattered all over the world. The vast majority of these Muhaajireen are living in squalor, abject poverty, ignorance and in corruption and crime-ridden refugee camps. They are leading purposeless lives just like animals or even worse. There is no gainsaying that their plight is actually the punishment of Allah Azza Wa Jal for their fisq, fujoor and kufr.</w:t>
      </w:r>
    </w:p>
    <w:p>
      <w:pPr>
        <w:spacing w:before="0" w:after="120" w:line="300" w:lineRule="exact"/>
        <w:jc w:val="both"/>
      </w:pPr>
      <w:r>
        <w:rPr>
          <w:rFonts w:ascii="Georgia" w:hAnsi="Georgia" w:cs="Georgia" w:eastAsia="Georgia"/>
          <w:b w:val="0"/>
          <w:i w:val="0"/>
          <w:sz w:val="22"/>
        </w:rPr>
        <w:t>In their homelands they lived like the kuffaar oblivious of being Muslims and that they are here on earth for a short while to prepare for the Meeting with Allah Ta'ala in Qiyaamah. "Whatever calamity befalls you is due to that which your hands have earned. And (despite your evil), He forgives much." (Qur'aan) Almost all of these Muhaajireen are shockingly ignorant of even the basic tenets of the Deen.</w:t>
      </w:r>
    </w:p>
    <w:p>
      <w:pPr>
        <w:spacing w:before="0" w:after="120" w:line="300" w:lineRule="exact"/>
        <w:jc w:val="both"/>
      </w:pPr>
      <w:r>
        <w:rPr>
          <w:rFonts w:ascii="Georgia" w:hAnsi="Georgia" w:cs="Georgia" w:eastAsia="Georgia"/>
          <w:b w:val="0"/>
          <w:i w:val="0"/>
          <w:sz w:val="22"/>
        </w:rPr>
        <w:t>Their children are growing up as kuffaar and criminals in these evil refugee camps supervised by villains and kuffaar. Both their dunya and Aakhirat are ruined. Yet, they fail to understand why they are being punished. The present generation of children in refugee camps will tomorrow be adults totally lost to Islam. There is no Tahaarat, no Salaat, no Tilaawat and no basic understanding of the Deen among the refugees, and the condition of their children is worse.</w:t>
      </w:r>
    </w:p>
    <w:p>
      <w:pPr>
        <w:spacing w:before="0" w:after="120" w:line="300" w:lineRule="exact"/>
        <w:jc w:val="both"/>
      </w:pPr>
      <w:r>
        <w:rPr>
          <w:rFonts w:ascii="Georgia" w:hAnsi="Georgia" w:cs="Georgia" w:eastAsia="Georgia"/>
          <w:b w:val="0"/>
          <w:i w:val="0"/>
          <w:sz w:val="22"/>
        </w:rPr>
        <w:t>The greater Jihad today is not with the kuffaar, but against the fisq, fujoor and kufr of Muslims. It does not occur to these refugees languishing in squalor and ignorance in filthy camps to establish Salaat and to see to the basic Deeni ta'leem of their children. They live like animals. For the acquisition of Nusrat (Help) from Allah Ta'ala, the imperative need is for the refugees as well as for the Mujaahideen to practically implement the Shariah to the best of their ability.</w:t>
      </w:r>
    </w:p>
    <w:p>
      <w:pPr>
        <w:spacing w:before="0" w:after="120" w:line="300" w:lineRule="exact"/>
        <w:jc w:val="both"/>
      </w:pPr>
      <w:r>
        <w:rPr>
          <w:rFonts w:ascii="Georgia" w:hAnsi="Georgia" w:cs="Georgia" w:eastAsia="Georgia"/>
          <w:b w:val="0"/>
          <w:i w:val="0"/>
          <w:sz w:val="22"/>
        </w:rPr>
        <w:t>But with the appalling state of jahaalat this is the furthest from their minds. Men of intelligence who have Islam at heart, and who have access to the refugee camps, should wage Jihad against ignorance. Today this Jihad has prior importance. Muslims have first to be converted to Islam and transformed into practical Muslims. Only then can Divine Aid be expected.</w:t>
      </w:r>
    </w:p>
    <w:p>
      <w:pPr>
        <w:spacing w:before="0" w:after="120" w:line="300" w:lineRule="exact"/>
        <w:jc w:val="both"/>
      </w:pPr>
      <w:r>
        <w:rPr>
          <w:rFonts w:ascii="Georgia" w:hAnsi="Georgia" w:cs="Georgia" w:eastAsia="Georgia"/>
          <w:b w:val="0"/>
          <w:i w:val="0"/>
          <w:sz w:val="22"/>
        </w:rPr>
        <w:t>The imperative and immediate need is to establish Makaateeb for the ta'leem of the Qur'aan Majeed and for basic Deeni masaa-il. The slide to kufr can be stemmed and eliminated only by means of ta'leem and tarbiyat. The refugee camps should be dotted with maktabs to impart Qur'aanic ta'leem. Added to this, Jamaat Salaat must be established.</w:t>
      </w:r>
    </w:p>
    <w:p>
      <w:pPr>
        <w:spacing w:before="0" w:after="120" w:line="300" w:lineRule="exact"/>
        <w:jc w:val="both"/>
      </w:pPr>
      <w:r>
        <w:rPr>
          <w:rFonts w:ascii="Georgia" w:hAnsi="Georgia" w:cs="Georgia" w:eastAsia="Georgia"/>
          <w:b w:val="0"/>
          <w:i w:val="0"/>
          <w:sz w:val="22"/>
        </w:rPr>
        <w:t>Minus Jamaat Salaat, the people who are hovering on the precipice of kufr will tomorrow become confirmed kuffaar. The Muhaajireen are in desperate need of mass ta'leemi and tarbiyati programmes. There is absolutely no other way of pre- serving their Imaan. On the one side the mujaahideen are fighting among themselves, and on the other side the muhaajireen are being devoured by gross ignorance and kufr.</w:t>
      </w:r>
    </w:p>
    <w:p>
      <w:pPr>
        <w:spacing w:before="0" w:after="120" w:line="300" w:lineRule="exact"/>
        <w:jc w:val="both"/>
      </w:pPr>
      <w:r>
        <w:rPr>
          <w:rFonts w:ascii="Georgia" w:hAnsi="Georgia" w:cs="Georgia" w:eastAsia="Georgia"/>
          <w:b w:val="0"/>
          <w:i w:val="0"/>
          <w:sz w:val="22"/>
        </w:rPr>
        <w:t>Concerned Muslims who have the means and the ability, should take up this challenge. There are many even among the muhaajireen who are able to teach the Qur'aan and the basic tenets of the Deen. The Mujaahideen who are making no headway on the battlefield should establish the Maktab system in the camps to save this drowning segment of the Ummah.</w:t>
      </w:r>
    </w:p>
    <w:p>
      <w:pPr>
        <w:spacing w:before="0" w:after="120" w:line="300" w:lineRule="exact"/>
        <w:jc w:val="both"/>
      </w:pPr>
      <w:r>
        <w:rPr>
          <w:rFonts w:ascii="Georgia" w:hAnsi="Georgia" w:cs="Georgia" w:eastAsia="Georgia"/>
          <w:b w:val="0"/>
          <w:i w:val="0"/>
          <w:sz w:val="22"/>
        </w:rPr>
        <w:t>May Allah Ta'ala guide them and us all to understand the cause for this Athaab of Allah Azza Wa Jal. Minus this understanding, there is no possibility for a solution. "If you help (the Deen of) Allah, He will help you. And, if</w:t>
      </w:r>
    </w:p>
    <w:p>
      <w:pPr>
        <w:spacing w:before="120" w:after="120" w:line="300" w:lineRule="exact"/>
        <w:ind w:left="720" w:right="720"/>
        <w:jc w:val="center"/>
      </w:pPr>
      <w:r>
        <w:rPr>
          <w:rFonts w:ascii="Georgia" w:hAnsi="Georgia" w:cs="Georgia" w:eastAsia="Georgia"/>
          <w:b w:val="0"/>
          <w:i/>
          <w:sz w:val="22"/>
        </w:rPr>
        <w:t>He abandons you, then who is there besides Allah to help you?"</w:t>
      </w:r>
    </w:p>
    <w:p>
      <w:pPr>
        <w:spacing w:before="0" w:after="120" w:line="300" w:lineRule="exact"/>
        <w:jc w:val="both"/>
      </w:pPr>
      <w:r>
        <w:rPr>
          <w:rFonts w:ascii="Georgia" w:hAnsi="Georgia" w:cs="Georgia" w:eastAsia="Georgia"/>
          <w:b w:val="0"/>
          <w:i w:val="0"/>
          <w:sz w:val="22"/>
        </w:rPr>
        <w:t>(Qur'aan) "Help is only from Allah, The Mighty, The Wise."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Based on the information in this report as well as provided by numerous others, the group, Harkatut Tahreer-e-Shaam (HTS) appears to have adopted the same brutal tactics of the Murtaddeen of ISIS, Assad regime and the kuffaar in general. Most certainly, their torture tactics are grotesque and HARAAM without the slightest vestige of doubt.</w:t>
      </w:r>
    </w:p>
    <w:p>
      <w:pPr>
        <w:spacing w:before="0" w:after="120" w:line="300" w:lineRule="exact"/>
        <w:jc w:val="both"/>
      </w:pPr>
      <w:r>
        <w:rPr>
          <w:rFonts w:ascii="Georgia" w:hAnsi="Georgia" w:cs="Georgia" w:eastAsia="Georgia"/>
          <w:b w:val="0"/>
          <w:i w:val="0"/>
          <w:sz w:val="22"/>
        </w:rPr>
        <w:t>Even if there is a genuine need to apprehend an opponent, torture is never permissible. People who profess to be Muslims but resort to torture for punishing their adversaries display lack of Imaan. Their brutality 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ZULM</w:t>
      </w:r>
    </w:p>
    <w:p>
      <w:pPr>
        <w:spacing w:before="0" w:after="160" w:line="300" w:lineRule="exact"/>
        <w:jc w:val="center"/>
      </w:pPr>
      <w:r>
        <w:rPr>
          <w:rFonts w:ascii="Georgia" w:hAnsi="Georgia" w:cs="Georgia" w:eastAsia="Georgia"/>
          <w:b w:val="0"/>
          <w:i/>
          <w:sz w:val="16"/>
        </w:rPr>
        <w:t>Page 9, 10, 11 of the original</w:t>
      </w:r>
    </w:p>
    <w:p>
      <w:pPr>
        <w:spacing w:before="0" w:after="120" w:line="300" w:lineRule="exact"/>
        <w:jc w:val="both"/>
      </w:pPr>
      <w:r>
        <w:rPr>
          <w:rFonts w:ascii="Georgia" w:hAnsi="Georgia" w:cs="Georgia" w:eastAsia="Georgia"/>
          <w:b w:val="0"/>
          <w:i w:val="0"/>
          <w:sz w:val="22"/>
        </w:rPr>
        <w:t>which will not go unpunished by Allah Azza Wa Jal. Regarding Zulm (cruelty, brutality, injustice), Rasulullah (Sallallahu alayhi wasallam) said: "The Duas of three persons are Mustajaab (readily accepted by Allah Ta'ala). The Dua of a father; the Dua of a Musaafir, and the Dua of the MAZLOOM (the victim of cruelty)… Allah raises the Dua of the Mazloom above the clouds, and the portals of heaven are opened for it.</w:t>
      </w:r>
    </w:p>
    <w:p>
      <w:pPr>
        <w:spacing w:before="0" w:after="120" w:line="300" w:lineRule="exact"/>
        <w:jc w:val="both"/>
      </w:pPr>
      <w:r>
        <w:rPr>
          <w:rFonts w:ascii="Georgia" w:hAnsi="Georgia" w:cs="Georgia" w:eastAsia="Georgia"/>
          <w:b w:val="0"/>
          <w:i w:val="0"/>
          <w:sz w:val="22"/>
        </w:rPr>
        <w:t>And Rabb (Allah Azza Wa Jal) says: 'By My Grandeur! I shall assuredly aid you even if it be after some time.' " If the charges levelled at HTS are true, then they must take note that the CURSES of those they have brutalized and oppressed have found their target of Qubuliyat by Allah Azza Wa Jal. HTS must not be lulled into any kind of complacency and indifference because of the respite Allah Ta'ala has granted them.</w:t>
      </w:r>
    </w:p>
    <w:p>
      <w:pPr>
        <w:spacing w:before="0" w:after="120" w:line="300" w:lineRule="exact"/>
        <w:jc w:val="both"/>
      </w:pPr>
      <w:r>
        <w:rPr>
          <w:rFonts w:ascii="Georgia" w:hAnsi="Georgia" w:cs="Georgia" w:eastAsia="Georgia"/>
          <w:b w:val="0"/>
          <w:i w:val="0"/>
          <w:sz w:val="22"/>
        </w:rPr>
        <w:t>The Punishment will overtake them. The Zaalimeen will not escape Divine Chastisement for zulm. It is absolutely revolting and horrendously shocking to learn that those who proclaim themselves as 'Mujaahideen' stoop to the satanic level of degradation of such torture which hitherto we understood to be the trade mark of only the kuffaar in general (Americans, British, Russians), and their bootlicking sinister agencies such as the intelligence personnel of the kufr regimes in Muslim countries.</w:t>
      </w:r>
    </w:p>
    <w:p>
      <w:pPr>
        <w:spacing w:before="0" w:after="120" w:line="300" w:lineRule="exact"/>
        <w:jc w:val="both"/>
      </w:pPr>
      <w:r>
        <w:rPr>
          <w:rFonts w:ascii="Georgia" w:hAnsi="Georgia" w:cs="Georgia" w:eastAsia="Georgia"/>
          <w:b w:val="0"/>
          <w:i w:val="0"/>
          <w:sz w:val="22"/>
        </w:rPr>
        <w:t>Zulm is the outstanding feature of all cowards. Muslims who adopt torture as a method for punishing adversaries, join the league of these kuffaar cowards by employing the same brutal haraam methods on other Muslims who also claim to be Mujaahideen. The rivalry among the jihaadi outfits is a satanic disease in all countries where these groups operate.</w:t>
      </w:r>
    </w:p>
    <w:p>
      <w:pPr>
        <w:spacing w:before="0" w:after="120" w:line="300" w:lineRule="exact"/>
        <w:jc w:val="both"/>
      </w:pPr>
      <w:r>
        <w:rPr>
          <w:rFonts w:ascii="Georgia" w:hAnsi="Georgia" w:cs="Georgia" w:eastAsia="Georgia"/>
          <w:b w:val="0"/>
          <w:i w:val="0"/>
          <w:sz w:val="22"/>
        </w:rPr>
        <w:t>They are engaged more in fighting and killing among themselves instead of unitedly confronting the enemy. HTS should understand that they will be denied even the moral support and the Duas of Muslims. It is not permissible to make dua for a group which engages in such dastardly zulm which is comprehensible if perpetrated by the kuffaar. But such haraam brutal conduct is never possible for those who claim to be Muslims fighting in the Path of Allah Ta'ala.</w:t>
      </w:r>
    </w:p>
    <w:p>
      <w:pPr>
        <w:spacing w:before="0" w:after="120" w:line="300" w:lineRule="exact"/>
        <w:jc w:val="both"/>
      </w:pPr>
      <w:r>
        <w:rPr>
          <w:rFonts w:ascii="Georgia" w:hAnsi="Georgia" w:cs="Georgia" w:eastAsia="Georgia"/>
          <w:b w:val="0"/>
          <w:i w:val="0"/>
          <w:sz w:val="22"/>
        </w:rPr>
        <w:t>The HTS and all others who claim to be 'mujahideen' must necessarily study the lives of the Sahaabah. Never did the Sahaabah practice torture. Read the life anecdotes of Sultan Salaahuddin and take lesson. Regarding the true Mujaahideen, the Qur'aan Majeed states: "Muhammad is the Rasool of Allah. And those with him (the Sahaabah) are most stern against the kuffaar, most merciful among themselves.</w:t>
      </w:r>
    </w:p>
    <w:p>
      <w:pPr>
        <w:spacing w:before="0" w:after="120" w:line="300" w:lineRule="exact"/>
        <w:jc w:val="both"/>
      </w:pPr>
      <w:r>
        <w:rPr>
          <w:rFonts w:ascii="Georgia" w:hAnsi="Georgia" w:cs="Georgia" w:eastAsia="Georgia"/>
          <w:b w:val="0"/>
          <w:i w:val="0"/>
          <w:sz w:val="22"/>
        </w:rPr>
        <w:t>You will see them in Ruku' and Sajdah seeking the kindness of Allah and (His) Pleasure….." (Al-Fath, Aayat 29)</w:t>
      </w:r>
    </w:p>
    <w:p>
      <w:pPr>
        <w:spacing w:before="120" w:after="120" w:line="300" w:lineRule="exact"/>
        <w:ind w:left="720" w:right="720"/>
        <w:jc w:val="center"/>
      </w:pPr>
      <w:r>
        <w:rPr>
          <w:rFonts w:ascii="Georgia" w:hAnsi="Georgia" w:cs="Georgia" w:eastAsia="Georgia"/>
          <w:b w:val="0"/>
          <w:i/>
          <w:sz w:val="22"/>
        </w:rPr>
        <w:t>"… They are powerful against the kuffaar (but) kind (and hum-</w:t>
      </w:r>
    </w:p>
    <w:p>
      <w:pPr>
        <w:spacing w:before="120" w:after="120" w:line="300" w:lineRule="exact"/>
        <w:ind w:left="720" w:right="720"/>
        <w:jc w:val="center"/>
      </w:pPr>
      <w:r>
        <w:rPr>
          <w:rFonts w:ascii="Georgia" w:hAnsi="Georgia" w:cs="Georgia" w:eastAsia="Georgia"/>
          <w:b w:val="0"/>
          <w:i/>
          <w:sz w:val="22"/>
        </w:rPr>
        <w:t>ble) towards the Mu'mineen. They wage jihad in the Path of</w:t>
      </w:r>
    </w:p>
    <w:p>
      <w:pPr>
        <w:spacing w:before="120" w:after="120" w:line="300" w:lineRule="exact"/>
        <w:ind w:left="720" w:right="720"/>
        <w:jc w:val="center"/>
      </w:pPr>
      <w:r>
        <w:rPr>
          <w:rFonts w:ascii="Georgia" w:hAnsi="Georgia" w:cs="Georgia" w:eastAsia="Georgia"/>
          <w:b w:val="0"/>
          <w:i/>
          <w:sz w:val="22"/>
        </w:rPr>
        <w:t>Allah, and they do not fear the reproach of those who insult….."</w:t>
      </w:r>
    </w:p>
    <w:p>
      <w:pPr>
        <w:spacing w:before="0" w:after="120" w:line="300" w:lineRule="exact"/>
        <w:jc w:val="both"/>
      </w:pPr>
      <w:r>
        <w:rPr>
          <w:rFonts w:ascii="Georgia" w:hAnsi="Georgia" w:cs="Georgia" w:eastAsia="Georgia"/>
          <w:b w:val="0"/>
          <w:i w:val="0"/>
          <w:sz w:val="22"/>
        </w:rPr>
        <w:t>(Al-Maaidah, Aayat 54) The evil characteristics displayed by HTS and/or any other similar 'jihaadi' outfit render them allies of the kuffaar. They do not have the haziest idea of the meaning of Jihad whose Maqsood (Divine Objective) is nothing besides I'laa Kalimatillaah – To raise the Word of Al Haq Bulletin 64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HTS AND THE JIHADI GROUPS</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Allah Ta'ala. HTS and all other groups claiming to be in the Path of Allah must understand well that true Mujaahideen are not in the field to injure, brutalize and kill Mus- lims. No group has a monopoly of operating in the arena of Jihad. The current scenario in Shaam is not of the Khalifah fighting the kuffaar. Therefore, those who refuse to join HTS may not be classified as Ahl-Bughaat.</w:t>
      </w:r>
    </w:p>
    <w:p>
      <w:pPr>
        <w:spacing w:before="0" w:after="120" w:line="300" w:lineRule="exact"/>
        <w:jc w:val="both"/>
      </w:pPr>
      <w:r>
        <w:rPr>
          <w:rFonts w:ascii="Georgia" w:hAnsi="Georgia" w:cs="Georgia" w:eastAsia="Georgia"/>
          <w:b w:val="0"/>
          <w:i w:val="0"/>
          <w:sz w:val="22"/>
        </w:rPr>
        <w:t>They are not rebels and traitors. HTS has no Shar'i right to hoist itself as the Khalifah. Currently, in fact since its establishment, HTS and for that matter all the jihaadi groups have not even commenced valid Jihaadi activity against the Assad Devil. Mutual rivalry and internecine fighting appear to be their dominant ac- tivity. In the Land of Shaam, HTS cannot claim to be the sole repository of Jihad.</w:t>
      </w:r>
    </w:p>
    <w:p>
      <w:pPr>
        <w:spacing w:before="0" w:after="120" w:line="300" w:lineRule="exact"/>
        <w:jc w:val="both"/>
      </w:pPr>
      <w:r>
        <w:rPr>
          <w:rFonts w:ascii="Georgia" w:hAnsi="Georgia" w:cs="Georgia" w:eastAsia="Georgia"/>
          <w:b w:val="0"/>
          <w:i w:val="0"/>
          <w:sz w:val="22"/>
        </w:rPr>
        <w:t>It has no Shar'i jurisdiction over other groups. All the groups are supposed to unite in the field even if they cannot unite under one banner. But they are required by Islam to collectively plan and systematize and synchronize their plans and actions against the enemy. Allah Ta'ala commanding this action states in the Qur'aan Majeed: "And all of you hold fast on to the Rope of Allah, and do not split (among yourselves)." All of you Jihadi groups should hang your heads in shame!</w:t>
      </w:r>
    </w:p>
    <w:p>
      <w:pPr>
        <w:spacing w:before="0" w:after="120" w:line="300" w:lineRule="exact"/>
        <w:jc w:val="both"/>
      </w:pPr>
      <w:r>
        <w:rPr>
          <w:rFonts w:ascii="Georgia" w:hAnsi="Georgia" w:cs="Georgia" w:eastAsia="Georgia"/>
          <w:b w:val="0"/>
          <w:i w:val="0"/>
          <w:sz w:val="22"/>
        </w:rPr>
        <w:t>You should quit and disappear into the mountains to attend to moral purification. Go and first excoriate the evil nafs of all its villainy. Then only will you become qualified for Jihad. Currently, you are rotten to the core, hence you survive as bandits employing the brutal tactics of the enemies of Islam. You brutalize Muslims and you lie in the name of Islam!</w:t>
      </w:r>
    </w:p>
    <w:p>
      <w:pPr>
        <w:spacing w:before="0" w:after="120" w:line="300" w:lineRule="exact"/>
        <w:jc w:val="both"/>
      </w:pPr>
      <w:r>
        <w:rPr>
          <w:rFonts w:ascii="Georgia" w:hAnsi="Georgia" w:cs="Georgia" w:eastAsia="Georgia"/>
          <w:b w:val="0"/>
          <w:i w:val="0"/>
          <w:sz w:val="22"/>
        </w:rPr>
        <w:t>These are not traits of a Mujahid's or a Muslim's character. You should feel ashamed of yourselves for all the harm and damage you are causing with your in-fighting and zulm. Take a lesson from the U.S. enemy of Islam. To achieve its goal of the expulsion of the Soviet Union from Afghanistan, the U.S. had united all the Afghan warring factions, fielded them unitedly as 'Mujaahideen' and ultimately succeeded in its objective of humiliating and expelling its enemy, the Soviet Union.</w:t>
      </w:r>
    </w:p>
    <w:p>
      <w:pPr>
        <w:spacing w:before="0" w:after="120" w:line="300" w:lineRule="exact"/>
        <w:jc w:val="both"/>
      </w:pPr>
      <w:r>
        <w:rPr>
          <w:rFonts w:ascii="Georgia" w:hAnsi="Georgia" w:cs="Georgia" w:eastAsia="Georgia"/>
          <w:b w:val="0"/>
          <w:i w:val="0"/>
          <w:sz w:val="22"/>
        </w:rPr>
        <w:t>Now when this kaafir US ene- my of Islam could succeed in uniting the various Afghan factions who had no perception of Jihad and its Objective, why can the HTS and the other groups not unite to fight the enemy despite all of them claiming to be fighting Fi Sabeelillaah with a stated objective of establishing Khilaafate and the Shariah? The glaringly conspicuous factor for the inability to unite and for the internecine blood-letting is moral corruption.</w:t>
      </w:r>
    </w:p>
    <w:p>
      <w:pPr>
        <w:spacing w:before="0" w:after="120" w:line="300" w:lineRule="exact"/>
        <w:jc w:val="both"/>
      </w:pPr>
      <w:r>
        <w:rPr>
          <w:rFonts w:ascii="Georgia" w:hAnsi="Georgia" w:cs="Georgia" w:eastAsia="Georgia"/>
          <w:b w:val="0"/>
          <w:i w:val="0"/>
          <w:sz w:val="22"/>
        </w:rPr>
        <w:t>These 'mujaahideen' are primarily juhala who are totally unaware of the Waajib and vital requisite of Islaah of the Nafs. Since they are bereft of moral excellence, they act like animals in submission to nafsaani instincts. How is it ever possible for a true Muslim to torture a man who recites: Laailaha illallaah? In fact, it is Haraam to torture even the enemy.</w:t>
      </w:r>
    </w:p>
    <w:p>
      <w:pPr>
        <w:spacing w:before="0" w:after="120" w:line="300" w:lineRule="exact"/>
        <w:jc w:val="both"/>
      </w:pPr>
      <w:r>
        <w:rPr>
          <w:rFonts w:ascii="Georgia" w:hAnsi="Georgia" w:cs="Georgia" w:eastAsia="Georgia"/>
          <w:b w:val="0"/>
          <w:i w:val="0"/>
          <w:sz w:val="22"/>
        </w:rPr>
        <w:t>It is haraam to torture a captured kaafir even if the kuffaar had tortured Muslims. Torture has absolutely no scope of operation in Islam. The aforementioned Naseehat answers your two questions. In brief, the answers are: (1) If what you have said is true, and if HTS does not undergo a major overhaul and a major cleansing of its haraam activities, then it will be haraam to join it, and also haraam to remain with it.</w:t>
      </w:r>
    </w:p>
    <w:p>
      <w:pPr>
        <w:spacing w:before="0" w:after="120" w:line="300" w:lineRule="exact"/>
        <w:jc w:val="both"/>
      </w:pPr>
      <w:r>
        <w:rPr>
          <w:rFonts w:ascii="Georgia" w:hAnsi="Georgia" w:cs="Georgia" w:eastAsia="Georgia"/>
          <w:b w:val="0"/>
          <w:i w:val="0"/>
          <w:sz w:val="22"/>
        </w:rPr>
        <w:t>(2) Advice for the redundant Muhaajireen appears on page 9 in this Bulletin. May Allah Ta'ala grant everyone the taufeeq to morally reform. For success and victory, Islah of the nafs is the vital requisite. It is the fundamental basis for victory against the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have read your article regarding migrating to kaafir countries being kufr. Does this mean that it is Waajib for Muslims living in non-Muslim countries to go back to their countries?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If it is possible to migrate back to the Muslim country from whence one came, then yes, it will be Waajib to flee from the kaafir country. For example, Pakistanis in foreign kuffaar countries are able to return to their country since they are citizens over there.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the Crescent moon and the Star the symbol of Islam? What is its Shariah status?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Although the crescent and star has become a symbol of Islam, it is not Sunnah. It is permissible. It has no Sunnah significance.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How is it to listen to the bayaans of Sheikh Awlaki?</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Sheikh Awlaki was a staunch Salafi. Laymen should not listen to his talks, for they are bound to deviate. They will not understand at what point his talk is deviating. Therefore, laymen should not listen to his bayaans.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Al Mahmoud Foundation Trust of Lilongwe, Malawi has organized a 40 day Fajr Salaat competition. Is it permissible to participate in such a competition?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In South Africa there is a shaitaani, deviated evil group which we call Devil's Team while they dub themselves 'deen team'. It appears that the Al Mahmoud Foundation Trust of Lilongwe, Malawi has contracted the disease of kufr and mockery of the Deen from the South African Devil's Team. The 'Fajr' competition is a haraam mockery of Salaat. It is akin to kufr. These deviates are inspired by Iblees. It is haraam to participate in their satanic competition.</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High Court of Lahore has decreed that a marriage during the Iddat is not baatil (invalid), and that the couple marrying during the woman's Iddat cannot be charged with zina. Is this correct according to the Shariah?</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Lahore High Court is not a Shariah court. It is a court which operates according to kufr law. Pakistan is not a country governed by the Shariah. Nikah during Iddat is not valid. However, it is correct that the couple cannot be charged with the crime of zina. This is because of the lack of Shar'i evidence for proving zina. Furthermore, those who believe that Nikah during Iddat is valid become kaafir. They lose their Imaan.</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You call many scholars with different names such as Reverend, etc. Why such names? From history did the previous Ulama-e-Haq also speak in this manner? Is it permitted for me to use such names for these so-called scholars?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They are not ulama. They are rascals and scoundrels of the vilest breed of Ibleesi agents. The titles, reverend, pundit, villains, scoundrels, etc. for Munaafiqeen of the likes of Bham, Moolla, Menk, Rawat, Vanker and the glut of agents of Iblees, are very mild and perhaps respectful. These characters need to be impaled and crucified. They are NOT Muslims. Salaat behind them is not permissible. It is not permissible to perform their Janaazah Salaat when they perish nor is it permissible to bury them in the Muslim Qabrustaan. Their carrion bodies should be thrown into the city dump for animals to devour. That was one form of punishment meted out to murtaddeen during the Salafus Saaliheen era. We are dealing with scoundrels of the worst kind. They are murtaddeen out to demolish Islam.</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Rasulullah (Sallallahu alayhi wasallam) had in his final moments advised that Jews and Christians be expelled from Arabia. However, we are informed that today they are allowed even in the Haram of Madinah Tayyibah. Can this ever be allowed?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Expulsion of the Yahood and Nasaara from Jazeeratul Arab was not an 'advice'. It was a vigorous Command which the Sahaabah executed and Arabia was purified from Yahood and Nasaara presence until just very recently when the Saudi murtad regime cancelled the Shariah. The command applies to Jazeeratul Arab – the entire Arabian Peninsula. The current murtad regime of Iblees directed by the illegitimate son of shaitaan is the writing on the wall for massive upheavals of fitnah and fasaad. The Axe of Divine Wrath will strike swiftly and disastrously.</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I've witnessed with my own eyes that this chap named Imraan Moosa is invited to the homes of Ulama and Islamic scholars. These Ulama entertain and dine with him despite him committing the worst of acts of shirk and kufr under the heavens. What is the condition of these Ulama? This is in Lenasia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molvis who dine (and wine) with the mushrik politician are Signs of Qiyaamah. They are among the villains about whom our Nabi (Sallallahu alayhi wasallam) said: "…they will be the worst of the people under the canopy of the sky." These molvis of evil demolish the Deen. About them Rasulullah (Sallallahu alayhi wasallam) said: "He who honours a faasiq aids in the demolition of Islam." Rasulullah (Sallallahu alayhi wasallam) expressed great fear for these vile vermin masquerading as Ulama. He said that he fears them more than Dajjaal.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