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74</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16 were joined in this issue.</w:t>
      </w:r>
    </w:p>
    <w:p>
      <w:pPr>
        <w:spacing w:before="0" w:after="80" w:line="300" w:lineRule="exact"/>
        <w:jc w:val="left"/>
      </w:pPr>
      <w:r>
        <w:rPr>
          <w:rFonts w:ascii="Georgia" w:hAnsi="Georgia" w:cs="Georgia" w:eastAsia="Georgia"/>
          <w:b w:val="0"/>
          <w:i w:val="0"/>
          <w:sz w:val="18"/>
        </w:rPr>
        <w:t>Headings: 9 read from the PDF's own text, 28 read from the printed headline artwork, 0 taken from the Majlis's running head, and 2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454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98.06% of the original's words are present and 95.96%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Al-Hage (page 1)</w:t>
      </w:r>
    </w:p>
    <w:p>
      <w:pPr>
        <w:spacing w:before="0" w:after="40" w:line="300" w:lineRule="exact"/>
        <w:jc w:val="left"/>
      </w:pPr>
      <w:r>
        <w:rPr>
          <w:rFonts w:ascii="Georgia" w:hAnsi="Georgia" w:cs="Georgia" w:eastAsia="Georgia"/>
          <w:b w:val="0"/>
          <w:i w:val="0"/>
          <w:sz w:val="20"/>
        </w:rPr>
        <w:t>2. "THERE IS AN APPOINTED TIME" (page 1, 2)</w:t>
      </w:r>
    </w:p>
    <w:p>
      <w:pPr>
        <w:spacing w:before="0" w:after="40" w:line="300" w:lineRule="exact"/>
        <w:jc w:val="left"/>
      </w:pPr>
      <w:r>
        <w:rPr>
          <w:rFonts w:ascii="Georgia" w:hAnsi="Georgia" w:cs="Georgia" w:eastAsia="Georgia"/>
          <w:b w:val="0"/>
          <w:i w:val="0"/>
          <w:sz w:val="20"/>
        </w:rPr>
        <w:t>3. THE ABDAAL (page 1, 13)</w:t>
      </w:r>
    </w:p>
    <w:p>
      <w:pPr>
        <w:spacing w:before="0" w:after="40" w:line="300" w:lineRule="exact"/>
        <w:jc w:val="left"/>
      </w:pPr>
      <w:r>
        <w:rPr>
          <w:rFonts w:ascii="Georgia" w:hAnsi="Georgia" w:cs="Georgia" w:eastAsia="Georgia"/>
          <w:b w:val="0"/>
          <w:i w:val="0"/>
          <w:sz w:val="20"/>
        </w:rPr>
        <w:t>4. POWER BELONGS TO ONLY ALLAH (page 2)</w:t>
      </w:r>
    </w:p>
    <w:p>
      <w:pPr>
        <w:spacing w:before="0" w:after="40" w:line="300" w:lineRule="exact"/>
        <w:jc w:val="left"/>
      </w:pPr>
      <w:r>
        <w:rPr>
          <w:rFonts w:ascii="Georgia" w:hAnsi="Georgia" w:cs="Georgia" w:eastAsia="Georgia"/>
          <w:b w:val="0"/>
          <w:i w:val="0"/>
          <w:sz w:val="20"/>
        </w:rPr>
        <w:t>5. THE SPIRIT OF AN ISLAMIC GOVERNMENT (page 3)</w:t>
      </w:r>
    </w:p>
    <w:p>
      <w:pPr>
        <w:spacing w:before="0" w:after="40" w:line="300" w:lineRule="exact"/>
        <w:jc w:val="left"/>
      </w:pPr>
      <w:r>
        <w:rPr>
          <w:rFonts w:ascii="Georgia" w:hAnsi="Georgia" w:cs="Georgia" w:eastAsia="Georgia"/>
          <w:b w:val="0"/>
          <w:i w:val="0"/>
          <w:sz w:val="20"/>
        </w:rPr>
        <w:t>6. THE 'JIHAD' OF TAGHOOT (page 3)</w:t>
      </w:r>
    </w:p>
    <w:p>
      <w:pPr>
        <w:spacing w:before="0" w:after="40" w:line="300" w:lineRule="exact"/>
        <w:jc w:val="left"/>
      </w:pPr>
      <w:r>
        <w:rPr>
          <w:rFonts w:ascii="Georgia" w:hAnsi="Georgia" w:cs="Georgia" w:eastAsia="Georgia"/>
          <w:b w:val="0"/>
          <w:i w:val="0"/>
          <w:sz w:val="20"/>
        </w:rPr>
        <w:t>7. THE 'JIHAD' OF TAGHOOT (page 3, 4, 22)</w:t>
      </w:r>
    </w:p>
    <w:p>
      <w:pPr>
        <w:spacing w:before="0" w:after="40" w:line="300" w:lineRule="exact"/>
        <w:jc w:val="left"/>
      </w:pPr>
      <w:r>
        <w:rPr>
          <w:rFonts w:ascii="Georgia" w:hAnsi="Georgia" w:cs="Georgia" w:eastAsia="Georgia"/>
          <w:b w:val="0"/>
          <w:i w:val="0"/>
          <w:sz w:val="20"/>
        </w:rPr>
        <w:t>8. HABAAILUSH SHAITAAN (page 4)</w:t>
      </w:r>
    </w:p>
    <w:p>
      <w:pPr>
        <w:spacing w:before="0" w:after="40" w:line="300" w:lineRule="exact"/>
        <w:jc w:val="left"/>
      </w:pPr>
      <w:r>
        <w:rPr>
          <w:rFonts w:ascii="Georgia" w:hAnsi="Georgia" w:cs="Georgia" w:eastAsia="Georgia"/>
          <w:b w:val="0"/>
          <w:i w:val="0"/>
          <w:sz w:val="20"/>
        </w:rPr>
        <w:t>9. THE SYRIAN COUP (page 5, 6)</w:t>
      </w:r>
    </w:p>
    <w:p>
      <w:pPr>
        <w:spacing w:before="0" w:after="40" w:line="300" w:lineRule="exact"/>
        <w:jc w:val="left"/>
      </w:pPr>
      <w:r>
        <w:rPr>
          <w:rFonts w:ascii="Georgia" w:hAnsi="Georgia" w:cs="Georgia" w:eastAsia="Georgia"/>
          <w:b w:val="0"/>
          <w:i w:val="0"/>
          <w:sz w:val="20"/>
        </w:rPr>
        <w:t>10. DISGUSTING BETRAYAL BY MURTAD MBS (page 6, 7)</w:t>
      </w:r>
    </w:p>
    <w:p>
      <w:pPr>
        <w:spacing w:before="0" w:after="40" w:line="300" w:lineRule="exact"/>
        <w:jc w:val="left"/>
      </w:pPr>
      <w:r>
        <w:rPr>
          <w:rFonts w:ascii="Georgia" w:hAnsi="Georgia" w:cs="Georgia" w:eastAsia="Georgia"/>
          <w:b w:val="0"/>
          <w:i w:val="0"/>
          <w:sz w:val="20"/>
        </w:rPr>
        <w:t>11. THE YAHOOD IN MADINAH (page 7)</w:t>
      </w:r>
    </w:p>
    <w:p>
      <w:pPr>
        <w:spacing w:before="0" w:after="40" w:line="300" w:lineRule="exact"/>
        <w:jc w:val="left"/>
      </w:pPr>
      <w:r>
        <w:rPr>
          <w:rFonts w:ascii="Georgia" w:hAnsi="Georgia" w:cs="Georgia" w:eastAsia="Georgia"/>
          <w:b w:val="0"/>
          <w:i w:val="0"/>
          <w:sz w:val="20"/>
        </w:rPr>
        <w:t>12. CEASEFIRE? (page 7)</w:t>
      </w:r>
    </w:p>
    <w:p>
      <w:pPr>
        <w:spacing w:before="0" w:after="40" w:line="300" w:lineRule="exact"/>
        <w:jc w:val="left"/>
      </w:pPr>
      <w:r>
        <w:rPr>
          <w:rFonts w:ascii="Georgia" w:hAnsi="Georgia" w:cs="Georgia" w:eastAsia="Georgia"/>
          <w:b w:val="0"/>
          <w:i w:val="0"/>
          <w:sz w:val="20"/>
        </w:rPr>
        <w:t>13. ISRAEL IS BLEEDING! (page 8)</w:t>
      </w:r>
    </w:p>
    <w:p>
      <w:pPr>
        <w:spacing w:before="0" w:after="40" w:line="300" w:lineRule="exact"/>
        <w:jc w:val="left"/>
      </w:pPr>
      <w:r>
        <w:rPr>
          <w:rFonts w:ascii="Georgia" w:hAnsi="Georgia" w:cs="Georgia" w:eastAsia="Georgia"/>
          <w:b w:val="0"/>
          <w:i w:val="0"/>
          <w:sz w:val="20"/>
        </w:rPr>
        <w:t>14. THE USA SURROGATES -What does matter to Tel Aviv and Washington is hav- (page 8)</w:t>
      </w:r>
    </w:p>
    <w:p>
      <w:pPr>
        <w:spacing w:before="0" w:after="40" w:line="300" w:lineRule="exact"/>
        <w:jc w:val="left"/>
      </w:pPr>
      <w:r>
        <w:rPr>
          <w:rFonts w:ascii="Georgia" w:hAnsi="Georgia" w:cs="Georgia" w:eastAsia="Georgia"/>
          <w:b w:val="0"/>
          <w:i w:val="0"/>
          <w:sz w:val="20"/>
        </w:rPr>
        <w:t>15. THE PUPPET USA GOVERNMENT (page 8)</w:t>
      </w:r>
    </w:p>
    <w:p>
      <w:pPr>
        <w:spacing w:before="0" w:after="40" w:line="300" w:lineRule="exact"/>
        <w:jc w:val="left"/>
      </w:pPr>
      <w:r>
        <w:rPr>
          <w:rFonts w:ascii="Georgia" w:hAnsi="Georgia" w:cs="Georgia" w:eastAsia="Georgia"/>
          <w:b w:val="0"/>
          <w:i w:val="0"/>
          <w:sz w:val="20"/>
        </w:rPr>
        <w:t>16. NO COMPROMISE (page 8)</w:t>
      </w:r>
    </w:p>
    <w:p>
      <w:pPr>
        <w:spacing w:before="0" w:after="40" w:line="300" w:lineRule="exact"/>
        <w:jc w:val="left"/>
      </w:pPr>
      <w:r>
        <w:rPr>
          <w:rFonts w:ascii="Georgia" w:hAnsi="Georgia" w:cs="Georgia" w:eastAsia="Georgia"/>
          <w:b w:val="0"/>
          <w:i w:val="0"/>
          <w:sz w:val="20"/>
        </w:rPr>
        <w:t>17. WHO IS THE GOVERNMENT OF SYRIA? (page 9)</w:t>
      </w:r>
    </w:p>
    <w:p>
      <w:pPr>
        <w:spacing w:before="0" w:after="40" w:line="300" w:lineRule="exact"/>
        <w:jc w:val="left"/>
      </w:pPr>
      <w:r>
        <w:rPr>
          <w:rFonts w:ascii="Georgia" w:hAnsi="Georgia" w:cs="Georgia" w:eastAsia="Georgia"/>
          <w:b w:val="0"/>
          <w:i w:val="0"/>
          <w:sz w:val="20"/>
        </w:rPr>
        <w:t>18. mounds of sand and was com- spot of two idols, Asaaf and (page 9)</w:t>
      </w:r>
    </w:p>
    <w:p>
      <w:pPr>
        <w:spacing w:before="0" w:after="40" w:line="300" w:lineRule="exact"/>
        <w:jc w:val="left"/>
      </w:pPr>
      <w:r>
        <w:rPr>
          <w:rFonts w:ascii="Georgia" w:hAnsi="Georgia" w:cs="Georgia" w:eastAsia="Georgia"/>
          <w:b w:val="0"/>
          <w:i w:val="0"/>
          <w:sz w:val="20"/>
        </w:rPr>
        <w:t>19. Well became covered by mounds of sand and was completely obliterated. (page 9, 10) [no printed headline]</w:t>
      </w:r>
    </w:p>
    <w:p>
      <w:pPr>
        <w:spacing w:before="0" w:after="40" w:line="300" w:lineRule="exact"/>
        <w:jc w:val="left"/>
      </w:pPr>
      <w:r>
        <w:rPr>
          <w:rFonts w:ascii="Georgia" w:hAnsi="Georgia" w:cs="Georgia" w:eastAsia="Georgia"/>
          <w:b w:val="0"/>
          <w:i w:val="0"/>
          <w:sz w:val="20"/>
        </w:rPr>
        <w:t>20. DISPUTE &amp; DISUNITY (page 10, 11)</w:t>
      </w:r>
    </w:p>
    <w:p>
      <w:pPr>
        <w:spacing w:before="0" w:after="40" w:line="300" w:lineRule="exact"/>
        <w:jc w:val="left"/>
      </w:pPr>
      <w:r>
        <w:rPr>
          <w:rFonts w:ascii="Georgia" w:hAnsi="Georgia" w:cs="Georgia" w:eastAsia="Georgia"/>
          <w:b w:val="0"/>
          <w:i w:val="0"/>
          <w:sz w:val="20"/>
        </w:rPr>
        <w:t>21. BLASPHEMY OF A SENIOR MUFTI (page 11)</w:t>
      </w:r>
    </w:p>
    <w:p>
      <w:pPr>
        <w:spacing w:before="0" w:after="40" w:line="300" w:lineRule="exact"/>
        <w:jc w:val="left"/>
      </w:pPr>
      <w:r>
        <w:rPr>
          <w:rFonts w:ascii="Georgia" w:hAnsi="Georgia" w:cs="Georgia" w:eastAsia="Georgia"/>
          <w:b w:val="0"/>
          <w:i w:val="0"/>
          <w:sz w:val="20"/>
        </w:rPr>
        <w:t>22. THE ATTRIBUTE OF (page 11)</w:t>
      </w:r>
    </w:p>
    <w:p>
      <w:pPr>
        <w:spacing w:before="0" w:after="40" w:line="300" w:lineRule="exact"/>
        <w:jc w:val="left"/>
      </w:pPr>
      <w:r>
        <w:rPr>
          <w:rFonts w:ascii="Georgia" w:hAnsi="Georgia" w:cs="Georgia" w:eastAsia="Georgia"/>
          <w:b w:val="0"/>
          <w:i w:val="0"/>
          <w:sz w:val="20"/>
        </w:rPr>
        <w:t>23. SYRIA: THE STAGE IS SET FOR ANARCHY (page 12)</w:t>
      </w:r>
    </w:p>
    <w:p>
      <w:pPr>
        <w:spacing w:before="0" w:after="40" w:line="300" w:lineRule="exact"/>
        <w:jc w:val="left"/>
      </w:pPr>
      <w:r>
        <w:rPr>
          <w:rFonts w:ascii="Georgia" w:hAnsi="Georgia" w:cs="Georgia" w:eastAsia="Georgia"/>
          <w:b w:val="0"/>
          <w:i w:val="0"/>
          <w:sz w:val="20"/>
        </w:rPr>
        <w:t>24. ENS SYRIA Interference by Israel and the United States is threatening the unity and… (page 12) [no printed headline]</w:t>
      </w:r>
    </w:p>
    <w:p>
      <w:pPr>
        <w:spacing w:before="0" w:after="40" w:line="300" w:lineRule="exact"/>
        <w:jc w:val="left"/>
      </w:pPr>
      <w:r>
        <w:rPr>
          <w:rFonts w:ascii="Georgia" w:hAnsi="Georgia" w:cs="Georgia" w:eastAsia="Georgia"/>
          <w:b w:val="0"/>
          <w:i w:val="0"/>
          <w:sz w:val="20"/>
        </w:rPr>
        <w:t>25. THE FRAUDULENT "JIHADI" OUTFITS (page 12)</w:t>
      </w:r>
    </w:p>
    <w:p>
      <w:pPr>
        <w:spacing w:before="0" w:after="40" w:line="300" w:lineRule="exact"/>
        <w:jc w:val="left"/>
      </w:pPr>
      <w:r>
        <w:rPr>
          <w:rFonts w:ascii="Georgia" w:hAnsi="Georgia" w:cs="Georgia" w:eastAsia="Georgia"/>
          <w:b w:val="0"/>
          <w:i w:val="0"/>
          <w:sz w:val="20"/>
        </w:rPr>
        <w:t>26. IMAAM MAHDI (ALAYHIS SALAAM) (page 13)</w:t>
      </w:r>
    </w:p>
    <w:p>
      <w:pPr>
        <w:spacing w:before="0" w:after="40" w:line="300" w:lineRule="exact"/>
        <w:jc w:val="left"/>
      </w:pPr>
      <w:r>
        <w:rPr>
          <w:rFonts w:ascii="Georgia" w:hAnsi="Georgia" w:cs="Georgia" w:eastAsia="Georgia"/>
          <w:b w:val="0"/>
          <w:i w:val="0"/>
          <w:sz w:val="20"/>
        </w:rPr>
        <w:t>27. ISRAELI BRUTALITY &amp; TORTURE (page 14)</w:t>
      </w:r>
    </w:p>
    <w:p>
      <w:pPr>
        <w:spacing w:before="0" w:after="40" w:line="300" w:lineRule="exact"/>
        <w:jc w:val="left"/>
      </w:pPr>
      <w:r>
        <w:rPr>
          <w:rFonts w:ascii="Georgia" w:hAnsi="Georgia" w:cs="Georgia" w:eastAsia="Georgia"/>
          <w:b w:val="0"/>
          <w:i w:val="0"/>
          <w:sz w:val="20"/>
        </w:rPr>
        <w:t>28. A young man from the Al- cupation army engages him (page 14)</w:t>
      </w:r>
    </w:p>
    <w:p>
      <w:pPr>
        <w:spacing w:before="0" w:after="40" w:line="300" w:lineRule="exact"/>
        <w:jc w:val="left"/>
      </w:pPr>
      <w:r>
        <w:rPr>
          <w:rFonts w:ascii="Georgia" w:hAnsi="Georgia" w:cs="Georgia" w:eastAsia="Georgia"/>
          <w:b w:val="0"/>
          <w:i w:val="0"/>
          <w:sz w:val="20"/>
        </w:rPr>
        <w:t>29. OBJECTIVES (page 14, 15)</w:t>
      </w:r>
    </w:p>
    <w:p>
      <w:pPr>
        <w:spacing w:before="0" w:after="40" w:line="300" w:lineRule="exact"/>
        <w:jc w:val="left"/>
      </w:pPr>
      <w:r>
        <w:rPr>
          <w:rFonts w:ascii="Georgia" w:hAnsi="Georgia" w:cs="Georgia" w:eastAsia="Georgia"/>
          <w:b w:val="0"/>
          <w:i w:val="0"/>
          <w:sz w:val="20"/>
        </w:rPr>
        <w:t>30. HTS &amp; THE 'JIHAADI' OUTFITS (page 15, 16, 17, 18)</w:t>
      </w:r>
    </w:p>
    <w:p>
      <w:pPr>
        <w:spacing w:before="0" w:after="40" w:line="300" w:lineRule="exact"/>
        <w:jc w:val="left"/>
      </w:pPr>
      <w:r>
        <w:rPr>
          <w:rFonts w:ascii="Georgia" w:hAnsi="Georgia" w:cs="Georgia" w:eastAsia="Georgia"/>
          <w:b w:val="0"/>
          <w:i w:val="0"/>
          <w:sz w:val="20"/>
        </w:rPr>
        <w:t>31. "WE SEIZE THEM...." (page 16)</w:t>
      </w:r>
    </w:p>
    <w:p>
      <w:pPr>
        <w:spacing w:before="0" w:after="40" w:line="300" w:lineRule="exact"/>
        <w:jc w:val="left"/>
      </w:pPr>
      <w:r>
        <w:rPr>
          <w:rFonts w:ascii="Georgia" w:hAnsi="Georgia" w:cs="Georgia" w:eastAsia="Georgia"/>
          <w:b w:val="0"/>
          <w:i w:val="0"/>
          <w:sz w:val="20"/>
        </w:rPr>
        <w:t>32. IMAAM MAHDI (page 18)</w:t>
      </w:r>
    </w:p>
    <w:p>
      <w:pPr>
        <w:spacing w:before="0" w:after="40" w:line="300" w:lineRule="exact"/>
        <w:jc w:val="left"/>
      </w:pPr>
      <w:r>
        <w:rPr>
          <w:rFonts w:ascii="Georgia" w:hAnsi="Georgia" w:cs="Georgia" w:eastAsia="Georgia"/>
          <w:b w:val="0"/>
          <w:i w:val="0"/>
          <w:sz w:val="20"/>
        </w:rPr>
        <w:t>33. 'JIHAD' OUTFITS (page 18)</w:t>
      </w:r>
    </w:p>
    <w:p>
      <w:pPr>
        <w:spacing w:before="0" w:after="40" w:line="300" w:lineRule="exact"/>
        <w:jc w:val="left"/>
      </w:pPr>
      <w:r>
        <w:rPr>
          <w:rFonts w:ascii="Georgia" w:hAnsi="Georgia" w:cs="Georgia" w:eastAsia="Georgia"/>
          <w:b w:val="0"/>
          <w:i w:val="0"/>
          <w:sz w:val="20"/>
        </w:rPr>
        <w:t>34. Why is Putin on Israel's side and not on the side (page 19, 20, 21)</w:t>
      </w:r>
    </w:p>
    <w:p>
      <w:pPr>
        <w:spacing w:before="0" w:after="40" w:line="300" w:lineRule="exact"/>
        <w:jc w:val="left"/>
      </w:pPr>
      <w:r>
        <w:rPr>
          <w:rFonts w:ascii="Georgia" w:hAnsi="Georgia" w:cs="Georgia" w:eastAsia="Georgia"/>
          <w:b w:val="0"/>
          <w:i w:val="0"/>
          <w:sz w:val="20"/>
        </w:rPr>
        <w:t>35. BETRAYAL BY TALIBAN (page 21)</w:t>
      </w:r>
    </w:p>
    <w:p>
      <w:pPr>
        <w:spacing w:before="0" w:after="40" w:line="300" w:lineRule="exact"/>
        <w:jc w:val="left"/>
      </w:pPr>
      <w:r>
        <w:rPr>
          <w:rFonts w:ascii="Georgia" w:hAnsi="Georgia" w:cs="Georgia" w:eastAsia="Georgia"/>
          <w:b w:val="0"/>
          <w:i w:val="0"/>
          <w:sz w:val="20"/>
        </w:rPr>
        <w:t>36. PROCLAIM THE HAQQ (page 21)</w:t>
      </w:r>
    </w:p>
    <w:p>
      <w:pPr>
        <w:spacing w:before="0" w:after="40" w:line="300" w:lineRule="exact"/>
        <w:jc w:val="left"/>
      </w:pPr>
      <w:r>
        <w:rPr>
          <w:rFonts w:ascii="Georgia" w:hAnsi="Georgia" w:cs="Georgia" w:eastAsia="Georgia"/>
          <w:b w:val="0"/>
          <w:i w:val="0"/>
          <w:sz w:val="20"/>
        </w:rPr>
        <w:t>37. REVEREND BHAM'S INTERFAITH KUFR (page 22, 23, 24)</w:t>
      </w:r>
    </w:p>
    <w:p>
      <w:pPr>
        <w:spacing w:before="0" w:after="40" w:line="300" w:lineRule="exact"/>
        <w:jc w:val="left"/>
      </w:pPr>
      <w:r>
        <w:rPr>
          <w:rFonts w:ascii="Georgia" w:hAnsi="Georgia" w:cs="Georgia" w:eastAsia="Georgia"/>
          <w:b w:val="0"/>
          <w:i w:val="0"/>
          <w:sz w:val="20"/>
        </w:rPr>
        <w:t>38. AN AALIM OF THE HAQQ IS CAST TO A LION (page 23)</w:t>
      </w:r>
    </w:p>
    <w:p>
      <w:pPr>
        <w:spacing w:before="0" w:after="40" w:line="300" w:lineRule="exact"/>
        <w:jc w:val="left"/>
      </w:pPr>
      <w:r>
        <w:rPr>
          <w:rFonts w:ascii="Georgia" w:hAnsi="Georgia" w:cs="Georgia" w:eastAsia="Georgia"/>
          <w:b w:val="0"/>
          <w:i w:val="0"/>
          <w:sz w:val="20"/>
        </w:rPr>
        <w:t>39. Question &amp; Answer (page 24)</w:t>
      </w:r>
    </w:p>
    <w:p>
      <w:r>
        <w:br w:type="page"/>
      </w:r>
    </w:p>
    <w:p>
      <w:pPr>
        <w:pStyle w:val="Heading1"/>
        <w:spacing w:before="360" w:after="200" w:line="300" w:lineRule="exact"/>
        <w:jc w:val="center"/>
      </w:pPr>
      <w:r>
        <w:rPr>
          <w:rFonts w:ascii="Georgia" w:hAnsi="Georgia" w:cs="Georgia" w:eastAsia="Georgia"/>
          <w:b/>
          <w:i w:val="0"/>
          <w:color w:val="1F3864"/>
          <w:sz w:val="32"/>
        </w:rPr>
        <w:t>Al-Hage</w:t>
      </w:r>
    </w:p>
    <w:p>
      <w:pPr>
        <w:spacing w:before="0" w:after="160" w:line="300" w:lineRule="exact"/>
        <w:jc w:val="center"/>
      </w:pPr>
      <w:r>
        <w:rPr>
          <w:rFonts w:ascii="Georgia" w:hAnsi="Georgia" w:cs="Georgia" w:eastAsia="Georgia"/>
          <w:b w:val="0"/>
          <w:i/>
          <w:sz w:val="16"/>
        </w:rPr>
        <w:t>Page 1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BULLETIN No. 74</w:t>
      </w:r>
    </w:p>
    <w:p>
      <w:pPr>
        <w:spacing w:before="0" w:after="120" w:line="300" w:lineRule="exact"/>
        <w:jc w:val="both"/>
      </w:pPr>
      <w:r>
        <w:rPr>
          <w:rFonts w:ascii="Georgia" w:hAnsi="Georgia" w:cs="Georgia" w:eastAsia="Georgia"/>
          <w:b w:val="0"/>
          <w:i w:val="0"/>
          <w:sz w:val="22"/>
        </w:rPr>
        <w:t>Rajab 1446 / January 2025</w:t>
      </w:r>
    </w:p>
    <w:p>
      <w:pPr>
        <w:pStyle w:val="Heading3"/>
        <w:spacing w:before="200" w:after="120" w:line="300" w:lineRule="exact"/>
        <w:jc w:val="left"/>
      </w:pPr>
      <w:r>
        <w:rPr>
          <w:rFonts w:ascii="Georgia" w:hAnsi="Georgia" w:cs="Georgia" w:eastAsia="Georgia"/>
          <w:b/>
          <w:i w:val="0"/>
          <w:color w:val="2E74B5"/>
          <w:sz w:val="24"/>
        </w:rPr>
        <w:t>THE BAND OF HAQ</w:t>
      </w:r>
    </w:p>
    <w:p>
      <w:pPr>
        <w:spacing w:before="0" w:after="120" w:line="300" w:lineRule="exact"/>
        <w:jc w:val="both"/>
      </w:pPr>
      <w:r>
        <w:rPr>
          <w:rFonts w:ascii="Georgia" w:hAnsi="Georgia" w:cs="Georgia" w:eastAsia="Georgia"/>
          <w:b w:val="0"/>
          <w:i w:val="0"/>
          <w:sz w:val="22"/>
        </w:rPr>
        <w:t>"There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"THERE IS AN APPOINTED TIME"</w:t>
      </w:r>
    </w:p>
    <w:p>
      <w:pPr>
        <w:spacing w:before="0" w:after="160" w:line="300" w:lineRule="exact"/>
        <w:jc w:val="center"/>
      </w:pPr>
      <w:r>
        <w:rPr>
          <w:rFonts w:ascii="Georgia" w:hAnsi="Georgia" w:cs="Georgia" w:eastAsia="Georgia"/>
          <w:b w:val="0"/>
          <w:i/>
          <w:sz w:val="16"/>
        </w:rPr>
        <w:t>Page 1, 2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(QUR'AAN)</w:t>
      </w:r>
    </w:p>
    <w:p>
      <w:pPr>
        <w:spacing w:before="0" w:after="120" w:line="300" w:lineRule="exact"/>
        <w:jc w:val="both"/>
      </w:pPr>
      <w:r>
        <w:rPr>
          <w:rFonts w:ascii="Georgia" w:hAnsi="Georgia" w:cs="Georgia" w:eastAsia="Georgia"/>
          <w:b w:val="0"/>
          <w:i w:val="0"/>
          <w:sz w:val="22"/>
        </w:rPr>
        <w:t>"For every nation there is an appointed time. When their appointed time arrives, it</w:t>
      </w:r>
    </w:p>
    <w:p>
      <w:pPr>
        <w:spacing w:before="120" w:after="120" w:line="300" w:lineRule="exact"/>
        <w:ind w:left="720" w:right="720"/>
        <w:jc w:val="center"/>
      </w:pPr>
      <w:r>
        <w:rPr>
          <w:rFonts w:ascii="Georgia" w:hAnsi="Georgia" w:cs="Georgia" w:eastAsia="Georgia"/>
          <w:b w:val="0"/>
          <w:i/>
          <w:sz w:val="22"/>
        </w:rPr>
        <w:t>shall not be delayed nor advanced by a moment."</w:t>
      </w:r>
    </w:p>
    <w:p>
      <w:pPr>
        <w:spacing w:before="0" w:after="120" w:line="300" w:lineRule="exact"/>
        <w:jc w:val="both"/>
      </w:pPr>
      <w:r>
        <w:rPr>
          <w:rFonts w:ascii="Georgia" w:hAnsi="Georgia" w:cs="Georgia" w:eastAsia="Georgia"/>
          <w:b w:val="0"/>
          <w:i w:val="0"/>
          <w:sz w:val="22"/>
        </w:rPr>
        <w:t>(Qur'aan) Empires have come and gone. Oppressors have come and gone. Kings have come and gone. Every dog and every pig will have their days of doom and destruction. The Yahood and Nasaara are currently riding on the crest of a wave, unmindful of the lessons of history and reality. No empire endures eternally. But those dwelling in a drunken stupor of their power which they believe is inherent in themselves and will never fade away, are in reality lost in deception.</w:t>
      </w:r>
    </w:p>
    <w:p>
      <w:pPr>
        <w:spacing w:before="0" w:after="120" w:line="300" w:lineRule="exact"/>
        <w:jc w:val="both"/>
      </w:pPr>
      <w:r>
        <w:rPr>
          <w:rFonts w:ascii="Georgia" w:hAnsi="Georgia" w:cs="Georgia" w:eastAsia="Georgia"/>
          <w:b w:val="0"/>
          <w:i w:val="0"/>
          <w:sz w:val="22"/>
        </w:rPr>
        <w:t>They are stupefied by their own stupidity. The U.S.A. will soon wake up to find itself sprawled at the feet of some other power which Allah Azza Wa Jal will raise to replace it (America). No empire endures for ever. But these moron kuffaar intoxicated with their current superior power are too stupid to understand the lesson imparted by History.</w:t>
      </w:r>
    </w:p>
    <w:p>
      <w:pPr>
        <w:spacing w:before="0" w:after="120" w:line="300" w:lineRule="exact"/>
        <w:jc w:val="both"/>
      </w:pPr>
      <w:r>
        <w:rPr>
          <w:rFonts w:ascii="Georgia" w:hAnsi="Georgia" w:cs="Georgia" w:eastAsia="Georgia"/>
          <w:b w:val="0"/>
          <w:i w:val="0"/>
          <w:sz w:val="22"/>
        </w:rPr>
        <w:t>It is of the Way of Allah Azza Wa Jal to grant respite to a nation. But the Line will run out. When that moment of doom and destruction arrives, these brutal kuffaar will understand the myth of their superior military power. It will simply vanish into oblivion. Atheists, having absolutely no conception of the AllPervading, All-Powerful Creator.</w:t>
      </w:r>
    </w:p>
    <w:p>
      <w:pPr>
        <w:spacing w:before="0" w:after="120" w:line="300" w:lineRule="exact"/>
        <w:jc w:val="both"/>
      </w:pPr>
      <w:r>
        <w:rPr>
          <w:rFonts w:ascii="Georgia" w:hAnsi="Georgia" w:cs="Georgia" w:eastAsia="Georgia"/>
          <w:b w:val="0"/>
          <w:i w:val="0"/>
          <w:sz w:val="22"/>
        </w:rPr>
        <w:t>They believe themselves to be all-powerful, hence they gain the idea of not being answerable to anyone for all the brutality and oppression they inflict on the weaker nations. But they will understand the reality long before their entry into Hell-Fire. Muslims of extremely deficient Imaan are trapped in the same kufr conceptions of the Yahood and Nasaara.</w:t>
      </w:r>
    </w:p>
    <w:p>
      <w:pPr>
        <w:spacing w:before="0" w:after="120" w:line="300" w:lineRule="exact"/>
        <w:jc w:val="both"/>
      </w:pPr>
      <w:r>
        <w:rPr>
          <w:rFonts w:ascii="Georgia" w:hAnsi="Georgia" w:cs="Georgia" w:eastAsia="Georgia"/>
          <w:b w:val="0"/>
          <w:i w:val="0"/>
          <w:sz w:val="22"/>
        </w:rPr>
        <w:t>They, therefore, fail to understand and they fail to see the operation of the Divine Hand in all the upheavals occurring around them. It is essential for Muslims to understand that it is Allah Azza Wa Jal Who is orchestrating the events and upheavals taking place in the Middle East. Muslims are being punTHE KHILAAFAT of Hadhrat Umar Bin Abdul Azeez (rahmatullah alayh) was proverbial for its justice and piety.</w:t>
      </w:r>
    </w:p>
    <w:p>
      <w:pPr>
        <w:spacing w:before="0" w:after="120" w:line="300" w:lineRule="exact"/>
        <w:jc w:val="both"/>
      </w:pPr>
      <w:r>
        <w:rPr>
          <w:rFonts w:ascii="Georgia" w:hAnsi="Georgia" w:cs="Georgia" w:eastAsia="Georgia"/>
          <w:b w:val="0"/>
          <w:i w:val="0"/>
          <w:sz w:val="22"/>
        </w:rPr>
        <w:t>He had restored the Khilaafat to the mode of the Khilaafat of Hadhrat Umar (radhiyallahu anhu), the Second Khalifah. The Taqwa (Piety) and Roohaaniyat (Spirituality) of Hadhrat Umar Bin Abdul Azeez (rahmatullah alayh) extended over the entire empire of Islam, including the animals. His brief Khilaafat was surpassed only by the Khulafa-e-Raashideen.</w:t>
      </w:r>
    </w:p>
    <w:p>
      <w:pPr>
        <w:spacing w:before="0" w:after="120" w:line="300" w:lineRule="exact"/>
        <w:jc w:val="both"/>
      </w:pPr>
      <w:r>
        <w:rPr>
          <w:rFonts w:ascii="Georgia" w:hAnsi="Georgia" w:cs="Georgia" w:eastAsia="Georgia"/>
          <w:b w:val="0"/>
          <w:i w:val="0"/>
          <w:sz w:val="22"/>
        </w:rPr>
        <w:t>In the year 99 Hijri, Hadhrat Umar Bin Abdul Azeez (rahmatullah alayh) mounted the stage of Khilaafat in compliance with the wasiyyat (directive) of the Khalifah Abdul Ma- ished by Allah Ta'ala for their gross treason against His Deen, and it is among His Ways to utilize His kuffaar servants to mete out the punishment. When the punishment has run its prescribed and decreed course, Allah Ta'ala will then inflict His punishment on these kuffaar who were the instruments of His Command of Punishment.</w:t>
      </w:r>
    </w:p>
    <w:p>
      <w:pPr>
        <w:spacing w:before="0" w:after="120" w:line="300" w:lineRule="exact"/>
        <w:jc w:val="both"/>
      </w:pPr>
      <w:r>
        <w:rPr>
          <w:rFonts w:ascii="Georgia" w:hAnsi="Georgia" w:cs="Georgia" w:eastAsia="Georgia"/>
          <w:b w:val="0"/>
          <w:i w:val="0"/>
          <w:sz w:val="22"/>
        </w:rPr>
        <w:t>Muslims should emerge from their intoxication of disobedience, fisq, fujoor and kufr. They should resort to Taubah and renew their Pledge of Obedience. They should fulfil the order of Ibaadat (Worship) and Taa-at (Obedience) for which they have been created. Then only will arrive the Nusrat (Aid) of Allah Ta'ala. As long as they do not renew their Allegiance to Allah Ta'ala, they will dwell in misery under the yoke of oppression of the Yahood and Nasaara.</w:t>
      </w:r>
    </w:p>
    <w:p>
      <w:pPr>
        <w:spacing w:before="120" w:after="120" w:line="300" w:lineRule="exact"/>
        <w:ind w:left="720" w:right="720"/>
        <w:jc w:val="center"/>
      </w:pPr>
      <w:r>
        <w:rPr>
          <w:rFonts w:ascii="Georgia" w:hAnsi="Georgia" w:cs="Georgia" w:eastAsia="Georgia"/>
          <w:b w:val="0"/>
          <w:i/>
          <w:sz w:val="22"/>
        </w:rPr>
        <w:t>"If Allah aids you, no one can ever defeat</w:t>
      </w:r>
    </w:p>
    <w:p>
      <w:pPr>
        <w:spacing w:before="120" w:after="120" w:line="300" w:lineRule="exact"/>
        <w:ind w:left="720" w:right="720"/>
        <w:jc w:val="center"/>
      </w:pPr>
      <w:r>
        <w:rPr>
          <w:rFonts w:ascii="Georgia" w:hAnsi="Georgia" w:cs="Georgia" w:eastAsia="Georgia"/>
          <w:b w:val="0"/>
          <w:i/>
          <w:sz w:val="22"/>
        </w:rPr>
        <w:t>you. And, if He abandons you, then who is there besides</w:t>
      </w:r>
    </w:p>
    <w:p>
      <w:pPr>
        <w:spacing w:before="0" w:after="120" w:line="300" w:lineRule="exact"/>
        <w:jc w:val="both"/>
      </w:pPr>
      <w:r>
        <w:rPr>
          <w:rFonts w:ascii="Georgia" w:hAnsi="Georgia" w:cs="Georgia" w:eastAsia="Georgia"/>
          <w:b w:val="0"/>
          <w:i w:val="0"/>
          <w:sz w:val="22"/>
        </w:rPr>
        <w:t>Him to help you?"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ABDAAL</w:t>
      </w:r>
    </w:p>
    <w:p>
      <w:pPr>
        <w:spacing w:before="0" w:after="160" w:line="300" w:lineRule="exact"/>
        <w:jc w:val="center"/>
      </w:pPr>
      <w:r>
        <w:rPr>
          <w:rFonts w:ascii="Georgia" w:hAnsi="Georgia" w:cs="Georgia" w:eastAsia="Georgia"/>
          <w:b w:val="0"/>
          <w:i/>
          <w:sz w:val="16"/>
        </w:rPr>
        <w:t>Page 1, 13 of the original. Heading read from the printed headline artwork.</w:t>
      </w:r>
    </w:p>
    <w:p>
      <w:pPr>
        <w:spacing w:before="0" w:after="120" w:line="300" w:lineRule="exact"/>
        <w:jc w:val="both"/>
      </w:pPr>
      <w:r>
        <w:rPr>
          <w:rFonts w:ascii="Georgia" w:hAnsi="Georgia" w:cs="Georgia" w:eastAsia="Georgia"/>
          <w:b w:val="0"/>
          <w:i w:val="0"/>
          <w:sz w:val="22"/>
        </w:rPr>
        <w:t>The Land of Shaam is the abode / headquarters of the Abdaal. The Abdaal are a class of Auliya belonging to a Secret Order of Auliya consisting of twelve classes. At the very top of the twelve classes is the Chief known as Qutb. The identities of the Auliya of all these classes are a secret. The Abdaal are 40 in number. Their number remains constant.</w:t>
      </w:r>
    </w:p>
    <w:p>
      <w:pPr>
        <w:spacing w:before="0" w:after="120" w:line="300" w:lineRule="exact"/>
        <w:jc w:val="both"/>
      </w:pPr>
      <w:r>
        <w:rPr>
          <w:rFonts w:ascii="Georgia" w:hAnsi="Georgia" w:cs="Georgia" w:eastAsia="Georgia"/>
          <w:b w:val="0"/>
          <w:i w:val="0"/>
          <w:sz w:val="22"/>
        </w:rPr>
        <w:t>When one of them dies, another one from the immediate lower rank is promoted to take the position of the deceased one. The Abdaal have been bestowed with great miraculous powers. They roam all over the world while Shaam is their headquarters. They are able to traverse continents in minutes. They cause wars and end wars. Allah Ta'ala imposes a variety of duties on them.</w:t>
      </w:r>
    </w:p>
    <w:p>
      <w:pPr>
        <w:spacing w:before="0" w:after="120" w:line="300" w:lineRule="exact"/>
        <w:jc w:val="both"/>
      </w:pPr>
      <w:r>
        <w:rPr>
          <w:rFonts w:ascii="Georgia" w:hAnsi="Georgia" w:cs="Georgia" w:eastAsia="Georgia"/>
          <w:b w:val="0"/>
          <w:i w:val="0"/>
          <w:sz w:val="22"/>
        </w:rPr>
        <w:t>They cause upheavals on earth; they assist whomever Allah Ta'ala commands; they influence the operation of courts of even the kuffaar; they kill and save at the command of Allah Ta'ala. Stating that they act only by the command of Allah Ta'ala, Hadhrat Khidhr (Alayhis salaam) who also executes tasks which may appear to be in conflict with the Zaahiri Shariah, said to Nabi Musaa (Alayhis salaam): "I did not do this of my own accord." (Qur'aan) Since Nabi Musaa (Alayhis salaam) had objected to the actions of Ha- dhrat Khidhr (Alayhis salaam) which were in conflict with the Shariah, he (Khidhr) clarified that he had executed whatever he had done by the command of Allah Ta'ala.</w:t>
      </w:r>
    </w:p>
    <w:p>
      <w:pPr>
        <w:spacing w:before="0" w:after="120" w:line="300" w:lineRule="exact"/>
        <w:jc w:val="both"/>
      </w:pPr>
      <w:r>
        <w:rPr>
          <w:rFonts w:ascii="Georgia" w:hAnsi="Georgia" w:cs="Georgia" w:eastAsia="Georgia"/>
          <w:b w:val="0"/>
          <w:i w:val="0"/>
          <w:sz w:val="22"/>
        </w:rPr>
        <w:t>The Abdaal with their miraculous powers are fully aware of the situation in the Land of Shaam. But they do not act to assist in the domination and establishment of the Shariah. In all likelihood, some of them are responsible for the very upheavals about which we and all Muslims are lamenting and being distressful. Whether they are dormant or whether they are instrumental in the anarchy prevailing in Shaam, it is all the Command and Decree of Allah Azza Wa Jal.</w:t>
      </w:r>
    </w:p>
    <w:p>
      <w:pPr>
        <w:spacing w:before="0" w:after="120" w:line="300" w:lineRule="exact"/>
        <w:jc w:val="both"/>
      </w:pPr>
      <w:r>
        <w:rPr>
          <w:rFonts w:ascii="Georgia" w:hAnsi="Georgia" w:cs="Georgia" w:eastAsia="Georgia"/>
          <w:b w:val="0"/>
          <w:i w:val="0"/>
          <w:sz w:val="22"/>
        </w:rPr>
        <w:t>Muslims should therefore never delete Allah Ta'ala from the equations of life: "Not a leaf drops (from a tree), but He is aware."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POWER BELONGS TO ONLY ALLAH</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great war between the Roman and Persian empires. The Persians were fire-worshippers while the Romans were Christians. These two superpowers of that era clashed in the Land of Shaam. The great battle took place in the year 613 of the Christian era. 26,000 Yahoodis (Jews) had joined the army of the Persians. 60,000 Romans were killed in this battle.</w:t>
      </w:r>
    </w:p>
    <w:p>
      <w:pPr>
        <w:spacing w:before="0" w:after="120" w:line="300" w:lineRule="exact"/>
        <w:jc w:val="both"/>
      </w:pPr>
      <w:r>
        <w:rPr>
          <w:rFonts w:ascii="Georgia" w:hAnsi="Georgia" w:cs="Georgia" w:eastAsia="Georgia"/>
          <w:b w:val="0"/>
          <w:i w:val="0"/>
          <w:sz w:val="22"/>
        </w:rPr>
        <w:t>When the Roman envoy met the Persian emperor, Khusru to sue for peace, the emperor said with contempt that as long as the Christian king does not abandon Christianity and worship the sun, there will be no peace. All over in the Christian territories, fire-worshipping temples were constructed. The sun and fire were being worshipped. By virtue of the Christians being of the Ahl-e-Kitaab, the sympathy of the Sahaabah was with them whereas the idolaters of Arabia were delighted by the victory of the Persians.</w:t>
      </w:r>
    </w:p>
    <w:p>
      <w:pPr>
        <w:spacing w:before="0" w:after="120" w:line="300" w:lineRule="exact"/>
        <w:jc w:val="both"/>
      </w:pPr>
      <w:r>
        <w:rPr>
          <w:rFonts w:ascii="Georgia" w:hAnsi="Georgia" w:cs="Georgia" w:eastAsia="Georgia"/>
          <w:b w:val="0"/>
          <w:i w:val="0"/>
          <w:sz w:val="22"/>
        </w:rPr>
        <w:t>They would taunt the Muslims. It was at this juncture that the Roman empire was brought to its knees and there was no hope for its survival that the aforementioned Qur'aanic verses were revealed. Precisely at the time when the Sahaabah were defeating the Mushrikeen at Badr, the Christians were defeating the Persians on the banks of the Nile.</w:t>
      </w:r>
    </w:p>
    <w:p>
      <w:pPr>
        <w:spacing w:before="0" w:after="120" w:line="300" w:lineRule="exact"/>
        <w:jc w:val="both"/>
      </w:pPr>
      <w:r>
        <w:rPr>
          <w:rFonts w:ascii="Georgia" w:hAnsi="Georgia" w:cs="Georgia" w:eastAsia="Georgia"/>
          <w:b w:val="0"/>
          <w:i w:val="0"/>
          <w:sz w:val="22"/>
        </w:rPr>
        <w:t>"Rome will be defeated in the</w:t>
      </w:r>
    </w:p>
    <w:p>
      <w:pPr>
        <w:spacing w:before="120" w:after="120" w:line="300" w:lineRule="exact"/>
        <w:ind w:left="720" w:right="720"/>
        <w:jc w:val="center"/>
      </w:pPr>
      <w:r>
        <w:rPr>
          <w:rFonts w:ascii="Georgia" w:hAnsi="Georgia" w:cs="Georgia" w:eastAsia="Georgia"/>
          <w:b w:val="0"/>
          <w:i/>
          <w:sz w:val="22"/>
        </w:rPr>
        <w:t>nearer land, and they (the Romans) after their de-</w:t>
      </w:r>
    </w:p>
    <w:p>
      <w:pPr>
        <w:spacing w:before="120" w:after="120" w:line="300" w:lineRule="exact"/>
        <w:ind w:left="720" w:right="720"/>
        <w:jc w:val="center"/>
      </w:pPr>
      <w:r>
        <w:rPr>
          <w:rFonts w:ascii="Georgia" w:hAnsi="Georgia" w:cs="Georgia" w:eastAsia="Georgia"/>
          <w:b w:val="0"/>
          <w:i/>
          <w:sz w:val="22"/>
        </w:rPr>
        <w:t>feat will become victorious within a few years. All affairs</w:t>
      </w:r>
    </w:p>
    <w:p>
      <w:pPr>
        <w:spacing w:before="120" w:after="120" w:line="300" w:lineRule="exact"/>
        <w:ind w:left="720" w:right="720"/>
        <w:jc w:val="center"/>
      </w:pPr>
      <w:r>
        <w:rPr>
          <w:rFonts w:ascii="Georgia" w:hAnsi="Georgia" w:cs="Georgia" w:eastAsia="Georgia"/>
          <w:b w:val="0"/>
          <w:i/>
          <w:sz w:val="22"/>
        </w:rPr>
        <w:t>are in the control of Allah from before and after. On that day the Mu'minoon</w:t>
      </w:r>
    </w:p>
    <w:p>
      <w:pPr>
        <w:spacing w:before="120" w:after="120" w:line="300" w:lineRule="exact"/>
        <w:ind w:left="720" w:right="720"/>
        <w:jc w:val="center"/>
      </w:pPr>
      <w:r>
        <w:rPr>
          <w:rFonts w:ascii="Georgia" w:hAnsi="Georgia" w:cs="Georgia" w:eastAsia="Georgia"/>
          <w:b w:val="0"/>
          <w:i/>
          <w:sz w:val="22"/>
        </w:rPr>
        <w:t>will rejoice. Regarding the assistance of Allah, He assists</w:t>
      </w:r>
    </w:p>
    <w:p>
      <w:pPr>
        <w:spacing w:before="120" w:after="120" w:line="300" w:lineRule="exact"/>
        <w:ind w:left="720" w:right="720"/>
        <w:jc w:val="center"/>
      </w:pPr>
      <w:r>
        <w:rPr>
          <w:rFonts w:ascii="Georgia" w:hAnsi="Georgia" w:cs="Georgia" w:eastAsia="Georgia"/>
          <w:b w:val="0"/>
          <w:i/>
          <w:sz w:val="22"/>
        </w:rPr>
        <w:t>whomever He wills. He is The Mighty, The Merciful."</w:t>
      </w:r>
    </w:p>
    <w:p>
      <w:pPr>
        <w:spacing w:before="0" w:after="120" w:line="300" w:lineRule="exact"/>
        <w:jc w:val="both"/>
      </w:pPr>
      <w:r>
        <w:rPr>
          <w:rFonts w:ascii="Georgia" w:hAnsi="Georgia" w:cs="Georgia" w:eastAsia="Georgia"/>
          <w:b w:val="0"/>
          <w:i w:val="0"/>
          <w:sz w:val="22"/>
        </w:rPr>
        <w:t>(Ar-Room, Aayaat 2, 3, 4,5)</w:t>
      </w:r>
    </w:p>
    <w:p>
      <w:pPr>
        <w:spacing w:before="120" w:after="120" w:line="300" w:lineRule="exact"/>
        <w:ind w:left="720" w:right="720"/>
        <w:jc w:val="center"/>
      </w:pPr>
      <w:r>
        <w:rPr>
          <w:rFonts w:ascii="Georgia" w:hAnsi="Georgia" w:cs="Georgia" w:eastAsia="Georgia"/>
          <w:b w:val="0"/>
          <w:i/>
          <w:sz w:val="22"/>
        </w:rPr>
        <w:t>"Seek aid from Allah and adopt Sabr (patience). Verily, the earth belongs to Allah. He</w:t>
      </w:r>
    </w:p>
    <w:p>
      <w:pPr>
        <w:spacing w:before="120" w:after="120" w:line="300" w:lineRule="exact"/>
        <w:ind w:left="720" w:right="720"/>
        <w:jc w:val="center"/>
      </w:pPr>
      <w:r>
        <w:rPr>
          <w:rFonts w:ascii="Georgia" w:hAnsi="Georgia" w:cs="Georgia" w:eastAsia="Georgia"/>
          <w:b w:val="0"/>
          <w:i/>
          <w:sz w:val="22"/>
        </w:rPr>
        <w:t>grants it to whomever from His servants He wills, and the</w:t>
      </w:r>
    </w:p>
    <w:p>
      <w:pPr>
        <w:spacing w:before="0" w:after="120" w:line="300" w:lineRule="exact"/>
        <w:jc w:val="both"/>
      </w:pPr>
      <w:r>
        <w:rPr>
          <w:rFonts w:ascii="Georgia" w:hAnsi="Georgia" w:cs="Georgia" w:eastAsia="Georgia"/>
          <w:b w:val="0"/>
          <w:i w:val="0"/>
          <w:sz w:val="22"/>
        </w:rPr>
        <w:t>ultimate outcome (of victory) is for the Muttaqeen." (Al-A'raaf, Aayat 128 These Aayaat refer to 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SPIRIT OF AN ISLAMIC GOVERNMENT</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lik Bin Marwaan who had passed away. After burial of Khalifah Abdul Malik Bin Marwaan, Hadhrat Umar Abdul Azeez (rahmatullah alayh) set off for the Musjid with a big crowd following. In the Musjid, he mounted the mimbar. Addressing the gathering he said: "O Assembly of People! The trust of Khilaafat is a trial imposed on me. I have neither desire nor quest for it.</w:t>
      </w:r>
    </w:p>
    <w:p>
      <w:pPr>
        <w:spacing w:before="0" w:after="120" w:line="300" w:lineRule="exact"/>
        <w:jc w:val="both"/>
      </w:pPr>
      <w:r>
        <w:rPr>
          <w:rFonts w:ascii="Georgia" w:hAnsi="Georgia" w:cs="Georgia" w:eastAsia="Georgia"/>
          <w:b w:val="0"/>
          <w:i w:val="0"/>
          <w:sz w:val="22"/>
        </w:rPr>
        <w:t>I have been appointed without the consultation of the Muslims. (He was appointed by a directive of Khalifah Abdul Malik Marwaan). I therefore remove from your necks the burden of my appointment. Select another person to be your Khalifah." There was pandemonium. With one voice the entire assembly thundered: "We have selected you, O Ameerul Mu'mineen.</w:t>
      </w:r>
    </w:p>
    <w:p>
      <w:pPr>
        <w:spacing w:before="0" w:after="120" w:line="300" w:lineRule="exact"/>
        <w:jc w:val="both"/>
      </w:pPr>
      <w:r>
        <w:rPr>
          <w:rFonts w:ascii="Georgia" w:hAnsi="Georgia" w:cs="Georgia" w:eastAsia="Georgia"/>
          <w:b w:val="0"/>
          <w:i w:val="0"/>
          <w:sz w:val="22"/>
        </w:rPr>
        <w:t>We are pleased with your Khilaafat." When the voices died down and there was silence, Hadhrat Umar Bin Abdul Azeez (rahmatullah alayh) re-</w:t>
      </w:r>
    </w:p>
    <w:p>
      <w:pPr>
        <w:spacing w:before="120" w:after="120" w:line="300" w:lineRule="exact"/>
        <w:ind w:left="720" w:right="720"/>
        <w:jc w:val="center"/>
      </w:pPr>
      <w:r>
        <w:rPr>
          <w:rFonts w:ascii="Georgia" w:hAnsi="Georgia" w:cs="Georgia" w:eastAsia="Georgia"/>
          <w:b w:val="0"/>
          <w:i/>
          <w:sz w:val="22"/>
        </w:rPr>
        <w:t>cited the praises of Allah Azza Wa Jal, and Durood and Salaam on our Nabi (sallallahu alayhi wasallam). Then addressing the people, he said: "I urge you to adopt fear for Allah (Taqwa). Nothing is superior to the Taqwa of Allah. Practise deeds of virtue for adorning your lives in the Hereafter. Allah Ta'ala suffices for the worldly needs of those whose quest is the Aakhirah. Reform your moral life, Allah will then rectify your mundane life. Whoever is proud of his ancestry, will be apprehended on earth in the pangs of death. By Allah! I shall not make awards to anyone in illegal ways nor usurp the rights of anyone. I am not a treasurer (to hoard public wealth). I shall expend the wealth wherever I am entitled to. As long as I am obedient to Allah Ta'ala, obey me. If I abandon obedience to Allah Ta'ala, obeying me no longer remains incumbent on you. I have said what I deemed appropriate for you. I seek forgiveness from Allah Ta'ala for</w:t>
      </w:r>
    </w:p>
    <w:p>
      <w:pPr>
        <w:spacing w:before="0" w:after="120" w:line="300" w:lineRule="exact"/>
        <w:jc w:val="both"/>
      </w:pPr>
      <w:r>
        <w:rPr>
          <w:rFonts w:ascii="Georgia" w:hAnsi="Georgia" w:cs="Georgia" w:eastAsia="Georgia"/>
          <w:b w:val="0"/>
          <w:i w:val="0"/>
          <w:sz w:val="22"/>
        </w:rPr>
        <w:t>myself and for yourselves." After he had completed his address, he suddenly heard a thunderous sound from the ground. With surprise, he asked: "What are these sounds?" The people said: "These are the royal horses brought to welcome you." Declining the horses with their accompanying pomp and splendour, he said: "I have no need for these horses.</w:t>
      </w:r>
    </w:p>
    <w:p>
      <w:pPr>
        <w:spacing w:before="0" w:after="120" w:line="300" w:lineRule="exact"/>
        <w:jc w:val="both"/>
      </w:pPr>
      <w:r>
        <w:rPr>
          <w:rFonts w:ascii="Georgia" w:hAnsi="Georgia" w:cs="Georgia" w:eastAsia="Georgia"/>
          <w:b w:val="0"/>
          <w:i w:val="0"/>
          <w:sz w:val="22"/>
        </w:rPr>
        <w:t>Bring my mule. It is adequate for me." His Khilaafat was short, a brief two and a half years. It is said that with the aid of his slave, his enemies had him poisoned. During his last illness, he summoned the slave and questioned him. It transpired that his enemies had given the slave a thousand dinars (gold coins) to poison his master, the Khalifah.</w:t>
      </w:r>
    </w:p>
    <w:p>
      <w:pPr>
        <w:spacing w:before="0" w:after="120" w:line="300" w:lineRule="exact"/>
        <w:jc w:val="both"/>
      </w:pPr>
      <w:r>
        <w:rPr>
          <w:rFonts w:ascii="Georgia" w:hAnsi="Georgia" w:cs="Georgia" w:eastAsia="Georgia"/>
          <w:b w:val="0"/>
          <w:i w:val="0"/>
          <w:sz w:val="22"/>
        </w:rPr>
        <w:t>Hadhrat Umar Bin Abdul Azeez (rahmatullah alayh) confiscated the 1000 dinars and had the gold entered into the Baitul Maal. Then he said to the slave: "Flee before the people discover your crime. They will slay you." Thus, he pardoned his murderer. The slave took flight.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'JIHAD' OF TAGHOOT</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THE 'JIHADI' OUTFITS, THE SURROGATES OF AMERICA "Have you not seen those who</w:t>
      </w:r>
    </w:p>
    <w:p>
      <w:pPr>
        <w:spacing w:before="120" w:after="120" w:line="300" w:lineRule="exact"/>
        <w:ind w:left="720" w:right="720"/>
        <w:jc w:val="center"/>
      </w:pPr>
      <w:r>
        <w:rPr>
          <w:rFonts w:ascii="Georgia" w:hAnsi="Georgia" w:cs="Georgia" w:eastAsia="Georgia"/>
          <w:b w:val="0"/>
          <w:i/>
          <w:sz w:val="22"/>
        </w:rPr>
        <w:t>think that they believe in that which has been re-</w:t>
      </w:r>
    </w:p>
    <w:p>
      <w:pPr>
        <w:spacing w:before="120" w:after="120" w:line="300" w:lineRule="exact"/>
        <w:ind w:left="720" w:right="720"/>
        <w:jc w:val="center"/>
      </w:pPr>
      <w:r>
        <w:rPr>
          <w:rFonts w:ascii="Georgia" w:hAnsi="Georgia" w:cs="Georgia" w:eastAsia="Georgia"/>
          <w:b w:val="0"/>
          <w:i/>
          <w:sz w:val="22"/>
        </w:rPr>
        <w:t>vealed to you (O Muhammad!) and that which was re-</w:t>
      </w:r>
    </w:p>
    <w:p>
      <w:pPr>
        <w:spacing w:before="0" w:after="120" w:line="300" w:lineRule="exact"/>
        <w:jc w:val="both"/>
      </w:pPr>
      <w:r>
        <w:rPr>
          <w:rFonts w:ascii="Georgia" w:hAnsi="Georgia" w:cs="Georgia" w:eastAsia="Georgia"/>
          <w:b w:val="0"/>
          <w:i w:val="0"/>
          <w:sz w:val="22"/>
        </w:rPr>
        <w:t>vealed before you. They intend to seek the government</w:t>
      </w:r>
    </w:p>
    <w:p>
      <w:pPr>
        <w:spacing w:before="120" w:after="120" w:line="300" w:lineRule="exact"/>
        <w:ind w:left="720" w:right="720"/>
        <w:jc w:val="center"/>
      </w:pPr>
      <w:r>
        <w:rPr>
          <w:rFonts w:ascii="Georgia" w:hAnsi="Georgia" w:cs="Georgia" w:eastAsia="Georgia"/>
          <w:b w:val="0"/>
          <w:i/>
          <w:sz w:val="22"/>
        </w:rPr>
        <w:t>of Taaghoot when in fact they have been com-</w:t>
      </w:r>
    </w:p>
    <w:p>
      <w:pPr>
        <w:spacing w:before="120" w:after="120" w:line="300" w:lineRule="exact"/>
        <w:ind w:left="720" w:right="720"/>
        <w:jc w:val="center"/>
      </w:pPr>
      <w:r>
        <w:rPr>
          <w:rFonts w:ascii="Georgia" w:hAnsi="Georgia" w:cs="Georgia" w:eastAsia="Georgia"/>
          <w:b w:val="0"/>
          <w:i/>
          <w:sz w:val="22"/>
        </w:rPr>
        <w:t>manded to reject it. Shaitaan desires to lead them</w:t>
      </w:r>
    </w:p>
    <w:p>
      <w:pPr>
        <w:spacing w:before="0" w:after="120" w:line="300" w:lineRule="exact"/>
        <w:jc w:val="both"/>
      </w:pPr>
      <w:r>
        <w:rPr>
          <w:rFonts w:ascii="Georgia" w:hAnsi="Georgia" w:cs="Georgia" w:eastAsia="Georgia"/>
          <w:b w:val="0"/>
          <w:i w:val="0"/>
          <w:sz w:val="22"/>
        </w:rPr>
        <w:t>far astray." (An-Nisaa', Aayat 60) Among the Signs of Qiyaamah according to the Hadith is that the A'maal (Deeds) of the Aakhirah will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'JIHAD' OF TAGHOOT</w:t>
      </w:r>
    </w:p>
    <w:p>
      <w:pPr>
        <w:spacing w:before="0" w:after="160" w:line="300" w:lineRule="exact"/>
        <w:jc w:val="center"/>
      </w:pPr>
      <w:r>
        <w:rPr>
          <w:rFonts w:ascii="Georgia" w:hAnsi="Georgia" w:cs="Georgia" w:eastAsia="Georgia"/>
          <w:b w:val="0"/>
          <w:i/>
          <w:sz w:val="16"/>
        </w:rPr>
        <w:t>Page 3, 4, 22 of the original. Heading read from the printed headline artwork.</w:t>
      </w:r>
    </w:p>
    <w:p>
      <w:pPr>
        <w:spacing w:before="0" w:after="120" w:line="300" w:lineRule="exact"/>
        <w:jc w:val="both"/>
      </w:pPr>
      <w:r>
        <w:rPr>
          <w:rFonts w:ascii="Georgia" w:hAnsi="Georgia" w:cs="Georgia" w:eastAsia="Georgia"/>
          <w:b w:val="0"/>
          <w:i w:val="0"/>
          <w:sz w:val="22"/>
        </w:rPr>
        <w:t>be used for attaining worldly objectives. The prediction of this Hadith is being fulfilled in a variety of ways in different fields of mundane life. One such misused Amal of the Deen is the façade of Jihad. Today 'jihad' is presented as a front for attaining the objectives of the kuffaar. Having thoroughly studied Islam and being fully cognizant with the psyche of corrupt Muslims of this age, the Yahood and Nasaara are deriving maximum capital and benefit by employing morally bankrupt Muslims in their conspiracies to benefit themselves financially or to destroy Islam.</w:t>
      </w:r>
    </w:p>
    <w:p>
      <w:pPr>
        <w:spacing w:before="0" w:after="120" w:line="300" w:lineRule="exact"/>
        <w:jc w:val="both"/>
      </w:pPr>
      <w:r>
        <w:rPr>
          <w:rFonts w:ascii="Georgia" w:hAnsi="Georgia" w:cs="Georgia" w:eastAsia="Georgia"/>
          <w:b w:val="0"/>
          <w:i w:val="0"/>
          <w:sz w:val="22"/>
        </w:rPr>
        <w:t>In furtherance of their plot for global hegemony to enable them to pirate and loot the resources of the Muslim world, the U.S.A. has created the 'Jihadi' outfits such as HTS which it (America) has manipulated to bring about the downfall of Bashr Asad, the Khinzeer of Syria. Like all other jihadi outfits, HTS and its underlings were employed to execute the dirty work of America.</w:t>
      </w:r>
    </w:p>
    <w:p>
      <w:pPr>
        <w:spacing w:before="0" w:after="120" w:line="300" w:lineRule="exact"/>
        <w:jc w:val="both"/>
      </w:pPr>
      <w:r>
        <w:rPr>
          <w:rFonts w:ascii="Georgia" w:hAnsi="Georgia" w:cs="Georgia" w:eastAsia="Georgia"/>
          <w:b w:val="0"/>
          <w:i w:val="0"/>
          <w:sz w:val="22"/>
        </w:rPr>
        <w:t>The fall of the Syrian regime was executed by the USA. It was meticulously orchestrated. To achieve its goal, the USA required foot soldiers. Today such men are available in only this Ummah of Islam. To lure stupid Muslim young men into its conspiratorial snare, the only chimera was 'Jihad'. Huge amounts of dollars have been expended to bribe hypocrites to organize these jihaadi out- fits who would be the surrogates of the USA.</w:t>
      </w:r>
    </w:p>
    <w:p>
      <w:pPr>
        <w:spacing w:before="0" w:after="120" w:line="300" w:lineRule="exact"/>
        <w:jc w:val="both"/>
      </w:pPr>
      <w:r>
        <w:rPr>
          <w:rFonts w:ascii="Georgia" w:hAnsi="Georgia" w:cs="Georgia" w:eastAsia="Georgia"/>
          <w:b w:val="0"/>
          <w:i w:val="0"/>
          <w:sz w:val="22"/>
        </w:rPr>
        <w:t>There never was a valid Jihad waged by any of these jihadi outfits whose chiefs are invariably on the American payroll. Today Mr.Joulani has been installed as a puppet political leader in Syria by America. There is no word of Jihad or Musjidul Aqsa or Gazzah which he can allow to slip from his mouth. Now he is no longer the terrorist with a $10 million bounty on his head.</w:t>
      </w:r>
    </w:p>
    <w:p>
      <w:pPr>
        <w:spacing w:before="0" w:after="120" w:line="300" w:lineRule="exact"/>
        <w:jc w:val="both"/>
      </w:pPr>
      <w:r>
        <w:rPr>
          <w:rFonts w:ascii="Georgia" w:hAnsi="Georgia" w:cs="Georgia" w:eastAsia="Georgia"/>
          <w:b w:val="0"/>
          <w:i w:val="0"/>
          <w:sz w:val="22"/>
        </w:rPr>
        <w:t>He has no option other than submitting 100% to the Law of Taghoot which will be the Law for Syria. The Syrian blitzkrieg was a Taghooti 'jihad' planned, designed and executed by America who employed moron Muslims as foot soldiers under command of Munafiqeen for its inability to provide the necessary boots on the ground to accomplish the objectives of its conspiracies.</w:t>
      </w:r>
    </w:p>
    <w:p>
      <w:pPr>
        <w:spacing w:before="0" w:after="120" w:line="300" w:lineRule="exact"/>
        <w:jc w:val="both"/>
      </w:pPr>
      <w:r>
        <w:rPr>
          <w:rFonts w:ascii="Georgia" w:hAnsi="Georgia" w:cs="Georgia" w:eastAsia="Georgia"/>
          <w:b w:val="0"/>
          <w:i w:val="0"/>
          <w:sz w:val="22"/>
        </w:rPr>
        <w:t>The Land of Shaam is lost. It has been annexed to the empire of the Yahood and Nasaara. Today is their day of ascendency and hegemony. Muslims are today the scum of humanity predicted by Rasulullah (Sallallahu alayhi wasallam) who said: "On that day you will be abundant, but you will be ghutha (scum / rubbish / flotsam) like the flotsam of floodwaters.</w:t>
      </w:r>
    </w:p>
    <w:p>
      <w:pPr>
        <w:spacing w:before="0" w:after="120" w:line="300" w:lineRule="exact"/>
        <w:jc w:val="both"/>
      </w:pPr>
      <w:r>
        <w:rPr>
          <w:rFonts w:ascii="Georgia" w:hAnsi="Georgia" w:cs="Georgia" w:eastAsia="Georgia"/>
          <w:b w:val="0"/>
          <w:i w:val="0"/>
          <w:sz w:val="22"/>
        </w:rPr>
        <w:t>Allah will eliminate fear for you from the hearts of your enemy and He will instill WAHAN in you." Explaining Wahn, Rasulullah – Sallallahu alayhi wasallam – said: 'It is love for this dunya and aversion for Maut." This is the state of the Ummah today. The 'jihad' in Syria was America's 'jihad' – planned and directed by the CIA and executed by its surrogates, HTS, etc., etc. – all in the name of Islam to hoodwink moron youngsters into the snare of Iblees by dangling the chimera of Jihad in front of them.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HABAAILUSH SHAITAAN</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(TRAPS OF SHAITAAN) On the occasion of his ignominious expulsion from the heavens, Iblees supplicated to Allah Ta'ala to provide him with snares/traps which would enable him to ply his trade of deception in the dunya. Answering his supplication, Allah Azza Wa Jal said: "Your snares will be women." Shaitaan pranced in jubilation for this wonderful weapon bestowed to him.</w:t>
      </w:r>
    </w:p>
    <w:p>
      <w:pPr>
        <w:spacing w:before="0" w:after="120" w:line="300" w:lineRule="exact"/>
        <w:jc w:val="both"/>
      </w:pPr>
      <w:r>
        <w:rPr>
          <w:rFonts w:ascii="Georgia" w:hAnsi="Georgia" w:cs="Georgia" w:eastAsia="Georgia"/>
          <w:b w:val="0"/>
          <w:i w:val="0"/>
          <w:sz w:val="22"/>
        </w:rPr>
        <w:t>Rasulullah (Sallallahu alayhi wasallam) said: "Never will prosper a nation who entrusts its affairs to a woman." Nabi-e-Kareem (Sallallahu alayhi wasallam) further stated that a woman is of deficient intelligence. Today, one vile product of the American 'jihad' in Syria executed by its HTS surrogates is the platform of leadership awarded to women.</w:t>
      </w:r>
    </w:p>
    <w:p>
      <w:pPr>
        <w:spacing w:before="0" w:after="120" w:line="300" w:lineRule="exact"/>
        <w:jc w:val="both"/>
      </w:pPr>
      <w:r>
        <w:rPr>
          <w:rFonts w:ascii="Georgia" w:hAnsi="Georgia" w:cs="Georgia" w:eastAsia="Georgia"/>
          <w:b w:val="0"/>
          <w:i w:val="0"/>
          <w:sz w:val="22"/>
        </w:rPr>
        <w:t>Reporting on this haraam excretion of the HTS-American 'jihad', Al-Jazeera says: The newly appointed head of the Women's Affairs Office under the Syrian interim government says the administration will enable women to contribute to the rebuilding of the country, ravaged by more than a decade of conflict. In an interview with Al Jazeera from Damascus on Sunday, Aisha al-Dibs said the government was committed to engaging Syrian women in social, cultural and political institutions, and recruiting qualified women in healthcare and education sectors.</w:t>
      </w:r>
    </w:p>
    <w:p>
      <w:pPr>
        <w:spacing w:before="0" w:after="120" w:line="300" w:lineRule="exact"/>
        <w:jc w:val="both"/>
      </w:pPr>
      <w:r>
        <w:rPr>
          <w:rFonts w:ascii="Georgia" w:hAnsi="Georgia" w:cs="Georgia" w:eastAsia="Georgia"/>
          <w:b w:val="0"/>
          <w:i w:val="0"/>
          <w:sz w:val="22"/>
        </w:rPr>
        <w:t>"It is known to us all that the Syrian woman, historically, is a highly effective woman, able to lead across all fields. Today, we are in the process of bringing her back to this leading role in building Syria, a new country, the free country we all aspire for," al-Dibs said. She pledged to encourage women from all the Syrian provinces and ethnicities to participate in an upcoming national conference, which will discuss the future of the country.</w:t>
      </w:r>
    </w:p>
    <w:p>
      <w:pPr>
        <w:spacing w:before="0" w:after="120" w:line="300" w:lineRule="exact"/>
        <w:jc w:val="both"/>
      </w:pPr>
      <w:r>
        <w:rPr>
          <w:rFonts w:ascii="Georgia" w:hAnsi="Georgia" w:cs="Georgia" w:eastAsia="Georgia"/>
          <w:b w:val="0"/>
          <w:i w:val="0"/>
          <w:sz w:val="22"/>
        </w:rPr>
        <w:t>Al-Dibs said the establishment of the Women's Affairs Office, with her as its head, was in response to questions surrounding the role of the Syrian women in the new government.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SYRIAN COUP</w:t>
      </w:r>
    </w:p>
    <w:p>
      <w:pPr>
        <w:spacing w:before="0" w:after="160" w:line="300" w:lineRule="exact"/>
        <w:jc w:val="center"/>
      </w:pPr>
      <w:r>
        <w:rPr>
          <w:rFonts w:ascii="Georgia" w:hAnsi="Georgia" w:cs="Georgia" w:eastAsia="Georgia"/>
          <w:b w:val="0"/>
          <w:i/>
          <w:sz w:val="16"/>
        </w:rPr>
        <w:t>Page 5, 6 of the original. Heading read from the printed headline artwork.</w:t>
      </w:r>
    </w:p>
    <w:p>
      <w:pPr>
        <w:spacing w:before="0" w:after="120" w:line="300" w:lineRule="exact"/>
        <w:jc w:val="both"/>
      </w:pPr>
      <w:r>
        <w:rPr>
          <w:rFonts w:ascii="Georgia" w:hAnsi="Georgia" w:cs="Georgia" w:eastAsia="Georgia"/>
          <w:b w:val="0"/>
          <w:i w:val="0"/>
          <w:sz w:val="22"/>
        </w:rPr>
        <w:t>(By Sam Parker –An expert in all secular fields) Since the start of the war in 2011, Damascus has never met such a devastating defeat like the fall of Aleppo. Iraq lived something tragically similar with the fall of Mosul in 2014. It's fair to argue that the absolute majority of Syrians are against the RussiaTurkey-Iran deal which in fact prevented the liberation of Idlib: a major strategic blunder.</w:t>
      </w:r>
    </w:p>
    <w:p>
      <w:pPr>
        <w:spacing w:before="0" w:after="120" w:line="300" w:lineRule="exact"/>
        <w:jc w:val="both"/>
      </w:pPr>
      <w:r>
        <w:rPr>
          <w:rFonts w:ascii="Georgia" w:hAnsi="Georgia" w:cs="Georgia" w:eastAsia="Georgia"/>
          <w:b w:val="0"/>
          <w:i w:val="0"/>
          <w:sz w:val="22"/>
        </w:rPr>
        <w:t>It gets worse – because the problem actually started in 2018, when the Turks were not even in Afrin, and the liberation of Hama/Idlib was interrupted for the sake of liberating the suburbs of Damascus. It's from there that tens of thousands of jihadis were transferred to Idlib. When we got to 2020 it was already too late: Idlib was defended by none other than the Turkish Army.</w:t>
      </w:r>
    </w:p>
    <w:p>
      <w:pPr>
        <w:spacing w:before="0" w:after="120" w:line="300" w:lineRule="exact"/>
        <w:jc w:val="both"/>
      </w:pPr>
      <w:r>
        <w:rPr>
          <w:rFonts w:ascii="Georgia" w:hAnsi="Georgia" w:cs="Georgia" w:eastAsia="Georgia"/>
          <w:b w:val="0"/>
          <w:i w:val="0"/>
          <w:sz w:val="22"/>
        </w:rPr>
        <w:t>The SAA, when it comes to Idlib, proved itself to be an asleep-at-the wheel disaster. They did not upgrade their defenses, did not integrate the use of drones, did not prepare tactical defense against FPV kamikaze drones and observation drones, and did not pay attention to the scores of foreign spies. No wonder the Rent-a-Jihadi mob found any resistance to take most of Aleppo in 48 hours.</w:t>
      </w:r>
    </w:p>
    <w:p>
      <w:pPr>
        <w:spacing w:before="0" w:after="120" w:line="300" w:lineRule="exact"/>
        <w:jc w:val="both"/>
      </w:pPr>
      <w:r>
        <w:rPr>
          <w:rFonts w:ascii="Georgia" w:hAnsi="Georgia" w:cs="Georgia" w:eastAsia="Georgia"/>
          <w:b w:val="0"/>
          <w:i w:val="0"/>
          <w:sz w:val="22"/>
        </w:rPr>
        <w:t>After the 2020 deal, Iran and pro-Iran forces left Syria, especially in the provinces of Aleppo and Idlib. These sectors were transferred to the SAA. This time, it was clear for months that HTS was preparing an offensive. Warnings were sent to Damascus. But the Syrians trusted the deal with Turkey and the reestablished relations with Arab nations.</w:t>
      </w:r>
    </w:p>
    <w:p>
      <w:pPr>
        <w:spacing w:before="0" w:after="120" w:line="300" w:lineRule="exact"/>
        <w:jc w:val="both"/>
      </w:pPr>
      <w:r>
        <w:rPr>
          <w:rFonts w:ascii="Georgia" w:hAnsi="Georgia" w:cs="Georgia" w:eastAsia="Georgia"/>
          <w:b w:val="0"/>
          <w:i w:val="0"/>
          <w:sz w:val="22"/>
        </w:rPr>
        <w:t>Big mistake. Why did the government collapse so quickly? The offensive came at a moment of heightened regional instability. Years of sanctions, Israeli aggression, and western interference had weakened Syria's defenses. Even Assad's allies expressed shock at the Syrian army's swift collapse – despite providing intelligence. Iranian Foreign Minister Abbas Araghchi noted: "We were surprised by the weakness of the Syrian army and the speed of field developments, and Assad expressed his surprise at the weak performance of his army during his last meeting with the senior adviser to the Leader of the Revolution, Mr.</w:t>
      </w:r>
    </w:p>
    <w:p>
      <w:pPr>
        <w:spacing w:before="0" w:after="120" w:line="300" w:lineRule="exact"/>
        <w:jc w:val="both"/>
      </w:pPr>
      <w:r>
        <w:rPr>
          <w:rFonts w:ascii="Georgia" w:hAnsi="Georgia" w:cs="Georgia" w:eastAsia="Georgia"/>
          <w:b w:val="0"/>
          <w:i w:val="0"/>
          <w:sz w:val="22"/>
        </w:rPr>
        <w:t>Ali Larijani." Armed factions executed a meticulously planned blitzkrieg, employing heavy weaponry – some allegedly provided by – and leveraging advanced western military tactics. Coupled with a media onslaught that sapped morale, Syria's defenses crumbled in quick succession. HTS is, in short, a well- trained CIA/NATO strike force that performed brilliantly.</w:t>
      </w:r>
    </w:p>
    <w:p>
      <w:pPr>
        <w:spacing w:before="0" w:after="120" w:line="300" w:lineRule="exact"/>
        <w:jc w:val="both"/>
      </w:pPr>
      <w:r>
        <w:rPr>
          <w:rFonts w:ascii="Georgia" w:hAnsi="Georgia" w:cs="Georgia" w:eastAsia="Georgia"/>
          <w:b w:val="0"/>
          <w:i w:val="0"/>
          <w:sz w:val="22"/>
        </w:rPr>
        <w:t>Key Syrian allies, including Iran and Hezbollah, were preoccupied with other conflicts, such as supporting Gaza and countering Israeli aggression in Lebanon. Russia, entangled in its war with Ukraine, withdrew key naval assets from the Syrian port city Tartous and refrained from committing significant reinforcements. Turkey's geopolitical interests, particularly regarding Kurdish autonomy and refugee burdens, incentivized its support for toppling Assad's government.</w:t>
      </w:r>
    </w:p>
    <w:p>
      <w:pPr>
        <w:spacing w:before="0" w:after="120" w:line="300" w:lineRule="exact"/>
        <w:jc w:val="both"/>
      </w:pPr>
      <w:r>
        <w:rPr>
          <w:rFonts w:ascii="Georgia" w:hAnsi="Georgia" w:cs="Georgia" w:eastAsia="Georgia"/>
          <w:b w:val="0"/>
          <w:i w:val="0"/>
          <w:sz w:val="22"/>
        </w:rPr>
        <w:t>The timeline tells the story: November 18: Ronen Bar, Israel's Shin Bet chief, meets with heads of MIT, Turkey's Intelligence. November 25: NATO Chief Mark Rutte meets with Erdogan. November 26: Salafi-jihadis assembled by HTS, formerly Nusa Front, supported by Turkish Intel, plus a hefty terrorist coalition, launch a lightning-fast attack against Aleppo.</w:t>
      </w:r>
    </w:p>
    <w:p>
      <w:pPr>
        <w:spacing w:before="0" w:after="120" w:line="300" w:lineRule="exact"/>
        <w:jc w:val="both"/>
      </w:pPr>
      <w:r>
        <w:rPr>
          <w:rFonts w:ascii="Georgia" w:hAnsi="Georgia" w:cs="Georgia" w:eastAsia="Georgia"/>
          <w:b w:val="0"/>
          <w:i w:val="0"/>
          <w:sz w:val="22"/>
        </w:rPr>
        <w:t>Right before the ceasefire, Tel Aviv smashed virtually all communication routes between Syria and Lebanon. Netanyahu subsequently stressed that the focus now is on "the Iranian threat", essential to smash the Axis of Resistance. During the speech on 26 November in which he announced the ceasefire with Lebanon, Israeli Prime Minister Benjamin Netanyahu issued a warning to Assad against "playing with fire" and claimed that "Israel is changing the face of the Middle East.</w:t>
      </w:r>
    </w:p>
    <w:p>
      <w:pPr>
        <w:spacing w:before="0" w:after="120" w:line="300" w:lineRule="exact"/>
        <w:jc w:val="both"/>
      </w:pPr>
      <w:r>
        <w:rPr>
          <w:rFonts w:ascii="Georgia" w:hAnsi="Georgia" w:cs="Georgia" w:eastAsia="Georgia"/>
          <w:b w:val="0"/>
          <w:i w:val="0"/>
          <w:sz w:val="22"/>
        </w:rPr>
        <w:t>"This declaration appeared to have ignited a wellcoordinated assault by NATObacked armed factions against the Syrian government. The offensive started in Syria's second-largest city and economic backbone, Aleppo, and swiftly cascaded through provinces, including the rest of Idlib, Hama, Daraa, Suwayda, Homs, and ultimately Damascus. By the 12th day, the capital had fallen, and Assad, along with his family, was in Moscow.</w:t>
      </w:r>
    </w:p>
    <w:p>
      <w:pPr>
        <w:spacing w:before="0" w:after="120" w:line="300" w:lineRule="exact"/>
        <w:jc w:val="both"/>
      </w:pPr>
      <w:r>
        <w:rPr>
          <w:rFonts w:ascii="Georgia" w:hAnsi="Georgia" w:cs="Georgia" w:eastAsia="Georgia"/>
          <w:b w:val="0"/>
          <w:i w:val="0"/>
          <w:sz w:val="22"/>
        </w:rPr>
        <w:t>According to a Syrian special services source, Ukrainian advisers played the key role in the capture of Aleppo – providing drones and American satellite navigation and electronic warfare systems, and teaching Syrian collaborators and Islamic Party of Turkestan operatives how to use them. Syrian Arab Army (SAA) communications were completely jammed by these electronic warfare systems: "The assault groups and drones were equipped with encrypted GPS devices and extensive use of AI, so that the use and navigation of attack UAVs and kamikaze drones took place from a long distance." The mechanism was set in place months ago.</w:t>
      </w:r>
    </w:p>
    <w:p>
      <w:pPr>
        <w:spacing w:before="0" w:after="120" w:line="300" w:lineRule="exact"/>
        <w:jc w:val="both"/>
      </w:pPr>
      <w:r>
        <w:rPr>
          <w:rFonts w:ascii="Georgia" w:hAnsi="Georgia" w:cs="Georgia" w:eastAsia="Georgia"/>
          <w:b w:val="0"/>
          <w:i w:val="0"/>
          <w:sz w:val="22"/>
        </w:rPr>
        <w:t>Kiev made a straightforward deal with terrorists: drones in exchange for batches of takfiris to be weaponized against Russia in the US/NATO proxy war in Ukraine. Then on the day the ceasefire with Lebanon was signed, the HTS and another group, the SDF, a Kurdish proxy force also backed by the US began a new assault on Aleppo. The Attack On the morning of 27 November, armed extremist groups launched violent attacks on Syrian army positions in the vicinity of the 46th Regiment and toward the villages of Orem al-Kubra and the surrounding areas, located a short distance from the M5 AleppoHama-Damascus highway.</w:t>
      </w:r>
    </w:p>
    <w:p>
      <w:pPr>
        <w:spacing w:before="0" w:after="120" w:line="300" w:lineRule="exact"/>
        <w:jc w:val="both"/>
      </w:pPr>
      <w:r>
        <w:rPr>
          <w:rFonts w:ascii="Georgia" w:hAnsi="Georgia" w:cs="Georgia" w:eastAsia="Georgia"/>
          <w:b w:val="0"/>
          <w:i w:val="0"/>
          <w:sz w:val="22"/>
        </w:rPr>
        <w:t>The scope of the battles quickly expanded on the international road and into the city of Aleppo. The goal of the military operation launched by HTS and its allies is the recovery of the positions gained by the Syrian forces with the support of Russia during the battles of 2017 – 2020. The militants claim that the Syrian and Russian army's "violations" of the de-escalation agreements – and their intensification of strikes on Idlib – prompted these military operations in order to regain their control of these areas.</w:t>
      </w:r>
    </w:p>
    <w:p>
      <w:pPr>
        <w:spacing w:before="0" w:after="120" w:line="300" w:lineRule="exact"/>
        <w:jc w:val="both"/>
      </w:pPr>
      <w:r>
        <w:rPr>
          <w:rFonts w:ascii="Georgia" w:hAnsi="Georgia" w:cs="Georgia" w:eastAsia="Georgia"/>
          <w:b w:val="0"/>
          <w:i w:val="0"/>
          <w:sz w:val="22"/>
        </w:rPr>
        <w:t>They say that the Syrian army's retreat in Aleppo's western countryside provided impetus for the militants to launch further attacks toward rural eastern Idlib. Within three days, armed extremist groups were able to reach the heart of Aleppo and declare a curfew for 24 hours. HTS forced the complete surrender of Aleppo – without a fight – and filmed themselves in front of the legendary Citadel, on 30th November.</w:t>
      </w:r>
    </w:p>
    <w:p>
      <w:pPr>
        <w:spacing w:before="0" w:after="120" w:line="300" w:lineRule="exact"/>
        <w:jc w:val="both"/>
      </w:pPr>
      <w:r>
        <w:rPr>
          <w:rFonts w:ascii="Georgia" w:hAnsi="Georgia" w:cs="Georgia" w:eastAsia="Georgia"/>
          <w:b w:val="0"/>
          <w:i w:val="0"/>
          <w:sz w:val="22"/>
        </w:rPr>
        <w:t>From 2012 to 2016, only a few dozen SAA soldiers managed to successfully defend the citadel, even when they were completely surrounded.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DISGUSTING BETRAYAL BY MURTAD MBS</w:t>
      </w:r>
    </w:p>
    <w:p>
      <w:pPr>
        <w:spacing w:before="0" w:after="160" w:line="300" w:lineRule="exact"/>
        <w:jc w:val="center"/>
      </w:pPr>
      <w:r>
        <w:rPr>
          <w:rFonts w:ascii="Georgia" w:hAnsi="Georgia" w:cs="Georgia" w:eastAsia="Georgia"/>
          <w:b w:val="0"/>
          <w:i/>
          <w:sz w:val="16"/>
        </w:rPr>
        <w:t>Page 6, 7 of the original. Heading read from the printed headline artwork.</w:t>
      </w:r>
    </w:p>
    <w:p>
      <w:pPr>
        <w:spacing w:before="0" w:after="120" w:line="300" w:lineRule="exact"/>
        <w:jc w:val="both"/>
      </w:pPr>
      <w:r>
        <w:rPr>
          <w:rFonts w:ascii="Georgia" w:hAnsi="Georgia" w:cs="Georgia" w:eastAsia="Georgia"/>
          <w:b w:val="0"/>
          <w:i w:val="0"/>
          <w:sz w:val="22"/>
        </w:rPr>
        <w:t>Even on his blessed deathbed, Rasulullah (Sallallahu alayhi wasallam) commanded the Sahaabah: "Expel the Yahood and Nasaara from the Arabian Peninsula." This final command of Rasulullah (Sallallahu alayhi wasallam) was accomplished by Ameerul Mu'mineen Hadhrat Umar (Radhiyallahu anhu). Now after more than 14 centuries, the Murtad regime of Najdi Saudi Arabia has revoked this Command of Allah Ta'ala and has embraced the Yahood who are murdering tens of thousands of Muslims in Palestine.</w:t>
      </w:r>
    </w:p>
    <w:p>
      <w:pPr>
        <w:spacing w:before="0" w:after="120" w:line="300" w:lineRule="exact"/>
        <w:jc w:val="both"/>
      </w:pPr>
      <w:r>
        <w:rPr>
          <w:rFonts w:ascii="Georgia" w:hAnsi="Georgia" w:cs="Georgia" w:eastAsia="Georgia"/>
          <w:b w:val="0"/>
          <w:i w:val="0"/>
          <w:sz w:val="22"/>
        </w:rPr>
        <w:t>This evil, treasonist regime consisting of the illegitimate progeny of Iblees, has invited the Yahood to Madinah Munawwarah. The kufr regime has honoured them and has allowed the Yahood to plant trees in Madinah Munawwarah. May Allah Ta'ala deracinate and destroy this kufr murtad regime which is currently strangling Islam in the Headquarters of Islam.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YAHOOD IN MADINAH</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Jews plant date palms in Medina for first time in 1400 years British philanthropist Rick Sopher leads interfaith delegation on historic visit BY Jonathan Sacerdoti March 27, 2023 12:45 Jews have planted date palms in the Saudi Arabian city of Medina for the first time in 1,400 years as part of an interfaith trip to the region. The historic event took place thanks to the hospitality of a private landowner who invited the participants to add to his own palms as a gesture of friendship.</w:t>
      </w:r>
    </w:p>
    <w:p>
      <w:pPr>
        <w:spacing w:before="0" w:after="120" w:line="300" w:lineRule="exact"/>
        <w:jc w:val="both"/>
      </w:pPr>
      <w:r>
        <w:rPr>
          <w:rFonts w:ascii="Georgia" w:hAnsi="Georgia" w:cs="Georgia" w:eastAsia="Georgia"/>
          <w:b w:val="0"/>
          <w:i w:val="0"/>
          <w:sz w:val="22"/>
        </w:rPr>
        <w:t>Led by Rick Sopher, 63, a banker and philanthropist from London, the interfaith group visited both Saudi Arabia and the United Arab Emirates, exploring the recent changes in attitude towards reconciliation and friendship among the three Abrahamic faiths. Delegates from Jewish, Christian and Muslim backgrounds travelled together from the UK to learn about the history, religion and culture of the destination countries through interaction with local faith leaders, institutions, and communities.</w:t>
      </w:r>
    </w:p>
    <w:p>
      <w:pPr>
        <w:spacing w:before="0" w:after="120" w:line="300" w:lineRule="exact"/>
        <w:jc w:val="both"/>
      </w:pPr>
      <w:r>
        <w:rPr>
          <w:rFonts w:ascii="Georgia" w:hAnsi="Georgia" w:cs="Georgia" w:eastAsia="Georgia"/>
          <w:b w:val="0"/>
          <w:i w:val="0"/>
          <w:sz w:val="22"/>
        </w:rPr>
        <w:t>The diverse group included prominent businessmen and philanthropists as well as a professor of history and other researchers from Cambridge University. Following the Saudi royal purge in 2017 and the signing of the Abraham Accords in 2020, attitudes in both countries have evolved, allowing groups including Jews to visit more freely and develop interfaith harmony through religious cooperation and discussion.</w:t>
      </w:r>
    </w:p>
    <w:p>
      <w:pPr>
        <w:spacing w:before="0" w:after="120" w:line="300" w:lineRule="exact"/>
        <w:jc w:val="both"/>
      </w:pPr>
      <w:r>
        <w:rPr>
          <w:rFonts w:ascii="Georgia" w:hAnsi="Georgia" w:cs="Georgia" w:eastAsia="Georgia"/>
          <w:b w:val="0"/>
          <w:i w:val="0"/>
          <w:sz w:val="22"/>
        </w:rPr>
        <w:t>This is one of the shaitaani products of the Kufr Interfaith plot in which many moron molvies and sheikhs are involved. Bribed with the haraam dollars by the Western enemies of Islam, molvies and sheikhs have become essential cogs in the conspiracy to extinguish Islam. But Allah Ta'ala says in the Qur'aan Majeed: "They plot to extinguish the</w:t>
      </w:r>
    </w:p>
    <w:p>
      <w:pPr>
        <w:spacing w:before="120" w:after="120" w:line="300" w:lineRule="exact"/>
        <w:ind w:left="720" w:right="720"/>
        <w:jc w:val="center"/>
      </w:pPr>
      <w:r>
        <w:rPr>
          <w:rFonts w:ascii="Georgia" w:hAnsi="Georgia" w:cs="Georgia" w:eastAsia="Georgia"/>
          <w:b w:val="0"/>
          <w:i/>
          <w:sz w:val="22"/>
        </w:rPr>
        <w:t>Noor of Allah with their mouths while Allah will com-</w:t>
      </w:r>
    </w:p>
    <w:p>
      <w:pPr>
        <w:spacing w:before="0" w:after="120" w:line="300" w:lineRule="exact"/>
        <w:jc w:val="both"/>
      </w:pPr>
      <w:r>
        <w:rPr>
          <w:rFonts w:ascii="Georgia" w:hAnsi="Georgia" w:cs="Georgia" w:eastAsia="Georgia"/>
          <w:b w:val="0"/>
          <w:i w:val="0"/>
          <w:sz w:val="22"/>
        </w:rPr>
        <w:t>plete (and defend) His Noor (His Deen) although the kaafiroon abhor it."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CEASEFIRE?</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"Former Israeli government adviser Daniel Levy tells The Bottom Line that Israel is not interested in a ceasefire in Ga- za. He says the Israelis are aware of the atrocities they commit in Gaza, but the thorough dehumanization's of Pal- estinians, coupled with a desire to dispossess them of their lands and human rights, blocks any chance for progress.</w:t>
      </w:r>
    </w:p>
    <w:p>
      <w:pPr>
        <w:spacing w:before="0" w:after="120" w:line="300" w:lineRule="exact"/>
        <w:jc w:val="both"/>
      </w:pPr>
      <w:r>
        <w:rPr>
          <w:rFonts w:ascii="Georgia" w:hAnsi="Georgia" w:cs="Georgia" w:eastAsia="Georgia"/>
          <w:b w:val="0"/>
          <w:i w:val="0"/>
          <w:sz w:val="22"/>
        </w:rPr>
        <w:t>The result for Israel, Levy argues, is an Israel that will not be accepted in the region, even if some Arab governments 'normalise' relations." (Al Jazeera) Another reason for not wanting a ceasefire, is the charges of corruption against Netanyahu who will most likely be jailed for the massive scandals of corruption perpetrated by him. But from the Islamic perspective, the Ultimate Controller is Allah Ta'ala Who decides and decrees the events in creation.</w:t>
      </w:r>
    </w:p>
    <w:p>
      <w:pPr>
        <w:spacing w:before="0" w:after="120" w:line="300" w:lineRule="exact"/>
        <w:jc w:val="both"/>
      </w:pPr>
      <w:r>
        <w:rPr>
          <w:rFonts w:ascii="Georgia" w:hAnsi="Georgia" w:cs="Georgia" w:eastAsia="Georgia"/>
          <w:b w:val="0"/>
          <w:i w:val="0"/>
          <w:sz w:val="22"/>
        </w:rPr>
        <w:t>The ceasefire and whatever will be its aftermath will be the Decree of Allah Azza Wa Jal. "Nothing, be it an atom in the</w:t>
      </w:r>
    </w:p>
    <w:p>
      <w:pPr>
        <w:spacing w:before="120" w:after="120" w:line="300" w:lineRule="exact"/>
        <w:ind w:left="720" w:right="720"/>
        <w:jc w:val="center"/>
      </w:pPr>
      <w:r>
        <w:rPr>
          <w:rFonts w:ascii="Georgia" w:hAnsi="Georgia" w:cs="Georgia" w:eastAsia="Georgia"/>
          <w:b w:val="0"/>
          <w:i/>
          <w:sz w:val="22"/>
        </w:rPr>
        <w:t>earth or in the heavens is hidden from your Rabb ex-</w:t>
      </w:r>
    </w:p>
    <w:p>
      <w:pPr>
        <w:spacing w:before="0" w:after="120" w:line="300" w:lineRule="exact"/>
        <w:jc w:val="both"/>
      </w:pPr>
      <w:r>
        <w:rPr>
          <w:rFonts w:ascii="Georgia" w:hAnsi="Georgia" w:cs="Georgia" w:eastAsia="Georgia"/>
          <w:b w:val="0"/>
          <w:i w:val="0"/>
          <w:sz w:val="22"/>
        </w:rPr>
        <w:t>cept that it is in a Clear Kitaab."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ISRAEL IS BLEEDING!</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Despite 14 months of brutal and relentless bombing, night and day, and despite the dislocation of the entire population of Gazzah, and despite tens of thousands killed and hundreds of thousands injured in the ongoing genocide brutality and savagery of the khanaazeer Yahood, Israel has failed to capture Gazzah. That is why the bombing is continuing relentlessly around the clock.</w:t>
      </w:r>
    </w:p>
    <w:p>
      <w:pPr>
        <w:spacing w:before="0" w:after="120" w:line="300" w:lineRule="exact"/>
        <w:jc w:val="both"/>
      </w:pPr>
      <w:r>
        <w:rPr>
          <w:rFonts w:ascii="Georgia" w:hAnsi="Georgia" w:cs="Georgia" w:eastAsia="Georgia"/>
          <w:b w:val="0"/>
          <w:i w:val="0"/>
          <w:sz w:val="22"/>
        </w:rPr>
        <w:t>While a land can be destroyed by bombing by coward murderers, it cannot be held. Holding territory requires boots on the ground. The cowardly Yahoodis are unable to fight even the fussaaq-fujjaar Muslims on land. That is why they are resorting largely to genocide from the air in the hope of driving out the entire population to spread out all over the world.</w:t>
      </w:r>
    </w:p>
    <w:p>
      <w:pPr>
        <w:spacing w:before="0" w:after="120" w:line="300" w:lineRule="exact"/>
        <w:jc w:val="both"/>
      </w:pPr>
      <w:r>
        <w:rPr>
          <w:rFonts w:ascii="Georgia" w:hAnsi="Georgia" w:cs="Georgia" w:eastAsia="Georgia"/>
          <w:b w:val="0"/>
          <w:i w:val="0"/>
          <w:sz w:val="22"/>
        </w:rPr>
        <w:t>This would then enable them to set foot in Gazzah and colonize it. But hitherto, these cowards have failed to impose their control in Gazzah. If they had any real control of Ghazzah, the bombing would have ceased and they would have established an administration to govern the land. But their hope clings to the idea of eliminating Hamas from the air and by means of their occasional tank invasions.</w:t>
      </w:r>
    </w:p>
    <w:p>
      <w:pPr>
        <w:spacing w:before="0" w:after="120" w:line="300" w:lineRule="exact"/>
        <w:jc w:val="both"/>
      </w:pPr>
      <w:r>
        <w:rPr>
          <w:rFonts w:ascii="Georgia" w:hAnsi="Georgia" w:cs="Georgia" w:eastAsia="Georgia"/>
          <w:b w:val="0"/>
          <w:i w:val="0"/>
          <w:sz w:val="22"/>
        </w:rPr>
        <w:t>In the process of the genocide, Israel is bleeding. Meanwhile Hamas is inflicting substantial losses to Israel. Numerous tanks and armoured vehicles have been destroyed and the destruction is ongoing. Numerous Yahoodi soldiers have been eliminated. On another front, the Houtis have inflicted considerable damage to Israel. Just the other day, millions of Israelis had to flee to bomb shelters at 3 in the morning.</w:t>
      </w:r>
    </w:p>
    <w:p>
      <w:pPr>
        <w:spacing w:before="0" w:after="120" w:line="300" w:lineRule="exact"/>
        <w:jc w:val="both"/>
      </w:pPr>
      <w:r>
        <w:rPr>
          <w:rFonts w:ascii="Georgia" w:hAnsi="Georgia" w:cs="Georgia" w:eastAsia="Georgia"/>
          <w:b w:val="0"/>
          <w:i w:val="0"/>
          <w:sz w:val="22"/>
        </w:rPr>
        <w:t>Sirens are going off daily. The entire Yahoodi population is suffering from nervous epidemics. They have no peace. Hundreds of thousands are dislocated in Israel. Thousands have become mad and are hospitalized and more are entering the madhouses and hospitals. The economy is wrecked. Their factories and shops have closed and are closing in large numbers.</w:t>
      </w:r>
    </w:p>
    <w:p>
      <w:pPr>
        <w:spacing w:before="0" w:after="120" w:line="300" w:lineRule="exact"/>
        <w:jc w:val="both"/>
      </w:pPr>
      <w:r>
        <w:rPr>
          <w:rFonts w:ascii="Georgia" w:hAnsi="Georgia" w:cs="Georgia" w:eastAsia="Georgia"/>
          <w:b w:val="0"/>
          <w:i w:val="0"/>
          <w:sz w:val="22"/>
        </w:rPr>
        <w:t>Their harbours and airports are idle. Hundreds of thousands of Yahoodis in Israel are under the breadline. It is hoped and we make dua that this brutal savage Israeli regime will bleed to its death bringing the American Israeli state to a disastrous end.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USA SURROGATES -What does matter to Tel Aviv and Washington is hav-</w:t>
      </w:r>
    </w:p>
    <w:p>
      <w:pPr>
        <w:spacing w:before="0" w:after="160" w:line="300" w:lineRule="exact"/>
        <w:jc w:val="center"/>
      </w:pPr>
      <w:r>
        <w:rPr>
          <w:rFonts w:ascii="Georgia" w:hAnsi="Georgia" w:cs="Georgia" w:eastAsia="Georgia"/>
          <w:b w:val="0"/>
          <w:i/>
          <w:sz w:val="16"/>
        </w:rPr>
        <w:t>Page 8 of the original</w:t>
      </w:r>
    </w:p>
    <w:p>
      <w:pPr>
        <w:pStyle w:val="Heading3"/>
        <w:spacing w:before="200" w:after="120" w:line="300" w:lineRule="exact"/>
        <w:jc w:val="left"/>
      </w:pPr>
      <w:r>
        <w:rPr>
          <w:rFonts w:ascii="Georgia" w:hAnsi="Georgia" w:cs="Georgia" w:eastAsia="Georgia"/>
          <w:b/>
          <w:i w:val="0"/>
          <w:color w:val="2E74B5"/>
          <w:sz w:val="24"/>
        </w:rPr>
        <w:t>THE USA SURROGATES</w:t>
      </w:r>
    </w:p>
    <w:p>
      <w:pPr>
        <w:spacing w:before="0" w:after="120" w:line="300" w:lineRule="exact"/>
        <w:jc w:val="both"/>
      </w:pPr>
      <w:r>
        <w:rPr>
          <w:rFonts w:ascii="Georgia" w:hAnsi="Georgia" w:cs="Georgia" w:eastAsia="Georgia"/>
          <w:b w:val="0"/>
          <w:i w:val="0"/>
          <w:sz w:val="22"/>
        </w:rPr>
        <w:t>"What does matter to Tel Aviv and Washington is hav- ing a proxy army that is willing to do its bidding in an upcoming war with Iran. That matters. And that is why the US and Turkey is "contact" soldiers who will do what they are told in exchange for the lavish salaries they receive. HTS is paid for its services, and those services are going to involve the launching of attacks on Iran and Hezbollah.</w:t>
      </w:r>
    </w:p>
    <w:p>
      <w:pPr>
        <w:spacing w:before="0" w:after="120" w:line="300" w:lineRule="exact"/>
        <w:jc w:val="both"/>
      </w:pPr>
      <w:r>
        <w:rPr>
          <w:rFonts w:ascii="Georgia" w:hAnsi="Georgia" w:cs="Georgia" w:eastAsia="Georgia"/>
          <w:b w:val="0"/>
          <w:i w:val="0"/>
          <w:sz w:val="22"/>
        </w:rPr>
        <w:t>HTS doesn't have the slightest interest in running the government. Syria is merely a base of operations for launching attacks on Iran and Hezbollah. That's it. That's what they are paid to do, make war. It's all about geography, gas, USD and Israel. And of those four, Israel looms largest." (Sam Parker)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PUPPET USA GOVERNMENT</w:t>
      </w:r>
    </w:p>
    <w:p>
      <w:pPr>
        <w:spacing w:before="0" w:after="160" w:line="300" w:lineRule="exact"/>
        <w:jc w:val="center"/>
      </w:pPr>
      <w:r>
        <w:rPr>
          <w:rFonts w:ascii="Georgia" w:hAnsi="Georgia" w:cs="Georgia" w:eastAsia="Georgia"/>
          <w:b w:val="0"/>
          <w:i/>
          <w:sz w:val="16"/>
        </w:rPr>
        <w:t>Page 8 of the original</w:t>
      </w:r>
    </w:p>
    <w:p>
      <w:pPr>
        <w:pStyle w:val="Heading3"/>
        <w:spacing w:before="200" w:after="120" w:line="300" w:lineRule="exact"/>
        <w:jc w:val="left"/>
      </w:pPr>
      <w:r>
        <w:rPr>
          <w:rFonts w:ascii="Georgia" w:hAnsi="Georgia" w:cs="Georgia" w:eastAsia="Georgia"/>
          <w:b/>
          <w:i w:val="0"/>
          <w:color w:val="2E74B5"/>
          <w:sz w:val="24"/>
        </w:rPr>
        <w:t>THE PUPPET USA GOVERNMENT</w:t>
      </w:r>
    </w:p>
    <w:p>
      <w:pPr>
        <w:spacing w:before="0" w:after="120" w:line="300" w:lineRule="exact"/>
        <w:jc w:val="both"/>
      </w:pPr>
      <w:r>
        <w:rPr>
          <w:rFonts w:ascii="Georgia" w:hAnsi="Georgia" w:cs="Georgia" w:eastAsia="Georgia"/>
          <w:b w:val="0"/>
          <w:i w:val="0"/>
          <w:sz w:val="22"/>
        </w:rPr>
        <w:t>"This regime (i.e.the new American appointed govern-</w:t>
      </w:r>
    </w:p>
    <w:p>
      <w:pPr>
        <w:spacing w:before="120" w:after="120" w:line="300" w:lineRule="exact"/>
        <w:ind w:left="720" w:right="720"/>
        <w:jc w:val="center"/>
      </w:pPr>
      <w:r>
        <w:rPr>
          <w:rFonts w:ascii="Georgia" w:hAnsi="Georgia" w:cs="Georgia" w:eastAsia="Georgia"/>
          <w:b w:val="0"/>
          <w:i/>
          <w:sz w:val="22"/>
        </w:rPr>
        <w:t>ment in Syria) Is merely a tool in the hands of foreign interests who want to seize as</w:t>
      </w:r>
    </w:p>
    <w:p>
      <w:pPr>
        <w:spacing w:before="120" w:after="120" w:line="300" w:lineRule="exact"/>
        <w:ind w:left="720" w:right="720"/>
        <w:jc w:val="center"/>
      </w:pPr>
      <w:r>
        <w:rPr>
          <w:rFonts w:ascii="Georgia" w:hAnsi="Georgia" w:cs="Georgia" w:eastAsia="Georgia"/>
          <w:b w:val="0"/>
          <w:i/>
          <w:sz w:val="22"/>
        </w:rPr>
        <w:t>much of Syria's natural wealth as possible while elimi-</w:t>
      </w:r>
    </w:p>
    <w:p>
      <w:pPr>
        <w:spacing w:before="120" w:after="120" w:line="300" w:lineRule="exact"/>
        <w:ind w:left="720" w:right="720"/>
        <w:jc w:val="center"/>
      </w:pPr>
      <w:r>
        <w:rPr>
          <w:rFonts w:ascii="Georgia" w:hAnsi="Georgia" w:cs="Georgia" w:eastAsia="Georgia"/>
          <w:b w:val="0"/>
          <w:i/>
          <w:sz w:val="22"/>
        </w:rPr>
        <w:t>nating a potential threat to Israel's relentless expansion."</w:t>
      </w:r>
    </w:p>
    <w:p>
      <w:pPr>
        <w:spacing w:before="0" w:after="120" w:line="300" w:lineRule="exact"/>
        <w:jc w:val="both"/>
      </w:pPr>
      <w:r>
        <w:rPr>
          <w:rFonts w:ascii="Georgia" w:hAnsi="Georgia" w:cs="Georgia" w:eastAsia="Georgia"/>
          <w:b w:val="0"/>
          <w:i w:val="0"/>
          <w:sz w:val="22"/>
        </w:rPr>
        <w:t>(Sam Parker)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 COMPROMISE</w:t>
      </w:r>
    </w:p>
    <w:p>
      <w:pPr>
        <w:spacing w:before="0" w:after="160" w:line="300" w:lineRule="exact"/>
        <w:jc w:val="center"/>
      </w:pPr>
      <w:r>
        <w:rPr>
          <w:rFonts w:ascii="Georgia" w:hAnsi="Georgia" w:cs="Georgia" w:eastAsia="Georgia"/>
          <w:b w:val="0"/>
          <w:i/>
          <w:sz w:val="16"/>
        </w:rPr>
        <w:t>Page 8 of the original</w:t>
      </w:r>
    </w:p>
    <w:p>
      <w:pPr>
        <w:spacing w:before="0" w:after="120" w:line="300" w:lineRule="exact"/>
        <w:jc w:val="both"/>
      </w:pPr>
      <w:r>
        <w:rPr>
          <w:rFonts w:ascii="Georgia" w:hAnsi="Georgia" w:cs="Georgia" w:eastAsia="Georgia"/>
          <w:b w:val="0"/>
          <w:i w:val="0"/>
          <w:sz w:val="22"/>
        </w:rPr>
        <w:t>The Haqq never compromises with baatil. Any compromise with baatil eliminates the Haqq. The chiefs of the Quraish came to Abu Taalib, the uncle of Rasulullah (Sallallahu alayhi wasallam) complaining about the propagation of the new Deen and Rasulullah's condemnation of their idols. They implored Abu Taalib to convince Rasulullah (Sallallahu alayhi wasallam) to desist from his propagation.</w:t>
      </w:r>
    </w:p>
    <w:p>
      <w:pPr>
        <w:spacing w:before="0" w:after="120" w:line="300" w:lineRule="exact"/>
        <w:jc w:val="both"/>
      </w:pPr>
      <w:r>
        <w:rPr>
          <w:rFonts w:ascii="Georgia" w:hAnsi="Georgia" w:cs="Georgia" w:eastAsia="Georgia"/>
          <w:b w:val="0"/>
          <w:i w:val="0"/>
          <w:sz w:val="22"/>
        </w:rPr>
        <w:t>Abu Taalib sent for Rasulullah (Sallallahu alayhi wasallam). He endeavoured to convince Rasulullah (Sallallahu alayhi wasallam) to discontinue propagating the Deen of Tauheed. In response, Rasulullah (Sallallahu alayhi wasallam) said:</w:t>
      </w:r>
    </w:p>
    <w:p>
      <w:pPr>
        <w:spacing w:before="120" w:after="120" w:line="300" w:lineRule="exact"/>
        <w:ind w:left="720" w:right="720"/>
        <w:jc w:val="center"/>
      </w:pPr>
      <w:r>
        <w:rPr>
          <w:rFonts w:ascii="Georgia" w:hAnsi="Georgia" w:cs="Georgia" w:eastAsia="Georgia"/>
          <w:b w:val="0"/>
          <w:i/>
          <w:sz w:val="22"/>
        </w:rPr>
        <w:t>"If they place the sun in my right hand and the moon in my</w:t>
      </w:r>
    </w:p>
    <w:p>
      <w:pPr>
        <w:spacing w:before="0" w:after="120" w:line="300" w:lineRule="exact"/>
        <w:jc w:val="both"/>
      </w:pPr>
      <w:r>
        <w:rPr>
          <w:rFonts w:ascii="Georgia" w:hAnsi="Georgia" w:cs="Georgia" w:eastAsia="Georgia"/>
          <w:b w:val="0"/>
          <w:i w:val="0"/>
          <w:sz w:val="22"/>
        </w:rPr>
        <w:t>left hand, I shall not desist."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WHO IS THE GOVERNMENT OF SYRIA?</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Every intelligent person – Muslim or kaafir – understands that the real government of Syria today is the USA. Despite HTS having executed America's dirty work of toppling the Khinzeer Assad, it (HTS) will not be allowed to become even a paper 'government". The paper government which the USA will fabricate for Syria will be a hybrid conglomeration of secular opposition entities with women in the forefront.</w:t>
      </w:r>
    </w:p>
    <w:p>
      <w:pPr>
        <w:spacing w:before="0" w:after="120" w:line="300" w:lineRule="exact"/>
        <w:jc w:val="both"/>
      </w:pPr>
      <w:r>
        <w:rPr>
          <w:rFonts w:ascii="Georgia" w:hAnsi="Georgia" w:cs="Georgia" w:eastAsia="Georgia"/>
          <w:b w:val="0"/>
          <w:i w:val="0"/>
          <w:sz w:val="22"/>
        </w:rPr>
        <w:t>Already, even prior to the installation of the paper government of the USA, a faasiqah / faajirah / kaafirah aunt has been appointed 'head of the Women's Affairs Office under the Syrian interim government' Who is this mysterious 'interim government'? It is not Mr.Joulani with his HTS serfs of America. All the dirty work of America has been executed and accomplished by Joulani's HTS, the Surrogate of America.</w:t>
      </w:r>
    </w:p>
    <w:p>
      <w:pPr>
        <w:spacing w:before="0" w:after="120" w:line="300" w:lineRule="exact"/>
        <w:jc w:val="both"/>
      </w:pPr>
      <w:r>
        <w:rPr>
          <w:rFonts w:ascii="Georgia" w:hAnsi="Georgia" w:cs="Georgia" w:eastAsia="Georgia"/>
          <w:b w:val="0"/>
          <w:i w:val="0"/>
          <w:sz w:val="22"/>
        </w:rPr>
        <w:t>Yet, Joulani has no control in the political destiny of Syria. The job of HTS is only to dance at the commanding tune of its Handler. HTS will now be canned by the USA and held in reserve for another occasion when America deems it appropriate to foment anarchy in the interests of its global objectives, and if the USA determines that HTS has outlived its utility, then Joulani and his HTS will be summarily dispatched into oblivion by murderous techniques.</w:t>
      </w:r>
    </w:p>
    <w:p>
      <w:pPr>
        <w:spacing w:before="0" w:after="120" w:line="300" w:lineRule="exact"/>
        <w:jc w:val="both"/>
      </w:pPr>
      <w:r>
        <w:rPr>
          <w:rFonts w:ascii="Georgia" w:hAnsi="Georgia" w:cs="Georgia" w:eastAsia="Georgia"/>
          <w:b w:val="0"/>
          <w:i w:val="0"/>
          <w:sz w:val="22"/>
        </w:rPr>
        <w:t>Leave alone the issue of these chaps being 'Mujahideen'. Their very Imaan is in question. Allah Ta'ala says:</w:t>
      </w:r>
    </w:p>
    <w:p>
      <w:pPr>
        <w:spacing w:before="120" w:after="120" w:line="300" w:lineRule="exact"/>
        <w:ind w:left="720" w:right="720"/>
        <w:jc w:val="center"/>
      </w:pPr>
      <w:r>
        <w:rPr>
          <w:rFonts w:ascii="Georgia" w:hAnsi="Georgia" w:cs="Georgia" w:eastAsia="Georgia"/>
          <w:b w:val="0"/>
          <w:i/>
          <w:sz w:val="22"/>
        </w:rPr>
        <w:t>"You will see many of them befriending the kuffaar. Indeed evil is that which their souls have sent ahead for them. Allah's Wrath is on them and in Athaab (Punishment) shall they dwell forever."</w:t>
      </w:r>
    </w:p>
    <w:p>
      <w:pPr>
        <w:spacing w:before="0" w:after="120" w:line="300" w:lineRule="exact"/>
        <w:jc w:val="both"/>
      </w:pPr>
      <w:r>
        <w:rPr>
          <w:rFonts w:ascii="Georgia" w:hAnsi="Georgia" w:cs="Georgia" w:eastAsia="Georgia"/>
          <w:b w:val="0"/>
          <w:i w:val="0"/>
          <w:sz w:val="22"/>
        </w:rPr>
        <w:t>(Al-Maaidah, Aayat 80) "If they had Imaan on Allah and the Nabi and on that which has been revealed to him, never would they have taken them (kuffaar) as friends. But, in reality many of them are faasiqoon" They crawl behind the Yahood and Nasaara, acting at their bidding, merely for the haraam boodle dollars which these kuffaar pay lucratively.</w:t>
      </w:r>
    </w:p>
    <w:p>
      <w:pPr>
        <w:spacing w:before="0" w:after="120" w:line="300" w:lineRule="exact"/>
        <w:jc w:val="both"/>
      </w:pPr>
      <w:r>
        <w:rPr>
          <w:rFonts w:ascii="Georgia" w:hAnsi="Georgia" w:cs="Georgia" w:eastAsia="Georgia"/>
          <w:b w:val="0"/>
          <w:i w:val="0"/>
          <w:sz w:val="22"/>
        </w:rPr>
        <w:t>They have betrayed Allah Ta'ala, Rasulullah (Sallallahu alayhi wasallam) and the Ummah.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mounds of sand and was com- spot of two idols, Asaaf and</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LOST AND FOUND The Well of Zam Zam came into existence miraculously at the birth of Nabi Ismaaeel (Alayhis salaam). His mother, Hadhrat Haajarah (Alayhas salaam) who was all alone with her baby in the uninhabited wild desert was running hither and thither in search of water. It was on this occasion that Allah Ta'ala created the Well of Zam Zam.</w:t>
      </w:r>
    </w:p>
    <w:p>
      <w:pPr>
        <w:spacing w:before="0" w:after="120" w:line="300" w:lineRule="exact"/>
        <w:jc w:val="both"/>
      </w:pPr>
      <w:r>
        <w:rPr>
          <w:rFonts w:ascii="Georgia" w:hAnsi="Georgia" w:cs="Georgia" w:eastAsia="Georgia"/>
          <w:b w:val="0"/>
          <w:i w:val="0"/>
          <w:sz w:val="22"/>
        </w:rPr>
        <w:t>With the passage of time, the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Well became covered by mounds of sand and was completely obliterated.</w:t>
      </w:r>
    </w:p>
    <w:p>
      <w:pPr>
        <w:spacing w:before="0" w:after="160" w:line="300" w:lineRule="exact"/>
        <w:jc w:val="center"/>
      </w:pPr>
      <w:r>
        <w:rPr>
          <w:rFonts w:ascii="Georgia" w:hAnsi="Georgia" w:cs="Georgia" w:eastAsia="Georgia"/>
          <w:b w:val="0"/>
          <w:i/>
          <w:sz w:val="16"/>
        </w:rPr>
        <w:t>Page 9, 10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Well became covered by mounds of sand and was completely obliterated. The location of the Well was totally lost. It became a legendary story. Abdul Muttalib, the grandfather of Rasulullah (Sallallahu alayhi wasallam) initiated a search for the Well. He and his eldest son, Haarith continued the search for many days without success. No one from the Quraish tribe had assisted him in the search.</w:t>
      </w:r>
    </w:p>
    <w:p>
      <w:pPr>
        <w:spacing w:before="0" w:after="120" w:line="300" w:lineRule="exact"/>
        <w:jc w:val="both"/>
      </w:pPr>
      <w:r>
        <w:rPr>
          <w:rFonts w:ascii="Georgia" w:hAnsi="Georgia" w:cs="Georgia" w:eastAsia="Georgia"/>
          <w:b w:val="0"/>
          <w:i w:val="0"/>
          <w:sz w:val="22"/>
        </w:rPr>
        <w:t>In fact, they mocked at the father and son for having embarked on what they believed to be a futile project. One day Abdul Muttalib saw in a dream the location of the Well. It was located at the spot of two idols, Asaaf and Naailah, whom the Quraish worshipped. When Abdul Muttalib decided to dig at the location, the Quraish reacted with extreme hostility.</w:t>
      </w:r>
    </w:p>
    <w:p>
      <w:pPr>
        <w:spacing w:before="0" w:after="120" w:line="300" w:lineRule="exact"/>
        <w:jc w:val="both"/>
      </w:pPr>
      <w:r>
        <w:rPr>
          <w:rFonts w:ascii="Georgia" w:hAnsi="Georgia" w:cs="Georgia" w:eastAsia="Georgia"/>
          <w:b w:val="0"/>
          <w:i w:val="0"/>
          <w:sz w:val="22"/>
        </w:rPr>
        <w:t>Despite their efforts to prevent him, he and his son initiated the digging. Whilst his effort continued, he made a vow to Allah Ta'ala. If the Well was discovered with water gushing, and if Allah Ta'ala blessed him with ten sons, he will sacrifice one of his sons in the Name of Allah Ta'ala. After struggling with the digging for many days, the Zam Zam Well was discovered.</w:t>
      </w:r>
    </w:p>
    <w:p>
      <w:pPr>
        <w:spacing w:before="0" w:after="120" w:line="300" w:lineRule="exact"/>
        <w:jc w:val="both"/>
      </w:pPr>
      <w:r>
        <w:rPr>
          <w:rFonts w:ascii="Georgia" w:hAnsi="Georgia" w:cs="Georgia" w:eastAsia="Georgia"/>
          <w:b w:val="0"/>
          <w:i w:val="0"/>
          <w:sz w:val="22"/>
        </w:rPr>
        <w:t>He was also blessed with ten sons. Now that the Well was discovered and was in operation, the Quraish began honouring Abdul Muttalib and he was hailed as the chief of the tribe. When all the sons attained adulthood, Abdul Muttalib resolved to fulfil his vow. He took all his sons to the Ka'bah and in front of the idol, Hubal, lots were drawn to determine the son to be sacrificed.</w:t>
      </w:r>
    </w:p>
    <w:p>
      <w:pPr>
        <w:spacing w:before="0" w:after="120" w:line="300" w:lineRule="exact"/>
        <w:jc w:val="both"/>
      </w:pPr>
      <w:r>
        <w:rPr>
          <w:rFonts w:ascii="Georgia" w:hAnsi="Georgia" w:cs="Georgia" w:eastAsia="Georgia"/>
          <w:b w:val="0"/>
          <w:i w:val="0"/>
          <w:sz w:val="22"/>
        </w:rPr>
        <w:t>The name of Abdullah, the youngest son who was the most beloved to Abdul Muttalib surfaced. Despite his profound love for Abdullah, he set off with the son to offer him as the sacrifice. The other sons, daughters and the Quraish intervened and vigorously protested. Abdul Muttalib was determined to fulfil his vow. After considerable argument, it was decided to take the matter to Sajaa' who was a fortune-teller.</w:t>
      </w:r>
    </w:p>
    <w:p>
      <w:pPr>
        <w:spacing w:before="0" w:after="120" w:line="300" w:lineRule="exact"/>
        <w:jc w:val="both"/>
      </w:pPr>
      <w:r>
        <w:rPr>
          <w:rFonts w:ascii="Georgia" w:hAnsi="Georgia" w:cs="Georgia" w:eastAsia="Georgia"/>
          <w:b w:val="0"/>
          <w:i w:val="0"/>
          <w:sz w:val="22"/>
        </w:rPr>
        <w:t>Sajaa' advised that lots should be drawn between ten camels and Abdullah. Since ten camels was the amount of blood money to be paid for having killed a person, this number was stated. Sajaa' said that if in the lottery the camels were favoured, then they should be sacrificed. If Abdullah's name emerged, the number of camels should be raised to 20 and the lottery should be repeated.</w:t>
      </w:r>
    </w:p>
    <w:p>
      <w:pPr>
        <w:spacing w:before="0" w:after="120" w:line="300" w:lineRule="exact"/>
        <w:jc w:val="both"/>
      </w:pPr>
      <w:r>
        <w:rPr>
          <w:rFonts w:ascii="Georgia" w:hAnsi="Georgia" w:cs="Georgia" w:eastAsia="Georgia"/>
          <w:b w:val="0"/>
          <w:i w:val="0"/>
          <w:sz w:val="22"/>
        </w:rPr>
        <w:t>He said that each time that Abdullah's name surfaced, ten camels should be increased until ultimately, the lottery will determine the camels for slaughter. This process was repeatedly carried out. When the number became 100, the lottery was in favour of the camels. However, for the sake of certitude, Abdul Muttalib again resorted to drawing lots another two times, and again it was in favour of the camels.</w:t>
      </w:r>
    </w:p>
    <w:p>
      <w:pPr>
        <w:spacing w:before="0" w:after="120" w:line="300" w:lineRule="exact"/>
        <w:jc w:val="both"/>
      </w:pPr>
      <w:r>
        <w:rPr>
          <w:rFonts w:ascii="Georgia" w:hAnsi="Georgia" w:cs="Georgia" w:eastAsia="Georgia"/>
          <w:b w:val="0"/>
          <w:i w:val="0"/>
          <w:sz w:val="22"/>
        </w:rPr>
        <w:t>Thus the 100 camels were slaughtered.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DISPUTE &amp; DISUNITY</w:t>
      </w:r>
    </w:p>
    <w:p>
      <w:pPr>
        <w:spacing w:before="0" w:after="160" w:line="300" w:lineRule="exact"/>
        <w:jc w:val="center"/>
      </w:pPr>
      <w:r>
        <w:rPr>
          <w:rFonts w:ascii="Georgia" w:hAnsi="Georgia" w:cs="Georgia" w:eastAsia="Georgia"/>
          <w:b w:val="0"/>
          <w:i/>
          <w:sz w:val="16"/>
        </w:rPr>
        <w:t>Page 10, 11 of the original. Heading read from the printed headline artwork.</w:t>
      </w:r>
    </w:p>
    <w:p>
      <w:pPr>
        <w:spacing w:before="0" w:after="120" w:line="300" w:lineRule="exact"/>
        <w:jc w:val="both"/>
      </w:pPr>
      <w:r>
        <w:rPr>
          <w:rFonts w:ascii="Georgia" w:hAnsi="Georgia" w:cs="Georgia" w:eastAsia="Georgia"/>
          <w:b w:val="0"/>
          <w:i w:val="0"/>
          <w:sz w:val="22"/>
        </w:rPr>
        <w:t>The Yahood and Nasaara are extremely cunning. They are experts in the art of creating dispute and disunity in the ranks of Muslims. Libya, Iraq, Syria, Sudan, in fact in most Muslim lands, there is intense internecine warfare which has destroyed the countries. However, their expertise in this field relies on the stupidity of Muslims and on the degree of love for the dunya and wealth which today has become the dominant attribute of Muslims.</w:t>
      </w:r>
    </w:p>
    <w:p>
      <w:pPr>
        <w:spacing w:before="0" w:after="120" w:line="300" w:lineRule="exact"/>
        <w:jc w:val="both"/>
      </w:pPr>
      <w:r>
        <w:rPr>
          <w:rFonts w:ascii="Georgia" w:hAnsi="Georgia" w:cs="Georgia" w:eastAsia="Georgia"/>
          <w:b w:val="0"/>
          <w:i w:val="0"/>
          <w:sz w:val="22"/>
        </w:rPr>
        <w:t>The anarchy which has been achieved by the West in Libya and Iraq will be repeated in Syria. The same internecine dispute and killing are happening in Afghanistan although on a lesser scale. Even religious groups have been infiltrated by the governmental agencies of the USA., Israel, etc. Thus, the success of their plots are being witnessed in even the Tabligh Jamaat which has split into two vile, hostile, murderous factions who are devouring their own kind in cannibalistic style.</w:t>
      </w:r>
    </w:p>
    <w:p>
      <w:pPr>
        <w:spacing w:before="0" w:after="120" w:line="300" w:lineRule="exact"/>
        <w:jc w:val="both"/>
      </w:pPr>
      <w:r>
        <w:rPr>
          <w:rFonts w:ascii="Georgia" w:hAnsi="Georgia" w:cs="Georgia" w:eastAsia="Georgia"/>
          <w:b w:val="0"/>
          <w:i w:val="0"/>
          <w:sz w:val="22"/>
        </w:rPr>
        <w:t>The Yahood and the Nasaara are experts in fomenting Shiah-Sunni fitnah, and they have expertise in the art of creating deviant sects in the Ummah. They are also experts in Deobandi'ism and Barelwi'ism, and utilize their differences for maximum capital to indurate their mutual hostility. Their greatest current achievement is the creation of a plethora of 'jihaadi' outfits which have no relationship with Jihad and Islam.</w:t>
      </w:r>
    </w:p>
    <w:p>
      <w:pPr>
        <w:spacing w:before="0" w:after="120" w:line="300" w:lineRule="exact"/>
        <w:jc w:val="both"/>
      </w:pPr>
      <w:r>
        <w:rPr>
          <w:rFonts w:ascii="Georgia" w:hAnsi="Georgia" w:cs="Georgia" w:eastAsia="Georgia"/>
          <w:b w:val="0"/>
          <w:i w:val="0"/>
          <w:sz w:val="22"/>
        </w:rPr>
        <w:t>The objective is to only destroy the Ummah and gain control of the resources of the Muslim lands. It is the wealth of the Muslim countries which is sustaining the first world designation of America, the UK, etc. The success of the Yahood and Nasaara in their plot of destabilizing the Muslim countries by means of internecine fighting is, in reality, the effect of the stupidity of Muslims who allow themselves to become entrapped in the propaganda of the Yahood and Nasaara.</w:t>
      </w:r>
    </w:p>
    <w:p>
      <w:pPr>
        <w:spacing w:before="0" w:after="120" w:line="300" w:lineRule="exact"/>
        <w:jc w:val="both"/>
      </w:pPr>
      <w:r>
        <w:rPr>
          <w:rFonts w:ascii="Georgia" w:hAnsi="Georgia" w:cs="Georgia" w:eastAsia="Georgia"/>
          <w:b w:val="0"/>
          <w:i w:val="0"/>
          <w:sz w:val="22"/>
        </w:rPr>
        <w:t>The Aql (intelligence) of Muslims has become impaired and deranged, hence they are unable to understand the plots of the kuffaar. The impairment of Aql is the consequence of fisq, fujoor and kufr in which the Ummah is drowning. It is futile to blame shaitaan for our infractions and villainy. Shaitaan whose agents are the Yahood and Nasaara, is merely execut- ing his trade of deception and misguidance.</w:t>
      </w:r>
    </w:p>
    <w:p>
      <w:pPr>
        <w:spacing w:before="0" w:after="120" w:line="300" w:lineRule="exact"/>
        <w:jc w:val="both"/>
      </w:pPr>
      <w:r>
        <w:rPr>
          <w:rFonts w:ascii="Georgia" w:hAnsi="Georgia" w:cs="Georgia" w:eastAsia="Georgia"/>
          <w:b w:val="0"/>
          <w:i w:val="0"/>
          <w:sz w:val="22"/>
        </w:rPr>
        <w:t>Allah Ta'ala has equipped Muslims with sound Aql and the Ta'leem of Rasulullah (Sallallahu alayhi wasallam). If Muslims adhere to the Sunnah, no one will be able to deceive and entrap them in the evil in which they are currently dwelling. It is the love of the dunya and wealth which has caused Muslims to become traitors and bootlickers of the Yahood and Nasaara.</w:t>
      </w:r>
    </w:p>
    <w:p>
      <w:pPr>
        <w:spacing w:before="0" w:after="120" w:line="300" w:lineRule="exact"/>
        <w:jc w:val="both"/>
      </w:pPr>
      <w:r>
        <w:rPr>
          <w:rFonts w:ascii="Georgia" w:hAnsi="Georgia" w:cs="Georgia" w:eastAsia="Georgia"/>
          <w:b w:val="0"/>
          <w:i w:val="0"/>
          <w:sz w:val="22"/>
        </w:rPr>
        <w:t>It is this love for carrion which has provided the kuffaar with a huge supply of Muslim personnel to execute their plots to destroy this Ummah and to loot the resources of the Muslim countries. Indeed, as Rasulullah (Sallallahu alayhi wasallam) had predicted, we have become "Ghutha (flotsam, rubbish and scum)."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BLASPHEMY OF A SENIOR MUFTI</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Question A senior Mufti of Jamiah Rasheediyah in Pakistan, Mufti Tariq Mas'ood, has stated in one of his talks in Canada that there are many errors in the Qur'aan Majeed. He implied that "these errors" occurred when Rasulullah (Sallallahu alayhi wasallam) would dictate to the Kaatibeen (Scribes) to write the Wahi (Revelation), and he attributed this to the fact that our Nabi (Sallallahu alayhi wasallam) was an Ummi (one who could not read and write).</w:t>
      </w:r>
    </w:p>
    <w:p>
      <w:pPr>
        <w:spacing w:before="0" w:after="120" w:line="300" w:lineRule="exact"/>
        <w:jc w:val="both"/>
      </w:pPr>
      <w:r>
        <w:rPr>
          <w:rFonts w:ascii="Georgia" w:hAnsi="Georgia" w:cs="Georgia" w:eastAsia="Georgia"/>
          <w:b w:val="0"/>
          <w:i w:val="0"/>
          <w:sz w:val="22"/>
        </w:rPr>
        <w:t>There was an outcry against him. His arrest was demanded. It has been reported that the Mufti is in hiding, fearing for his life. He has also apologized and claims that he has been misunderstood and his statements were cited out of context. What is the status of his Imaan? He has apologized. Please comment. Answer Indeed this mufti is guilty of kufr.</w:t>
      </w:r>
    </w:p>
    <w:p>
      <w:pPr>
        <w:spacing w:before="0" w:after="120" w:line="300" w:lineRule="exact"/>
        <w:jc w:val="both"/>
      </w:pPr>
      <w:r>
        <w:rPr>
          <w:rFonts w:ascii="Georgia" w:hAnsi="Georgia" w:cs="Georgia" w:eastAsia="Georgia"/>
          <w:b w:val="0"/>
          <w:i w:val="0"/>
          <w:sz w:val="22"/>
        </w:rPr>
        <w:t>His apology is stupid. For what was he apologizing? The need is for him to sincerely acknowledge his error of kufr, renew his Imaan and his marriages with his four wives. His apology has not clarified anything nor has it exonerated him from his kufr. The mere suggestion of there being an error in the Qur'aan Majeed eliminates Imaan. He has impugned the lofty, divinely fortified character of Rasulullah (Sallallahu alayhi wasallam).</w:t>
      </w:r>
    </w:p>
    <w:p>
      <w:pPr>
        <w:spacing w:before="0" w:after="120" w:line="300" w:lineRule="exact"/>
        <w:jc w:val="both"/>
      </w:pPr>
      <w:r>
        <w:rPr>
          <w:rFonts w:ascii="Georgia" w:hAnsi="Georgia" w:cs="Georgia" w:eastAsia="Georgia"/>
          <w:b w:val="0"/>
          <w:i w:val="0"/>
          <w:sz w:val="22"/>
        </w:rPr>
        <w:t>It is intolerable that the Darul Uloom could still retain his services. He is one of those shayaateen in human form mentioned in the Hadith. His apology is not an unconditional retraction of the kufr he had uttered. On the contrary, his attempt to explain himself only compounds his kufr. He has not confessed to his glaring kufr statements.</w:t>
      </w:r>
    </w:p>
    <w:p>
      <w:pPr>
        <w:spacing w:before="0" w:after="120" w:line="300" w:lineRule="exact"/>
        <w:jc w:val="both"/>
      </w:pPr>
      <w:r>
        <w:rPr>
          <w:rFonts w:ascii="Georgia" w:hAnsi="Georgia" w:cs="Georgia" w:eastAsia="Georgia"/>
          <w:b w:val="0"/>
          <w:i w:val="0"/>
          <w:sz w:val="22"/>
        </w:rPr>
        <w:t>His explanation is a baseless attempt to justify the kufr he has disgorged.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ATTRIBUTE OF</w:t>
      </w:r>
    </w:p>
    <w:p>
      <w:pPr>
        <w:spacing w:before="0" w:after="160" w:line="300" w:lineRule="exact"/>
        <w:jc w:val="center"/>
      </w:pPr>
      <w:r>
        <w:rPr>
          <w:rFonts w:ascii="Georgia" w:hAnsi="Georgia" w:cs="Georgia" w:eastAsia="Georgia"/>
          <w:b w:val="0"/>
          <w:i/>
          <w:sz w:val="16"/>
        </w:rPr>
        <w:t>Page 11 of the original</w:t>
      </w:r>
    </w:p>
    <w:p>
      <w:pPr>
        <w:pStyle w:val="Heading3"/>
        <w:spacing w:before="200" w:after="120" w:line="300" w:lineRule="exact"/>
        <w:jc w:val="left"/>
      </w:pPr>
      <w:r>
        <w:rPr>
          <w:rFonts w:ascii="Georgia" w:hAnsi="Georgia" w:cs="Georgia" w:eastAsia="Georgia"/>
          <w:b/>
          <w:i w:val="0"/>
          <w:color w:val="2E74B5"/>
          <w:sz w:val="24"/>
        </w:rPr>
        <w:t>IMAAN</w:t>
      </w:r>
    </w:p>
    <w:p>
      <w:pPr>
        <w:spacing w:before="0" w:after="120" w:line="300" w:lineRule="exact"/>
        <w:jc w:val="both"/>
      </w:pPr>
      <w:r>
        <w:rPr>
          <w:rFonts w:ascii="Georgia" w:hAnsi="Georgia" w:cs="Georgia" w:eastAsia="Georgia"/>
          <w:b w:val="0"/>
          <w:i w:val="0"/>
          <w:sz w:val="22"/>
        </w:rPr>
        <w:t>The Roman emperor, Heraclius, asked the Sahaabi envoy to describe the character of Ameerul Mu'mineen Umar Ibn Khattaab (Radhiyallahu anhu). The Sahaabi, succinctly presenting the epitome of the character of Hadhrat Umar (Radhiyallahu anhu) said: "He neither deceives nor can he be deceived." The emperor, awed by this response, commented to the gathering in his court: "He does not deceive" indicates the perfection of his religiosity.</w:t>
      </w:r>
    </w:p>
    <w:p>
      <w:pPr>
        <w:spacing w:before="0" w:after="120" w:line="300" w:lineRule="exact"/>
        <w:jc w:val="both"/>
      </w:pPr>
      <w:r>
        <w:rPr>
          <w:rFonts w:ascii="Georgia" w:hAnsi="Georgia" w:cs="Georgia" w:eastAsia="Georgia"/>
          <w:b w:val="0"/>
          <w:i w:val="0"/>
          <w:sz w:val="22"/>
        </w:rPr>
        <w:t>"He cannot be deceived", indicates the perfection of his intelligence."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SYRIA: THE STAGE IS SET FOR ANARCHY</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0" w:after="120" w:line="300" w:lineRule="exact"/>
        <w:jc w:val="both"/>
      </w:pPr>
      <w:r>
        <w:rPr>
          <w:rFonts w:ascii="Georgia" w:hAnsi="Georgia" w:cs="Georgia" w:eastAsia="Georgia"/>
          <w:b w:val="0"/>
          <w:i w:val="0"/>
          <w:sz w:val="22"/>
        </w:rPr>
        <w:t>SYRIA: Syria is drifting incrementally into anarchy and chaos. The displacement of the brutal Assad regime has not freed Syria from the tentacles of the Yahood and Nasaara. On the contrary, the grip of the Yahood and Nasaara has tightened. Whatever 'government' is being formed will be a paper government fabricated by the USA. It will be a toothless dog unable to even bark.</w:t>
      </w:r>
    </w:p>
    <w:p>
      <w:pPr>
        <w:spacing w:before="0" w:after="120" w:line="300" w:lineRule="exact"/>
        <w:jc w:val="both"/>
      </w:pPr>
      <w:r>
        <w:rPr>
          <w:rFonts w:ascii="Georgia" w:hAnsi="Georgia" w:cs="Georgia" w:eastAsia="Georgia"/>
          <w:b w:val="0"/>
          <w:i w:val="0"/>
          <w:sz w:val="22"/>
        </w:rPr>
        <w:t>The Yahood and Nasaara are right now devouring Syria. The country is being carved up by USA, Israel and Turkey. The following report explains the passage of anarchy being carved by the Yahood and Nasaara. FOREIGN INTERFERENCE THREAT-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ENS SYRIA Interference by Israel and the United States is threatening the unity and…</w:t>
      </w:r>
    </w:p>
    <w:p>
      <w:pPr>
        <w:spacing w:before="0" w:after="160" w:line="300" w:lineRule="exact"/>
        <w:jc w:val="center"/>
      </w:pPr>
      <w:r>
        <w:rPr>
          <w:rFonts w:ascii="Georgia" w:hAnsi="Georgia" w:cs="Georgia" w:eastAsia="Georgia"/>
          <w:b w:val="0"/>
          <w:i/>
          <w:sz w:val="16"/>
        </w:rPr>
        <w:t>Page 12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ENS SYRIA Interference by Israel and the United States is threatening the unity and sovereignty of Syria which is going through a critical stage after the fall of the Assad regime. In the south of the war-torn country, Israel continues to develop its military operations, ignoring all in- ternational laws and norms. On December 22, the Israeli Defense Forces (IDF) stormed Baath City in the governorate of alQuneitra.</w:t>
      </w:r>
    </w:p>
    <w:p>
      <w:pPr>
        <w:spacing w:before="0" w:after="120" w:line="300" w:lineRule="exact"/>
        <w:jc w:val="both"/>
      </w:pPr>
      <w:r>
        <w:rPr>
          <w:rFonts w:ascii="Georgia" w:hAnsi="Georgia" w:cs="Georgia" w:eastAsia="Georgia"/>
          <w:b w:val="0"/>
          <w:i w:val="0"/>
          <w:sz w:val="22"/>
        </w:rPr>
        <w:t>The military gave the locals an advanced warning and asked them to prepare to hand over all of their weapons to Israeli troops. The next day, December 23, Israeli troops advanced towards the Hermon sign height in the governorate of Rif Dimashq and established a post there. Later on the same day, the IDF called on the residents of Jubata Al Khashab, a key town in the countryside of al-Quneitra, to hand over all of their weapons.</w:t>
      </w:r>
    </w:p>
    <w:p>
      <w:pPr>
        <w:spacing w:before="0" w:after="120" w:line="300" w:lineRule="exact"/>
        <w:jc w:val="both"/>
      </w:pPr>
      <w:r>
        <w:rPr>
          <w:rFonts w:ascii="Georgia" w:hAnsi="Georgia" w:cs="Georgia" w:eastAsia="Georgia"/>
          <w:b w:val="0"/>
          <w:i w:val="0"/>
          <w:sz w:val="22"/>
        </w:rPr>
        <w:t>On December 24, the IDF advanced in two more directions. Israeli troops entered the Mantara Dam and the town of Sweisa. The locals held a protest in Sweisa. However, they were dispersed by the troops who fired into the air. The new government in Syria, which is led by the Islamist group Hay'at Tahrir al-Sham, has already condemned Israeli operations in the country, however it is yet to take any action to stop these violations.</w:t>
      </w:r>
    </w:p>
    <w:p>
      <w:pPr>
        <w:spacing w:before="0" w:after="120" w:line="300" w:lineRule="exact"/>
        <w:jc w:val="both"/>
      </w:pPr>
      <w:r>
        <w:rPr>
          <w:rFonts w:ascii="Georgia" w:hAnsi="Georgia" w:cs="Georgia" w:eastAsia="Georgia"/>
          <w:b w:val="0"/>
          <w:i w:val="0"/>
          <w:sz w:val="22"/>
        </w:rPr>
        <w:t>Meanwhile in northeastern Syria, the U.S. continues to boost its influence mainly relying on the Kurdishled Syrian Democratic Forces (SDF). Following nearly two weeks of clashes with the Turkish-backed Syrian National Army (SNA), on De- cember 23 the SDF launched an offensive in the direction of Tishreen Dam in the eastern Aleppo countryside.</w:t>
      </w:r>
    </w:p>
    <w:p>
      <w:pPr>
        <w:spacing w:before="0" w:after="120" w:line="300" w:lineRule="exact"/>
        <w:jc w:val="both"/>
      </w:pPr>
      <w:r>
        <w:rPr>
          <w:rFonts w:ascii="Georgia" w:hAnsi="Georgia" w:cs="Georgia" w:eastAsia="Georgia"/>
          <w:b w:val="0"/>
          <w:i w:val="0"/>
          <w:sz w:val="22"/>
        </w:rPr>
        <w:t>U.S. forces increased their presence in the region, mainly around the key town of Kobani, in the days leading to the offensive. Just a few hours after launching the offensive, Kurdish fighters captured the towns of Hobak Tueni, Qishla, al -Saeidin, and Haj Hussein, securing the western bank of Tishreen Dam which is located on the Euphrates River.</w:t>
      </w:r>
    </w:p>
    <w:p>
      <w:pPr>
        <w:spacing w:before="0" w:after="120" w:line="300" w:lineRule="exact"/>
        <w:jc w:val="both"/>
      </w:pPr>
      <w:r>
        <w:rPr>
          <w:rFonts w:ascii="Georgia" w:hAnsi="Georgia" w:cs="Georgia" w:eastAsia="Georgia"/>
          <w:b w:val="0"/>
          <w:i w:val="0"/>
          <w:sz w:val="22"/>
        </w:rPr>
        <w:t>By December 24, it was reported that the SDF was some 12 kilometers away from the town of Manbij, which fell into the hands of the SNA after the collapse of the Assad regime. There were also reports of the SNA bridging in reinforcements to the battlefield. The SDF offensive is clearly meant to pressure Turkey which has been preparing to launch a ground operation in the direction of Kobani.</w:t>
      </w:r>
    </w:p>
    <w:p>
      <w:pPr>
        <w:spacing w:before="0" w:after="120" w:line="300" w:lineRule="exact"/>
        <w:jc w:val="both"/>
      </w:pPr>
      <w:r>
        <w:rPr>
          <w:rFonts w:ascii="Georgia" w:hAnsi="Georgia" w:cs="Georgia" w:eastAsia="Georgia"/>
          <w:b w:val="0"/>
          <w:i w:val="0"/>
          <w:sz w:val="22"/>
        </w:rPr>
        <w:t>The offensive wouldn't have been possible without the approval of the U.S. All in all, Israeli operations in southern Syria and the recent moves by the U.S. in the northeast of the country will further destabilize the situation there. Both powers do not appear to be planning to leave Syria any time soon. This will pose a serious challenge to the new government. https://southfront.press/foreigninterference-threatens-syria/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FRAUDULENT "JIHADI" OUTFITS</w:t>
      </w:r>
    </w:p>
    <w:p>
      <w:pPr>
        <w:spacing w:before="0" w:after="160" w:line="300" w:lineRule="exact"/>
        <w:jc w:val="center"/>
      </w:pPr>
      <w:r>
        <w:rPr>
          <w:rFonts w:ascii="Georgia" w:hAnsi="Georgia" w:cs="Georgia" w:eastAsia="Georgia"/>
          <w:b w:val="0"/>
          <w:i/>
          <w:sz w:val="16"/>
        </w:rPr>
        <w:t>Page 12 of the original</w:t>
      </w:r>
    </w:p>
    <w:p>
      <w:pPr>
        <w:pStyle w:val="Heading3"/>
        <w:spacing w:before="200" w:after="120" w:line="300" w:lineRule="exact"/>
        <w:jc w:val="left"/>
      </w:pPr>
      <w:r>
        <w:rPr>
          <w:rFonts w:ascii="Georgia" w:hAnsi="Georgia" w:cs="Georgia" w:eastAsia="Georgia"/>
          <w:b/>
          <w:i w:val="0"/>
          <w:color w:val="2E74B5"/>
          <w:sz w:val="24"/>
        </w:rPr>
        <w:t>THE FRAUDULENT 'JIHADI' OUTFITS</w:t>
      </w:r>
    </w:p>
    <w:p>
      <w:pPr>
        <w:spacing w:before="0" w:after="120" w:line="300" w:lineRule="exact"/>
        <w:jc w:val="both"/>
      </w:pPr>
      <w:r>
        <w:rPr>
          <w:rFonts w:ascii="Georgia" w:hAnsi="Georgia" w:cs="Georgia" w:eastAsia="Georgia"/>
          <w:b w:val="0"/>
          <w:i w:val="0"/>
          <w:sz w:val="22"/>
        </w:rPr>
        <w:t>Now with the Chameleon, Mr. Julani having changed his 'jihadi' colour to adopt his western USA colour with his suit and tie apparel, even moron Muslim youngsters will understand the massive fraud and deception of these 'jihadi' outfits. Talk of the Shariah in the Land of Shaam by the 'jihadi' HTS outfit is now taboo. The American agenda has become glaringly conspicuous.</w:t>
      </w:r>
    </w:p>
    <w:p>
      <w:pPr>
        <w:spacing w:before="0" w:after="120" w:line="300" w:lineRule="exact"/>
        <w:jc w:val="both"/>
      </w:pPr>
      <w:r>
        <w:rPr>
          <w:rFonts w:ascii="Georgia" w:hAnsi="Georgia" w:cs="Georgia" w:eastAsia="Georgia"/>
          <w:b w:val="0"/>
          <w:i w:val="0"/>
          <w:sz w:val="22"/>
        </w:rPr>
        <w:t>Groups created by the kuffaar for pursuing and achieving their own global objectives can never pursue the Path of Jihad. Muslim youngsters who are so gullible when the bait of Jihad is dangled in front of them should not be naïve. They should beware of these scoundrels operating under the designation of 'jihad'. Their 'jihad' is the 'jihad' of the Yahood and Nasaara.</w:t>
      </w:r>
    </w:p>
    <w:p>
      <w:pPr>
        <w:spacing w:before="0" w:after="120" w:line="300" w:lineRule="exact"/>
        <w:jc w:val="both"/>
      </w:pPr>
      <w:r>
        <w:rPr>
          <w:rFonts w:ascii="Georgia" w:hAnsi="Georgia" w:cs="Georgia" w:eastAsia="Georgia"/>
          <w:b w:val="0"/>
          <w:i w:val="0"/>
          <w:sz w:val="22"/>
        </w:rPr>
        <w:t>Never join these 'jihadi' outfits. Those who allow themselves to become entrapped by these American surrogates are losers: "They are losers in this dunya and in the Aakhirah."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IMAAM MAHDI (ALAYHIS SALAAM)</w:t>
      </w:r>
    </w:p>
    <w:p>
      <w:pPr>
        <w:spacing w:before="0" w:after="160" w:line="300" w:lineRule="exact"/>
        <w:jc w:val="center"/>
      </w:pPr>
      <w:r>
        <w:rPr>
          <w:rFonts w:ascii="Georgia" w:hAnsi="Georgia" w:cs="Georgia" w:eastAsia="Georgia"/>
          <w:b w:val="0"/>
          <w:i/>
          <w:sz w:val="16"/>
        </w:rPr>
        <w:t>Page 13 of the original. Heading read from the printed headline artwork.</w:t>
      </w:r>
    </w:p>
    <w:p>
      <w:pPr>
        <w:spacing w:before="0" w:after="120" w:line="300" w:lineRule="exact"/>
        <w:jc w:val="both"/>
      </w:pPr>
      <w:r>
        <w:rPr>
          <w:rFonts w:ascii="Georgia" w:hAnsi="Georgia" w:cs="Georgia" w:eastAsia="Georgia"/>
          <w:b w:val="0"/>
          <w:i w:val="0"/>
          <w:sz w:val="22"/>
        </w:rPr>
        <w:t>Haafiz Ibn Katheer (rahmatullah alayh) states in Al -Fitan Wal Malaahim, under the chapter Thikrul Mahdi Allazi Yakunu Fi Aakhiriz Zamaan (Mention of that Mahdi who will emerge in the final era), that the Mahdi of the final era will be from amongst the Khulafaa-eRaashideen and Aimmah-e-Mahdiyeen. He states that the Mahdi of the final era is not that Mahdi which the Rawaafidh/Shias are awaiting.</w:t>
      </w:r>
    </w:p>
    <w:p>
      <w:pPr>
        <w:spacing w:before="0" w:after="120" w:line="300" w:lineRule="exact"/>
        <w:jc w:val="both"/>
      </w:pPr>
      <w:r>
        <w:rPr>
          <w:rFonts w:ascii="Georgia" w:hAnsi="Georgia" w:cs="Georgia" w:eastAsia="Georgia"/>
          <w:b w:val="0"/>
          <w:i w:val="0"/>
          <w:sz w:val="22"/>
        </w:rPr>
        <w:t>Their belief is based, not on any reliable information, but rather on concocted and spurious narrations. It will not be the Muhammad Ibn Hasan AlAskari who according to them was born in 255 A.H. and who at the age of five miraculously disappeared, until the present day. We are speaking here of that Mahdi who is described in the Ahaadith of Nabi (sallallahu alayhi wasallam).</w:t>
      </w:r>
    </w:p>
    <w:p>
      <w:pPr>
        <w:spacing w:before="0" w:after="120" w:line="300" w:lineRule="exact"/>
        <w:jc w:val="both"/>
      </w:pPr>
      <w:r>
        <w:rPr>
          <w:rFonts w:ascii="Georgia" w:hAnsi="Georgia" w:cs="Georgia" w:eastAsia="Georgia"/>
          <w:b w:val="0"/>
          <w:i w:val="0"/>
          <w:sz w:val="22"/>
        </w:rPr>
        <w:t>He will be born in the final era, in close proximity to Qiyaamah. Ibn Katheer (rahmatullah alayh) states that his view is that this Mahdi will appear just before the descension of Hadhrat Isa (alayhis salaam). Also the narration of Hadhrat Ali (radhiyallahu anhu) which states that it is he (Imaam Mahdi - alayhis salaam) who will be born from the progeny of his son, Hadhrat Hasan (radhiyallahu anhu) and whose name will be like that of our Nabi (sallallahu alayhi wasallam) and his father's name will be like that of Nabi's (sallallahu alayhi wasallam) father's name.</w:t>
      </w:r>
    </w:p>
    <w:p>
      <w:pPr>
        <w:spacing w:before="0" w:after="120" w:line="300" w:lineRule="exact"/>
        <w:jc w:val="both"/>
      </w:pPr>
      <w:r>
        <w:rPr>
          <w:rFonts w:ascii="Georgia" w:hAnsi="Georgia" w:cs="Georgia" w:eastAsia="Georgia"/>
          <w:b w:val="0"/>
          <w:i w:val="0"/>
          <w:sz w:val="22"/>
        </w:rPr>
        <w:t>Ibn Katheer (rahmatullah alayh) also indicates towards the fact that it does not refer to anyone from the Bani Abbaas, from the previous eras. He has also stated that the Imaam Mahdi (alayhis salaam) will be born after the reign of the Bani Abbaas and that he will be from the progeny of Hadhrat Faatimah (radhiyallahu anha). He has also indicated clearly that Imaam Mahdi (alayhis salaam) will be from the offspring of Hadhrat Hasan (radhiyallahu anhu) and not Hadhrat Hussein (radhiyallahu anhu), as is clearly borne out by the narration of Hadhrat Ali (radhiyallahu anhu).</w:t>
      </w:r>
    </w:p>
    <w:p>
      <w:pPr>
        <w:spacing w:before="0" w:after="120" w:line="300" w:lineRule="exact"/>
        <w:jc w:val="both"/>
      </w:pPr>
      <w:r>
        <w:rPr>
          <w:rFonts w:ascii="Georgia" w:hAnsi="Georgia" w:cs="Georgia" w:eastAsia="Georgia"/>
          <w:b w:val="0"/>
          <w:i w:val="0"/>
          <w:sz w:val="22"/>
        </w:rPr>
        <w:t>Ibn Katheer (rahmatullah alayh) narrates a Hadith from Ibn Majah, that Nabi (sallallahu alayhi wasallam) said, "Three persons will fight at your treasure (The Kaabah). They will be the sons of the Khulafaa. They will not even come near one another when black flags will be raised from the east. They will come to fight you, such a fight that has never been witnessed before." The narrator says that Nabi (sallallahu alayhi wasallam) said something further which he cannot remember.</w:t>
      </w:r>
    </w:p>
    <w:p>
      <w:pPr>
        <w:spacing w:before="0" w:after="120" w:line="300" w:lineRule="exact"/>
        <w:jc w:val="both"/>
      </w:pPr>
      <w:r>
        <w:rPr>
          <w:rFonts w:ascii="Georgia" w:hAnsi="Georgia" w:cs="Georgia" w:eastAsia="Georgia"/>
          <w:b w:val="0"/>
          <w:i w:val="0"/>
          <w:sz w:val="22"/>
        </w:rPr>
        <w:t>Then Nabi (sallallahu alayhi wasallam) said, "When you see it (this army), then you should take ba`it to him, even though you have to traverse ice to get to him, because he is the Khalifah Mahdi." Ibn Majah is alone in reporting this Hadith but the chain of narrators are reliable and authentic.</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ISRAELI BRUTALITY &amp; TORTURE</w:t>
      </w:r>
    </w:p>
    <w:p>
      <w:pPr>
        <w:spacing w:before="0" w:after="160" w:line="300" w:lineRule="exact"/>
        <w:jc w:val="center"/>
      </w:pPr>
      <w:r>
        <w:rPr>
          <w:rFonts w:ascii="Georgia" w:hAnsi="Georgia" w:cs="Georgia" w:eastAsia="Georgia"/>
          <w:b w:val="0"/>
          <w:i/>
          <w:sz w:val="16"/>
        </w:rPr>
        <w:t>Page 14 of the original. Heading read from the printed headline artwork.</w:t>
      </w:r>
    </w:p>
    <w:p>
      <w:pPr>
        <w:spacing w:before="0" w:after="120" w:line="300" w:lineRule="exact"/>
        <w:jc w:val="both"/>
      </w:pPr>
      <w:r>
        <w:rPr>
          <w:rFonts w:ascii="Georgia" w:hAnsi="Georgia" w:cs="Georgia" w:eastAsia="Georgia"/>
          <w:b w:val="0"/>
          <w:i w:val="0"/>
          <w:sz w:val="22"/>
        </w:rPr>
        <w:t>The interrogation section in Gaza prison was ominously known as "the slaughterhouse" due to the torture and oppression inflicted on its detainees. It consisted of a building with a corridor approximately four meters wide and twenty meters long, with various-sized rooms on either side where the interrogations took place. Detainees were made to sit or stand along this corridor, their faces to the wall, their heads covered with thick cloth bags down to their shoulders, and their hands tied behind their backs.</w:t>
      </w:r>
    </w:p>
    <w:p>
      <w:pPr>
        <w:spacing w:before="0" w:after="120" w:line="300" w:lineRule="exact"/>
        <w:jc w:val="both"/>
      </w:pPr>
      <w:r>
        <w:rPr>
          <w:rFonts w:ascii="Georgia" w:hAnsi="Georgia" w:cs="Georgia" w:eastAsia="Georgia"/>
          <w:b w:val="0"/>
          <w:i w:val="0"/>
          <w:sz w:val="22"/>
        </w:rPr>
        <w:t>Soldiers patrolled among them, continuously beating, kicking, and slapping. If detainees appeared to doze off or lose focus, they were doused with cold water. Periodically, one of the detainees was dragged into one of the side rooms. Once the bag was removed from their head, they faced a group of interrogators who spoke Arabic with a Hebrew accent, bombarding them with thousands of questions, interspersed with relentless kicking, beating and slapping.</w:t>
      </w:r>
    </w:p>
    <w:p>
      <w:pPr>
        <w:spacing w:before="0" w:after="120" w:line="300" w:lineRule="exact"/>
        <w:jc w:val="both"/>
      </w:pPr>
      <w:r>
        <w:rPr>
          <w:rFonts w:ascii="Georgia" w:hAnsi="Georgia" w:cs="Georgia" w:eastAsia="Georgia"/>
          <w:b w:val="0"/>
          <w:i w:val="0"/>
          <w:sz w:val="22"/>
        </w:rPr>
        <w:t>The detainee is thrown on his back, his hands shackled with iron chains behind his back, a cloth sack covering his face and head. One of them sits on his chest to suffocate him and pours water over the sack, another stands on his stomach, and a third places a chair between his legs to keep them apart and sits on the chair, while a fourth presses on his testicles, and two others each hold one of his legs.</w:t>
      </w:r>
    </w:p>
    <w:p>
      <w:pPr>
        <w:spacing w:before="0" w:after="120" w:line="300" w:lineRule="exact"/>
        <w:jc w:val="both"/>
      </w:pPr>
      <w:r>
        <w:rPr>
          <w:rFonts w:ascii="Georgia" w:hAnsi="Georgia" w:cs="Georgia" w:eastAsia="Georgia"/>
          <w:b w:val="0"/>
          <w:i w:val="0"/>
          <w:sz w:val="22"/>
        </w:rPr>
        <w:t>Thus, in rounds, as soon as one round ends, it is separated from the second round by a few seconds, and he is thrown on a long table in the same manner, subjected to the same methods, and his hands may be shackled with iron chains behind his back. Then his hands are tied to a loop or a pipe fixed in the wall up high, where he is almost hanging, his fingertips barely touching the ground, his head covered with a sack or more, during which he is subjected to punches in the stomach and kicks all over his body, and cold water is poured on him, and sometimes an electric fan is turned on him, causing the detainee to shiver with cold, feeling his body freeze.</w:t>
      </w:r>
    </w:p>
    <w:p>
      <w:pPr>
        <w:spacing w:before="0" w:after="120" w:line="300" w:lineRule="exact"/>
        <w:jc w:val="both"/>
      </w:pPr>
      <w:r>
        <w:rPr>
          <w:rFonts w:ascii="Georgia" w:hAnsi="Georgia" w:cs="Georgia" w:eastAsia="Georgia"/>
          <w:b w:val="0"/>
          <w:i w:val="0"/>
          <w:sz w:val="22"/>
        </w:rPr>
        <w:t>Mahmoud was subjected to all these methods and more during the interrogation in the (slaughterhouse) of Gaza's Slaughterhouse, until his body wasted away, and he became thin and no longer recognized himself. Over forty days, he scarcely saw sleep, tasted food, or felt water touch his body. In moments when they wanted to give him a little rest, fearing death, they lowered him into one of the cells, a small room no wider than a meter and a half and no longer than two and a half meters, to find himself in it with five or six detainees who had been exhausted by the interrogation and lack of sleep, lying one on top of the other, sinking into a terrifying sleep, from which they only woke up when the jailers dragged them back to the interrogators.</w:t>
      </w:r>
    </w:p>
    <w:p>
      <w:pPr>
        <w:spacing w:before="120" w:after="120" w:line="300" w:lineRule="exact"/>
        <w:ind w:left="720" w:right="720"/>
        <w:jc w:val="center"/>
      </w:pPr>
      <w:r>
        <w:rPr>
          <w:rFonts w:ascii="Georgia" w:hAnsi="Georgia" w:cs="Georgia" w:eastAsia="Georgia"/>
          <w:b w:val="0"/>
          <w:i/>
          <w:sz w:val="22"/>
        </w:rPr>
        <w:t>(Excerpt from Yahya AlSinwar's book, The Thorn &amp;</w:t>
      </w:r>
    </w:p>
    <w:p>
      <w:pPr>
        <w:spacing w:before="0" w:after="120" w:line="300" w:lineRule="exact"/>
        <w:jc w:val="both"/>
      </w:pPr>
      <w:r>
        <w:rPr>
          <w:rFonts w:ascii="Georgia" w:hAnsi="Georgia" w:cs="Georgia" w:eastAsia="Georgia"/>
          <w:b w:val="0"/>
          <w:i w:val="0"/>
          <w:sz w:val="22"/>
        </w:rPr>
        <w:t>The Carnation)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young man from the Al- cupation army engages him</w:t>
      </w:r>
    </w:p>
    <w:p>
      <w:pPr>
        <w:spacing w:before="0" w:after="160" w:line="300" w:lineRule="exact"/>
        <w:jc w:val="center"/>
      </w:pPr>
      <w:r>
        <w:rPr>
          <w:rFonts w:ascii="Georgia" w:hAnsi="Georgia" w:cs="Georgia" w:eastAsia="Georgia"/>
          <w:b w:val="0"/>
          <w:i/>
          <w:sz w:val="16"/>
        </w:rPr>
        <w:t>Page 14 of the original. Heading read from the printed headline artwork.</w:t>
      </w:r>
    </w:p>
    <w:p>
      <w:pPr>
        <w:spacing w:before="0" w:after="120" w:line="300" w:lineRule="exact"/>
        <w:jc w:val="both"/>
      </w:pPr>
      <w:r>
        <w:rPr>
          <w:rFonts w:ascii="Georgia" w:hAnsi="Georgia" w:cs="Georgia" w:eastAsia="Georgia"/>
          <w:b w:val="0"/>
          <w:i w:val="0"/>
          <w:sz w:val="22"/>
        </w:rPr>
        <w:t>NO PEACE FOR THE BRUTAL YAHUDIS A young man from the AlAqsa Martyrs Brigades steps out of a car in central Tel Aviv with a bag, heading towards a wedding hall filled with occupiers. He opens the bag, pulls out an AK-47 rifle, several magazines, and a few hand grenades. He moves closer and begins shooting and throwing grenades, then continues firing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OBJECTIVES</w:t>
      </w:r>
    </w:p>
    <w:p>
      <w:pPr>
        <w:spacing w:before="0" w:after="160" w:line="300" w:lineRule="exact"/>
        <w:jc w:val="center"/>
      </w:pPr>
      <w:r>
        <w:rPr>
          <w:rFonts w:ascii="Georgia" w:hAnsi="Georgia" w:cs="Georgia" w:eastAsia="Georgia"/>
          <w:b w:val="0"/>
          <w:i/>
          <w:sz w:val="16"/>
        </w:rPr>
        <w:t>Page 14, 15 of the original</w:t>
      </w:r>
    </w:p>
    <w:p>
      <w:pPr>
        <w:spacing w:before="0" w:after="120" w:line="300" w:lineRule="exact"/>
        <w:jc w:val="both"/>
      </w:pPr>
      <w:r>
        <w:rPr>
          <w:rFonts w:ascii="Georgia" w:hAnsi="Georgia" w:cs="Georgia" w:eastAsia="Georgia"/>
          <w:b w:val="0"/>
          <w:i w:val="0"/>
          <w:sz w:val="22"/>
        </w:rPr>
        <w:t>"Whoever desires the harvest</w:t>
      </w:r>
    </w:p>
    <w:p>
      <w:pPr>
        <w:spacing w:before="120" w:after="120" w:line="300" w:lineRule="exact"/>
        <w:ind w:left="720" w:right="720"/>
        <w:jc w:val="center"/>
      </w:pPr>
      <w:r>
        <w:rPr>
          <w:rFonts w:ascii="Georgia" w:hAnsi="Georgia" w:cs="Georgia" w:eastAsia="Georgia"/>
          <w:b w:val="0"/>
          <w:i/>
          <w:sz w:val="22"/>
        </w:rPr>
        <w:t>of the Aakhirah, We shall increase it for him, and</w:t>
      </w:r>
    </w:p>
    <w:p>
      <w:pPr>
        <w:spacing w:before="120" w:after="120" w:line="300" w:lineRule="exact"/>
        <w:ind w:left="720" w:right="720"/>
        <w:jc w:val="center"/>
      </w:pPr>
      <w:r>
        <w:rPr>
          <w:rFonts w:ascii="Georgia" w:hAnsi="Georgia" w:cs="Georgia" w:eastAsia="Georgia"/>
          <w:b w:val="0"/>
          <w:i/>
          <w:sz w:val="22"/>
        </w:rPr>
        <w:t>whoever desires the harvest of this dunya, We</w:t>
      </w:r>
    </w:p>
    <w:p>
      <w:pPr>
        <w:spacing w:before="120" w:after="120" w:line="300" w:lineRule="exact"/>
        <w:ind w:left="720" w:right="720"/>
        <w:jc w:val="center"/>
      </w:pPr>
      <w:r>
        <w:rPr>
          <w:rFonts w:ascii="Georgia" w:hAnsi="Georgia" w:cs="Georgia" w:eastAsia="Georgia"/>
          <w:b w:val="0"/>
          <w:i/>
          <w:sz w:val="22"/>
        </w:rPr>
        <w:t>shall give him a share of it and he shall have no</w:t>
      </w:r>
    </w:p>
    <w:p>
      <w:pPr>
        <w:spacing w:before="0" w:after="120" w:line="300" w:lineRule="exact"/>
        <w:jc w:val="both"/>
      </w:pPr>
      <w:r>
        <w:rPr>
          <w:rFonts w:ascii="Georgia" w:hAnsi="Georgia" w:cs="Georgia" w:eastAsia="Georgia"/>
          <w:b w:val="0"/>
          <w:i w:val="0"/>
          <w:sz w:val="22"/>
        </w:rPr>
        <w:t>share in the Aakhirah." (Ash-Shuraa', Aayat 20) until a large force from the occupation army engages him, and his soul ascends to the highest heavens after killing and injuring dozens of them. Advanced aircraft of the occupation army bomb mujahideen, activists, and Palestinian youths across the nation, and the occupation's war machine harvests lives indiscriminately.</w:t>
      </w:r>
    </w:p>
    <w:p>
      <w:pPr>
        <w:spacing w:before="0" w:after="120" w:line="300" w:lineRule="exact"/>
        <w:jc w:val="both"/>
      </w:pPr>
      <w:r>
        <w:rPr>
          <w:rFonts w:ascii="Georgia" w:hAnsi="Georgia" w:cs="Georgia" w:eastAsia="Georgia"/>
          <w:b w:val="0"/>
          <w:i w:val="0"/>
          <w:sz w:val="22"/>
        </w:rPr>
        <w:t>Soldiers rampage behind heavy tanks, helicopters, modern weapons, and massive bulldozers devour everything in their path from houses, workshops, and farms. Palestinian mujahideen and fidayeen prepare explosives from basic materials like fertilizers and some chemicals, making belts which they strap around their waists, and launch into the heart of the brutal ene- my to give them a taste of the suffering they inflict on our people day and night.</w:t>
      </w:r>
    </w:p>
    <w:p>
      <w:pPr>
        <w:spacing w:before="0" w:after="120" w:line="300" w:lineRule="exact"/>
        <w:jc w:val="both"/>
      </w:pPr>
      <w:r>
        <w:rPr>
          <w:rFonts w:ascii="Georgia" w:hAnsi="Georgia" w:cs="Georgia" w:eastAsia="Georgia"/>
          <w:b w:val="0"/>
          <w:i w:val="0"/>
          <w:sz w:val="22"/>
        </w:rPr>
        <w:t>Operations intensified in major cities like Jerusalem, Tel Aviv, Haifa, Netanya, and Ashdod, spreading terror and panic among the occupiers. The streets are empty except for an old man or a young one hurrying to finish their errands quickly. Cafes are entirely empty, restaurants are deserted, public transport and buses are empty, rarely does one or two persons board along with the driver.</w:t>
      </w:r>
    </w:p>
    <w:p>
      <w:pPr>
        <w:spacing w:before="0" w:after="120" w:line="300" w:lineRule="exact"/>
        <w:jc w:val="both"/>
      </w:pPr>
      <w:r>
        <w:rPr>
          <w:rFonts w:ascii="Georgia" w:hAnsi="Georgia" w:cs="Georgia" w:eastAsia="Georgia"/>
          <w:b w:val="0"/>
          <w:i w:val="0"/>
          <w:sz w:val="22"/>
        </w:rPr>
        <w:t>In central Tel Aviv and West Jerusalem, sandbags are stacked in front of doors and shops to a height of over one and a half meters, resembling military sites and barracks. Thousands of soldiers are every where, outnumbering civilians by many times. Every day or several days, barriers and barricades are set up where they begin to inspect cars and their occupants, as news of impending operations has reached them.</w:t>
      </w:r>
    </w:p>
    <w:p>
      <w:pPr>
        <w:spacing w:before="0" w:after="120" w:line="300" w:lineRule="exact"/>
        <w:jc w:val="both"/>
      </w:pPr>
      <w:r>
        <w:rPr>
          <w:rFonts w:ascii="Georgia" w:hAnsi="Georgia" w:cs="Georgia" w:eastAsia="Georgia"/>
          <w:b w:val="0"/>
          <w:i w:val="0"/>
          <w:sz w:val="22"/>
        </w:rPr>
        <w:t>Cars line up in endless queues, life is disrupted at shop doors, and hundreds of shops display signs announcing they are for sale or closed until further notice, as the economic life has collapsed…</w:t>
      </w:r>
    </w:p>
    <w:p>
      <w:pPr>
        <w:spacing w:before="120" w:after="120" w:line="300" w:lineRule="exact"/>
        <w:ind w:left="720" w:right="720"/>
        <w:jc w:val="center"/>
      </w:pPr>
      <w:r>
        <w:rPr>
          <w:rFonts w:ascii="Georgia" w:hAnsi="Georgia" w:cs="Georgia" w:eastAsia="Georgia"/>
          <w:b w:val="0"/>
          <w:i/>
          <w:sz w:val="22"/>
        </w:rPr>
        <w:t>(Excerpt from Yahya AlSinwar's book, The Thorn &amp;</w:t>
      </w:r>
    </w:p>
    <w:p>
      <w:pPr>
        <w:spacing w:before="0" w:after="120" w:line="300" w:lineRule="exact"/>
        <w:jc w:val="both"/>
      </w:pPr>
      <w:r>
        <w:rPr>
          <w:rFonts w:ascii="Georgia" w:hAnsi="Georgia" w:cs="Georgia" w:eastAsia="Georgia"/>
          <w:b w:val="0"/>
          <w:i w:val="0"/>
          <w:sz w:val="22"/>
        </w:rPr>
        <w:t>The Carnation)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HTS &amp; THE 'JIHAADI' OUTFITS</w:t>
      </w:r>
    </w:p>
    <w:p>
      <w:pPr>
        <w:spacing w:before="0" w:after="160" w:line="300" w:lineRule="exact"/>
        <w:jc w:val="center"/>
      </w:pPr>
      <w:r>
        <w:rPr>
          <w:rFonts w:ascii="Georgia" w:hAnsi="Georgia" w:cs="Georgia" w:eastAsia="Georgia"/>
          <w:b w:val="0"/>
          <w:i/>
          <w:sz w:val="16"/>
        </w:rPr>
        <w:t>Page 15, 16, 17, 18 of the original. Heading read from the printed headline artwork.</w:t>
      </w:r>
    </w:p>
    <w:p>
      <w:pPr>
        <w:spacing w:before="0" w:after="120" w:line="300" w:lineRule="exact"/>
        <w:jc w:val="both"/>
      </w:pPr>
      <w:r>
        <w:rPr>
          <w:rFonts w:ascii="Georgia" w:hAnsi="Georgia" w:cs="Georgia" w:eastAsia="Georgia"/>
          <w:b w:val="0"/>
          <w:i w:val="0"/>
          <w:sz w:val="22"/>
        </w:rPr>
        <w:t>The "King-makers" Pull the Rug from Syria, Yet Again… A "Greek Tragedy" Begins Alastair Crooke • December 23, 2024 Syria has been disintegrated and pillaged in the name of 'liberating' Syrians from the threat of ISIS, which they – Washington – had installed in the first place. James Jeffrey, former U.S. Ambassador to Iraq and Turkey, in a March 2021 interview with PBS Frontline, laid out very plainly the template for what has just happened in Syria this month: "Syria, given its size, its strate- gic location, its historical importance, is the pivot point for whether [there can be] an American-managed security system in the region … And so you've got this general alliance that is locked in with us.</w:t>
      </w:r>
    </w:p>
    <w:p>
      <w:pPr>
        <w:spacing w:before="0" w:after="120" w:line="300" w:lineRule="exact"/>
        <w:jc w:val="both"/>
      </w:pPr>
      <w:r>
        <w:rPr>
          <w:rFonts w:ascii="Georgia" w:hAnsi="Georgia" w:cs="Georgia" w:eastAsia="Georgia"/>
          <w:b w:val="0"/>
          <w:i w:val="0"/>
          <w:sz w:val="22"/>
        </w:rPr>
        <w:t>But … the stress point is greatest in Syria". Jeffrey explained (in the 2021 interview) why the U.S. shifted its to support to Jolani and Hayat Tahrir alSham (HTS): "We got Mike Pompeo to issue a waiver to allow us to give aid to HTS – I received and sent messages to HTS" - The messages coming back from HTS were: "We [HTS] want to be your friend.</w:t>
      </w:r>
    </w:p>
    <w:p>
      <w:pPr>
        <w:spacing w:before="0" w:after="120" w:line="300" w:lineRule="exact"/>
        <w:jc w:val="both"/>
      </w:pPr>
      <w:r>
        <w:rPr>
          <w:rFonts w:ascii="Georgia" w:hAnsi="Georgia" w:cs="Georgia" w:eastAsia="Georgia"/>
          <w:b w:val="0"/>
          <w:i w:val="0"/>
          <w:sz w:val="22"/>
        </w:rPr>
        <w:t>We're not terrorists. We're just fighting Assad"". The PBS Frontline interviewer asks: The U.S. was "supporting indirectly the armed opposition"? To which Jeffrey responds: "It was important to us that HTS not disintegrate … our policy was … was to leave HTS alone … And the fact that we haven't targeted [HTS] ever, the fact that we have never raised our voice to the Turks about their cohabitation with them — in fact, I used this example the last time I was talking to very senior Turks – when they started bitching about this relationship we [the U.S.] have with the SDF [in eastern Syria]".</w:t>
      </w:r>
    </w:p>
    <w:p>
      <w:pPr>
        <w:spacing w:before="0" w:after="120" w:line="300" w:lineRule="exact"/>
        <w:jc w:val="both"/>
      </w:pPr>
      <w:r>
        <w:rPr>
          <w:rFonts w:ascii="Georgia" w:hAnsi="Georgia" w:cs="Georgia" w:eastAsia="Georgia"/>
          <w:b w:val="0"/>
          <w:i w:val="0"/>
          <w:sz w:val="22"/>
        </w:rPr>
        <w:t>"I said to them, "Look, Turkey has always maintained that you want us in northeast Syria, which they do. But you don't understand. We can't be in northeast Syria without the platform, because we only have hundreds of troops there"; … I said: "It's just like you in Idlib …". "We want you to be in Idlib, but you can't be in Idlib without having a platform, and that platform is largely HTS.</w:t>
      </w:r>
    </w:p>
    <w:p>
      <w:pPr>
        <w:spacing w:before="0" w:after="120" w:line="300" w:lineRule="exact"/>
        <w:jc w:val="both"/>
      </w:pPr>
      <w:r>
        <w:rPr>
          <w:rFonts w:ascii="Georgia" w:hAnsi="Georgia" w:cs="Georgia" w:eastAsia="Georgia"/>
          <w:b w:val="0"/>
          <w:i w:val="0"/>
          <w:sz w:val="22"/>
        </w:rPr>
        <w:t>Now, unlike the SDF, HTS is a UNdesignated official terrorist organisation. Have I ever, or has any American official ever, complained to you about what you're doing there with HTS? No …". David Miller, a British academic, has noted that in 2015, prominent Syrian Sunni Muslim scholar, Shaykh alYaqoubi (who is anti-Assad), was unconvinced by Jolani's efforts to rebrand Al Qa'ida as Jabhat al-Nusra.</w:t>
      </w:r>
    </w:p>
    <w:p>
      <w:pPr>
        <w:spacing w:before="0" w:after="120" w:line="300" w:lineRule="exact"/>
        <w:jc w:val="both"/>
      </w:pPr>
      <w:r>
        <w:rPr>
          <w:rFonts w:ascii="Georgia" w:hAnsi="Georgia" w:cs="Georgia" w:eastAsia="Georgia"/>
          <w:b w:val="0"/>
          <w:i w:val="0"/>
          <w:sz w:val="22"/>
        </w:rPr>
        <w:t>Jolani, in his al-2013 Al-Jazeera interview twice confirmed his allegiance to al-Qa'ida, saying that he received orders from its leader, Dr Ayman [al-Zawahiri] … and those were to not target the West. He confirmed his own position as being that of hardline intolerance toward those who practiced a 'heretical' Islam. Miller comments: "While ISIS put on suits; allowed Syria to be carved up by the U.S.; preach peace with the Zionist state; want free markets; and cut gas deals with their regional patrons – their 'true-believers'… in the Sunni identitarian diaspora haven't yet clocked that they've been sold out – as was always the plan".</w:t>
      </w:r>
    </w:p>
    <w:p>
      <w:pPr>
        <w:spacing w:before="0" w:after="120" w:line="300" w:lineRule="exact"/>
        <w:jc w:val="both"/>
      </w:pPr>
      <w:r>
        <w:rPr>
          <w:rFonts w:ascii="Georgia" w:hAnsi="Georgia" w:cs="Georgia" w:eastAsia="Georgia"/>
          <w:b w:val="0"/>
          <w:i w:val="0"/>
          <w:sz w:val="22"/>
        </w:rPr>
        <w:t>"In private, the planners of this war in NATO states laugh about sending young Salafi cannon fodder from around the world into a meat grinder. The $2000 salaries are a mere speck of sand compared to the gas and construction wealth that is expected to be returned to Turkish, Qatari, Israeli and American coffers. They killed Palestine for this, and they'll spend the next 30 years justifying it, based on whatever line the very expensive PR firms hired by the NATO and Gulf states shill to them…The Syrian regime change opera- tion is the rug pull of the century".</w:t>
      </w:r>
    </w:p>
    <w:p>
      <w:pPr>
        <w:spacing w:before="0" w:after="120" w:line="300" w:lineRule="exact"/>
        <w:jc w:val="both"/>
      </w:pPr>
      <w:r>
        <w:rPr>
          <w:rFonts w:ascii="Georgia" w:hAnsi="Georgia" w:cs="Georgia" w:eastAsia="Georgia"/>
          <w:b w:val="0"/>
          <w:i w:val="0"/>
          <w:sz w:val="22"/>
        </w:rPr>
        <w:t>Of course, James Jeffrey's account was nothing new. Between 1979 and 1992, the CIA spent billions of dollars funding, arming, and training Afghan Mujahideen militia (like Osama bin Laden) in an attempt to bleed the USSR dry by pulling it into a quagmire. It was from the ranks of the Mujahideen that al-Qa'eda emerged. "And yet, by the 2010s, even as the U.S. was ostensibly at war with al-Qaeda in Iraq and Afghanistan – it was secretly working with it – in Syria on a plan to overthrow Assad.</w:t>
      </w:r>
    </w:p>
    <w:p>
      <w:pPr>
        <w:spacing w:before="0" w:after="120" w:line="300" w:lineRule="exact"/>
        <w:jc w:val="both"/>
      </w:pPr>
      <w:r>
        <w:rPr>
          <w:rFonts w:ascii="Georgia" w:hAnsi="Georgia" w:cs="Georgia" w:eastAsia="Georgia"/>
          <w:b w:val="0"/>
          <w:i w:val="0"/>
          <w:sz w:val="22"/>
        </w:rPr>
        <w:t>The CIA spent around $1 billion per year training and arming a wide network of rebel groups to this end. As Jake Sullivan, told Secretary of State Hillary Clinton in a leaked 2012 email, "AQ [al-Qaeda] is on our side in Syria", as Alan Macleod observes in Consortium News. Turkish press accounts largely confirm this Jeffrey scenario was the current gameplan: Ömer Önhon, former senior Ambassador and Deputy Under-Secretary in charge of Middle East and Asia at the Turkish Ministry of Foreign Affairs, writes that: "the operation to overthrow Assad's regime in Syria was meticulously planned for over a year, with coordinated involvement from Turkey, the United States, and several other nations.</w:t>
      </w:r>
    </w:p>
    <w:p>
      <w:pPr>
        <w:spacing w:before="0" w:after="120" w:line="300" w:lineRule="exact"/>
        <w:jc w:val="both"/>
      </w:pPr>
      <w:r>
        <w:rPr>
          <w:rFonts w:ascii="Georgia" w:hAnsi="Georgia" w:cs="Georgia" w:eastAsia="Georgia"/>
          <w:b w:val="0"/>
          <w:i w:val="0"/>
          <w:sz w:val="22"/>
        </w:rPr>
        <w:t>Through various statements it has become clear that Assad's departure resulted from an intricate web of agreements between virtually all stakeholders. Whilst HTS is actively working to rebrand itself – this transformation remains to be proven." This HTS story has a precedent: In the summer following Israel's 2006 (unsuccessful) war on Hizbullah, Dick Cheney sat in his office loudly bemoaning Hizbullah's continuing strength; and worse still, that it seemed to him that Iran had been the primary beneficiary from the U.S. 2003 Iraq war.</w:t>
      </w:r>
    </w:p>
    <w:p>
      <w:pPr>
        <w:spacing w:before="0" w:after="120" w:line="300" w:lineRule="exact"/>
        <w:jc w:val="both"/>
      </w:pPr>
      <w:r>
        <w:rPr>
          <w:rFonts w:ascii="Georgia" w:hAnsi="Georgia" w:cs="Georgia" w:eastAsia="Georgia"/>
          <w:b w:val="0"/>
          <w:i w:val="0"/>
          <w:sz w:val="22"/>
        </w:rPr>
        <w:t>Cheney's guest – the then Saudi Intelligence Chief, Prince Bandar – vigorously concurred (as chronicled by John Hannah, who participated in the meeting) and, to general surprise, Prince Bandar proclaimed that Iran yet could be cut to size: Syria was the 'weak' link that could be collapsed via an Islamist insurgency. Cheney's initial scepticism turned to elation as Bandar said that U.S. involvement might be unnecessary.</w:t>
      </w:r>
    </w:p>
    <w:p>
      <w:pPr>
        <w:spacing w:before="0" w:after="120" w:line="300" w:lineRule="exact"/>
        <w:jc w:val="both"/>
      </w:pPr>
      <w:r>
        <w:rPr>
          <w:rFonts w:ascii="Georgia" w:hAnsi="Georgia" w:cs="Georgia" w:eastAsia="Georgia"/>
          <w:b w:val="0"/>
          <w:i w:val="0"/>
          <w:sz w:val="22"/>
        </w:rPr>
        <w:t>He – Bandar – would orchestrate and manage the project: 'Leave it to me', he said. Bandar separately told John Hannah: "The King knows that other than the collapse of the Islamic Republic itself, nothing would weaken Iran more than losing Syria". Well … that first effort did not succeed. It led to bloody civil war, but ultimately President Assad's government survived.</w:t>
      </w:r>
    </w:p>
    <w:p>
      <w:pPr>
        <w:spacing w:before="0" w:after="120" w:line="300" w:lineRule="exact"/>
        <w:jc w:val="both"/>
      </w:pPr>
      <w:r>
        <w:rPr>
          <w:rFonts w:ascii="Georgia" w:hAnsi="Georgia" w:cs="Georgia" w:eastAsia="Georgia"/>
          <w:b w:val="0"/>
          <w:i w:val="0"/>
          <w:sz w:val="22"/>
        </w:rPr>
        <w:t>So, Jeffrey was simply reiterating its sequel: the original Wahabbi-led 'rug pull' on Syria by the Gulf was simply to be reverse engineered into a HTS hit by a rebranded amalgam of various militia made up primarily of former fighters (many not Syrian) from alQaeda/al-Nusra and ISIS, directed – in this second iteration – by Turkish Intelligence and financed by Qatar.</w:t>
      </w:r>
    </w:p>
    <w:p>
      <w:pPr>
        <w:spacing w:before="0" w:after="120" w:line="300" w:lineRule="exact"/>
        <w:jc w:val="both"/>
      </w:pPr>
      <w:r>
        <w:rPr>
          <w:rFonts w:ascii="Georgia" w:hAnsi="Georgia" w:cs="Georgia" w:eastAsia="Georgia"/>
          <w:b w:val="0"/>
          <w:i w:val="0"/>
          <w:sz w:val="22"/>
        </w:rPr>
        <w:t>Syria thus has been disintegrated and pillaged in the name of 'liberating' Syrians from the threat of ISIS, which they – Washington – had installed in the first place, and which the U.S. then used to justify the north-east of Syria's occupation by U.S. forces. In the same mode, the unspoken part of this plan is to make secular Syria – with its legal system taken from France – 'Islamic' ("we will implement Islamic law") to justify the Israeli attacks and land grabs, which are being presented as 'defensive measures against jihadists'.</w:t>
      </w:r>
    </w:p>
    <w:p>
      <w:pPr>
        <w:spacing w:before="0" w:after="120" w:line="300" w:lineRule="exact"/>
        <w:jc w:val="both"/>
      </w:pPr>
      <w:r>
        <w:rPr>
          <w:rFonts w:ascii="Georgia" w:hAnsi="Georgia" w:cs="Georgia" w:eastAsia="Georgia"/>
          <w:b w:val="0"/>
          <w:i w:val="0"/>
          <w:sz w:val="22"/>
        </w:rPr>
        <w:t>Of course, it is correct that there is likely money to be made from these events. It was never proven, but seismic surveys before the first Syria war began in 2011, seemed to show that there may well be substrata deposits of oil or gas in Syria, beyond the relatively small fields in the north-east. And yes, re-construction will be a bonanza for Turkey's languishing construction sector.</w:t>
      </w:r>
    </w:p>
    <w:p>
      <w:pPr>
        <w:spacing w:before="0" w:after="120" w:line="300" w:lineRule="exact"/>
        <w:jc w:val="both"/>
      </w:pPr>
      <w:r>
        <w:rPr>
          <w:rFonts w:ascii="Georgia" w:hAnsi="Georgia" w:cs="Georgia" w:eastAsia="Georgia"/>
          <w:b w:val="0"/>
          <w:i w:val="0"/>
          <w:sz w:val="22"/>
        </w:rPr>
        <w:t>Syria's ailing military was no direct military threat to Israel per se. So you may wonder, why are they tearing the place apart? "Israel's goal here is to basically wreck Syria", Professor Mearsheimer opines. "It's not in large part because of Israel, by the way. I think the Americans and the Turks played a much more important role than Israel did – in wrecking Syria".</w:t>
      </w:r>
    </w:p>
    <w:p>
      <w:pPr>
        <w:spacing w:before="0" w:after="120" w:line="300" w:lineRule="exact"/>
        <w:jc w:val="both"/>
      </w:pPr>
      <w:r>
        <w:rPr>
          <w:rFonts w:ascii="Georgia" w:hAnsi="Georgia" w:cs="Georgia" w:eastAsia="Georgia"/>
          <w:b w:val="0"/>
          <w:i w:val="0"/>
          <w:sz w:val="22"/>
        </w:rPr>
        <w:t>"The country is wrecked and I don't know anybody who thinks that the rebels who are now in control in Damascus are going to be able to restore order in that country … From Israel's point of view, this is a perfectly fine situation", Mearsheimer adds. U.S. anti-Russia hawks also hoped that Russia might take the bait of a wrecked Syria to get enmired into a widening Middle East quagmire.</w:t>
      </w:r>
    </w:p>
    <w:p>
      <w:pPr>
        <w:spacing w:before="0" w:after="120" w:line="300" w:lineRule="exact"/>
        <w:jc w:val="both"/>
      </w:pPr>
      <w:r>
        <w:rPr>
          <w:rFonts w:ascii="Georgia" w:hAnsi="Georgia" w:cs="Georgia" w:eastAsia="Georgia"/>
          <w:b w:val="0"/>
          <w:i w:val="0"/>
          <w:sz w:val="22"/>
        </w:rPr>
        <w:t>All of which takes us directly back to Jeffrey's statement: "Syria, given its size, its strategic location, its historical importance, is the pivot point for whether [there can be] an American-managed security system in the region …". Syria has been from the outset – from 1949 – 'the balancer' to Israel in the region. That is now over, leaving only Iran to balance the Israeli thrust to a 'Greater Israel'.</w:t>
      </w:r>
    </w:p>
    <w:p>
      <w:pPr>
        <w:spacing w:before="0" w:after="120" w:line="300" w:lineRule="exact"/>
        <w:jc w:val="both"/>
      </w:pPr>
      <w:r>
        <w:rPr>
          <w:rFonts w:ascii="Georgia" w:hAnsi="Georgia" w:cs="Georgia" w:eastAsia="Georgia"/>
          <w:b w:val="0"/>
          <w:i w:val="0"/>
          <w:sz w:val="22"/>
        </w:rPr>
        <w:t>It is no surprise then that the Israelis are agitating for the Americans to join with them in another orgy of destruction – this time to be visited on Iran. Did Russia have foreknowledge of what was afoot in Idlib, and the orchestration of a transition of power? Of course! The very effective Russian services must have known, as this Syria project has been ongoing since the mid 1970s (through the Hudson Institute and Senator Scoop Jackson).</w:t>
      </w:r>
    </w:p>
    <w:p>
      <w:pPr>
        <w:spacing w:before="0" w:after="120" w:line="300" w:lineRule="exact"/>
        <w:jc w:val="both"/>
      </w:pPr>
      <w:r>
        <w:rPr>
          <w:rFonts w:ascii="Georgia" w:hAnsi="Georgia" w:cs="Georgia" w:eastAsia="Georgia"/>
          <w:b w:val="0"/>
          <w:i w:val="0"/>
          <w:sz w:val="22"/>
        </w:rPr>
        <w:t>Assad had been signalling over the last four years, his desperate plan with Saudi, UAE and Egypt to a move towards a more pro-Israeli/proWestern stance, in the hope of normalising with Washington and thereby gaining some sanctions relief. Assad's ploy failed – and Syria likely will emerge as 'Greek tragedy' whereby tragedy evolves as actors play out their own natures.</w:t>
      </w:r>
    </w:p>
    <w:p>
      <w:pPr>
        <w:spacing w:before="0" w:after="120" w:line="300" w:lineRule="exact"/>
        <w:jc w:val="both"/>
      </w:pPr>
      <w:r>
        <w:rPr>
          <w:rFonts w:ascii="Georgia" w:hAnsi="Georgia" w:cs="Georgia" w:eastAsia="Georgia"/>
          <w:b w:val="0"/>
          <w:i w:val="0"/>
          <w:sz w:val="22"/>
        </w:rPr>
        <w:t>Quiescent ethnic and sectarian tensions likely will re-kindle; wildfires will catch. The lid is off. And Russia was never going to take the bait of plunging in. The U.S.-Israeli alliance has long wanted Syria. And now, they have got it. Any concomitant mayhem is down to them. Yes, the U.S. – in theory – may applaud itself for achieving more of "an American managed security [and energy dominant flow] system".</w:t>
      </w:r>
    </w:p>
    <w:p>
      <w:pPr>
        <w:spacing w:before="0" w:after="120" w:line="300" w:lineRule="exact"/>
        <w:jc w:val="both"/>
      </w:pPr>
      <w:r>
        <w:rPr>
          <w:rFonts w:ascii="Georgia" w:hAnsi="Georgia" w:cs="Georgia" w:eastAsia="Georgia"/>
          <w:b w:val="0"/>
          <w:i w:val="0"/>
          <w:sz w:val="22"/>
        </w:rPr>
        <w:t>But the U.S. ruling strata, however, were never going to let Europe be energy independent. The U.S. needs West Asia's energy assets for itself – to collateralise its debtoverload. European states are left to tumble, as the fiscal crunch bites and European growth tails away. Others may see a collateral scenario – that a conflicted and possibly re-radicalised Middle East will inflict further strain onto the already 'livid' domestic social tensions in Europe.</w:t>
      </w:r>
    </w:p>
    <w:p>
      <w:pPr>
        <w:spacing w:before="0" w:after="120" w:line="300" w:lineRule="exact"/>
        <w:jc w:val="both"/>
      </w:pPr>
      <w:r>
        <w:rPr>
          <w:rFonts w:ascii="Georgia" w:hAnsi="Georgia" w:cs="Georgia" w:eastAsia="Georgia"/>
          <w:b w:val="0"/>
          <w:i w:val="0"/>
          <w:sz w:val="22"/>
        </w:rPr>
        <w:t>Israel nonetheless is relishing its 'win'. Winning what? Former IDF Chief of Staff and Defence Minister 'Bogie' Ya'alon puts it this way: "The current Israeli government's path is to conquer, annex, commit ethnic cleansing … and to establish Jewish settlements. Polls show some 70% of Israelis, sometimes more, support this – AND for Israel to be a liberal democracy".</w:t>
      </w:r>
    </w:p>
    <w:p>
      <w:pPr>
        <w:spacing w:before="0" w:after="120" w:line="300" w:lineRule="exact"/>
        <w:jc w:val="both"/>
      </w:pPr>
      <w:r>
        <w:rPr>
          <w:rFonts w:ascii="Georgia" w:hAnsi="Georgia" w:cs="Georgia" w:eastAsia="Georgia"/>
          <w:b w:val="0"/>
          <w:i w:val="0"/>
          <w:sz w:val="22"/>
        </w:rPr>
        <w:t>"This [contradictory] path will lead us to destruction", he concludes. What other can be the final end to this Zionist project? There are more than seven million Palestinians between the 'River and the Sea'. Are they all to vanish from the map? (Republished from Strategic Culture Foundation by permission of author or representative)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"WE SEIZE THEM...."</w:t>
      </w:r>
    </w:p>
    <w:p>
      <w:pPr>
        <w:spacing w:before="0" w:after="160" w:line="300" w:lineRule="exact"/>
        <w:jc w:val="center"/>
      </w:pPr>
      <w:r>
        <w:rPr>
          <w:rFonts w:ascii="Georgia" w:hAnsi="Georgia" w:cs="Georgia" w:eastAsia="Georgia"/>
          <w:b w:val="0"/>
          <w:i/>
          <w:sz w:val="16"/>
        </w:rPr>
        <w:t>Page 16 of the original</w:t>
      </w:r>
    </w:p>
    <w:p>
      <w:pPr>
        <w:spacing w:before="0" w:after="120" w:line="300" w:lineRule="exact"/>
        <w:jc w:val="both"/>
      </w:pPr>
      <w:r>
        <w:rPr>
          <w:rFonts w:ascii="Georgia" w:hAnsi="Georgia" w:cs="Georgia" w:eastAsia="Georgia"/>
          <w:b w:val="0"/>
          <w:i w:val="0"/>
          <w:sz w:val="22"/>
        </w:rPr>
        <w:t>"We seized each one of them</w:t>
      </w:r>
    </w:p>
    <w:p>
      <w:pPr>
        <w:spacing w:before="120" w:after="120" w:line="300" w:lineRule="exact"/>
        <w:ind w:left="720" w:right="720"/>
        <w:jc w:val="center"/>
      </w:pPr>
      <w:r>
        <w:rPr>
          <w:rFonts w:ascii="Georgia" w:hAnsi="Georgia" w:cs="Georgia" w:eastAsia="Georgia"/>
          <w:b w:val="0"/>
          <w:i/>
          <w:sz w:val="22"/>
        </w:rPr>
        <w:t>on account of their sins. From them are those against</w:t>
      </w:r>
    </w:p>
    <w:p>
      <w:pPr>
        <w:spacing w:before="0" w:after="120" w:line="300" w:lineRule="exact"/>
        <w:jc w:val="both"/>
      </w:pPr>
      <w:r>
        <w:rPr>
          <w:rFonts w:ascii="Georgia" w:hAnsi="Georgia" w:cs="Georgia" w:eastAsia="Georgia"/>
          <w:b w:val="0"/>
          <w:i w:val="0"/>
          <w:sz w:val="22"/>
        </w:rPr>
        <w:t>whom We sent violent winds (tornadoes/hurricanes); from among them are those who</w:t>
      </w:r>
    </w:p>
    <w:p>
      <w:pPr>
        <w:spacing w:before="120" w:after="120" w:line="300" w:lineRule="exact"/>
        <w:ind w:left="720" w:right="720"/>
        <w:jc w:val="center"/>
      </w:pPr>
      <w:r>
        <w:rPr>
          <w:rFonts w:ascii="Georgia" w:hAnsi="Georgia" w:cs="Georgia" w:eastAsia="Georgia"/>
          <w:b w:val="0"/>
          <w:i/>
          <w:sz w:val="22"/>
        </w:rPr>
        <w:t>were seized by the Mighty Scream; from among them are those whom We caused</w:t>
      </w:r>
    </w:p>
    <w:p>
      <w:pPr>
        <w:spacing w:before="0" w:after="120" w:line="300" w:lineRule="exact"/>
        <w:jc w:val="both"/>
      </w:pPr>
      <w:r>
        <w:rPr>
          <w:rFonts w:ascii="Georgia" w:hAnsi="Georgia" w:cs="Georgia" w:eastAsia="Georgia"/>
          <w:b w:val="0"/>
          <w:i w:val="0"/>
          <w:sz w:val="22"/>
        </w:rPr>
        <w:t>the earth to swallow, and from among them are those</w:t>
      </w:r>
    </w:p>
    <w:p>
      <w:pPr>
        <w:spacing w:before="120" w:after="120" w:line="300" w:lineRule="exact"/>
        <w:ind w:left="720" w:right="720"/>
        <w:jc w:val="center"/>
      </w:pPr>
      <w:r>
        <w:rPr>
          <w:rFonts w:ascii="Georgia" w:hAnsi="Georgia" w:cs="Georgia" w:eastAsia="Georgia"/>
          <w:b w:val="0"/>
          <w:i/>
          <w:sz w:val="22"/>
        </w:rPr>
        <w:t>whom We drowned. Allah did not oppress them. On the</w:t>
      </w:r>
    </w:p>
    <w:p>
      <w:pPr>
        <w:spacing w:before="0" w:after="120" w:line="300" w:lineRule="exact"/>
        <w:jc w:val="both"/>
      </w:pPr>
      <w:r>
        <w:rPr>
          <w:rFonts w:ascii="Georgia" w:hAnsi="Georgia" w:cs="Georgia" w:eastAsia="Georgia"/>
          <w:b w:val="0"/>
          <w:i w:val="0"/>
          <w:sz w:val="22"/>
        </w:rPr>
        <w:t>contrary, they oppressed themselves." (Al-Ankabut, Aayat 40) Today anarchy, misery and humiliation are seizing the Ummah by the Command of Allah Azza Wa Jal.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IMAAM MAHDI</w:t>
      </w:r>
    </w:p>
    <w:p>
      <w:pPr>
        <w:spacing w:before="0" w:after="160" w:line="300" w:lineRule="exact"/>
        <w:jc w:val="center"/>
      </w:pPr>
      <w:r>
        <w:rPr>
          <w:rFonts w:ascii="Georgia" w:hAnsi="Georgia" w:cs="Georgia" w:eastAsia="Georgia"/>
          <w:b w:val="0"/>
          <w:i/>
          <w:sz w:val="16"/>
        </w:rPr>
        <w:t>Page 18 of the original</w:t>
      </w:r>
    </w:p>
    <w:p>
      <w:pPr>
        <w:spacing w:before="0" w:after="120" w:line="300" w:lineRule="exact"/>
        <w:jc w:val="both"/>
      </w:pPr>
      <w:r>
        <w:rPr>
          <w:rFonts w:ascii="Georgia" w:hAnsi="Georgia" w:cs="Georgia" w:eastAsia="Georgia"/>
          <w:b w:val="0"/>
          <w:i w:val="0"/>
          <w:sz w:val="22"/>
        </w:rPr>
        <w:t>Hadhrat Abu Saeed (Radhiyallahu anhu) said: "Rasulullah (Sallallahu alayhi wasallam) said: 'The Mahdi will be one of my descendants; he will have a high forehead and a high bridged nose. He will fill the earth with justice and fairness just as it was filled with injustice and oppression, and he will rule for seven years.'" [Abu Dawood] Hadhrat Umme Salmah (Radhiyallahu anha) said: "I heard Rasulullah (Sallallahu alayhi wasallam) say: 'The Mahdi will be one of my descendants, from the children of Faatimah.' " [Abu Dawood]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'JIHAD' OUTFITS</w:t>
      </w:r>
    </w:p>
    <w:p>
      <w:pPr>
        <w:spacing w:before="0" w:after="160" w:line="300" w:lineRule="exact"/>
        <w:jc w:val="center"/>
      </w:pPr>
      <w:r>
        <w:rPr>
          <w:rFonts w:ascii="Georgia" w:hAnsi="Georgia" w:cs="Georgia" w:eastAsia="Georgia"/>
          <w:b w:val="0"/>
          <w:i/>
          <w:sz w:val="16"/>
        </w:rPr>
        <w:t>Page 18 of the original</w:t>
      </w:r>
    </w:p>
    <w:p>
      <w:pPr>
        <w:spacing w:before="0" w:after="120" w:line="300" w:lineRule="exact"/>
        <w:jc w:val="both"/>
      </w:pPr>
      <w:r>
        <w:rPr>
          <w:rFonts w:ascii="Georgia" w:hAnsi="Georgia" w:cs="Georgia" w:eastAsia="Georgia"/>
          <w:b w:val="0"/>
          <w:i w:val="0"/>
          <w:sz w:val="22"/>
        </w:rPr>
        <w:t>All of these so-called 'jihadi' outfits such as Al-Qaidah, HTS, ISIS and their many offshoots, are all American surrogates. They are the illegitimate offspring of USA, created for destabilizing the Muslim countries, for fulfilling the global hegemonial plot of the USA and for pirating and looting the natural resources of the Muslim countries.</w:t>
      </w:r>
    </w:p>
    <w:p>
      <w:pPr>
        <w:spacing w:before="0" w:after="120" w:line="300" w:lineRule="exact"/>
        <w:jc w:val="both"/>
      </w:pPr>
      <w:r>
        <w:rPr>
          <w:rFonts w:ascii="Georgia" w:hAnsi="Georgia" w:cs="Georgia" w:eastAsia="Georgia"/>
          <w:b w:val="0"/>
          <w:i w:val="0"/>
          <w:sz w:val="22"/>
        </w:rPr>
        <w:t>The only exception is HAMAS. InshaAllah, HAMAS shall be discussed in another article.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Why is Putin on Israel's side and not on the side</w:t>
      </w:r>
    </w:p>
    <w:p>
      <w:pPr>
        <w:spacing w:before="0" w:after="160" w:line="300" w:lineRule="exact"/>
        <w:jc w:val="center"/>
      </w:pPr>
      <w:r>
        <w:rPr>
          <w:rFonts w:ascii="Georgia" w:hAnsi="Georgia" w:cs="Georgia" w:eastAsia="Georgia"/>
          <w:b w:val="0"/>
          <w:i/>
          <w:sz w:val="16"/>
        </w:rPr>
        <w:t>Page 19, 20, 21 of the original. Heading read from the printed headline artwork.</w:t>
      </w:r>
    </w:p>
    <w:p>
      <w:pPr>
        <w:spacing w:before="0" w:after="120" w:line="300" w:lineRule="exact"/>
        <w:jc w:val="both"/>
      </w:pPr>
      <w:r>
        <w:rPr>
          <w:rFonts w:ascii="Georgia" w:hAnsi="Georgia" w:cs="Georgia" w:eastAsia="Georgia"/>
          <w:b w:val="0"/>
          <w:i w:val="0"/>
          <w:sz w:val="22"/>
        </w:rPr>
        <w:t>December 26, 2024 Will Russia Collapse in 2025? Paul Craig Roberts Is Putin's Government Trying to Be a 19th century liberal government in the brutal evil world of the 21st century? I raise this question not only because Putin has been fighting in his gentlemanly way a war on Russian territory in Ukraine for six months longer without yet winning than it took Stalin's Red Army to defeat the formidable German Wehrmacht in World War II, and still Putin has not cleared Ukrainian troops from the small Donbas area or from the Ukrainian invasion of Russian Kursk.</w:t>
      </w:r>
    </w:p>
    <w:p>
      <w:pPr>
        <w:spacing w:before="0" w:after="120" w:line="300" w:lineRule="exact"/>
        <w:jc w:val="both"/>
      </w:pPr>
      <w:r>
        <w:rPr>
          <w:rFonts w:ascii="Georgia" w:hAnsi="Georgia" w:cs="Georgia" w:eastAsia="Georgia"/>
          <w:b w:val="0"/>
          <w:i w:val="0"/>
          <w:sz w:val="22"/>
        </w:rPr>
        <w:t>Does anyone remember when Putin declared that Russia would never again fight a war on its own territory? Putin has been fighting a war on Russia's own territory for longer than the Soviet offensive took to drive the German invaders out of Russia. Moreover, Putin and Lavrov seem to be relying on Trump, not the Russian military, to bring the conflict in Ukraine to an end by agreeing to a mutual security treaty.</w:t>
      </w:r>
    </w:p>
    <w:p>
      <w:pPr>
        <w:spacing w:before="0" w:after="120" w:line="300" w:lineRule="exact"/>
        <w:jc w:val="both"/>
      </w:pPr>
      <w:r>
        <w:rPr>
          <w:rFonts w:ascii="Georgia" w:hAnsi="Georgia" w:cs="Georgia" w:eastAsia="Georgia"/>
          <w:b w:val="0"/>
          <w:i w:val="0"/>
          <w:sz w:val="22"/>
        </w:rPr>
        <w:t>None of Putin's declarations have had any effect on Washington's determination to further breakup Russia, a constraint on American hegemony. Neither have any of the super weapons that Putin has waved in the face of the West. Putin's reliance on useless "agreements," such as the Minsk Agreement and the Astana Agreement that sunk Syria, together with Putin's clamps on the Russian military in Donbas, has convinced Washington that Putin will not fight.</w:t>
      </w:r>
    </w:p>
    <w:p>
      <w:pPr>
        <w:spacing w:before="0" w:after="120" w:line="300" w:lineRule="exact"/>
        <w:jc w:val="both"/>
      </w:pPr>
      <w:r>
        <w:rPr>
          <w:rFonts w:ascii="Georgia" w:hAnsi="Georgia" w:cs="Georgia" w:eastAsia="Georgia"/>
          <w:b w:val="0"/>
          <w:i w:val="0"/>
          <w:sz w:val="22"/>
        </w:rPr>
        <w:t>Washington finds it extraordinary that it took Putin eight years after Washington's coup in Kiev, which placed a Washington Puppet in charge of Ukraine, to come to grips with the fact that he had a problem, deceived as he was by his useless Minsk Agreement. After Putin's intervention in Syria that prevented US President Obama's invasion of Syria, Putin's only proactive move, Putin refused to allow Syria to use Russian air defense systems to prevent Israeli attacks on Syria and on Iranian officials.</w:t>
      </w:r>
    </w:p>
    <w:p>
      <w:pPr>
        <w:spacing w:before="0" w:after="120" w:line="300" w:lineRule="exact"/>
        <w:jc w:val="both"/>
      </w:pPr>
      <w:r>
        <w:rPr>
          <w:rFonts w:ascii="Georgia" w:hAnsi="Georgia" w:cs="Georgia" w:eastAsia="Georgia"/>
          <w:b w:val="0"/>
          <w:i w:val="0"/>
          <w:sz w:val="22"/>
        </w:rPr>
        <w:t>During the entire time of the Russian Air Force's domination of Syrian air space, Putin permitted Israel and Washington to attack Syrian territory at will. One wonders why Putin ever bothered to intervene in Syria. The can got kicked down the road for awhile, but the final result was that Putin ran from the Israeli/Washington invasion and placed the Syria he had defended in the hands of Washington and Israel.</w:t>
      </w:r>
    </w:p>
    <w:p>
      <w:pPr>
        <w:spacing w:before="0" w:after="120" w:line="300" w:lineRule="exact"/>
        <w:jc w:val="both"/>
      </w:pPr>
      <w:r>
        <w:rPr>
          <w:rFonts w:ascii="Georgia" w:hAnsi="Georgia" w:cs="Georgia" w:eastAsia="Georgia"/>
          <w:b w:val="0"/>
          <w:i w:val="0"/>
          <w:sz w:val="22"/>
        </w:rPr>
        <w:t>Putin simply wrote off 8 or more years of the Russian Air Force fighting in the defense of a Syrian government elected by Syrians. Now the road is open for Israel to occupy Lebanon. No more embarrassing defeats of the vaunted Israeli Army at the hands of the Hezbollah militia devoid of an air force or heavy weapons. Twice the Israeli Army, good only for killing women and children, ran for its life from Hezbollah.</w:t>
      </w:r>
    </w:p>
    <w:p>
      <w:pPr>
        <w:spacing w:before="0" w:after="120" w:line="300" w:lineRule="exact"/>
        <w:jc w:val="both"/>
      </w:pPr>
      <w:r>
        <w:rPr>
          <w:rFonts w:ascii="Georgia" w:hAnsi="Georgia" w:cs="Georgia" w:eastAsia="Georgia"/>
          <w:b w:val="0"/>
          <w:i w:val="0"/>
          <w:sz w:val="22"/>
        </w:rPr>
        <w:t>But now thanks to Putin, Syria is no more, and there is no way to resupply Hezbollah. Hezbollah sat on its butt and did nothing while Israel assassinated all of its leaders and commanders and cut off its resupply routes. Inaction always leads to defeat, and Putin's inaction is leading to Russia's defeat. In the final days, to avoid this Russian defeat will the button be pushed?</w:t>
      </w:r>
    </w:p>
    <w:p>
      <w:pPr>
        <w:spacing w:before="0" w:after="120" w:line="300" w:lineRule="exact"/>
        <w:jc w:val="both"/>
      </w:pPr>
      <w:r>
        <w:rPr>
          <w:rFonts w:ascii="Georgia" w:hAnsi="Georgia" w:cs="Georgia" w:eastAsia="Georgia"/>
          <w:b w:val="0"/>
          <w:i w:val="0"/>
          <w:sz w:val="22"/>
        </w:rPr>
        <w:t>Iran is now also isolated and wonders what trust it can put in Putin, who is so averse to fighting. The Chinese and the BRICS now face the same question. Can Russia be counted on in a showdown? My critical words do not comprise even a beginning of Putin's long list of strategic mistakes. I have written about some of them on this website. But many I have not have had a chance to address.</w:t>
      </w:r>
    </w:p>
    <w:p>
      <w:pPr>
        <w:spacing w:before="0" w:after="120" w:line="300" w:lineRule="exact"/>
        <w:jc w:val="both"/>
      </w:pPr>
      <w:r>
        <w:rPr>
          <w:rFonts w:ascii="Georgia" w:hAnsi="Georgia" w:cs="Georgia" w:eastAsia="Georgia"/>
          <w:b w:val="0"/>
          <w:i w:val="0"/>
          <w:sz w:val="22"/>
        </w:rPr>
        <w:t>Consider this one for example. Russia is a federation, a weak political structure as it amounts to a tower of babel, and it has Muslim provinces. Putin's policies in the Middle East have favored Israel over Muslims. Recently, perhaps in response to Israel's genocide of Palestine, Russian Muslims attacked Jews in a Muslim province of the Russian Federation.</w:t>
      </w:r>
    </w:p>
    <w:p>
      <w:pPr>
        <w:spacing w:before="0" w:after="120" w:line="300" w:lineRule="exact"/>
        <w:jc w:val="both"/>
      </w:pPr>
      <w:r>
        <w:rPr>
          <w:rFonts w:ascii="Georgia" w:hAnsi="Georgia" w:cs="Georgia" w:eastAsia="Georgia"/>
          <w:b w:val="0"/>
          <w:i w:val="0"/>
          <w:sz w:val="22"/>
        </w:rPr>
        <w:t>Why there were Jews there is incomprehensible. Putin's government immediately arrested the Russian Muslims and committed Russia's Muslim citizens to 7 and 8 years in prison for assaulting Jews. But Putin has done nothing about Israel's murderous assaults on Palestine and Lebanon and Syria. So why is Putin on Israel's side and not on the side of the Russian Federation's own Muslim citizens?</w:t>
      </w:r>
    </w:p>
    <w:p>
      <w:pPr>
        <w:spacing w:before="0" w:after="120" w:line="300" w:lineRule="exact"/>
        <w:jc w:val="both"/>
      </w:pPr>
      <w:r>
        <w:rPr>
          <w:rFonts w:ascii="Georgia" w:hAnsi="Georgia" w:cs="Georgia" w:eastAsia="Georgia"/>
          <w:b w:val="0"/>
          <w:i w:val="0"/>
          <w:sz w:val="22"/>
        </w:rPr>
        <w:t>The Putin government's persecution of its own citizens for their expressed opposition to Israel's murderous treatment of Muslims raises the question whether Putin is really a nationalist leader or just another Israeli puppet like Washington. Even Trump's government is overwhelmingly Zionist. Russia's Muslim province just gave the green light to polygamy.</w:t>
      </w:r>
    </w:p>
    <w:p>
      <w:pPr>
        <w:spacing w:before="0" w:after="120" w:line="300" w:lineRule="exact"/>
        <w:jc w:val="both"/>
      </w:pPr>
      <w:r>
        <w:rPr>
          <w:rFonts w:ascii="Georgia" w:hAnsi="Georgia" w:cs="Georgia" w:eastAsia="Georgia"/>
          <w:b w:val="0"/>
          <w:i w:val="0"/>
          <w:sz w:val="22"/>
        </w:rPr>
        <w:t>This is inconsistent with Russian law. Here we have a new breakage in the Russian Federation, a double breakage considering the Russian government taking the side of Israel over the Russian Muslim population. Little doubt the Muslim leaders will have to reverse the decision. What an extraordinary gift Putin has handed to Washington's neoconservatives to exploit.</w:t>
      </w:r>
    </w:p>
    <w:p>
      <w:pPr>
        <w:spacing w:before="0" w:after="120" w:line="300" w:lineRule="exact"/>
        <w:jc w:val="both"/>
      </w:pPr>
      <w:r>
        <w:rPr>
          <w:rFonts w:ascii="Georgia" w:hAnsi="Georgia" w:cs="Georgia" w:eastAsia="Georgia"/>
          <w:b w:val="0"/>
          <w:i w:val="0"/>
          <w:sz w:val="22"/>
        </w:rPr>
        <w:t>Here we have Putin helping Washington's breakup of the Rus- sian Federation. Let's see. During the years Putin has been in office, Washington has established missile bases on Russia's borders in Poland, Romania, and Ukraine. Ukraine, formerly a Russia friendly country, has become Washington's ally in a war against Russia, still not acknowledged by the Russian Foreign Ministry, which seems unable to acknowledge any reality.</w:t>
      </w:r>
    </w:p>
    <w:p>
      <w:pPr>
        <w:spacing w:before="0" w:after="120" w:line="300" w:lineRule="exact"/>
        <w:jc w:val="both"/>
      </w:pPr>
      <w:r>
        <w:rPr>
          <w:rFonts w:ascii="Georgia" w:hAnsi="Georgia" w:cs="Georgia" w:eastAsia="Georgia"/>
          <w:b w:val="0"/>
          <w:i w:val="0"/>
          <w:sz w:val="22"/>
        </w:rPr>
        <w:t>Putin the Unready was not ready for the US/Georgian invasion of South Ossetia, nor for Washington's Maidan Coup in Ukraine, nor for the necessary Russian intervention in Donbas, nor for the defense of Syria, host of Russia's naval and air bases for the projection of Russian power, nor for Armenia, nor for Washington's ongoing color revolution in Georgia.</w:t>
      </w:r>
    </w:p>
    <w:p>
      <w:pPr>
        <w:spacing w:before="0" w:after="120" w:line="300" w:lineRule="exact"/>
        <w:jc w:val="both"/>
      </w:pPr>
      <w:r>
        <w:rPr>
          <w:rFonts w:ascii="Georgia" w:hAnsi="Georgia" w:cs="Georgia" w:eastAsia="Georgia"/>
          <w:b w:val="0"/>
          <w:i w:val="0"/>
          <w:sz w:val="22"/>
        </w:rPr>
        <w:t>Putin is never ready for anything but a worthless paper agreement with his enemies. https:// www.paulcraigroberts.org/202 4/12/19/is-putin-capable-ofstrategic-thinking/ Putin has guaranteed that Washington's provocations of the Russian government will continue until Putin has only two choices: surrender or war. Putin is capable of surrendering, but will the Russian General Staff take the decision out of his hands?</w:t>
      </w:r>
    </w:p>
    <w:p>
      <w:pPr>
        <w:spacing w:before="0" w:after="120" w:line="300" w:lineRule="exact"/>
        <w:jc w:val="both"/>
      </w:pPr>
      <w:r>
        <w:rPr>
          <w:rFonts w:ascii="Georgia" w:hAnsi="Georgia" w:cs="Georgia" w:eastAsia="Georgia"/>
          <w:b w:val="0"/>
          <w:i w:val="0"/>
          <w:sz w:val="22"/>
        </w:rPr>
        <w:t>The war will be due not only to Washington's aggressions but also to Putin's lack of response and strategic ability. I have wondered if the shakeup of the Russian generals with departures and indictments are actually moves against corruption as announced or moves against Russian patriots who think they are watching Putin's sell out of Russia to Washington, just as the CIA and US Joint Chiefs of Staff saw America's leader, US President John F.</w:t>
      </w:r>
    </w:p>
    <w:p>
      <w:pPr>
        <w:spacing w:before="0" w:after="120" w:line="300" w:lineRule="exact"/>
        <w:jc w:val="both"/>
      </w:pPr>
      <w:r>
        <w:rPr>
          <w:rFonts w:ascii="Georgia" w:hAnsi="Georgia" w:cs="Georgia" w:eastAsia="Georgia"/>
          <w:b w:val="0"/>
          <w:i w:val="0"/>
          <w:sz w:val="22"/>
        </w:rPr>
        <w:t>Kennedy, selling out America to the Soviet Union. Putin's inability to put his foot down, except verbally, is leading the world into nuclear war. Putin's new weapon lets him pretend the war won't be nuclear, but it will be, because no one but Putin has the new super weapon. Putin and Lavrov's warnings about war are always undercut by their own denials.</w:t>
      </w:r>
    </w:p>
    <w:p>
      <w:pPr>
        <w:spacing w:before="0" w:after="120" w:line="300" w:lineRule="exact"/>
        <w:jc w:val="both"/>
      </w:pPr>
      <w:r>
        <w:rPr>
          <w:rFonts w:ascii="Georgia" w:hAnsi="Georgia" w:cs="Georgia" w:eastAsia="Georgia"/>
          <w:b w:val="0"/>
          <w:i w:val="0"/>
          <w:sz w:val="22"/>
        </w:rPr>
        <w:t>Consequently, Russian warnings carry zero weight. We cannot look to Trump for peace. Trump has appointed mainly a Zionist government. Having lost Syria, Russia is on the defensive. Part of making America great again is the restoration of Washington's hegemony, which Putin challenged until he collapsed. What this means is that it is unrealistic to expect Trump to agree to a Ukrainian settlement on Putin's announced terms.</w:t>
      </w:r>
    </w:p>
    <w:p>
      <w:pPr>
        <w:spacing w:before="0" w:after="120" w:line="300" w:lineRule="exact"/>
        <w:jc w:val="both"/>
      </w:pPr>
      <w:r>
        <w:rPr>
          <w:rFonts w:ascii="Georgia" w:hAnsi="Georgia" w:cs="Georgia" w:eastAsia="Georgia"/>
          <w:b w:val="0"/>
          <w:i w:val="0"/>
          <w:sz w:val="22"/>
        </w:rPr>
        <w:t>If Trump agrees to Putin's reasonable terms, the presstitute media will discredit Trump with his own supporters by declaring him a Putin agent who settled Putin's aggression on Putin's terms. Trump will become the President "who lost Ukraine." It remains to be seen how much longer the Russian General Staff will tolerate Putin's ineptitude as a war leader.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BETRAYAL BY TALIBAN</w:t>
      </w:r>
    </w:p>
    <w:p>
      <w:pPr>
        <w:spacing w:before="0" w:after="160" w:line="300" w:lineRule="exact"/>
        <w:jc w:val="center"/>
      </w:pPr>
      <w:r>
        <w:rPr>
          <w:rFonts w:ascii="Georgia" w:hAnsi="Georgia" w:cs="Georgia" w:eastAsia="Georgia"/>
          <w:b w:val="0"/>
          <w:i/>
          <w:sz w:val="16"/>
        </w:rPr>
        <w:t>Page 21 of the original. Heading read from the printed headline artwork.</w:t>
      </w:r>
    </w:p>
    <w:p>
      <w:pPr>
        <w:spacing w:before="0" w:after="120" w:line="300" w:lineRule="exact"/>
        <w:jc w:val="both"/>
      </w:pPr>
      <w:r>
        <w:rPr>
          <w:rFonts w:ascii="Georgia" w:hAnsi="Georgia" w:cs="Georgia" w:eastAsia="Georgia"/>
          <w:b w:val="0"/>
          <w:i w:val="0"/>
          <w:sz w:val="22"/>
        </w:rPr>
        <w:t>Tension has sharply increased between Pakistan and the Taliban. Pakistan has resorted to bombing Afghanistan positions as well as instituting other anti-Afghanistan measures. Afghanistan is landlocked, and Pakistan has closed the avenues via which trade flows. The Taliban are primarily responsible for this deteriorating state of affairs which will soon escalate into anarchy in both countries.</w:t>
      </w:r>
    </w:p>
    <w:p>
      <w:pPr>
        <w:spacing w:before="0" w:after="120" w:line="300" w:lineRule="exact"/>
        <w:jc w:val="both"/>
      </w:pPr>
      <w:r>
        <w:rPr>
          <w:rFonts w:ascii="Georgia" w:hAnsi="Georgia" w:cs="Georgia" w:eastAsia="Georgia"/>
          <w:b w:val="0"/>
          <w:i w:val="0"/>
          <w:sz w:val="22"/>
        </w:rPr>
        <w:t>The ground is being made fertile for the forces of anarchy which will most certainly be exploited to the maximum by India, the prime enemy of Pakistan and Muslims. It was Pakistan who had created the Taliban, albeit for its own reasons. A Taliban government would be a powerful buffer against India. Pakistan had hosted the Taliban for more than two decades and had been a sanctuary for hun- dreds of thousands of Afghan refugees.</w:t>
      </w:r>
    </w:p>
    <w:p>
      <w:pPr>
        <w:spacing w:before="0" w:after="120" w:line="300" w:lineRule="exact"/>
        <w:jc w:val="both"/>
      </w:pPr>
      <w:r>
        <w:rPr>
          <w:rFonts w:ascii="Georgia" w:hAnsi="Georgia" w:cs="Georgia" w:eastAsia="Georgia"/>
          <w:b w:val="0"/>
          <w:i w:val="0"/>
          <w:sz w:val="22"/>
        </w:rPr>
        <w:t>Pakistan had logistically as well as in other ways supported and aided the Taliban in their struggle against the USA with its coalition of 40 countries. After the withdrawal of the US with its coalition, the Taliban government has repaid Pakistan by embracing its worst enemy, India, the cow and idol worshippers. This embrace reveals the extreme Imaani deficiency of the Taliban.</w:t>
      </w:r>
    </w:p>
    <w:p>
      <w:pPr>
        <w:spacing w:before="0" w:after="120" w:line="300" w:lineRule="exact"/>
        <w:jc w:val="both"/>
      </w:pPr>
      <w:r>
        <w:rPr>
          <w:rFonts w:ascii="Georgia" w:hAnsi="Georgia" w:cs="Georgia" w:eastAsia="Georgia"/>
          <w:b w:val="0"/>
          <w:i w:val="0"/>
          <w:sz w:val="22"/>
        </w:rPr>
        <w:t>Muslims are persecuted and tortured in India. The stated policy of the Hindu cowworshippers is the conversion of Muslims – to make them Hindus – and to convert all Musaajid into temples of idolworship. The story of Hindu brutality and oppression in Kashmir is enduring. Despite this miserable state of affairs, the Taliban crept into the hinds of the Hindu mushrikeen for the crumb-aid of wheat and vaccines offered.</w:t>
      </w:r>
    </w:p>
    <w:p>
      <w:pPr>
        <w:spacing w:before="0" w:after="120" w:line="300" w:lineRule="exact"/>
        <w:jc w:val="both"/>
      </w:pPr>
      <w:r>
        <w:rPr>
          <w:rFonts w:ascii="Georgia" w:hAnsi="Georgia" w:cs="Georgia" w:eastAsia="Georgia"/>
          <w:b w:val="0"/>
          <w:i w:val="0"/>
          <w:sz w:val="22"/>
        </w:rPr>
        <w:t>Without a semblance of Imaani conscience have the Taliban betrayed Pakistan and the Ummah. India will now fuel the hostility and create greater anarchy by arming dissident groups in both countries. Another aspect of Taliban betrayal is their embrace of China where genocide of the Muslim community has been systematically practiced. The Taliban have forgotten that Pakistan was their sanctuary for more than 20 years in their struggle against the US kuffaar coalition.</w:t>
      </w:r>
    </w:p>
    <w:p>
      <w:pPr>
        <w:spacing w:before="0" w:after="120" w:line="300" w:lineRule="exact"/>
        <w:jc w:val="both"/>
      </w:pPr>
      <w:r>
        <w:rPr>
          <w:rFonts w:ascii="Georgia" w:hAnsi="Georgia" w:cs="Georgia" w:eastAsia="Georgia"/>
          <w:b w:val="0"/>
          <w:i w:val="0"/>
          <w:sz w:val="22"/>
        </w:rPr>
        <w:t>Having betrayed Pakistan and the Ummah, the Taliban is more interested in emerging on the international platform by means of bootlicking the kuffaar. They have forgotten Allah Ta'ala, and labour under the kufr notion of gaining succour from the US and other kuffaar. Their treachery will not go by without Divine Consequence.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PROCLAIM THE HAQQ</w:t>
      </w:r>
    </w:p>
    <w:p>
      <w:pPr>
        <w:spacing w:before="0" w:after="160" w:line="300" w:lineRule="exact"/>
        <w:jc w:val="center"/>
      </w:pPr>
      <w:r>
        <w:rPr>
          <w:rFonts w:ascii="Georgia" w:hAnsi="Georgia" w:cs="Georgia" w:eastAsia="Georgia"/>
          <w:b w:val="0"/>
          <w:i/>
          <w:sz w:val="16"/>
        </w:rPr>
        <w:t>Page 21 of the original. Heading read from the printed headline artwork.</w:t>
      </w:r>
    </w:p>
    <w:p>
      <w:pPr>
        <w:spacing w:before="0" w:after="120" w:line="300" w:lineRule="exact"/>
        <w:jc w:val="both"/>
      </w:pPr>
      <w:r>
        <w:rPr>
          <w:rFonts w:ascii="Georgia" w:hAnsi="Georgia" w:cs="Georgia" w:eastAsia="Georgia"/>
          <w:b w:val="0"/>
          <w:i w:val="0"/>
          <w:sz w:val="22"/>
        </w:rPr>
        <w:t>Rasulullah (Sallallahu alayhi wasallam) said: "The noblest Jihad is to state the Haqq (Truth) in the pres- ence of tyrannical sultan." In obedience to this Command of Rasulullah (Sallallahu alayhi wasallam), Hadhrat Hasan Basri (Rahmatullah alayh) proclaiming the Haqq to the cruel and brutal governor, Hajjaaj Bin Yusuf, said: ONCE HADHRAT Hasan Basri (rahmatullah alayh) in the presence of Hajjaaj Bin Yusuf, the notorious blood-shedder, said: "O enemy of Allah!</w:t>
      </w:r>
    </w:p>
    <w:p>
      <w:pPr>
        <w:spacing w:before="0" w:after="120" w:line="300" w:lineRule="exact"/>
        <w:jc w:val="both"/>
      </w:pPr>
      <w:r>
        <w:rPr>
          <w:rFonts w:ascii="Georgia" w:hAnsi="Georgia" w:cs="Georgia" w:eastAsia="Georgia"/>
          <w:b w:val="0"/>
          <w:i w:val="0"/>
          <w:sz w:val="22"/>
        </w:rPr>
        <w:t>O perpetrator of fisq and fujoor (evil and immorality)! O lover of sin and disobedience! Of what benefit will be this worldly pomp and splendour? The inmates of the Heavens are cursing and reviling you. The inhabitants of the earth have reached their limits of toleration regarding your tyranny and oppression. They have reached the end of the tether with their wrath and hatred for you." After administering this stern admonition to the tyrant Hajjaaj, Hadhrat Hasan Basri (rahmatullah alayh) then said: "Verily, Allah has taken a pledge from the Ulama that most certainly they should proclaim the Haqq to the people." Then he abruptly departed.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REVEREND BHAM'S INTERFAITH KUFR</w:t>
      </w:r>
    </w:p>
    <w:p>
      <w:pPr>
        <w:spacing w:before="0" w:after="160" w:line="300" w:lineRule="exact"/>
        <w:jc w:val="center"/>
      </w:pPr>
      <w:r>
        <w:rPr>
          <w:rFonts w:ascii="Georgia" w:hAnsi="Georgia" w:cs="Georgia" w:eastAsia="Georgia"/>
          <w:b w:val="0"/>
          <w:i/>
          <w:sz w:val="16"/>
        </w:rPr>
        <w:t>Page 22, 23, 24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Ebrahim Bham (i.e. Reverend Abraham Bham, the CrossWorshipper) stated that the Aayat: "There is no compulsion in religion", and the Aayat:: "If Allah wished He would have made you one nation", means that everyone has the right to choose a religion. Therefore, we should be tolerant and respect everyone's choices. Bham uses this argument when questioned about other religious praying to their deities. Is there any validity in his argument?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Every Muslim whose Imaan has not been eroded with kufr understands the utter fallacy and baselessness of the kufr disgorged by the CrossWorshipper. His interpretation of the Qur'aanic verses is a gross fabrication of falsehood specifically designed for bootlicking his kuffaar cohorts in "There is no compulsion in Deen (religion). Verily, Guidance (the right path) has become distinct from misguidance (deviation/ kufr). Therefore, Whoever denies (and rejects) Taghoot (Shaitaan), Believes in Allah, and verily, he has grasped a Powerful handle which will not break. Allah is the All Hearing, the All Knowing." (Al-Baqarah, Aayat 256) No one among the anti-kufr interfaithers had ever asserted that there is compulsion in the Deen. No one had ever ven- tured the kufr stupidity of Allah Azza Wa Jal not having the power to have created all mankind as Mu'mineen. These factors are not the subject of discussion nor of rejection and condemnation. What is condemned and branded as kufr is participation in the kufr interfaith satanism, and this condemnation has no relationship with the issue of there being no compulsion in religion. As for 'toleration', no one has propagated intolerance towards non-Muslims alongside whom Muslims are living all over the world. No one is advocating intolerance and hatred for non-Muslims. The intolerance is specifically for participation in the interfaith kufr 'religion'. Islam is vigorously and resolutely intolerant of such participation. Thus, the Islamic intolerance is directed to professed Muslims who participate in the kufr ideology of assigning a single platform for Islam and all brands of kufr thereby equating kufr with Islam. The fight is with professed Muslims, not with non-Muslims. The first sentence of this Aayat clearly means that no one may be compelled to accept Islam. Islam has to be accepted of one's free will. The choice between Imaan and Kufr has been granted to man here on earth which is the arena for conflict between Imaan and Kufr, Haqq and Baatil, vice and virtue. The Aayat stating that there is no compulsion never means that Allah Ta'ala is pleased with the kufr choice of the followers of Taghoot. Debunking this kufr interpretation of the murtadd, Reverend Abraham Bham, the Qur'aan Majeed states: "If you commit kufr (disbelieve in Islam), then (know), verily Allah is independent of you. And (know that) Allah is not pleased with Kufr for His servants." (Az-Zumar, Aayat 7) When Jahannam has been created specifically for the eternal damnation of kuffaar, how can a sane person pro- fessing to be a Muslim ever promote the kufr idea of Allah Ta'ala being pleased with idolatry, atheism and the variety of brands of kufr – kufr which is in reality rebellion against the Creator. And, how can Allah Ta'ala ever be pleased with religions of kufr, when He commands in the Qur'aan Majeed: "And, fight them (wage Jihad) until there remains no fitnah and until the Deen is for only Allah." (Al-Baqarah, Aayat 193) The choice which Allah Ta'ala has given mankind of selecting whatever brand of religion is desired never means that Allah Ta'ala is pleased with kufr and the kuffaar. How can Allah Ta'ala be pleased with kufr, He commands in the Qur'aan: "And fight them (wage Qitaal/Jihad) until there remains no fitnah and until all Deen (total Deen) is for only Allah." (Al-Anfaal, Aayat 39) In the tafseer of this Aayat, it is mentioned: "Fight them until there remains not a vestige of shirk among them and until every religion has been eradicated from them, and Islam alone will remain the Deen for them.' (Madaarikut Tanzeel) Such action – Jihad - is the obligation of the Islamic State. It shall not adopt the kufr 'toleration' advocated by Bham and other murtaddeen of his ilk. The choice granted by Islam to the kuffaar is limited. It is either Islam or Jizya or Jihad. But this is the obli- gation of the Islamic State. And how can Allah Ta'ala ever be pleased with the choice of kufr, when He states in the Qur'aan Majeed: "And fight those who do not believe in Allah nor in the Last Day nor do they prohibit that which Allah and His Rasool have prohibited nor do they accept the Deen of Haqq (Islam) — Fight those of the Ahle-Kitaab until they subserviently pay Jizyah whilst they are in humiliation." (At-Taubah, Aayat 29) And how can Allah Ta'ala ever be pleased with kufr when He has created Jahannam specifically for the kuffaar? "...Fear the Fire whose fuel is people and stones. It has been prepared for the kaafireen." (Al-Baqarah, Aayat 24) There is absolutely no scope in the Aayats proffered by the Reverend Abraham Bham to justify his participation in the kufr interfaith satanism of the Yahood and Nasaara. The Verse only states that no person may be compelled to accept Islam, and that Allah Ta'ala, if He so willed that all mankind be guided, had the power for guiding them. Having granted people the freewill to select and adopt either kufr or Imaan, his power of coercion and compulsion has not been compromised. Thus, the Qur'aan Majeed states: "If Allah had willed, He would have made you One Ummah, but on the con- trary (He did not will so) so that He may test you re- garding that which He has given you. Therefore, has- ten to virtuous deeds." (Al-Maaidah, Aayat 48) There being no compulsion in Deen and participation in the kufr interfaith exercise are two distinct, separate issues which the Cross-Worshipper has attempted to obfuscate for justification of his adoption of kufr.</w:t>
      </w:r>
    </w:p>
    <w:p>
      <w:pPr>
        <w:spacing w:before="0" w:after="120" w:line="300" w:lineRule="exact"/>
        <w:jc w:val="both"/>
      </w:pPr>
      <w:r>
        <w:rPr>
          <w:rFonts w:ascii="Georgia" w:hAnsi="Georgia" w:cs="Georgia" w:eastAsia="Georgia"/>
          <w:b w:val="0"/>
          <w:i w:val="0"/>
          <w:sz w:val="22"/>
        </w:rPr>
        <w:t>the kufr interfaith cult spawned by the Western Yahood and Nasaara enemies of Islam. Even a person of shallow understanding can readily discern the stupid interpretation of Reverend Bham. The translation of the Aayat is: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 AALIM OF THE HAQQ IS CAST TO A LION</w:t>
      </w:r>
    </w:p>
    <w:p>
      <w:pPr>
        <w:spacing w:before="0" w:after="160" w:line="300" w:lineRule="exact"/>
        <w:jc w:val="center"/>
      </w:pPr>
      <w:r>
        <w:rPr>
          <w:rFonts w:ascii="Georgia" w:hAnsi="Georgia" w:cs="Georgia" w:eastAsia="Georgia"/>
          <w:b w:val="0"/>
          <w:i/>
          <w:sz w:val="16"/>
        </w:rPr>
        <w:t>Page 23 of the original. Heading read from the printed headline artwork.</w:t>
      </w:r>
    </w:p>
    <w:p>
      <w:pPr>
        <w:spacing w:before="0" w:after="120" w:line="300" w:lineRule="exact"/>
        <w:jc w:val="both"/>
      </w:pPr>
      <w:r>
        <w:rPr>
          <w:rFonts w:ascii="Georgia" w:hAnsi="Georgia" w:cs="Georgia" w:eastAsia="Georgia"/>
          <w:b w:val="0"/>
          <w:i w:val="0"/>
          <w:sz w:val="22"/>
        </w:rPr>
        <w:t>IN EGYPT during the brutal reign of repression and tyranny of Ahmad Bin Tuloon, an Aalim of the Haqq, Hadhrat Abul Hasan Bunaan Bin Muhammad Bin Sa'd (rahmatullah alayh), went to confront this tyrannical ruler. When he proclaimed the Truth and admonished the ruler for his cruelty and oppression, Ibn Tuloon became enraged. He ordered the arrest of Hadhrat Abul Hasan who was thrown into a dungeon.</w:t>
      </w:r>
    </w:p>
    <w:p>
      <w:pPr>
        <w:spacing w:before="0" w:after="120" w:line="300" w:lineRule="exact"/>
        <w:jc w:val="both"/>
      </w:pPr>
      <w:r>
        <w:rPr>
          <w:rFonts w:ascii="Georgia" w:hAnsi="Georgia" w:cs="Georgia" w:eastAsia="Georgia"/>
          <w:b w:val="0"/>
          <w:i w:val="0"/>
          <w:sz w:val="22"/>
        </w:rPr>
        <w:t>Thereafter Ibn Tuloon ordered that he be fed to a hungry lion. The occasion was announced to the public. The appointed day arrived. A huge crowd had gathered in the arena to observe the lion devouring Hadhrat Abul Hasan (rahmatullah alayh). A huge lion was held hungry in captivity for a few days. Hadhrat Abul Hasan was brought in chains and pushed into the centre of the arena, and the cage was opened.</w:t>
      </w:r>
    </w:p>
    <w:p>
      <w:pPr>
        <w:spacing w:before="0" w:after="120" w:line="300" w:lineRule="exact"/>
        <w:jc w:val="both"/>
      </w:pPr>
      <w:r>
        <w:rPr>
          <w:rFonts w:ascii="Georgia" w:hAnsi="Georgia" w:cs="Georgia" w:eastAsia="Georgia"/>
          <w:b w:val="0"/>
          <w:i w:val="0"/>
          <w:sz w:val="22"/>
        </w:rPr>
        <w:t>The lion leaping from the cage went straight to the prey. However, when the lion reached Hadhrat Abul Hasan, he displayed an uncanny timidity and began smelling him. Then the lion went and stood wagging its tail at a distance. Spontaneously from the crowd came loud cries of Laailaaha il lallaah Allahu Akbar! Ibn Tuloon who was present was thus humiliated.</w:t>
      </w:r>
    </w:p>
    <w:p>
      <w:pPr>
        <w:spacing w:before="0" w:after="120" w:line="300" w:lineRule="exact"/>
        <w:jc w:val="both"/>
      </w:pPr>
      <w:r>
        <w:rPr>
          <w:rFonts w:ascii="Georgia" w:hAnsi="Georgia" w:cs="Georgia" w:eastAsia="Georgia"/>
          <w:b w:val="0"/>
          <w:i w:val="0"/>
          <w:sz w:val="22"/>
        </w:rPr>
        <w:t>He issued instructions for Hadhrat Abul Hasan to be released with honour and be treated with respect. He had realized that he had no power to thwart the Order of Allah Azza Wa Jal. When some of Hadhrat Abul Hasan's close associates asked him about his condition at the time when the lion was running towards him, he said: "I was wondering about the mas'alah of the saliva of wild animals.</w:t>
      </w:r>
    </w:p>
    <w:p>
      <w:pPr>
        <w:spacing w:before="0" w:after="120" w:line="300" w:lineRule="exact"/>
        <w:jc w:val="both"/>
      </w:pPr>
      <w:r>
        <w:rPr>
          <w:rFonts w:ascii="Georgia" w:hAnsi="Georgia" w:cs="Georgia" w:eastAsia="Georgia"/>
          <w:b w:val="0"/>
          <w:i w:val="0"/>
          <w:sz w:val="22"/>
        </w:rPr>
        <w:t>Is the lion's saliva taahir (pure) or najis (impure)?"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Question &amp; Answer</w:t>
      </w:r>
    </w:p>
    <w:p>
      <w:pPr>
        <w:spacing w:before="0" w:after="160" w:line="300" w:lineRule="exact"/>
        <w:jc w:val="center"/>
      </w:pPr>
      <w:r>
        <w:rPr>
          <w:rFonts w:ascii="Georgia" w:hAnsi="Georgia" w:cs="Georgia" w:eastAsia="Georgia"/>
          <w:b w:val="0"/>
          <w:i/>
          <w:sz w:val="16"/>
        </w:rPr>
        <w:t>Page 24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 Hindu says that Muslims are also idol worshippers because they worship the Ka'bah. He says that just as their idols are representatives of God, so too do Muslims believe of the Ka'bah. What is the response for this?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Ka'bah does not rep- resent a deity. While Hindus pray directly to the idols and supplicate to the idols for whatever are their needs, we do not pray to the Ka'abah. While the idols are regarded by the Hindus to be representatives of God, in fact deities, and intermediaries for the worshippers, Muslims do not have such beliefs regarding the Ka'bah. Loving and respecting an object do not elevate the object to the pedestal of a deity. But the Hindu cow and idol worshippers manufacture their own gods with their own hands from stone and from every conceivable created substance.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