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75</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3 were joined in this issue.</w:t>
      </w:r>
    </w:p>
    <w:p>
      <w:pPr>
        <w:spacing w:before="0" w:after="80" w:line="300" w:lineRule="exact"/>
        <w:jc w:val="left"/>
      </w:pPr>
      <w:r>
        <w:rPr>
          <w:rFonts w:ascii="Georgia" w:hAnsi="Georgia" w:cs="Georgia" w:eastAsia="Georgia"/>
          <w:b w:val="0"/>
          <w:i w:val="0"/>
          <w:sz w:val="18"/>
        </w:rPr>
        <w:t>Headings: 14 read from the PDF's own text, 36 read from the printed headline artwork, 0 taken from the Majlis's running head, and 3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482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98.42% of the original's words are present and 95.05%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Al-Hag- (page 1)</w:t>
      </w:r>
    </w:p>
    <w:p>
      <w:pPr>
        <w:spacing w:before="0" w:after="40" w:line="300" w:lineRule="exact"/>
        <w:jc w:val="left"/>
      </w:pPr>
      <w:r>
        <w:rPr>
          <w:rFonts w:ascii="Georgia" w:hAnsi="Georgia" w:cs="Georgia" w:eastAsia="Georgia"/>
          <w:b w:val="0"/>
          <w:i w:val="0"/>
          <w:sz w:val="20"/>
        </w:rPr>
        <w:t>2. JUNOODULLAH (page 1)</w:t>
      </w:r>
    </w:p>
    <w:p>
      <w:pPr>
        <w:spacing w:before="0" w:after="40" w:line="300" w:lineRule="exact"/>
        <w:jc w:val="left"/>
      </w:pPr>
      <w:r>
        <w:rPr>
          <w:rFonts w:ascii="Georgia" w:hAnsi="Georgia" w:cs="Georgia" w:eastAsia="Georgia"/>
          <w:b w:val="0"/>
          <w:i w:val="0"/>
          <w:sz w:val="20"/>
        </w:rPr>
        <w:t>3. WILD (page 1, 2)</w:t>
      </w:r>
    </w:p>
    <w:p>
      <w:pPr>
        <w:spacing w:before="0" w:after="40" w:line="300" w:lineRule="exact"/>
        <w:jc w:val="left"/>
      </w:pPr>
      <w:r>
        <w:rPr>
          <w:rFonts w:ascii="Georgia" w:hAnsi="Georgia" w:cs="Georgia" w:eastAsia="Georgia"/>
          <w:b w:val="0"/>
          <w:i w:val="0"/>
          <w:sz w:val="20"/>
        </w:rPr>
        <w:t>4. JUNOODULLAH (page 1, 2)</w:t>
      </w:r>
    </w:p>
    <w:p>
      <w:pPr>
        <w:spacing w:before="0" w:after="40" w:line="300" w:lineRule="exact"/>
        <w:jc w:val="left"/>
      </w:pPr>
      <w:r>
        <w:rPr>
          <w:rFonts w:ascii="Georgia" w:hAnsi="Georgia" w:cs="Georgia" w:eastAsia="Georgia"/>
          <w:b w:val="0"/>
          <w:i w:val="0"/>
          <w:sz w:val="20"/>
        </w:rPr>
        <w:t>5. THE PLOT OF WESTERN EDUCATION (page 3)</w:t>
      </w:r>
    </w:p>
    <w:p>
      <w:pPr>
        <w:spacing w:before="0" w:after="40" w:line="300" w:lineRule="exact"/>
        <w:jc w:val="left"/>
      </w:pPr>
      <w:r>
        <w:rPr>
          <w:rFonts w:ascii="Georgia" w:hAnsi="Georgia" w:cs="Georgia" w:eastAsia="Georgia"/>
          <w:b w:val="0"/>
          <w:i w:val="0"/>
          <w:sz w:val="20"/>
        </w:rPr>
        <w:t>6. THE APPOINTED TIME (page 3)</w:t>
      </w:r>
    </w:p>
    <w:p>
      <w:pPr>
        <w:spacing w:before="0" w:after="40" w:line="300" w:lineRule="exact"/>
        <w:jc w:val="left"/>
      </w:pPr>
      <w:r>
        <w:rPr>
          <w:rFonts w:ascii="Georgia" w:hAnsi="Georgia" w:cs="Georgia" w:eastAsia="Georgia"/>
          <w:b w:val="0"/>
          <w:i w:val="0"/>
          <w:sz w:val="20"/>
        </w:rPr>
        <w:t>7. ALLAH IS NOT GHAAFIL (page 3)</w:t>
      </w:r>
    </w:p>
    <w:p>
      <w:pPr>
        <w:spacing w:before="0" w:after="40" w:line="300" w:lineRule="exact"/>
        <w:jc w:val="left"/>
      </w:pPr>
      <w:r>
        <w:rPr>
          <w:rFonts w:ascii="Georgia" w:hAnsi="Georgia" w:cs="Georgia" w:eastAsia="Georgia"/>
          <w:b w:val="0"/>
          <w:i w:val="0"/>
          <w:sz w:val="20"/>
        </w:rPr>
        <w:t>8. "IN THE FOOTSTEPS OF SHAITAAN" (page 3)</w:t>
      </w:r>
    </w:p>
    <w:p>
      <w:pPr>
        <w:spacing w:before="0" w:after="40" w:line="300" w:lineRule="exact"/>
        <w:jc w:val="left"/>
      </w:pPr>
      <w:r>
        <w:rPr>
          <w:rFonts w:ascii="Georgia" w:hAnsi="Georgia" w:cs="Georgia" w:eastAsia="Georgia"/>
          <w:b w:val="0"/>
          <w:i w:val="0"/>
          <w:sz w:val="20"/>
        </w:rPr>
        <w:t>9. FIERCE FIGHTING IN KHARTOUM (page 4)</w:t>
      </w:r>
    </w:p>
    <w:p>
      <w:pPr>
        <w:spacing w:before="0" w:after="40" w:line="300" w:lineRule="exact"/>
        <w:jc w:val="left"/>
      </w:pPr>
      <w:r>
        <w:rPr>
          <w:rFonts w:ascii="Georgia" w:hAnsi="Georgia" w:cs="Georgia" w:eastAsia="Georgia"/>
          <w:b w:val="0"/>
          <w:i w:val="0"/>
          <w:sz w:val="20"/>
        </w:rPr>
        <w:t>10. HAMAS REMAINS UNDEFEATED (page 4)</w:t>
      </w:r>
    </w:p>
    <w:p>
      <w:pPr>
        <w:spacing w:before="0" w:after="40" w:line="300" w:lineRule="exact"/>
        <w:jc w:val="left"/>
      </w:pPr>
      <w:r>
        <w:rPr>
          <w:rFonts w:ascii="Georgia" w:hAnsi="Georgia" w:cs="Georgia" w:eastAsia="Georgia"/>
          <w:b w:val="0"/>
          <w:i w:val="0"/>
          <w:sz w:val="20"/>
        </w:rPr>
        <w:t>11. STRIFE &amp; ANARCHY (page 5)</w:t>
      </w:r>
    </w:p>
    <w:p>
      <w:pPr>
        <w:spacing w:before="0" w:after="40" w:line="300" w:lineRule="exact"/>
        <w:jc w:val="left"/>
      </w:pPr>
      <w:r>
        <w:rPr>
          <w:rFonts w:ascii="Georgia" w:hAnsi="Georgia" w:cs="Georgia" w:eastAsia="Georgia"/>
          <w:b w:val="0"/>
          <w:i w:val="0"/>
          <w:sz w:val="20"/>
        </w:rPr>
        <w:t>12. Victories While Israel Targets Civilians (page 5)</w:t>
      </w:r>
    </w:p>
    <w:p>
      <w:pPr>
        <w:spacing w:before="0" w:after="40" w:line="300" w:lineRule="exact"/>
        <w:jc w:val="left"/>
      </w:pPr>
      <w:r>
        <w:rPr>
          <w:rFonts w:ascii="Georgia" w:hAnsi="Georgia" w:cs="Georgia" w:eastAsia="Georgia"/>
          <w:b w:val="0"/>
          <w:i w:val="0"/>
          <w:sz w:val="20"/>
        </w:rPr>
        <w:t>13. SOLDIER FLEES FROM BRAZIL (page 6)</w:t>
      </w:r>
    </w:p>
    <w:p>
      <w:pPr>
        <w:spacing w:before="0" w:after="40" w:line="300" w:lineRule="exact"/>
        <w:jc w:val="left"/>
      </w:pPr>
      <w:r>
        <w:rPr>
          <w:rFonts w:ascii="Georgia" w:hAnsi="Georgia" w:cs="Georgia" w:eastAsia="Georgia"/>
          <w:b w:val="0"/>
          <w:i w:val="0"/>
          <w:sz w:val="20"/>
        </w:rPr>
        <w:t>14. SUCCESS (page 6)</w:t>
      </w:r>
    </w:p>
    <w:p>
      <w:pPr>
        <w:spacing w:before="0" w:after="40" w:line="300" w:lineRule="exact"/>
        <w:jc w:val="left"/>
      </w:pPr>
      <w:r>
        <w:rPr>
          <w:rFonts w:ascii="Georgia" w:hAnsi="Georgia" w:cs="Georgia" w:eastAsia="Georgia"/>
          <w:b w:val="0"/>
          <w:i w:val="0"/>
          <w:sz w:val="20"/>
        </w:rPr>
        <w:t>15. SAY THE YAHOOD (page 7)</w:t>
      </w:r>
    </w:p>
    <w:p>
      <w:pPr>
        <w:spacing w:before="0" w:after="40" w:line="300" w:lineRule="exact"/>
        <w:jc w:val="left"/>
      </w:pPr>
      <w:r>
        <w:rPr>
          <w:rFonts w:ascii="Georgia" w:hAnsi="Georgia" w:cs="Georgia" w:eastAsia="Georgia"/>
          <w:b w:val="0"/>
          <w:i w:val="0"/>
          <w:sz w:val="20"/>
        </w:rPr>
        <w:t>16. WARNING FOR THE ZINDEEQS (page 7)</w:t>
      </w:r>
    </w:p>
    <w:p>
      <w:pPr>
        <w:spacing w:before="0" w:after="40" w:line="300" w:lineRule="exact"/>
        <w:jc w:val="left"/>
      </w:pPr>
      <w:r>
        <w:rPr>
          <w:rFonts w:ascii="Georgia" w:hAnsi="Georgia" w:cs="Georgia" w:eastAsia="Georgia"/>
          <w:b w:val="0"/>
          <w:i w:val="0"/>
          <w:sz w:val="20"/>
        </w:rPr>
        <w:t>17. ISRAEL IS BLEEDING (page 8)</w:t>
      </w:r>
    </w:p>
    <w:p>
      <w:pPr>
        <w:spacing w:before="0" w:after="40" w:line="300" w:lineRule="exact"/>
        <w:jc w:val="left"/>
      </w:pPr>
      <w:r>
        <w:rPr>
          <w:rFonts w:ascii="Georgia" w:hAnsi="Georgia" w:cs="Georgia" w:eastAsia="Georgia"/>
          <w:b w:val="0"/>
          <w:i w:val="0"/>
          <w:sz w:val="20"/>
        </w:rPr>
        <w:t>18. THE SUNNAH (page 8)</w:t>
      </w:r>
    </w:p>
    <w:p>
      <w:pPr>
        <w:spacing w:before="0" w:after="40" w:line="300" w:lineRule="exact"/>
        <w:jc w:val="left"/>
      </w:pPr>
      <w:r>
        <w:rPr>
          <w:rFonts w:ascii="Georgia" w:hAnsi="Georgia" w:cs="Georgia" w:eastAsia="Georgia"/>
          <w:b w:val="0"/>
          <w:i w:val="0"/>
          <w:sz w:val="20"/>
        </w:rPr>
        <w:t>19. ISRAEL BLEEDS (page 9)</w:t>
      </w:r>
    </w:p>
    <w:p>
      <w:pPr>
        <w:spacing w:before="0" w:after="40" w:line="300" w:lineRule="exact"/>
        <w:jc w:val="left"/>
      </w:pPr>
      <w:r>
        <w:rPr>
          <w:rFonts w:ascii="Georgia" w:hAnsi="Georgia" w:cs="Georgia" w:eastAsia="Georgia"/>
          <w:b w:val="0"/>
          <w:i w:val="0"/>
          <w:sz w:val="20"/>
        </w:rPr>
        <w:t>20. THE WOES OF ISRAEL (page 10)</w:t>
      </w:r>
    </w:p>
    <w:p>
      <w:pPr>
        <w:spacing w:before="0" w:after="40" w:line="300" w:lineRule="exact"/>
        <w:jc w:val="left"/>
      </w:pPr>
      <w:r>
        <w:rPr>
          <w:rFonts w:ascii="Georgia" w:hAnsi="Georgia" w:cs="Georgia" w:eastAsia="Georgia"/>
          <w:b w:val="0"/>
          <w:i w:val="0"/>
          <w:sz w:val="20"/>
        </w:rPr>
        <w:t>21. LAMENT OF THE YAHOODIS (page 10)</w:t>
      </w:r>
    </w:p>
    <w:p>
      <w:pPr>
        <w:spacing w:before="0" w:after="40" w:line="300" w:lineRule="exact"/>
        <w:jc w:val="left"/>
      </w:pPr>
      <w:r>
        <w:rPr>
          <w:rFonts w:ascii="Georgia" w:hAnsi="Georgia" w:cs="Georgia" w:eastAsia="Georgia"/>
          <w:b w:val="0"/>
          <w:i w:val="0"/>
          <w:sz w:val="20"/>
        </w:rPr>
        <w:t>22. THE TABLIGHI CULT'S DEVIATION (page 11)</w:t>
      </w:r>
    </w:p>
    <w:p>
      <w:pPr>
        <w:spacing w:before="0" w:after="40" w:line="300" w:lineRule="exact"/>
        <w:jc w:val="left"/>
      </w:pPr>
      <w:r>
        <w:rPr>
          <w:rFonts w:ascii="Georgia" w:hAnsi="Georgia" w:cs="Georgia" w:eastAsia="Georgia"/>
          <w:b w:val="0"/>
          <w:i w:val="0"/>
          <w:sz w:val="20"/>
        </w:rPr>
        <w:t>23. ISRAELI (page 11)</w:t>
      </w:r>
    </w:p>
    <w:p>
      <w:pPr>
        <w:spacing w:before="0" w:after="40" w:line="300" w:lineRule="exact"/>
        <w:jc w:val="left"/>
      </w:pPr>
      <w:r>
        <w:rPr>
          <w:rFonts w:ascii="Georgia" w:hAnsi="Georgia" w:cs="Georgia" w:eastAsia="Georgia"/>
          <w:b w:val="0"/>
          <w:i w:val="0"/>
          <w:sz w:val="20"/>
        </w:rPr>
        <w:t>24. "A PAINFUL ATHAAB" (page 11)</w:t>
      </w:r>
    </w:p>
    <w:p>
      <w:pPr>
        <w:spacing w:before="0" w:after="40" w:line="300" w:lineRule="exact"/>
        <w:jc w:val="left"/>
      </w:pPr>
      <w:r>
        <w:rPr>
          <w:rFonts w:ascii="Georgia" w:hAnsi="Georgia" w:cs="Georgia" w:eastAsia="Georgia"/>
          <w:b w:val="0"/>
          <w:i w:val="0"/>
          <w:sz w:val="20"/>
        </w:rPr>
        <w:t>25. "LAW OF THE LAND" &amp; THE SHARIAH (page 12, 13)</w:t>
      </w:r>
    </w:p>
    <w:p>
      <w:pPr>
        <w:spacing w:before="0" w:after="40" w:line="300" w:lineRule="exact"/>
        <w:jc w:val="left"/>
      </w:pPr>
      <w:r>
        <w:rPr>
          <w:rFonts w:ascii="Georgia" w:hAnsi="Georgia" w:cs="Georgia" w:eastAsia="Georgia"/>
          <w:b w:val="0"/>
          <w:i w:val="0"/>
          <w:sz w:val="20"/>
        </w:rPr>
        <w:t>26. PUNISHMENT OF THE GRAVE (page 13)</w:t>
      </w:r>
    </w:p>
    <w:p>
      <w:pPr>
        <w:spacing w:before="0" w:after="40" w:line="300" w:lineRule="exact"/>
        <w:jc w:val="left"/>
      </w:pPr>
      <w:r>
        <w:rPr>
          <w:rFonts w:ascii="Georgia" w:hAnsi="Georgia" w:cs="Georgia" w:eastAsia="Georgia"/>
          <w:b w:val="0"/>
          <w:i w:val="0"/>
          <w:sz w:val="20"/>
        </w:rPr>
        <w:t>27. A report by the Jerusalem Post, earlier in December, touched on the thousands of settlers… (page 13) [no printed headline]</w:t>
      </w:r>
    </w:p>
    <w:p>
      <w:pPr>
        <w:spacing w:before="0" w:after="40" w:line="300" w:lineRule="exact"/>
        <w:jc w:val="left"/>
      </w:pPr>
      <w:r>
        <w:rPr>
          <w:rFonts w:ascii="Georgia" w:hAnsi="Georgia" w:cs="Georgia" w:eastAsia="Georgia"/>
          <w:b w:val="0"/>
          <w:i w:val="0"/>
          <w:sz w:val="20"/>
        </w:rPr>
        <w:t>28. HAMAS (page 14)</w:t>
      </w:r>
    </w:p>
    <w:p>
      <w:pPr>
        <w:spacing w:before="0" w:after="40" w:line="300" w:lineRule="exact"/>
        <w:jc w:val="left"/>
      </w:pPr>
      <w:r>
        <w:rPr>
          <w:rFonts w:ascii="Georgia" w:hAnsi="Georgia" w:cs="Georgia" w:eastAsia="Georgia"/>
          <w:b w:val="0"/>
          <w:i w:val="0"/>
          <w:sz w:val="20"/>
        </w:rPr>
        <w:t>29. 'Working Hard to Find Him' Unlike Yahya, the report said, Mohammed has not spent a… (page 14) [no printed headline]</w:t>
      </w:r>
    </w:p>
    <w:p>
      <w:pPr>
        <w:spacing w:before="0" w:after="40" w:line="300" w:lineRule="exact"/>
        <w:jc w:val="left"/>
      </w:pPr>
      <w:r>
        <w:rPr>
          <w:rFonts w:ascii="Georgia" w:hAnsi="Georgia" w:cs="Georgia" w:eastAsia="Georgia"/>
          <w:b w:val="0"/>
          <w:i w:val="0"/>
          <w:sz w:val="20"/>
        </w:rPr>
        <w:t>30. CHANGING CONDITION (page 14)</w:t>
      </w:r>
    </w:p>
    <w:p>
      <w:pPr>
        <w:spacing w:before="0" w:after="40" w:line="300" w:lineRule="exact"/>
        <w:jc w:val="left"/>
      </w:pPr>
      <w:r>
        <w:rPr>
          <w:rFonts w:ascii="Georgia" w:hAnsi="Georgia" w:cs="Georgia" w:eastAsia="Georgia"/>
          <w:b w:val="0"/>
          <w:i w:val="0"/>
          <w:sz w:val="20"/>
        </w:rPr>
        <w:t>31. THE KHALIFAH - THE RULER HIS QUALIFICATION IS TAQWA (page 15)</w:t>
      </w:r>
    </w:p>
    <w:p>
      <w:pPr>
        <w:spacing w:before="0" w:after="40" w:line="300" w:lineRule="exact"/>
        <w:jc w:val="left"/>
      </w:pPr>
      <w:r>
        <w:rPr>
          <w:rFonts w:ascii="Georgia" w:hAnsi="Georgia" w:cs="Georgia" w:eastAsia="Georgia"/>
          <w:b w:val="0"/>
          <w:i w:val="0"/>
          <w:sz w:val="20"/>
        </w:rPr>
        <w:t>32. A JUST RULER (page 16)</w:t>
      </w:r>
    </w:p>
    <w:p>
      <w:pPr>
        <w:spacing w:before="0" w:after="40" w:line="300" w:lineRule="exact"/>
        <w:jc w:val="left"/>
      </w:pPr>
      <w:r>
        <w:rPr>
          <w:rFonts w:ascii="Georgia" w:hAnsi="Georgia" w:cs="Georgia" w:eastAsia="Georgia"/>
          <w:b w:val="0"/>
          <w:i w:val="0"/>
          <w:sz w:val="20"/>
        </w:rPr>
        <w:t>33. A GAZE OF ZINA IS PUNISHED (page 16)</w:t>
      </w:r>
    </w:p>
    <w:p>
      <w:pPr>
        <w:spacing w:before="0" w:after="40" w:line="300" w:lineRule="exact"/>
        <w:jc w:val="left"/>
      </w:pPr>
      <w:r>
        <w:rPr>
          <w:rFonts w:ascii="Georgia" w:hAnsi="Georgia" w:cs="Georgia" w:eastAsia="Georgia"/>
          <w:b w:val="0"/>
          <w:i w:val="0"/>
          <w:sz w:val="20"/>
        </w:rPr>
        <w:t>34. SIN NEVER BECOMES STALE (page 16)</w:t>
      </w:r>
    </w:p>
    <w:p>
      <w:pPr>
        <w:spacing w:before="0" w:after="40" w:line="300" w:lineRule="exact"/>
        <w:jc w:val="left"/>
      </w:pPr>
      <w:r>
        <w:rPr>
          <w:rFonts w:ascii="Georgia" w:hAnsi="Georgia" w:cs="Georgia" w:eastAsia="Georgia"/>
          <w:b w:val="0"/>
          <w:i w:val="0"/>
          <w:sz w:val="20"/>
        </w:rPr>
        <w:t>35. THE 'WILD' FIRES - DIVINELY DESIGNATED (page 17)</w:t>
      </w:r>
    </w:p>
    <w:p>
      <w:pPr>
        <w:spacing w:before="0" w:after="40" w:line="300" w:lineRule="exact"/>
        <w:jc w:val="left"/>
      </w:pPr>
      <w:r>
        <w:rPr>
          <w:rFonts w:ascii="Georgia" w:hAnsi="Georgia" w:cs="Georgia" w:eastAsia="Georgia"/>
          <w:b w:val="0"/>
          <w:i w:val="0"/>
          <w:sz w:val="20"/>
        </w:rPr>
        <w:t>36. THE AID OF ALLAH (page 17)</w:t>
      </w:r>
    </w:p>
    <w:p>
      <w:pPr>
        <w:spacing w:before="0" w:after="40" w:line="300" w:lineRule="exact"/>
        <w:jc w:val="left"/>
      </w:pPr>
      <w:r>
        <w:rPr>
          <w:rFonts w:ascii="Georgia" w:hAnsi="Georgia" w:cs="Georgia" w:eastAsia="Georgia"/>
          <w:b w:val="0"/>
          <w:i w:val="0"/>
          <w:sz w:val="20"/>
        </w:rPr>
        <w:t>37. THE DECEPTIVE, FAKE CEASEFIRE (page 18)</w:t>
      </w:r>
    </w:p>
    <w:p>
      <w:pPr>
        <w:spacing w:before="0" w:after="40" w:line="300" w:lineRule="exact"/>
        <w:jc w:val="left"/>
      </w:pPr>
      <w:r>
        <w:rPr>
          <w:rFonts w:ascii="Georgia" w:hAnsi="Georgia" w:cs="Georgia" w:eastAsia="Georgia"/>
          <w:b w:val="0"/>
          <w:i w:val="0"/>
          <w:sz w:val="20"/>
        </w:rPr>
        <w:t>38. He is «Samee' and Aleem" (page 18)</w:t>
      </w:r>
    </w:p>
    <w:p>
      <w:pPr>
        <w:spacing w:before="0" w:after="40" w:line="300" w:lineRule="exact"/>
        <w:jc w:val="left"/>
      </w:pPr>
      <w:r>
        <w:rPr>
          <w:rFonts w:ascii="Georgia" w:hAnsi="Georgia" w:cs="Georgia" w:eastAsia="Georgia"/>
          <w:b w:val="0"/>
          <w:i w:val="0"/>
          <w:sz w:val="20"/>
        </w:rPr>
        <w:t>39. AMR BIL MA'ROOF (page 19)</w:t>
      </w:r>
    </w:p>
    <w:p>
      <w:pPr>
        <w:spacing w:before="0" w:after="40" w:line="300" w:lineRule="exact"/>
        <w:jc w:val="left"/>
      </w:pPr>
      <w:r>
        <w:rPr>
          <w:rFonts w:ascii="Georgia" w:hAnsi="Georgia" w:cs="Georgia" w:eastAsia="Georgia"/>
          <w:b w:val="0"/>
          <w:i w:val="0"/>
          <w:sz w:val="20"/>
        </w:rPr>
        <w:t>40. THE UNIVERSAL PUNISHMENT (page 19)</w:t>
      </w:r>
    </w:p>
    <w:p>
      <w:pPr>
        <w:spacing w:before="0" w:after="40" w:line="300" w:lineRule="exact"/>
        <w:jc w:val="left"/>
      </w:pPr>
      <w:r>
        <w:rPr>
          <w:rFonts w:ascii="Georgia" w:hAnsi="Georgia" w:cs="Georgia" w:eastAsia="Georgia"/>
          <w:b w:val="0"/>
          <w:i w:val="0"/>
          <w:sz w:val="20"/>
        </w:rPr>
        <w:t>41. DO NOT BE DEFLECTED BY THE DECEPTION OF SHAITAAN (page 20)</w:t>
      </w:r>
    </w:p>
    <w:p>
      <w:pPr>
        <w:spacing w:before="0" w:after="40" w:line="300" w:lineRule="exact"/>
        <w:jc w:val="left"/>
      </w:pPr>
      <w:r>
        <w:rPr>
          <w:rFonts w:ascii="Georgia" w:hAnsi="Georgia" w:cs="Georgia" w:eastAsia="Georgia"/>
          <w:b w:val="0"/>
          <w:i w:val="0"/>
          <w:sz w:val="20"/>
        </w:rPr>
        <w:t>42. "HE IS NOT UNJUST' (page 21)</w:t>
      </w:r>
    </w:p>
    <w:p>
      <w:pPr>
        <w:spacing w:before="0" w:after="40" w:line="300" w:lineRule="exact"/>
        <w:jc w:val="left"/>
      </w:pPr>
      <w:r>
        <w:rPr>
          <w:rFonts w:ascii="Georgia" w:hAnsi="Georgia" w:cs="Georgia" w:eastAsia="Georgia"/>
          <w:b w:val="0"/>
          <w:i w:val="0"/>
          <w:sz w:val="20"/>
        </w:rPr>
        <w:t>43. FAKE CEASEFIRES (page 21)</w:t>
      </w:r>
    </w:p>
    <w:p>
      <w:pPr>
        <w:spacing w:before="0" w:after="40" w:line="300" w:lineRule="exact"/>
        <w:jc w:val="left"/>
      </w:pPr>
      <w:r>
        <w:rPr>
          <w:rFonts w:ascii="Georgia" w:hAnsi="Georgia" w:cs="Georgia" w:eastAsia="Georgia"/>
          <w:b w:val="0"/>
          <w:i w:val="0"/>
          <w:sz w:val="20"/>
        </w:rPr>
        <w:t>44. DESTRUCTION &amp; DEVASTATION (page 21)</w:t>
      </w:r>
    </w:p>
    <w:p>
      <w:pPr>
        <w:spacing w:before="0" w:after="40" w:line="300" w:lineRule="exact"/>
        <w:jc w:val="left"/>
      </w:pPr>
      <w:r>
        <w:rPr>
          <w:rFonts w:ascii="Georgia" w:hAnsi="Georgia" w:cs="Georgia" w:eastAsia="Georgia"/>
          <w:b w:val="0"/>
          <w:i w:val="0"/>
          <w:sz w:val="20"/>
        </w:rPr>
        <w:t>45. YAHOOD &amp; NASAARA (page 22)</w:t>
      </w:r>
    </w:p>
    <w:p>
      <w:pPr>
        <w:spacing w:before="0" w:after="40" w:line="300" w:lineRule="exact"/>
        <w:jc w:val="left"/>
      </w:pPr>
      <w:r>
        <w:rPr>
          <w:rFonts w:ascii="Georgia" w:hAnsi="Georgia" w:cs="Georgia" w:eastAsia="Georgia"/>
          <w:b w:val="0"/>
          <w:i w:val="0"/>
          <w:sz w:val="20"/>
        </w:rPr>
        <w:t>46. AID - ONLY INTERFAITHERS (page 22)</w:t>
      </w:r>
    </w:p>
    <w:p>
      <w:pPr>
        <w:spacing w:before="0" w:after="40" w:line="300" w:lineRule="exact"/>
        <w:jc w:val="left"/>
      </w:pPr>
      <w:r>
        <w:rPr>
          <w:rFonts w:ascii="Georgia" w:hAnsi="Georgia" w:cs="Georgia" w:eastAsia="Georgia"/>
          <w:b w:val="0"/>
          <w:i w:val="0"/>
          <w:sz w:val="20"/>
        </w:rPr>
        <w:t>47. "You will see many of them befriending the kuffaar. (page 22) [no printed headline]</w:t>
      </w:r>
    </w:p>
    <w:p>
      <w:pPr>
        <w:spacing w:before="0" w:after="40" w:line="300" w:lineRule="exact"/>
        <w:jc w:val="left"/>
      </w:pPr>
      <w:r>
        <w:rPr>
          <w:rFonts w:ascii="Georgia" w:hAnsi="Georgia" w:cs="Georgia" w:eastAsia="Georgia"/>
          <w:b w:val="0"/>
          <w:i w:val="0"/>
          <w:sz w:val="20"/>
        </w:rPr>
        <w:t>48. AN AALIM OF THE HAQQ IS CAST TO A LION (page 23)</w:t>
      </w:r>
    </w:p>
    <w:p>
      <w:pPr>
        <w:spacing w:before="0" w:after="40" w:line="300" w:lineRule="exact"/>
        <w:jc w:val="left"/>
      </w:pPr>
      <w:r>
        <w:rPr>
          <w:rFonts w:ascii="Georgia" w:hAnsi="Georgia" w:cs="Georgia" w:eastAsia="Georgia"/>
          <w:b w:val="0"/>
          <w:i w:val="0"/>
          <w:sz w:val="20"/>
        </w:rPr>
        <w:t>49. THE CALAMITY (page 23)</w:t>
      </w:r>
    </w:p>
    <w:p>
      <w:pPr>
        <w:spacing w:before="0" w:after="40" w:line="300" w:lineRule="exact"/>
        <w:jc w:val="left"/>
      </w:pPr>
      <w:r>
        <w:rPr>
          <w:rFonts w:ascii="Georgia" w:hAnsi="Georgia" w:cs="Georgia" w:eastAsia="Georgia"/>
          <w:b w:val="0"/>
          <w:i w:val="0"/>
          <w:sz w:val="20"/>
        </w:rPr>
        <w:t>50. WEAKNESS /COWARDICE (page 23)</w:t>
      </w:r>
    </w:p>
    <w:p>
      <w:pPr>
        <w:spacing w:before="0" w:after="40" w:line="300" w:lineRule="exact"/>
        <w:jc w:val="left"/>
      </w:pPr>
      <w:r>
        <w:rPr>
          <w:rFonts w:ascii="Georgia" w:hAnsi="Georgia" w:cs="Georgia" w:eastAsia="Georgia"/>
          <w:b w:val="0"/>
          <w:i w:val="0"/>
          <w:sz w:val="20"/>
        </w:rPr>
        <w:t>51. YAHOODI BRUTALITY (page 24)</w:t>
      </w:r>
    </w:p>
    <w:p>
      <w:pPr>
        <w:spacing w:before="0" w:after="40" w:line="300" w:lineRule="exact"/>
        <w:jc w:val="left"/>
      </w:pPr>
      <w:r>
        <w:rPr>
          <w:rFonts w:ascii="Georgia" w:hAnsi="Georgia" w:cs="Georgia" w:eastAsia="Georgia"/>
          <w:b w:val="0"/>
          <w:i w:val="0"/>
          <w:sz w:val="20"/>
        </w:rPr>
        <w:t>52. THE WAY TO CELEBRATE (page 24)</w:t>
      </w:r>
    </w:p>
    <w:p>
      <w:pPr>
        <w:spacing w:before="0" w:after="40" w:line="300" w:lineRule="exact"/>
        <w:jc w:val="left"/>
      </w:pPr>
      <w:r>
        <w:rPr>
          <w:rFonts w:ascii="Georgia" w:hAnsi="Georgia" w:cs="Georgia" w:eastAsia="Georgia"/>
          <w:b w:val="0"/>
          <w:i w:val="0"/>
          <w:sz w:val="20"/>
        </w:rPr>
        <w:t>53. Questions &amp; Answers (page 24)</w:t>
      </w:r>
    </w:p>
    <w:p>
      <w:r>
        <w:br w:type="page"/>
      </w:r>
    </w:p>
    <w:p>
      <w:pPr>
        <w:pStyle w:val="Heading1"/>
        <w:spacing w:before="360" w:after="200" w:line="300" w:lineRule="exact"/>
        <w:jc w:val="center"/>
      </w:pPr>
      <w:r>
        <w:rPr>
          <w:rFonts w:ascii="Georgia" w:hAnsi="Georgia" w:cs="Georgia" w:eastAsia="Georgia"/>
          <w:b/>
          <w:i w:val="0"/>
          <w:color w:val="1F3864"/>
          <w:sz w:val="32"/>
        </w:rPr>
        <w:t>Al-Hag-</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BULLETIN No. 75</w:t>
      </w:r>
    </w:p>
    <w:p>
      <w:pPr>
        <w:spacing w:before="0" w:after="120" w:line="300" w:lineRule="exact"/>
        <w:jc w:val="both"/>
      </w:pPr>
      <w:r>
        <w:rPr>
          <w:rFonts w:ascii="Georgia" w:hAnsi="Georgia" w:cs="Georgia" w:eastAsia="Georgia"/>
          <w:b w:val="0"/>
          <w:i w:val="0"/>
          <w:sz w:val="22"/>
        </w:rPr>
        <w:t>Sha'baan 1446 / February 2025</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JUNOODULLAH</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"THE ARMIES OF ALLAH" "No one knows the Armies of your Rabb except He." (Al-Mudathir, Aayat 31) "The Armies of the Heavens</w:t>
      </w:r>
    </w:p>
    <w:p>
      <w:pPr>
        <w:spacing w:before="120" w:after="120" w:line="300" w:lineRule="exact"/>
        <w:ind w:left="720" w:right="720"/>
        <w:jc w:val="center"/>
      </w:pPr>
      <w:r>
        <w:rPr>
          <w:rFonts w:ascii="Georgia" w:hAnsi="Georgia" w:cs="Georgia" w:eastAsia="Georgia"/>
          <w:b w:val="0"/>
          <w:i/>
          <w:sz w:val="22"/>
        </w:rPr>
        <w:t>and earth belong to only Allah. Allah is Ever-</w:t>
      </w:r>
    </w:p>
    <w:p>
      <w:pPr>
        <w:spacing w:before="0" w:after="120" w:line="300" w:lineRule="exact"/>
        <w:jc w:val="both"/>
      </w:pPr>
      <w:r>
        <w:rPr>
          <w:rFonts w:ascii="Georgia" w:hAnsi="Georgia" w:cs="Georgia" w:eastAsia="Georgia"/>
          <w:b w:val="0"/>
          <w:i w:val="0"/>
          <w:sz w:val="22"/>
        </w:rPr>
        <w:t>Knowing, The All-Wise." (Al-Fath, Aayat 4) The Armies of Allah Azza Wa Jal are boundless in numbers and powers. Allah Azza Wa Jala activates His Armies whenever He wills. Among His Armies are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WILD</w:t>
      </w:r>
    </w:p>
    <w:p>
      <w:pPr>
        <w:spacing w:before="0" w:after="160" w:line="300" w:lineRule="exact"/>
        <w:jc w:val="center"/>
      </w:pPr>
      <w:r>
        <w:rPr>
          <w:rFonts w:ascii="Georgia" w:hAnsi="Georgia" w:cs="Georgia" w:eastAsia="Georgia"/>
          <w:b w:val="0"/>
          <w:i/>
          <w:sz w:val="16"/>
        </w:rPr>
        <w:t>Page 1, 2 of the original</w:t>
      </w:r>
    </w:p>
    <w:p>
      <w:pPr>
        <w:spacing w:before="0" w:after="120" w:line="300" w:lineRule="exact"/>
        <w:jc w:val="both"/>
      </w:pPr>
      <w:r>
        <w:rPr>
          <w:rFonts w:ascii="Georgia" w:hAnsi="Georgia" w:cs="Georgia" w:eastAsia="Georgia"/>
          <w:b w:val="0"/>
          <w:i w:val="0"/>
          <w:sz w:val="22"/>
        </w:rPr>
        <w:t>FIRES, earthquakes, hurricanes, floods, volcanic eruptions, swarms of locusts, the KUFFAAR, droughts, famines, plagues, and innumerable other entities of His Makhlooq (Creation) which Allah Azza Wa Jal harnesses into forms of Athaab (Punishment). Currently the Athaab of Wild Fires is ravaging America. Every intelligent Muslim understands that this Wild Fire Athaab is the conse- quence of American brutality perpetrated by its surrogate, Israel in Palestine while the Kuffaar Athaab in Palestine is the consequence of treason and rebellion of Muslims against the Shariah of Allah Ta'ala.</w:t>
      </w:r>
    </w:p>
    <w:p>
      <w:pPr>
        <w:spacing w:before="0" w:after="120" w:line="300" w:lineRule="exact"/>
        <w:jc w:val="both"/>
      </w:pPr>
      <w:r>
        <w:rPr>
          <w:rFonts w:ascii="Georgia" w:hAnsi="Georgia" w:cs="Georgia" w:eastAsia="Georgia"/>
          <w:b w:val="0"/>
          <w:i w:val="0"/>
          <w:sz w:val="22"/>
        </w:rPr>
        <w:t>While kuffaar are Satanists and Atheists who lack the intelligence to correlate the punishment with their oppression and brutality, Muslims are not expected to adopt such satanically ignorant behaviour stemming from induracy of intelligence. Allah Ta'ala stating the reason for worldly acts of punishment, says in the Qur'aan Majeed: "Fasaad (Anarchy) has be- come apparent on the land and ocean because of the</w:t>
      </w:r>
    </w:p>
    <w:p>
      <w:pPr>
        <w:spacing w:before="120" w:after="120" w:line="300" w:lineRule="exact"/>
        <w:ind w:left="720" w:right="720"/>
        <w:jc w:val="center"/>
      </w:pPr>
      <w:r>
        <w:rPr>
          <w:rFonts w:ascii="Georgia" w:hAnsi="Georgia" w:cs="Georgia" w:eastAsia="Georgia"/>
          <w:b w:val="0"/>
          <w:i/>
          <w:sz w:val="22"/>
        </w:rPr>
        <w:t>deeds perpetrated by the hands of people so that Allah</w:t>
      </w:r>
    </w:p>
    <w:p>
      <w:pPr>
        <w:spacing w:before="120" w:after="120" w:line="300" w:lineRule="exact"/>
        <w:ind w:left="720" w:right="720"/>
        <w:jc w:val="center"/>
      </w:pPr>
      <w:r>
        <w:rPr>
          <w:rFonts w:ascii="Georgia" w:hAnsi="Georgia" w:cs="Georgia" w:eastAsia="Georgia"/>
          <w:b w:val="0"/>
          <w:i/>
          <w:sz w:val="22"/>
        </w:rPr>
        <w:t>gives them to taste some of the consequences of what their hands have earned,</w:t>
      </w:r>
    </w:p>
    <w:p>
      <w:pPr>
        <w:spacing w:before="0" w:after="120" w:line="300" w:lineRule="exact"/>
        <w:jc w:val="both"/>
      </w:pPr>
      <w:r>
        <w:rPr>
          <w:rFonts w:ascii="Georgia" w:hAnsi="Georgia" w:cs="Georgia" w:eastAsia="Georgia"/>
          <w:b w:val="0"/>
          <w:i w:val="0"/>
          <w:sz w:val="22"/>
        </w:rPr>
        <w:t>for perhaps they may return (to the Path of Rectitude)." (Ar-Room, Aayat 41) "We shall certainly give them</w:t>
      </w:r>
    </w:p>
    <w:p>
      <w:pPr>
        <w:spacing w:before="120" w:after="120" w:line="300" w:lineRule="exact"/>
        <w:ind w:left="720" w:right="720"/>
        <w:jc w:val="center"/>
      </w:pPr>
      <w:r>
        <w:rPr>
          <w:rFonts w:ascii="Georgia" w:hAnsi="Georgia" w:cs="Georgia" w:eastAsia="Georgia"/>
          <w:b w:val="0"/>
          <w:i/>
          <w:sz w:val="22"/>
        </w:rPr>
        <w:t>to taste of the lesser Punishment, not the greater</w:t>
      </w:r>
    </w:p>
    <w:p>
      <w:pPr>
        <w:spacing w:before="0" w:after="120" w:line="300" w:lineRule="exact"/>
        <w:jc w:val="both"/>
      </w:pPr>
      <w:r>
        <w:rPr>
          <w:rFonts w:ascii="Georgia" w:hAnsi="Georgia" w:cs="Georgia" w:eastAsia="Georgia"/>
          <w:b w:val="0"/>
          <w:i w:val="0"/>
          <w:sz w:val="22"/>
        </w:rPr>
        <w:t>tion, granted by the ministry, will also be cancelled," it said. In another development, Taliban leader Haibatullah Akhunzada has ordered that buildings should not have windows looking into places where a woman might sit or stand. According to a four-clause decree posted on X over the weekend, the order applies to new buildings as well as existing ones.</w:t>
      </w:r>
    </w:p>
    <w:p>
      <w:pPr>
        <w:spacing w:before="0" w:after="120" w:line="300" w:lineRule="exact"/>
        <w:jc w:val="both"/>
      </w:pPr>
      <w:r>
        <w:rPr>
          <w:rFonts w:ascii="Georgia" w:hAnsi="Georgia" w:cs="Georgia" w:eastAsia="Georgia"/>
          <w:b w:val="0"/>
          <w:i w:val="0"/>
          <w:sz w:val="22"/>
        </w:rPr>
        <w:t>Windows should not overlook or look into areas like yards or kitchens. Where a window looks into such a space, then the person responsible for that property must find a way to obscure this view to "remove harm," by installing a wall, fence or screen. Municipalities and other authorities must supervise the construction of new buildings to avoid installing windows that look into or over residential properties, the decree added.</w:t>
      </w:r>
    </w:p>
    <w:p>
      <w:pPr>
        <w:spacing w:before="0" w:after="120" w:line="300" w:lineRule="exact"/>
        <w:jc w:val="both"/>
      </w:pPr>
      <w:r>
        <w:rPr>
          <w:rFonts w:ascii="Georgia" w:hAnsi="Georgia" w:cs="Georgia" w:eastAsia="Georgia"/>
          <w:b w:val="0"/>
          <w:i w:val="0"/>
          <w:sz w:val="22"/>
        </w:rPr>
        <w:t>A recent law prohibits Afghan women from singing or reciting poetry in public. Some local radio and television stations have also stopped broad-</w:t>
      </w:r>
    </w:p>
    <w:p>
      <w:pPr>
        <w:spacing w:before="120" w:after="120" w:line="300" w:lineRule="exact"/>
        <w:ind w:left="720" w:right="720"/>
        <w:jc w:val="center"/>
      </w:pPr>
      <w:r>
        <w:rPr>
          <w:rFonts w:ascii="Georgia" w:hAnsi="Georgia" w:cs="Georgia" w:eastAsia="Georgia"/>
          <w:b w:val="0"/>
          <w:i/>
          <w:sz w:val="22"/>
        </w:rPr>
        <w:t>casting female voices. SOURCE: AL JAZEERA AND NEWS AGENCIES Comment These edicts are in conformity with the Shariah. However, the Taliban have to institute the entire Shariah. Tit bits are not sufficient for an entity claiming to be an Islamic government. The first and foremost Fardh requisite is the Institution of Salaat. In this regard, the Qur'aan Majeed sates: "When We install them as rulers, they establish Salaat, Zakaat, command virtue and prohibit vice."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JUNOODULLAH</w:t>
      </w:r>
    </w:p>
    <w:p>
      <w:pPr>
        <w:spacing w:before="0" w:after="160" w:line="300" w:lineRule="exact"/>
        <w:jc w:val="center"/>
      </w:pPr>
      <w:r>
        <w:rPr>
          <w:rFonts w:ascii="Georgia" w:hAnsi="Georgia" w:cs="Georgia" w:eastAsia="Georgia"/>
          <w:b w:val="0"/>
          <w:i/>
          <w:sz w:val="16"/>
        </w:rPr>
        <w:t>Page 1, 2 of the original. Heading read from the printed headline artwork.</w:t>
      </w:r>
    </w:p>
    <w:p>
      <w:pPr>
        <w:spacing w:before="0" w:after="120" w:line="300" w:lineRule="exact"/>
        <w:jc w:val="both"/>
      </w:pPr>
      <w:r>
        <w:rPr>
          <w:rFonts w:ascii="Georgia" w:hAnsi="Georgia" w:cs="Georgia" w:eastAsia="Georgia"/>
          <w:b w:val="0"/>
          <w:i w:val="0"/>
          <w:sz w:val="22"/>
        </w:rPr>
        <w:t>The Taliban government has warned that it will close all national and foreign nongovernmental organisations (NGOs) employing women in Afghanistan. "In a letter published on X on Sunday night, the country's Ministry of Economy warned that failure to comply with the latest order would lead to NGOs losing their licence to operate in Afghanistan.</w:t>
      </w:r>
    </w:p>
    <w:p>
      <w:pPr>
        <w:spacing w:before="0" w:after="120" w:line="300" w:lineRule="exact"/>
        <w:jc w:val="both"/>
      </w:pPr>
      <w:r>
        <w:rPr>
          <w:rFonts w:ascii="Georgia" w:hAnsi="Georgia" w:cs="Georgia" w:eastAsia="Georgia"/>
          <w:b w:val="0"/>
          <w:i w:val="0"/>
          <w:sz w:val="22"/>
        </w:rPr>
        <w:t>The directive came two years after the government told NGOs to suspend the employment of Afghan women allegedly because they did not adhere to the administration's interpretation of the Islamic dress code for women. The government was once again ordering the stoppage of all female work in institutions not controlled by the Taliban, according to the letter.</w:t>
      </w:r>
    </w:p>
    <w:p>
      <w:pPr>
        <w:spacing w:before="0" w:after="120" w:line="300" w:lineRule="exact"/>
        <w:jc w:val="both"/>
      </w:pPr>
      <w:r>
        <w:rPr>
          <w:rFonts w:ascii="Georgia" w:hAnsi="Georgia" w:cs="Georgia" w:eastAsia="Georgia"/>
          <w:b w:val="0"/>
          <w:i w:val="0"/>
          <w:sz w:val="22"/>
        </w:rPr>
        <w:t>"In case of lack of cooperation, all activities of that institution will be cancelled and the activity licence of that instituPunishment for perhaps they may return (to the Path of Rectitude). (As-Sajdah, Aayat 21) When fisq, fujoor and kufr in the Ummah have transgressed all bounds of Divine Toleration, then Allah Ta'ala inflicts some form of Punishment to jolt Muslims into the reality of their villainous condition.</w:t>
      </w:r>
    </w:p>
    <w:p>
      <w:pPr>
        <w:spacing w:before="0" w:after="120" w:line="300" w:lineRule="exact"/>
        <w:jc w:val="both"/>
      </w:pPr>
      <w:r>
        <w:rPr>
          <w:rFonts w:ascii="Georgia" w:hAnsi="Georgia" w:cs="Georgia" w:eastAsia="Georgia"/>
          <w:b w:val="0"/>
          <w:i w:val="0"/>
          <w:sz w:val="22"/>
        </w:rPr>
        <w:t>Thus, Muslims are supposed to understand the objective of Divine Punishment and to reform and submit in obedience to Allah Ta'ala. Muslims are not expected to behave like these atheist kuffaar Satanists who are unable to distinguish between vice and virtue. Diverting the focus to the kuffaar and blaming them for our problems, suffering and humiliation is the snare of Iblees to sustain the deception in which he has entrapped us.</w:t>
      </w:r>
    </w:p>
    <w:p>
      <w:pPr>
        <w:spacing w:before="0" w:after="120" w:line="300" w:lineRule="exact"/>
        <w:jc w:val="both"/>
      </w:pPr>
      <w:r>
        <w:rPr>
          <w:rFonts w:ascii="Georgia" w:hAnsi="Georgia" w:cs="Georgia" w:eastAsia="Georgia"/>
          <w:b w:val="0"/>
          <w:i w:val="0"/>
          <w:sz w:val="22"/>
        </w:rPr>
        <w:t>The massive upheavals and suffering of Muslims all over the world are not the handiwork of the kuffaar. The kuffaar are merely the medium via which Allah Ta'ala inflicts His Athaab. The plots of the kuffaar succeed only when Muslims have flagrantly commit treason against Allah Ta'ala. The plots of the kuffaar cannot harm Muslims if they are obedient slaves of Allah Ta'ala.</w:t>
      </w:r>
    </w:p>
    <w:p>
      <w:pPr>
        <w:spacing w:before="0" w:after="120" w:line="300" w:lineRule="exact"/>
        <w:jc w:val="both"/>
      </w:pPr>
      <w:r>
        <w:rPr>
          <w:rFonts w:ascii="Georgia" w:hAnsi="Georgia" w:cs="Georgia" w:eastAsia="Georgia"/>
          <w:b w:val="0"/>
          <w:i w:val="0"/>
          <w:sz w:val="22"/>
        </w:rPr>
        <w:t>In this regard, the Qur'aan Majeed states: By shifting the blame to the kuffaar, Muslims are by implication denying the explicit teachings of the Qur'aan and Sunnah. Regarding the inefficacy of the plots and conspiracies of the kuffaar, Allah Ta'ala says:</w:t>
      </w:r>
    </w:p>
    <w:p>
      <w:pPr>
        <w:spacing w:before="120" w:after="120" w:line="300" w:lineRule="exact"/>
        <w:ind w:left="720" w:right="720"/>
        <w:jc w:val="center"/>
      </w:pPr>
      <w:r>
        <w:rPr>
          <w:rFonts w:ascii="Georgia" w:hAnsi="Georgia" w:cs="Georgia" w:eastAsia="Georgia"/>
          <w:b w:val="0"/>
          <w:i/>
          <w:sz w:val="22"/>
        </w:rPr>
        <w:t>"O People of Imaan! If you have Sabr and adopt Taqwa</w:t>
      </w:r>
    </w:p>
    <w:p>
      <w:pPr>
        <w:spacing w:before="120" w:after="120" w:line="300" w:lineRule="exact"/>
        <w:ind w:left="720" w:right="720"/>
        <w:jc w:val="center"/>
      </w:pPr>
      <w:r>
        <w:rPr>
          <w:rFonts w:ascii="Georgia" w:hAnsi="Georgia" w:cs="Georgia" w:eastAsia="Georgia"/>
          <w:b w:val="0"/>
          <w:i/>
          <w:sz w:val="22"/>
        </w:rPr>
        <w:t>then their plots will not be able to harm you in the least."</w:t>
      </w:r>
    </w:p>
    <w:p>
      <w:pPr>
        <w:spacing w:before="0" w:after="120" w:line="300" w:lineRule="exact"/>
        <w:jc w:val="both"/>
      </w:pPr>
      <w:r>
        <w:rPr>
          <w:rFonts w:ascii="Georgia" w:hAnsi="Georgia" w:cs="Georgia" w:eastAsia="Georgia"/>
          <w:b w:val="0"/>
          <w:i w:val="0"/>
          <w:sz w:val="22"/>
        </w:rPr>
        <w:t>(Aal-e-Imraan, Aayat 120) The explicit Message of this Aayat is that kuffaar plots succeed only in the absence of Sabr and Taqwa. When Muslims have become like kuffaar, then Allah Ta'ala imposes kuffaar domination on them. The only solution for all our problems is Inaabat Ilallaah, that is to repent, reform and to adopt the Sunnah in the way in which it was meant to be adopted – Sahaabah style.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PLOT OF WESTERN EDUCATION</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King Abdullah had met with President Bush at his ranch in Texas in 2005 to foster better relations between the two countries. One of the pernicious satanic schemes was to send thousands of young Saudis to the West in a push to "reform". In this regard, David Ottoway writes: he writes: "Part of their plan called for</w:t>
      </w:r>
    </w:p>
    <w:p>
      <w:pPr>
        <w:spacing w:before="120" w:after="120" w:line="300" w:lineRule="exact"/>
        <w:ind w:left="720" w:right="720"/>
        <w:jc w:val="center"/>
      </w:pPr>
      <w:r>
        <w:rPr>
          <w:rFonts w:ascii="Georgia" w:hAnsi="Georgia" w:cs="Georgia" w:eastAsia="Georgia"/>
          <w:b w:val="0"/>
          <w:i/>
          <w:sz w:val="22"/>
        </w:rPr>
        <w:t>sending thousands of Saudi high school and college students to the United States for their education. Thus was born</w:t>
      </w:r>
    </w:p>
    <w:p>
      <w:pPr>
        <w:spacing w:before="0" w:after="120" w:line="300" w:lineRule="exact"/>
        <w:jc w:val="both"/>
      </w:pPr>
      <w:r>
        <w:rPr>
          <w:rFonts w:ascii="Georgia" w:hAnsi="Georgia" w:cs="Georgia" w:eastAsia="Georgia"/>
          <w:b w:val="0"/>
          <w:i w:val="0"/>
          <w:sz w:val="22"/>
        </w:rPr>
        <w:t>the King Abdullah Scholarship Program, through which Saudi</w:t>
      </w:r>
    </w:p>
    <w:p>
      <w:pPr>
        <w:spacing w:before="120" w:after="120" w:line="300" w:lineRule="exact"/>
        <w:ind w:left="720" w:right="720"/>
        <w:jc w:val="center"/>
      </w:pPr>
      <w:r>
        <w:rPr>
          <w:rFonts w:ascii="Georgia" w:hAnsi="Georgia" w:cs="Georgia" w:eastAsia="Georgia"/>
          <w:b w:val="0"/>
          <w:i/>
          <w:sz w:val="22"/>
        </w:rPr>
        <w:t>Arabia spent $6 billion annually to send tens of thousands of students to foreign universi-</w:t>
      </w:r>
    </w:p>
    <w:p>
      <w:pPr>
        <w:spacing w:before="120" w:after="120" w:line="300" w:lineRule="exact"/>
        <w:ind w:left="720" w:right="720"/>
        <w:jc w:val="center"/>
      </w:pPr>
      <w:r>
        <w:rPr>
          <w:rFonts w:ascii="Georgia" w:hAnsi="Georgia" w:cs="Georgia" w:eastAsia="Georgia"/>
          <w:b w:val="0"/>
          <w:i/>
          <w:sz w:val="22"/>
        </w:rPr>
        <w:t>ties, not only in the United States but also in Europe, Chi-</w:t>
      </w:r>
    </w:p>
    <w:p>
      <w:pPr>
        <w:spacing w:before="120" w:after="120" w:line="300" w:lineRule="exact"/>
        <w:ind w:left="720" w:right="720"/>
        <w:jc w:val="center"/>
      </w:pPr>
      <w:r>
        <w:rPr>
          <w:rFonts w:ascii="Georgia" w:hAnsi="Georgia" w:cs="Georgia" w:eastAsia="Georgia"/>
          <w:b w:val="0"/>
          <w:i/>
          <w:sz w:val="22"/>
        </w:rPr>
        <w:t>na, Japan, and Russia. By 2015, there were 125,000 Saudi students enrolled in US uni-</w:t>
      </w:r>
    </w:p>
    <w:p>
      <w:pPr>
        <w:spacing w:before="120" w:after="120" w:line="300" w:lineRule="exact"/>
        <w:ind w:left="720" w:right="720"/>
        <w:jc w:val="center"/>
      </w:pPr>
      <w:r>
        <w:rPr>
          <w:rFonts w:ascii="Georgia" w:hAnsi="Georgia" w:cs="Georgia" w:eastAsia="Georgia"/>
          <w:b w:val="0"/>
          <w:i/>
          <w:sz w:val="22"/>
        </w:rPr>
        <w:t>versities and colleges, and the total number of Saudis</w:t>
      </w:r>
    </w:p>
    <w:p>
      <w:pPr>
        <w:spacing w:before="0" w:after="120" w:line="300" w:lineRule="exact"/>
        <w:jc w:val="both"/>
      </w:pPr>
      <w:r>
        <w:rPr>
          <w:rFonts w:ascii="Georgia" w:hAnsi="Georgia" w:cs="Georgia" w:eastAsia="Georgia"/>
          <w:b w:val="0"/>
          <w:i w:val="0"/>
          <w:sz w:val="22"/>
        </w:rPr>
        <w:t>studying abroad, including their guardians, in twenty-three countries had reached 207,000, one-quarter of them women. The vast ma- jority of these students re-</w:t>
      </w:r>
    </w:p>
    <w:p>
      <w:pPr>
        <w:spacing w:before="120" w:after="120" w:line="300" w:lineRule="exact"/>
        <w:ind w:left="720" w:right="720"/>
        <w:jc w:val="center"/>
      </w:pPr>
      <w:r>
        <w:rPr>
          <w:rFonts w:ascii="Georgia" w:hAnsi="Georgia" w:cs="Georgia" w:eastAsia="Georgia"/>
          <w:b w:val="0"/>
          <w:i/>
          <w:sz w:val="22"/>
        </w:rPr>
        <w:t>turned to the kingdom techsavvy and exposed to modern</w:t>
      </w:r>
    </w:p>
    <w:p>
      <w:pPr>
        <w:spacing w:before="120" w:after="120" w:line="300" w:lineRule="exact"/>
        <w:ind w:left="720" w:right="720"/>
        <w:jc w:val="center"/>
      </w:pPr>
      <w:r>
        <w:rPr>
          <w:rFonts w:ascii="Georgia" w:hAnsi="Georgia" w:cs="Georgia" w:eastAsia="Georgia"/>
          <w:b w:val="0"/>
          <w:i/>
          <w:sz w:val="22"/>
        </w:rPr>
        <w:t>ideas and societies. Of all the reforms Abdullah initi-</w:t>
      </w:r>
    </w:p>
    <w:p>
      <w:pPr>
        <w:spacing w:before="0" w:after="120" w:line="300" w:lineRule="exact"/>
        <w:jc w:val="both"/>
      </w:pPr>
      <w:r>
        <w:rPr>
          <w:rFonts w:ascii="Georgia" w:hAnsi="Georgia" w:cs="Georgia" w:eastAsia="Georgia"/>
          <w:b w:val="0"/>
          <w:i w:val="0"/>
          <w:sz w:val="22"/>
        </w:rPr>
        <w:t>ated, the decision to send so</w:t>
      </w:r>
    </w:p>
    <w:p>
      <w:pPr>
        <w:spacing w:before="120" w:after="120" w:line="300" w:lineRule="exact"/>
        <w:ind w:left="720" w:right="720"/>
        <w:jc w:val="center"/>
      </w:pPr>
      <w:r>
        <w:rPr>
          <w:rFonts w:ascii="Georgia" w:hAnsi="Georgia" w:cs="Georgia" w:eastAsia="Georgia"/>
          <w:b w:val="0"/>
          <w:i/>
          <w:sz w:val="22"/>
        </w:rPr>
        <w:t>many young Saudis abroad was probably the single most consequential to promoting the</w:t>
      </w:r>
    </w:p>
    <w:p>
      <w:pPr>
        <w:spacing w:before="0" w:after="120" w:line="300" w:lineRule="exact"/>
        <w:jc w:val="both"/>
      </w:pPr>
      <w:r>
        <w:rPr>
          <w:rFonts w:ascii="Georgia" w:hAnsi="Georgia" w:cs="Georgia" w:eastAsia="Georgia"/>
          <w:b w:val="0"/>
          <w:i w:val="0"/>
          <w:sz w:val="22"/>
        </w:rPr>
        <w:t>multiple demands for reforms at home, particularly from women." Comment The vile consequences of fisq, fujoor and kufr stemming from this plot are being glaringly manifested today in Saudi Arabia.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APPOINTED TIME</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"Verily, when the time ap-</w:t>
      </w:r>
    </w:p>
    <w:p>
      <w:pPr>
        <w:spacing w:before="120" w:after="120" w:line="300" w:lineRule="exact"/>
        <w:ind w:left="720" w:right="720"/>
        <w:jc w:val="center"/>
      </w:pPr>
      <w:r>
        <w:rPr>
          <w:rFonts w:ascii="Georgia" w:hAnsi="Georgia" w:cs="Georgia" w:eastAsia="Georgia"/>
          <w:b w:val="0"/>
          <w:i/>
          <w:sz w:val="22"/>
        </w:rPr>
        <w:t>pointed by Allah arrives, it cannot be de-</w:t>
      </w:r>
    </w:p>
    <w:p>
      <w:pPr>
        <w:spacing w:before="0" w:after="120" w:line="300" w:lineRule="exact"/>
        <w:jc w:val="both"/>
      </w:pPr>
      <w:r>
        <w:rPr>
          <w:rFonts w:ascii="Georgia" w:hAnsi="Georgia" w:cs="Georgia" w:eastAsia="Georgia"/>
          <w:b w:val="0"/>
          <w:i w:val="0"/>
          <w:sz w:val="22"/>
        </w:rPr>
        <w:t>layed." (Qur'aan) "For every nation there is an appointed time</w:t>
      </w:r>
    </w:p>
    <w:p>
      <w:pPr>
        <w:spacing w:before="120" w:after="120" w:line="300" w:lineRule="exact"/>
        <w:ind w:left="720" w:right="720"/>
        <w:jc w:val="center"/>
      </w:pPr>
      <w:r>
        <w:rPr>
          <w:rFonts w:ascii="Georgia" w:hAnsi="Georgia" w:cs="Georgia" w:eastAsia="Georgia"/>
          <w:b w:val="0"/>
          <w:i/>
          <w:sz w:val="22"/>
        </w:rPr>
        <w:t>(for its domination). When that appointed time (of its destruction)</w:t>
      </w:r>
    </w:p>
    <w:p>
      <w:pPr>
        <w:spacing w:before="120" w:after="120" w:line="300" w:lineRule="exact"/>
        <w:ind w:left="720" w:right="720"/>
        <w:jc w:val="center"/>
      </w:pPr>
      <w:r>
        <w:rPr>
          <w:rFonts w:ascii="Georgia" w:hAnsi="Georgia" w:cs="Georgia" w:eastAsia="Georgia"/>
          <w:b w:val="0"/>
          <w:i/>
          <w:sz w:val="22"/>
        </w:rPr>
        <w:t>arrives, it shall not be advanced nor de-</w:t>
      </w:r>
    </w:p>
    <w:p>
      <w:pPr>
        <w:spacing w:before="0" w:after="120" w:line="300" w:lineRule="exact"/>
        <w:jc w:val="both"/>
      </w:pPr>
      <w:r>
        <w:rPr>
          <w:rFonts w:ascii="Georgia" w:hAnsi="Georgia" w:cs="Georgia" w:eastAsia="Georgia"/>
          <w:b w:val="0"/>
          <w:i w:val="0"/>
          <w:sz w:val="22"/>
        </w:rPr>
        <w:t>layed by a moment." (Qur'aan)</w:t>
      </w:r>
    </w:p>
    <w:p>
      <w:pPr>
        <w:spacing w:before="120" w:after="120" w:line="300" w:lineRule="exact"/>
        <w:ind w:left="720" w:right="720"/>
        <w:jc w:val="center"/>
      </w:pPr>
      <w:r>
        <w:rPr>
          <w:rFonts w:ascii="Georgia" w:hAnsi="Georgia" w:cs="Georgia" w:eastAsia="Georgia"/>
          <w:b w:val="0"/>
          <w:i/>
          <w:sz w:val="22"/>
        </w:rPr>
        <w:t>"Never will you find a change for the Sunnah of</w:t>
      </w:r>
    </w:p>
    <w:p>
      <w:pPr>
        <w:spacing w:before="0" w:after="120" w:line="300" w:lineRule="exact"/>
        <w:jc w:val="both"/>
      </w:pPr>
      <w:r>
        <w:rPr>
          <w:rFonts w:ascii="Georgia" w:hAnsi="Georgia" w:cs="Georgia" w:eastAsia="Georgia"/>
          <w:b w:val="0"/>
          <w:i w:val="0"/>
          <w:sz w:val="22"/>
        </w:rPr>
        <w:t>Allah." (Qur'aan) Empires have come and gone. No empire endures forever.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IS NOT GHAAFIL</w:t>
      </w:r>
    </w:p>
    <w:p>
      <w:pPr>
        <w:spacing w:before="0" w:after="160" w:line="300" w:lineRule="exact"/>
        <w:jc w:val="center"/>
      </w:pPr>
      <w:r>
        <w:rPr>
          <w:rFonts w:ascii="Georgia" w:hAnsi="Georgia" w:cs="Georgia" w:eastAsia="Georgia"/>
          <w:b w:val="0"/>
          <w:i/>
          <w:sz w:val="16"/>
        </w:rPr>
        <w:t>Page 3 of the original</w:t>
      </w:r>
    </w:p>
    <w:p>
      <w:pPr>
        <w:pStyle w:val="Heading3"/>
        <w:spacing w:before="200" w:after="120" w:line="300" w:lineRule="exact"/>
        <w:jc w:val="left"/>
      </w:pPr>
      <w:r>
        <w:rPr>
          <w:rFonts w:ascii="Georgia" w:hAnsi="Georgia" w:cs="Georgia" w:eastAsia="Georgia"/>
          <w:b/>
          <w:i w:val="0"/>
          <w:color w:val="2E74B5"/>
          <w:sz w:val="24"/>
        </w:rPr>
        <w:t>ALLAH IS NOT GHAAFIL</w:t>
      </w:r>
    </w:p>
    <w:p>
      <w:pPr>
        <w:spacing w:before="120" w:after="120" w:line="300" w:lineRule="exact"/>
        <w:ind w:left="720" w:right="720"/>
        <w:jc w:val="center"/>
      </w:pPr>
      <w:r>
        <w:rPr>
          <w:rFonts w:ascii="Georgia" w:hAnsi="Georgia" w:cs="Georgia" w:eastAsia="Georgia"/>
          <w:b w:val="0"/>
          <w:i/>
          <w:sz w:val="22"/>
        </w:rPr>
        <w:t>"Do not think that Allah is ghaafil (oblivious). Regarding the (oppression) committed by the zaalimoon (oppressors). Ver-</w:t>
      </w:r>
    </w:p>
    <w:p>
      <w:pPr>
        <w:spacing w:before="0" w:after="120" w:line="300" w:lineRule="exact"/>
        <w:jc w:val="both"/>
      </w:pPr>
      <w:r>
        <w:rPr>
          <w:rFonts w:ascii="Georgia" w:hAnsi="Georgia" w:cs="Georgia" w:eastAsia="Georgia"/>
          <w:b w:val="0"/>
          <w:i w:val="0"/>
          <w:sz w:val="22"/>
        </w:rPr>
        <w:t>ily, He has delayed for them</w:t>
      </w:r>
    </w:p>
    <w:p>
      <w:pPr>
        <w:spacing w:before="120" w:after="120" w:line="300" w:lineRule="exact"/>
        <w:ind w:left="720" w:right="720"/>
        <w:jc w:val="center"/>
      </w:pPr>
      <w:r>
        <w:rPr>
          <w:rFonts w:ascii="Georgia" w:hAnsi="Georgia" w:cs="Georgia" w:eastAsia="Georgia"/>
          <w:b w:val="0"/>
          <w:i/>
          <w:sz w:val="22"/>
        </w:rPr>
        <w:t>(His Punishment) for a day when gazes will be upturned."</w:t>
      </w:r>
    </w:p>
    <w:p>
      <w:pPr>
        <w:spacing w:before="0" w:after="120" w:line="300" w:lineRule="exact"/>
        <w:jc w:val="both"/>
      </w:pPr>
      <w:r>
        <w:rPr>
          <w:rFonts w:ascii="Georgia" w:hAnsi="Georgia" w:cs="Georgia" w:eastAsia="Georgia"/>
          <w:b w:val="0"/>
          <w:i w:val="0"/>
          <w:sz w:val="22"/>
        </w:rPr>
        <w:t>(Ibraaheem, Aayat 42) The Day of Reckoning for the brutal oppressors will come right in this dunya.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THE FOOTSTEPS OF SHAITAAN"</w:t>
      </w:r>
    </w:p>
    <w:p>
      <w:pPr>
        <w:spacing w:before="0" w:after="160" w:line="300" w:lineRule="exact"/>
        <w:jc w:val="center"/>
      </w:pPr>
      <w:r>
        <w:rPr>
          <w:rFonts w:ascii="Georgia" w:hAnsi="Georgia" w:cs="Georgia" w:eastAsia="Georgia"/>
          <w:b w:val="0"/>
          <w:i/>
          <w:sz w:val="16"/>
        </w:rPr>
        <w:t>Page 3 of the original</w:t>
      </w:r>
    </w:p>
    <w:p>
      <w:pPr>
        <w:pStyle w:val="Heading3"/>
        <w:spacing w:before="200" w:after="120" w:line="300" w:lineRule="exact"/>
        <w:jc w:val="left"/>
      </w:pPr>
      <w:r>
        <w:rPr>
          <w:rFonts w:ascii="Georgia" w:hAnsi="Georgia" w:cs="Georgia" w:eastAsia="Georgia"/>
          <w:b/>
          <w:i w:val="0"/>
          <w:color w:val="2E74B5"/>
          <w:sz w:val="24"/>
        </w:rPr>
        <w:t>"IN THE FOOTSTEPS OF SHAITAAN"</w:t>
      </w:r>
    </w:p>
    <w:p>
      <w:pPr>
        <w:spacing w:before="120" w:after="120" w:line="300" w:lineRule="exact"/>
        <w:ind w:left="720" w:right="720"/>
        <w:jc w:val="center"/>
      </w:pPr>
      <w:r>
        <w:rPr>
          <w:rFonts w:ascii="Georgia" w:hAnsi="Georgia" w:cs="Georgia" w:eastAsia="Georgia"/>
          <w:b w:val="0"/>
          <w:i/>
          <w:sz w:val="22"/>
        </w:rPr>
        <w:t>"O People of Imaan! Do not follow in the footsteps</w:t>
      </w:r>
    </w:p>
    <w:p>
      <w:pPr>
        <w:spacing w:before="0" w:after="120" w:line="300" w:lineRule="exact"/>
        <w:jc w:val="both"/>
      </w:pPr>
      <w:r>
        <w:rPr>
          <w:rFonts w:ascii="Georgia" w:hAnsi="Georgia" w:cs="Georgia" w:eastAsia="Georgia"/>
          <w:b w:val="0"/>
          <w:i w:val="0"/>
          <w:sz w:val="22"/>
        </w:rPr>
        <w:t>of Shaitaan. He who fol-</w:t>
      </w:r>
    </w:p>
    <w:p>
      <w:pPr>
        <w:spacing w:before="120" w:after="120" w:line="300" w:lineRule="exact"/>
        <w:ind w:left="720" w:right="720"/>
        <w:jc w:val="center"/>
      </w:pPr>
      <w:r>
        <w:rPr>
          <w:rFonts w:ascii="Georgia" w:hAnsi="Georgia" w:cs="Georgia" w:eastAsia="Georgia"/>
          <w:b w:val="0"/>
          <w:i/>
          <w:sz w:val="22"/>
        </w:rPr>
        <w:t>lows in the footsteps of Shaitaan, (should know) that he (Shaitaan) instructs with immorality and evil."</w:t>
      </w:r>
    </w:p>
    <w:p>
      <w:pPr>
        <w:spacing w:before="0" w:after="120" w:line="300" w:lineRule="exact"/>
        <w:jc w:val="both"/>
      </w:pPr>
      <w:r>
        <w:rPr>
          <w:rFonts w:ascii="Georgia" w:hAnsi="Georgia" w:cs="Georgia" w:eastAsia="Georgia"/>
          <w:b w:val="0"/>
          <w:i w:val="0"/>
          <w:sz w:val="22"/>
        </w:rPr>
        <w:t>(An-Noor, Aayat 21) All zindeeqs – those who interpolate and change the meanings of the Ahkaam of the Shariah – are following the footsteps of Shaitaan, that is, the ideologies with which Iblees inspires them. Modernists, liberals, those who have abandoned the Taqleed of the Math-habs, Salafis and the like are all following in the footsteps of Shaitaan.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FIERCE FIGHTING IN KHARTOUM</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SUDAN: Beirut, Lebanon – On December 9, an army air attack hit a fuel station in Sudan's capital, Khartoum, killing at least 28 people and injuring scores. The army said it was targeting fighters from the Rapid Support Forces (RSF), a paramilitary group that it has been at war with since April 2023. Speaking weeks after the attack, Mohamed Kandasha, a medic in the area, remembers treating people with severe burns at a nearby hospital.</w:t>
      </w:r>
    </w:p>
    <w:p>
      <w:pPr>
        <w:spacing w:before="0" w:after="120" w:line="300" w:lineRule="exact"/>
        <w:jc w:val="both"/>
      </w:pPr>
      <w:r>
        <w:rPr>
          <w:rFonts w:ascii="Georgia" w:hAnsi="Georgia" w:cs="Georgia" w:eastAsia="Georgia"/>
          <w:b w:val="0"/>
          <w:i w:val="0"/>
          <w:sz w:val="22"/>
        </w:rPr>
        <w:t>There were men, women and children among them, a symbol of the indiscriminate nature of the attacks committed by both sides in Sudan's war. "The RSF doesn't care about civilians and neither does the army," he told Al Jazeera. Escalating violence More than 26,000 people were killed from April 2023 to June 2024 in Khartoum state alone as thousands more died of conflict-related causes such as disease and starvation, according to a study by the London School of Hygiene and Tropical Medicine.</w:t>
      </w:r>
    </w:p>
    <w:p>
      <w:pPr>
        <w:spacing w:before="0" w:after="120" w:line="300" w:lineRule="exact"/>
        <w:jc w:val="both"/>
      </w:pPr>
      <w:r>
        <w:rPr>
          <w:rFonts w:ascii="Georgia" w:hAnsi="Georgia" w:cs="Georgia" w:eastAsia="Georgia"/>
          <w:b w:val="0"/>
          <w:i w:val="0"/>
          <w:sz w:val="22"/>
        </w:rPr>
        <w:t>Since the army announced a major offensive to take back Khartoum from the RSF on September 25, the humanitarian crisis has worsened. Recent fighting has led to extrajudicial killings, indiscriminate strikes that have killed scores of civilians and increased danger for local relief workers. The army and RSF are former bedfellows who cooperated to sabotage a democratic transition after their former boss, President Omar alBashir, was toppled by popular protests in April 2019.</w:t>
      </w:r>
    </w:p>
    <w:p>
      <w:pPr>
        <w:spacing w:before="0" w:after="120" w:line="300" w:lineRule="exact"/>
        <w:jc w:val="both"/>
      </w:pPr>
      <w:r>
        <w:rPr>
          <w:rFonts w:ascii="Georgia" w:hAnsi="Georgia" w:cs="Georgia" w:eastAsia="Georgia"/>
          <w:b w:val="0"/>
          <w:i w:val="0"/>
          <w:sz w:val="22"/>
        </w:rPr>
        <w:t>Four years later, the RSF and army turned on each other in a bid for supremacy. After the first year of fighting, the RSF captured most of Khartoum and appeared to have the upper hand in the conflict. Then, in early October, the army recaptured several strategic neighbourhoods and three bridges in the national capital region, which comprises three cities, Khartoum, Khartoum North and Omdurman.</w:t>
      </w:r>
    </w:p>
    <w:p>
      <w:pPr>
        <w:spacing w:before="0" w:after="120" w:line="300" w:lineRule="exact"/>
        <w:jc w:val="both"/>
      </w:pPr>
      <w:r>
        <w:rPr>
          <w:rFonts w:ascii="Georgia" w:hAnsi="Georgia" w:cs="Georgia" w:eastAsia="Georgia"/>
          <w:b w:val="0"/>
          <w:i w:val="0"/>
          <w:sz w:val="22"/>
        </w:rPr>
        <w:t>As fighting drags on, civilian casualties seem to be rising exponentially, said Mohamad Osman, a Sudan researcher for Human Rights Watch. "Since October, there has been a significant uptick in violence," he told Al Jazeera. "I think we're seeing so many more barrel bombs being used in Khartoum as well as drones, rockets and ground rockets," Osman added.</w:t>
      </w:r>
    </w:p>
    <w:p>
      <w:pPr>
        <w:spacing w:before="0" w:after="120" w:line="300" w:lineRule="exact"/>
        <w:jc w:val="both"/>
      </w:pPr>
      <w:r>
        <w:rPr>
          <w:rFonts w:ascii="Georgia" w:hAnsi="Georgia" w:cs="Georgia" w:eastAsia="Georgia"/>
          <w:b w:val="0"/>
          <w:i w:val="0"/>
          <w:sz w:val="22"/>
        </w:rPr>
        <w:t>Barrel bombs are unguided bombs packed with explosives and shrapnel and dropped indis- criminately from helicopters and planes. The RSF has been accused of ethnically cleansing communities in the western region of Darfur and systematically gang-raping women and girls, according to Human Rights Watch, Al Jazeera's own reporting and local monitors.</w:t>
      </w:r>
    </w:p>
    <w:p>
      <w:pPr>
        <w:spacing w:before="0" w:after="120" w:line="300" w:lineRule="exact"/>
        <w:jc w:val="both"/>
      </w:pPr>
      <w:r>
        <w:rPr>
          <w:rFonts w:ascii="Georgia" w:hAnsi="Georgia" w:cs="Georgia" w:eastAsia="Georgia"/>
          <w:b w:val="0"/>
          <w:i w:val="0"/>
          <w:sz w:val="22"/>
        </w:rPr>
        <w:t>Major violations After the army captured Khartoum's Halfaya neighbourhood in early October, most inhabitants rejoiced to be rid of a year and a half of RSF abuses and atrocities. However, reports soon emerged alleging that dozens of men suspected of affiliation with the RSF had been killed after the army advance. (Al Jazeera)  Tens of thousands of people were massacred in the early 2000s.</w:t>
      </w:r>
    </w:p>
    <w:p>
      <w:pPr>
        <w:spacing w:before="0" w:after="120" w:line="300" w:lineRule="exact"/>
        <w:jc w:val="both"/>
      </w:pPr>
      <w:r>
        <w:rPr>
          <w:rFonts w:ascii="Georgia" w:hAnsi="Georgia" w:cs="Georgia" w:eastAsia="Georgia"/>
          <w:b w:val="0"/>
          <w:i w:val="0"/>
          <w:sz w:val="22"/>
        </w:rPr>
        <w:t>An estimated 300,000 were killed in the carnage.  More than 11 Million have been displaced  Millions have fled from Sudan  The country is ravaged by famine. People have been forced to eat grass and peanut shells to survive.  Women are raped and killed, and even children.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HAMAS REMAINS UNDEFEATED</w:t>
      </w:r>
    </w:p>
    <w:p>
      <w:pPr>
        <w:spacing w:before="0" w:after="160" w:line="300" w:lineRule="exact"/>
        <w:jc w:val="center"/>
      </w:pPr>
      <w:r>
        <w:rPr>
          <w:rFonts w:ascii="Georgia" w:hAnsi="Georgia" w:cs="Georgia" w:eastAsia="Georgia"/>
          <w:b w:val="0"/>
          <w:i/>
          <w:sz w:val="16"/>
        </w:rPr>
        <w:t>Page 4 of the original</w:t>
      </w:r>
    </w:p>
    <w:p>
      <w:pPr>
        <w:spacing w:before="120" w:after="120" w:line="300" w:lineRule="exact"/>
        <w:ind w:left="720" w:right="720"/>
        <w:jc w:val="center"/>
      </w:pPr>
      <w:r>
        <w:rPr>
          <w:rFonts w:ascii="Georgia" w:hAnsi="Georgia" w:cs="Georgia" w:eastAsia="Georgia"/>
          <w:b w:val="0"/>
          <w:i/>
          <w:sz w:val="22"/>
        </w:rPr>
        <w:t>"The Israeli military activity in northern Gaza proves beyond any doubt that even in the field of military capabilities, Israel has not finished the job and has not yet defeated Hamas. There is an intolerable gap between Israel's perception of reality which is mixed with a dash of wishful thinking, and reality itself on the ground." (Former Lt. Amiut Yagur of the Israeli army)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STRIFE &amp; ANARCHY</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Palestine, Kashmir, Syria, Sudan and all over the world strife and anarchy reign supreme in a variety of ways. Calamities are befalling mankind in numerous countries. Internecine wars, genocide, brutalities, hunger, famine, drought, hurricanes, wild fires, earthquakes, floods, etc. are the order of this era. Allah Azza Wa Jal is the Creator of everything.</w:t>
      </w:r>
    </w:p>
    <w:p>
      <w:pPr>
        <w:spacing w:before="0" w:after="120" w:line="300" w:lineRule="exact"/>
        <w:jc w:val="both"/>
      </w:pPr>
      <w:r>
        <w:rPr>
          <w:rFonts w:ascii="Georgia" w:hAnsi="Georgia" w:cs="Georgia" w:eastAsia="Georgia"/>
          <w:b w:val="0"/>
          <w:i w:val="0"/>
          <w:sz w:val="22"/>
        </w:rPr>
        <w:t>Why does He impose such hardships and calamities on mankind? Answering this question, the Qur'aan Majeed states:</w:t>
      </w:r>
    </w:p>
    <w:p>
      <w:pPr>
        <w:spacing w:before="120" w:after="120" w:line="300" w:lineRule="exact"/>
        <w:ind w:left="720" w:right="720"/>
        <w:jc w:val="center"/>
      </w:pPr>
      <w:r>
        <w:rPr>
          <w:rFonts w:ascii="Georgia" w:hAnsi="Georgia" w:cs="Georgia" w:eastAsia="Georgia"/>
          <w:b w:val="0"/>
          <w:i/>
          <w:sz w:val="22"/>
        </w:rPr>
        <w:t>"Fasaad (Anarchy) has become apparent on the land</w:t>
      </w:r>
    </w:p>
    <w:p>
      <w:pPr>
        <w:spacing w:before="0" w:after="120" w:line="300" w:lineRule="exact"/>
        <w:jc w:val="both"/>
      </w:pPr>
      <w:r>
        <w:rPr>
          <w:rFonts w:ascii="Georgia" w:hAnsi="Georgia" w:cs="Georgia" w:eastAsia="Georgia"/>
          <w:b w:val="0"/>
          <w:i w:val="0"/>
          <w:sz w:val="22"/>
        </w:rPr>
        <w:t>and ocean because of the deeds perpetrated by the hands of people so that Al-</w:t>
      </w:r>
    </w:p>
    <w:p>
      <w:pPr>
        <w:spacing w:before="120" w:after="120" w:line="300" w:lineRule="exact"/>
        <w:ind w:left="720" w:right="720"/>
        <w:jc w:val="center"/>
      </w:pPr>
      <w:r>
        <w:rPr>
          <w:rFonts w:ascii="Georgia" w:hAnsi="Georgia" w:cs="Georgia" w:eastAsia="Georgia"/>
          <w:b w:val="0"/>
          <w:i/>
          <w:sz w:val="22"/>
        </w:rPr>
        <w:t>lah gives them to taste some of the consequences of</w:t>
      </w:r>
    </w:p>
    <w:p>
      <w:pPr>
        <w:spacing w:before="0" w:after="120" w:line="300" w:lineRule="exact"/>
        <w:jc w:val="both"/>
      </w:pPr>
      <w:r>
        <w:rPr>
          <w:rFonts w:ascii="Georgia" w:hAnsi="Georgia" w:cs="Georgia" w:eastAsia="Georgia"/>
          <w:b w:val="0"/>
          <w:i w:val="0"/>
          <w:sz w:val="22"/>
        </w:rPr>
        <w:t>what their hands have earned, for perhaps</w:t>
      </w:r>
    </w:p>
    <w:p>
      <w:pPr>
        <w:spacing w:before="120" w:after="120" w:line="300" w:lineRule="exact"/>
        <w:ind w:left="720" w:right="720"/>
        <w:jc w:val="center"/>
      </w:pPr>
      <w:r>
        <w:rPr>
          <w:rFonts w:ascii="Georgia" w:hAnsi="Georgia" w:cs="Georgia" w:eastAsia="Georgia"/>
          <w:b w:val="0"/>
          <w:i/>
          <w:sz w:val="22"/>
        </w:rPr>
        <w:t>they may return (to the Path of Rectitude)."</w:t>
      </w:r>
    </w:p>
    <w:p>
      <w:pPr>
        <w:spacing w:before="0" w:after="120" w:line="300" w:lineRule="exact"/>
        <w:jc w:val="both"/>
      </w:pPr>
      <w:r>
        <w:rPr>
          <w:rFonts w:ascii="Georgia" w:hAnsi="Georgia" w:cs="Georgia" w:eastAsia="Georgia"/>
          <w:b w:val="0"/>
          <w:i w:val="0"/>
          <w:sz w:val="22"/>
        </w:rPr>
        <w:t>(Ar-Room, Aayat 41) In another Aayat, the Qur'aan Majeed states: "Whatever calamity befalls</w:t>
      </w:r>
    </w:p>
    <w:p>
      <w:pPr>
        <w:spacing w:before="120" w:after="120" w:line="300" w:lineRule="exact"/>
        <w:ind w:left="720" w:right="720"/>
        <w:jc w:val="center"/>
      </w:pPr>
      <w:r>
        <w:rPr>
          <w:rFonts w:ascii="Georgia" w:hAnsi="Georgia" w:cs="Georgia" w:eastAsia="Georgia"/>
          <w:b w:val="0"/>
          <w:i/>
          <w:sz w:val="22"/>
        </w:rPr>
        <w:t>you is the consequence of your deeds, and He (Allah) overlooks much</w:t>
      </w:r>
    </w:p>
    <w:p>
      <w:pPr>
        <w:spacing w:before="0" w:after="120" w:line="300" w:lineRule="exact"/>
        <w:jc w:val="both"/>
      </w:pPr>
      <w:r>
        <w:rPr>
          <w:rFonts w:ascii="Georgia" w:hAnsi="Georgia" w:cs="Georgia" w:eastAsia="Georgia"/>
          <w:b w:val="0"/>
          <w:i w:val="0"/>
          <w:sz w:val="22"/>
        </w:rPr>
        <w:t>(of your villainy)." (Ash-Shuraa, Aayat 30) Allah Azza Wa Jal is Samee' (The Hearer), Baseer (The One Who sees), Qaadir (The One Who has Power), Aadil (The Just), etc., etc. Allah Ta'ala, The One Who has all these Attributes of Grandeur and Power, says in the Qur'aan Majeed: "Not a leaf drops (from a</w:t>
      </w:r>
    </w:p>
    <w:p>
      <w:pPr>
        <w:spacing w:before="120" w:after="120" w:line="300" w:lineRule="exact"/>
        <w:ind w:left="720" w:right="720"/>
        <w:jc w:val="center"/>
      </w:pPr>
      <w:r>
        <w:rPr>
          <w:rFonts w:ascii="Georgia" w:hAnsi="Georgia" w:cs="Georgia" w:eastAsia="Georgia"/>
          <w:b w:val="0"/>
          <w:i/>
          <w:sz w:val="22"/>
        </w:rPr>
        <w:t>tree) but He is aware." (Al-An'aam, Aayat 59)</w:t>
      </w:r>
    </w:p>
    <w:p>
      <w:pPr>
        <w:spacing w:before="120" w:after="120" w:line="300" w:lineRule="exact"/>
        <w:ind w:left="720" w:right="720"/>
        <w:jc w:val="center"/>
      </w:pPr>
      <w:r>
        <w:rPr>
          <w:rFonts w:ascii="Georgia" w:hAnsi="Georgia" w:cs="Georgia" w:eastAsia="Georgia"/>
          <w:b w:val="0"/>
          <w:i/>
          <w:sz w:val="22"/>
        </w:rPr>
        <w:t>"Not an atom or anything smaller or bigger in the earth</w:t>
      </w:r>
    </w:p>
    <w:p>
      <w:pPr>
        <w:spacing w:before="0" w:after="120" w:line="300" w:lineRule="exact"/>
        <w:jc w:val="both"/>
      </w:pPr>
      <w:r>
        <w:rPr>
          <w:rFonts w:ascii="Georgia" w:hAnsi="Georgia" w:cs="Georgia" w:eastAsia="Georgia"/>
          <w:b w:val="0"/>
          <w:i w:val="0"/>
          <w:sz w:val="22"/>
        </w:rPr>
        <w:t>and heavens is hidden from</w:t>
      </w:r>
    </w:p>
    <w:p>
      <w:pPr>
        <w:spacing w:before="120" w:after="120" w:line="300" w:lineRule="exact"/>
        <w:ind w:left="720" w:right="720"/>
        <w:jc w:val="center"/>
      </w:pPr>
      <w:r>
        <w:rPr>
          <w:rFonts w:ascii="Georgia" w:hAnsi="Georgia" w:cs="Georgia" w:eastAsia="Georgia"/>
          <w:b w:val="0"/>
          <w:i/>
          <w:sz w:val="22"/>
        </w:rPr>
        <w:t>your Rabb, except that it is recorded in a Clear</w:t>
      </w:r>
    </w:p>
    <w:p>
      <w:pPr>
        <w:spacing w:before="0" w:after="120" w:line="300" w:lineRule="exact"/>
        <w:jc w:val="both"/>
      </w:pPr>
      <w:r>
        <w:rPr>
          <w:rFonts w:ascii="Georgia" w:hAnsi="Georgia" w:cs="Georgia" w:eastAsia="Georgia"/>
          <w:b w:val="0"/>
          <w:i w:val="0"/>
          <w:sz w:val="22"/>
        </w:rPr>
        <w:t>Book." (Yunus, Aayat 61) This Almighty Khaaliq (Creator) is the Cause for every occurrence, big or small. All upheavals occurring in creation are the effects of His Decree. It is ONLY Allah Azza Wa Jal Who has decreed whatever is happening, and all the anarchy and strife wracking the world are the consequences of the misdeeds and villainy of people.</w:t>
      </w:r>
    </w:p>
    <w:p>
      <w:pPr>
        <w:spacing w:before="0" w:after="120" w:line="300" w:lineRule="exact"/>
        <w:jc w:val="both"/>
      </w:pPr>
      <w:r>
        <w:rPr>
          <w:rFonts w:ascii="Georgia" w:hAnsi="Georgia" w:cs="Georgia" w:eastAsia="Georgia"/>
          <w:b w:val="0"/>
          <w:i w:val="0"/>
          <w:sz w:val="22"/>
        </w:rPr>
        <w:t>Any Muslim who denies this Qur'aanic fact loses his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Victories While Israel Targets Civilians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January 13, 2025 News By Palestine Chronicle Staff In northern Gaza, the Israeli military faces heavy losses as Palestinian Resistance factions continue their fierce resistance. The military spokesperson for Hamas' Al-Qassam Brigades, Abu Obeida, said in a statement on Monday that despite over 100 days of widespread destruction and genocide by the Israeli military in northern Gaza, Resistance fighters continue to impose significant losses among Israeli forces.</w:t>
      </w:r>
    </w:p>
    <w:p>
      <w:pPr>
        <w:spacing w:before="0" w:after="120" w:line="300" w:lineRule="exact"/>
        <w:jc w:val="both"/>
      </w:pPr>
      <w:r>
        <w:rPr>
          <w:rFonts w:ascii="Georgia" w:hAnsi="Georgia" w:cs="Georgia" w:eastAsia="Georgia"/>
          <w:b w:val="0"/>
          <w:i w:val="0"/>
          <w:sz w:val="22"/>
        </w:rPr>
        <w:t>He announced that more than 10 soldiers were killed and dozens injured over the past 72 hours. Abu Obeida also said that Israeli losses are far greater than publicly acknowledged and predicted that the Israeli military would ultimately withdraw from northern Gaza "in disgrace" without overcoming the Resistance. He criticized the Israeli military's actions, stating that their primary outcomes have been "destruction, devastation, and massacres of innocent civilians." Meanwhile, Palestinian Resistance groups continue to engage in fierce battles against Israeli forces in northern and central Gaza on the 465th day of Operation Al-Aqsa Flood.</w:t>
      </w:r>
    </w:p>
    <w:p>
      <w:pPr>
        <w:spacing w:before="0" w:after="120" w:line="300" w:lineRule="exact"/>
        <w:jc w:val="both"/>
      </w:pPr>
      <w:r>
        <w:rPr>
          <w:rFonts w:ascii="Georgia" w:hAnsi="Georgia" w:cs="Georgia" w:eastAsia="Georgia"/>
          <w:b w:val="0"/>
          <w:i w:val="0"/>
          <w:sz w:val="22"/>
        </w:rPr>
        <w:t>Clashes and targeted operations have been reported in various combat zones.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SOLDIER FLEES FROM BRAZIL</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By Dana Karni and Tim Lister, CNN Updated 12:32 PM EST, Mon January 6, 2025</w:t>
      </w:r>
    </w:p>
    <w:p>
      <w:pPr>
        <w:pStyle w:val="Heading3"/>
        <w:spacing w:before="200" w:after="120" w:line="300" w:lineRule="exact"/>
        <w:jc w:val="left"/>
      </w:pPr>
      <w:r>
        <w:rPr>
          <w:rFonts w:ascii="Georgia" w:hAnsi="Georgia" w:cs="Georgia" w:eastAsia="Georgia"/>
          <w:b/>
          <w:i w:val="0"/>
          <w:color w:val="2E74B5"/>
          <w:sz w:val="24"/>
        </w:rPr>
        <w:t>CNN —</w:t>
      </w:r>
    </w:p>
    <w:p>
      <w:pPr>
        <w:spacing w:before="0" w:after="120" w:line="300" w:lineRule="exact"/>
        <w:jc w:val="both"/>
      </w:pPr>
      <w:r>
        <w:rPr>
          <w:rFonts w:ascii="Georgia" w:hAnsi="Georgia" w:cs="Georgia" w:eastAsia="Georgia"/>
          <w:b w:val="0"/>
          <w:i w:val="0"/>
          <w:sz w:val="22"/>
        </w:rPr>
        <w:t>A former Israeli soldier on vacation in Brazil fled the country suddenly after a case was brought against him there alleging he was responsible for war crimes while serving in Gaza. The case is the latest in a series of lawsuits brought by the Hind Rajab Foundation (HRF) that has tracked the activities of hundreds of Israeli soldiers serving in Gaza.</w:t>
      </w:r>
    </w:p>
    <w:p>
      <w:pPr>
        <w:spacing w:before="0" w:after="120" w:line="300" w:lineRule="exact"/>
        <w:jc w:val="both"/>
      </w:pPr>
      <w:r>
        <w:rPr>
          <w:rFonts w:ascii="Georgia" w:hAnsi="Georgia" w:cs="Georgia" w:eastAsia="Georgia"/>
          <w:b w:val="0"/>
          <w:i w:val="0"/>
          <w:sz w:val="22"/>
        </w:rPr>
        <w:t>Last week, a Brazilian judge ordered police to investigate the soldier, based on the complaint brought by the HRF, accusing him of "participating in massive demolitions of civilian homes in Gaza during a systematic campaign of destruction." The lawyer who brought the case on behalf of the foundation, Maira Pinheiro, told CNN's Becky Anderson on Monday that before the federal police could launch the investigation, "the Israeli government intervened to help him evade Brazilian authorities, which is very telling to his exceptionality." Pinheiro was quoted in Brazilian media as saying that as Brazil is a signatory to the Rome Statute, it is obliged to ensure that the crimes provided for in the statute (war crimes, crimes against humanity and genocide) are investigated and punished.</w:t>
      </w:r>
    </w:p>
    <w:p>
      <w:pPr>
        <w:spacing w:before="0" w:after="120" w:line="300" w:lineRule="exact"/>
        <w:jc w:val="both"/>
      </w:pPr>
      <w:r>
        <w:rPr>
          <w:rFonts w:ascii="Georgia" w:hAnsi="Georgia" w:cs="Georgia" w:eastAsia="Georgia"/>
          <w:b w:val="0"/>
          <w:i w:val="0"/>
          <w:sz w:val="22"/>
        </w:rPr>
        <w:t>The HRF is a pro-Palestinian NGO that says it is dedicated "to breaking the cycle of Israeli impunity and honoring the memory of Hind Rajab and all those who have perished in the Gaza genocide." Rajab was a 5 -year-old girl who was killed by Israeli tank fire while in her family's car in Gaza. The Israeli foreign ministry said Sunday that "following an attempt last weekend by antiIsraeli elements to investigate a discharged Israeli soldier who visited Brazl, Foreign Minister Gideon Saar immediately activated the Foreign Ministry to ensure that the Israeli citizen was not in danger." The Israeli embassy in Brazil had ensured "his swift and safe departure from Brazil." The foreign ministry added that it drew Israelis' attention "to posts made by them on social media regarding their military service, and to the fact that anti-Israeli elements may exploit these posts to initiate baseless legal proceedings against them." Pinheiro said that HRF presented proof to Brazilian authorities that the Israeli soldier and members of his battalion had "posted about being involved in the controlled demolition of multiple residential homes," among other evidence in the case.</w:t>
      </w:r>
    </w:p>
    <w:p>
      <w:pPr>
        <w:spacing w:before="0" w:after="120" w:line="300" w:lineRule="exact"/>
        <w:jc w:val="both"/>
      </w:pPr>
      <w:r>
        <w:rPr>
          <w:rFonts w:ascii="Georgia" w:hAnsi="Georgia" w:cs="Georgia" w:eastAsia="Georgia"/>
          <w:b w:val="0"/>
          <w:i w:val="0"/>
          <w:sz w:val="22"/>
        </w:rPr>
        <w:t>She told CNN that HRF verified the evidence with a team of open-source intelligence investigators, "which is nowadays one of the main ways that international crimes and international human rights violations are being investigated." HRF has also sought the apprehension of Israeli soldiers visiting Thailand, Sri Lanka, Chile and other countries, according to its website.</w:t>
      </w:r>
    </w:p>
    <w:p>
      <w:pPr>
        <w:spacing w:before="0" w:after="120" w:line="300" w:lineRule="exact"/>
        <w:jc w:val="both"/>
      </w:pPr>
      <w:r>
        <w:rPr>
          <w:rFonts w:ascii="Georgia" w:hAnsi="Georgia" w:cs="Georgia" w:eastAsia="Georgia"/>
          <w:b w:val="0"/>
          <w:i w:val="0"/>
          <w:sz w:val="22"/>
        </w:rPr>
        <w:t>In the Sri Lankan case, the organization posted a photograph of the soldier and said that it had appealed to Sri Lankan authorities, the International Criminal Court and Interpol, demanding his arrest over the killing of a civilian in Gaza. There is no confirmation that any Israeli soldier has been detained or arrested as a result of the cases it has brought.</w:t>
      </w:r>
    </w:p>
    <w:p>
      <w:pPr>
        <w:spacing w:before="0" w:after="120" w:line="300" w:lineRule="exact"/>
        <w:jc w:val="both"/>
      </w:pPr>
      <w:r>
        <w:rPr>
          <w:rFonts w:ascii="Georgia" w:hAnsi="Georgia" w:cs="Georgia" w:eastAsia="Georgia"/>
          <w:b w:val="0"/>
          <w:i w:val="0"/>
          <w:sz w:val="22"/>
        </w:rPr>
        <w:t>The Brazilian case has kicked off a political furor in Israel. The leader of the opposition, Yair Lapid, said: "The fact that an Israeli reserve soldier had to flee Brazil in the middle of the night to avoid being arrested for fighting in Gaza is a monumental political failure of a government that is simply incapable of functioning."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SUCCESS</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HADHRAT ALI Bin Abi Taalib (radhiyallahu anhu) said: "Whoever, has achieved four things, has attained the success of the world and the Hereafter:  Such Taqwa which prevents him from the prohibitions of Allah.  A beautiful character for dealing with people.  Such tolerance with which he wards off the ignorance of the jaahil (ignoramus).  A pious wife who aids him in his worldly and Deeni affairs."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SAY THE YAHOOD</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January 3, 2025 News By Palestine Chronicle Staff Israeli analysts paint a grim picture of the ongoing Gaza war, highlighting heavy losses and unresolved challenges. The Palestinian movement Hamas continues to "resist surrender" in Gaza and has reportedly "learned to shift to guerrilla warfare," according to Israeli analyst Avi Issacharoff.</w:t>
      </w:r>
    </w:p>
    <w:p>
      <w:pPr>
        <w:spacing w:before="0" w:after="120" w:line="300" w:lineRule="exact"/>
        <w:jc w:val="both"/>
      </w:pPr>
      <w:r>
        <w:rPr>
          <w:rFonts w:ascii="Georgia" w:hAnsi="Georgia" w:cs="Georgia" w:eastAsia="Georgia"/>
          <w:b w:val="0"/>
          <w:i w:val="0"/>
          <w:sz w:val="22"/>
        </w:rPr>
        <w:t>In an article published on Thursday in the Israeli newspaper Yedioth Ahronoth, Issacharoff explained that the Israeli army's 162nd Division is operating in northern Gaza, including the Jabaliya refugee camp, in an effort to dismantle Hamas infrastructure. "The big problem is that, to do this, you need to strike every house suspected of containing tunnels or hostile activity," he said.</w:t>
      </w:r>
    </w:p>
    <w:p>
      <w:pPr>
        <w:spacing w:before="0" w:after="120" w:line="300" w:lineRule="exact"/>
        <w:jc w:val="both"/>
      </w:pPr>
      <w:r>
        <w:rPr>
          <w:rFonts w:ascii="Georgia" w:hAnsi="Georgia" w:cs="Georgia" w:eastAsia="Georgia"/>
          <w:b w:val="0"/>
          <w:i w:val="0"/>
          <w:sz w:val="22"/>
        </w:rPr>
        <w:t>The analyst described northern Gaza as a disaster zone, with empty streets and hardly any stray dogs left, as even they cannot find food. Israel began a large-scale military offensive in Jabaliya over three months ago, displacing tens of thousands of Palestinians, destroying countless buildings, and causing significant casualties. Palestinians have accused Israel of attempting to occupy the area, turning it into a buffer zone, and forcing residents to flee through relentless bombardment and a strict siege that has deprived them of food, water, and medicine.</w:t>
      </w:r>
    </w:p>
    <w:p>
      <w:pPr>
        <w:spacing w:before="0" w:after="120" w:line="300" w:lineRule="exact"/>
        <w:jc w:val="both"/>
      </w:pPr>
      <w:r>
        <w:rPr>
          <w:rFonts w:ascii="Georgia" w:hAnsi="Georgia" w:cs="Georgia" w:eastAsia="Georgia"/>
          <w:b w:val="0"/>
          <w:i w:val="0"/>
          <w:sz w:val="22"/>
        </w:rPr>
        <w:t>However, according to Issacharoff, the Israeli army is also paying a heavy price in northern Gaza due to stiff Palestinian resistance. "The price that the generation of young fighters is paying in body and soul during this war is unimaginable," he wrote. According to the analyst, there are three main problems for the Israeli army in Gaza: One, it would "take months and months of fighting to finish clearing the northern Gaza Strip alone." Two, Israeli losses are considerable.</w:t>
      </w:r>
    </w:p>
    <w:p>
      <w:pPr>
        <w:spacing w:before="0" w:after="120" w:line="300" w:lineRule="exact"/>
        <w:jc w:val="both"/>
      </w:pPr>
      <w:r>
        <w:rPr>
          <w:rFonts w:ascii="Georgia" w:hAnsi="Georgia" w:cs="Georgia" w:eastAsia="Georgia"/>
          <w:b w:val="0"/>
          <w:i w:val="0"/>
          <w:sz w:val="22"/>
        </w:rPr>
        <w:t>"Just a few weeks ago," he wrote, "a force of 12 soldiers from our Samson Battalion went on an operation and intercepted an RPG rocket. Four soldiers were killed on the spot." Three, according to Issacharoff, "Hamas shows no signs of surrender." "Even in the northern cities of the Gaza Strip, attempts to launch rockets at Israel continue, as do attempts to harm soldiers by small squads of three or four terrorists (Resistance fighters – PC), or perhaps fewer," the analyst said.</w:t>
      </w:r>
    </w:p>
    <w:p>
      <w:pPr>
        <w:spacing w:before="0" w:after="120" w:line="300" w:lineRule="exact"/>
        <w:jc w:val="both"/>
      </w:pPr>
      <w:r>
        <w:rPr>
          <w:rFonts w:ascii="Georgia" w:hAnsi="Georgia" w:cs="Georgia" w:eastAsia="Georgia"/>
          <w:b w:val="0"/>
          <w:i w:val="0"/>
          <w:sz w:val="22"/>
        </w:rPr>
        <w:t>Additionally, according to the report, in the areas where the Israeli army is not operating on the ground, "Hamas is regaining civil and military control." In Gaza City, which is only two kilometers south of Jabaliya, "the organization has effectively reestablished its governmental capabilities as well as its military command." Issacharoff's remarks match with another analysis published by former Lt.</w:t>
      </w:r>
    </w:p>
    <w:p>
      <w:pPr>
        <w:spacing w:before="0" w:after="120" w:line="300" w:lineRule="exact"/>
        <w:jc w:val="both"/>
      </w:pPr>
      <w:r>
        <w:rPr>
          <w:rFonts w:ascii="Georgia" w:hAnsi="Georgia" w:cs="Georgia" w:eastAsia="Georgia"/>
          <w:b w:val="0"/>
          <w:i w:val="0"/>
          <w:sz w:val="22"/>
        </w:rPr>
        <w:t>Col. Amiut Yagur in Maariv on Thursday. According to Yagur, the Israeli military activity in northern Gaza proves "beyond any doubt … that even in the field of military capabilities, Israel has not finished the job and has not yet defeated Hamas." Yagur noted that there is an "intolerable gap" between Israel's "perception of reality (which is mixed with a dash of wishful thinking) and the reality itself on the ground." (The Palestine Chronicle) https://www.palestinechronicle.com/ losses-are-unimaginable-israeli-analysts -offer-somber-reading-of-gaza-wa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WARNING FOR THE ZINDEEQS</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"…..They change the Words (of Allah) from their (proper) meanings…they lis- ten to falsehood, listening to another nation…….They</w:t>
      </w:r>
    </w:p>
    <w:p>
      <w:pPr>
        <w:spacing w:before="120" w:after="120" w:line="300" w:lineRule="exact"/>
        <w:ind w:left="720" w:right="720"/>
        <w:jc w:val="center"/>
      </w:pPr>
      <w:r>
        <w:rPr>
          <w:rFonts w:ascii="Georgia" w:hAnsi="Georgia" w:cs="Georgia" w:eastAsia="Georgia"/>
          <w:b w:val="0"/>
          <w:i/>
          <w:sz w:val="22"/>
        </w:rPr>
        <w:t>are such people whose hearts Allah does not intend</w:t>
      </w:r>
    </w:p>
    <w:p>
      <w:pPr>
        <w:spacing w:before="120" w:after="120" w:line="300" w:lineRule="exact"/>
        <w:ind w:left="720" w:right="720"/>
        <w:jc w:val="center"/>
      </w:pPr>
      <w:r>
        <w:rPr>
          <w:rFonts w:ascii="Georgia" w:hAnsi="Georgia" w:cs="Georgia" w:eastAsia="Georgia"/>
          <w:b w:val="0"/>
          <w:i/>
          <w:sz w:val="22"/>
        </w:rPr>
        <w:t>to purify. For them in this worldly life is disgrace,</w:t>
      </w:r>
    </w:p>
    <w:p>
      <w:pPr>
        <w:spacing w:before="0" w:after="120" w:line="300" w:lineRule="exact"/>
        <w:jc w:val="both"/>
      </w:pPr>
      <w:r>
        <w:rPr>
          <w:rFonts w:ascii="Georgia" w:hAnsi="Georgia" w:cs="Georgia" w:eastAsia="Georgia"/>
          <w:b w:val="0"/>
          <w:i w:val="0"/>
          <w:sz w:val="22"/>
        </w:rPr>
        <w:t>and for them in the</w:t>
      </w:r>
    </w:p>
    <w:p>
      <w:pPr>
        <w:spacing w:before="120" w:after="120" w:line="300" w:lineRule="exact"/>
        <w:ind w:left="720" w:right="720"/>
        <w:jc w:val="center"/>
      </w:pPr>
      <w:r>
        <w:rPr>
          <w:rFonts w:ascii="Georgia" w:hAnsi="Georgia" w:cs="Georgia" w:eastAsia="Georgia"/>
          <w:b w:val="0"/>
          <w:i/>
          <w:sz w:val="22"/>
        </w:rPr>
        <w:t>Aakhirah is a great punishment. They listen to falsehood</w:t>
      </w:r>
    </w:p>
    <w:p>
      <w:pPr>
        <w:spacing w:before="0" w:after="120" w:line="300" w:lineRule="exact"/>
        <w:jc w:val="both"/>
      </w:pPr>
      <w:r>
        <w:rPr>
          <w:rFonts w:ascii="Georgia" w:hAnsi="Georgia" w:cs="Georgia" w:eastAsia="Georgia"/>
          <w:b w:val="0"/>
          <w:i w:val="0"/>
          <w:sz w:val="22"/>
        </w:rPr>
        <w:t>and they are great devourers of haraam." (Al-Maaidah, 41 &amp; 42) These Aayats were revealed to castigate the Yahood. But they have equal application to the zindeeq / munaafiq dis- torters of the Shariah in our time. They are the kuffaar university products who promote the ideologies ('the falsehood') of their kuffaar masters ('another nation').</w:t>
      </w:r>
    </w:p>
    <w:p>
      <w:pPr>
        <w:spacing w:before="0" w:after="120" w:line="300" w:lineRule="exact"/>
        <w:jc w:val="both"/>
      </w:pPr>
      <w:r>
        <w:rPr>
          <w:rFonts w:ascii="Georgia" w:hAnsi="Georgia" w:cs="Georgia" w:eastAsia="Georgia"/>
          <w:b w:val="0"/>
          <w:i w:val="0"/>
          <w:sz w:val="22"/>
        </w:rPr>
        <w:t>They believe in falsehood and promote falsehood in the name of Islam. They are doomed for everlasting perdition in the Aakhirah.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ISRAEL IS BLEEDING</w:t>
      </w:r>
    </w:p>
    <w:p>
      <w:pPr>
        <w:spacing w:before="0" w:after="160" w:line="300" w:lineRule="exact"/>
        <w:jc w:val="center"/>
      </w:pPr>
      <w:r>
        <w:rPr>
          <w:rFonts w:ascii="Georgia" w:hAnsi="Georgia" w:cs="Georgia" w:eastAsia="Georgia"/>
          <w:b w:val="0"/>
          <w:i/>
          <w:sz w:val="16"/>
        </w:rPr>
        <w:t>Page 8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QUARTER OF ISRAELIS GRAPPLE WITH POVERTY AS THE WAR CONTINUES</w:t>
      </w:r>
    </w:p>
    <w:p>
      <w:pPr>
        <w:spacing w:before="0" w:after="120" w:line="300" w:lineRule="exact"/>
        <w:jc w:val="both"/>
      </w:pPr>
      <w:r>
        <w:rPr>
          <w:rFonts w:ascii="Georgia" w:hAnsi="Georgia" w:cs="Georgia" w:eastAsia="Georgia"/>
          <w:b w:val="0"/>
          <w:i w:val="0"/>
          <w:sz w:val="22"/>
        </w:rPr>
        <w:t>By Al Mayadeen English Source: Al Mayadeen English + Israeli Media 18 Dec 2024 18:45 Millions of Israelis are grappling with poverty, the Israeli humanitarian organization Latet revealed, based on its 2024 annual alternative poverty report, detailing the number of Israeli families and individuals living in poverty. According to the report, around a million Israeli settlers are facing difficulties paying their primary dues and bills and are suffering in light of the continuously deteriorating economic state as the war rages on for its 14th month.</w:t>
      </w:r>
    </w:p>
    <w:p>
      <w:pPr>
        <w:spacing w:before="0" w:after="120" w:line="300" w:lineRule="exact"/>
        <w:jc w:val="both"/>
      </w:pPr>
      <w:r>
        <w:rPr>
          <w:rFonts w:ascii="Georgia" w:hAnsi="Georgia" w:cs="Georgia" w:eastAsia="Georgia"/>
          <w:b w:val="0"/>
          <w:i w:val="0"/>
          <w:sz w:val="22"/>
        </w:rPr>
        <w:t>Consequently, 678,200 families (22.3%) and 2,756,000 individuals (28.7%) are struggling with poverty, including 1,240,000 children (39.6%). Latet found that the economic situation has deteriorated for 65% of Israeli beneficiaries, and for 32.1% of the general public over the past year. Additionally, children in benefiting families have been significantly affected by the war: 44.6% in terms of academic achievements and 46.7% in their psychological condition.</w:t>
      </w:r>
    </w:p>
    <w:p>
      <w:pPr>
        <w:spacing w:before="0" w:after="120" w:line="300" w:lineRule="exact"/>
        <w:jc w:val="both"/>
      </w:pPr>
      <w:r>
        <w:rPr>
          <w:rFonts w:ascii="Georgia" w:hAnsi="Georgia" w:cs="Georgia" w:eastAsia="Georgia"/>
          <w:b w:val="0"/>
          <w:i w:val="0"/>
          <w:sz w:val="22"/>
        </w:rPr>
        <w:t>As for the elderly, 52.6% of those supported by the government suffer from severe poverty, while more than a third of them (34.8%) experience severe food insecurity. Furthermore, 84.8% of support beneficiaries suffer from energy shortages, 68.6% report that their mental health is poor, and 70.8% have forgone purchasing necessary medications and medical treatment.</w:t>
      </w:r>
    </w:p>
    <w:p>
      <w:pPr>
        <w:spacing w:before="0" w:after="120" w:line="300" w:lineRule="exact"/>
        <w:jc w:val="both"/>
      </w:pPr>
      <w:r>
        <w:rPr>
          <w:rFonts w:ascii="Georgia" w:hAnsi="Georgia" w:cs="Georgia" w:eastAsia="Georgia"/>
          <w:b w:val="0"/>
          <w:i w:val="0"/>
          <w:sz w:val="22"/>
        </w:rPr>
        <w:t>Additionally, the monthly expenditure of supported families is 1.7 times higher than their average income. Meanwhile, 94.2% of food aid organizations did not receive government support to meet the needs arising from the war, and 70.9% reported a decrease in donations. In this context, the Israeli Srugim website confirmed that the minimal cost of living in "Israel" is estimated at 5,355 shekels per individual and 13,617 shekels per family, while most supported families are far from reaching this threshold.</w:t>
      </w:r>
    </w:p>
    <w:p>
      <w:pPr>
        <w:spacing w:before="0" w:after="120" w:line="300" w:lineRule="exact"/>
        <w:jc w:val="both"/>
      </w:pPr>
      <w:r>
        <w:rPr>
          <w:rFonts w:ascii="Georgia" w:hAnsi="Georgia" w:cs="Georgia" w:eastAsia="Georgia"/>
          <w:b w:val="0"/>
          <w:i w:val="0"/>
          <w:sz w:val="22"/>
        </w:rPr>
        <w:t>The economic forecasts for 2025, however, indicate that the situation will worsen due to sharp increases in the prices of essential goods. 'Israel's' war manifests poverty Economist Jacques Bendelac previously said that over the past twenty years, "Israel" has relied heavily on credit consumption. However, settler families have been unable to pay off their debts and loans, particularly amid the current circumstances.</w:t>
      </w:r>
    </w:p>
    <w:p>
      <w:pPr>
        <w:spacing w:before="0" w:after="120" w:line="300" w:lineRule="exact"/>
        <w:jc w:val="both"/>
      </w:pPr>
      <w:r>
        <w:rPr>
          <w:rFonts w:ascii="Georgia" w:hAnsi="Georgia" w:cs="Georgia" w:eastAsia="Georgia"/>
          <w:b w:val="0"/>
          <w:i w:val="0"/>
          <w:sz w:val="22"/>
        </w:rPr>
        <w:t>He warned that high living costs, combined with an economic slowdown, would "inevitably lead to an increase in poverty." Humanitarian organizations are already witnessing a rising demand for their services, with new individuals appearing in food distribution lines. For example, in a shopping center parking lot in Rishon Lezion, the NGO Pitchon-Lev, or "Open Heart," provides free baskets of fruits, vegetables, and meat twice a week.</w:t>
      </w:r>
    </w:p>
    <w:p>
      <w:pPr>
        <w:spacing w:before="0" w:after="120" w:line="300" w:lineRule="exact"/>
        <w:jc w:val="both"/>
      </w:pPr>
      <w:r>
        <w:rPr>
          <w:rFonts w:ascii="Georgia" w:hAnsi="Georgia" w:cs="Georgia" w:eastAsia="Georgia"/>
          <w:b w:val="0"/>
          <w:i w:val="0"/>
          <w:sz w:val="22"/>
        </w:rPr>
        <w:t>Founder Eli Cohen stated that since the war began, the organization more than doubled its activities, and was now supporting nearly 200,000 families across occupied territories. New beneficiaries include "young individuals, families with husbands serving as reservists, many former donors, and all those who were evacuated from northern settlements due to the ignition of the northern front.</w:t>
      </w:r>
    </w:p>
    <w:p>
      <w:pPr>
        <w:spacing w:before="0" w:after="120" w:line="300" w:lineRule="exact"/>
        <w:jc w:val="both"/>
      </w:pPr>
      <w:r>
        <w:rPr>
          <w:rFonts w:ascii="Georgia" w:hAnsi="Georgia" w:cs="Georgia" w:eastAsia="Georgia"/>
          <w:b w:val="0"/>
          <w:i w:val="0"/>
          <w:sz w:val="22"/>
        </w:rPr>
        <w:t>Regarding recovery prospects, Bendelac noted that "there is typically a strong economic rebound" following the end of a war. However, he cautioned that "the longer this war continues, the slower and more challenging the recovery will be." https://english.almayadeen.net/news/ Economy/quarter-of-israelis-grapplewith-poverty-as-war-continues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SUNNAH</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ONCE HADHRAT Basheer Ibn Haarith (rahmatullah alayh) saw Rasulullah (sallallahu alayhi wasallam) in a dream. Nabi (sallallahu alayhi wasallam) said: "O Basheer! Do you know why Allah Ta'ala has elevated you above your contemporaries?" Basheer said: 'O Rasulullah! I do not know.' Rasulullah (sallallahu alayhi wasallam) said: "Your following my Sunnah, being of service to the Saaliheen, admonishing brothers and love for my Sahaabah and Family have elevated you to the stage of the Abraar."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ISRAEL BLEEDS</w:t>
      </w:r>
    </w:p>
    <w:p>
      <w:pPr>
        <w:spacing w:before="0" w:after="160" w:line="300" w:lineRule="exact"/>
        <w:jc w:val="center"/>
      </w:pPr>
      <w:r>
        <w:rPr>
          <w:rFonts w:ascii="Georgia" w:hAnsi="Georgia" w:cs="Georgia" w:eastAsia="Georgia"/>
          <w:b w:val="0"/>
          <w:i/>
          <w:sz w:val="16"/>
        </w:rPr>
        <w:t>Page 9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THE IMPACT OF 'AL-AQSA FLOOD' ON REVERSE MIGRATION – ANALYSIS</w:t>
      </w:r>
    </w:p>
    <w:p>
      <w:pPr>
        <w:spacing w:before="0" w:after="120" w:line="300" w:lineRule="exact"/>
        <w:jc w:val="both"/>
      </w:pPr>
      <w:r>
        <w:rPr>
          <w:rFonts w:ascii="Georgia" w:hAnsi="Georgia" w:cs="Georgia" w:eastAsia="Georgia"/>
          <w:b w:val="0"/>
          <w:i w:val="0"/>
          <w:sz w:val="22"/>
        </w:rPr>
        <w:t>January 9, 2025Articles, FeaturesBy Palestine Chronicle Staff Writing on the Al Mayadeen Arabic website, Sharhabil AlGhareeb discusses how Israel's ongoing war with Hamas and Hezbollah has triggered a sharp increase in reverse migration, with highly skilled professionals fleeing in search of stability, further deepening the country's internal crisis.</w:t>
      </w:r>
    </w:p>
    <w:p>
      <w:pPr>
        <w:spacing w:before="0" w:after="120" w:line="300" w:lineRule="exact"/>
        <w:jc w:val="both"/>
      </w:pPr>
      <w:r>
        <w:rPr>
          <w:rFonts w:ascii="Georgia" w:hAnsi="Georgia" w:cs="Georgia" w:eastAsia="Georgia"/>
          <w:b w:val="0"/>
          <w:i w:val="0"/>
          <w:sz w:val="22"/>
        </w:rPr>
        <w:t>The Al-Aqsa Flood operation cast a long shadow over Israel's internal reality, affecting all aspects of lifepolitical, economic, and social. Despite more than a year passing, Israel has failed to halt the internal hemorrhaging of talent, a phenomenon that has worsened due to wars on two fronts: with Hamas in Gaza and Hezbollah in southern Lebanon.</w:t>
      </w:r>
    </w:p>
    <w:p>
      <w:pPr>
        <w:spacing w:before="0" w:after="120" w:line="300" w:lineRule="exact"/>
        <w:jc w:val="both"/>
      </w:pPr>
      <w:r>
        <w:rPr>
          <w:rFonts w:ascii="Georgia" w:hAnsi="Georgia" w:cs="Georgia" w:eastAsia="Georgia"/>
          <w:b w:val="0"/>
          <w:i w:val="0"/>
          <w:sz w:val="22"/>
        </w:rPr>
        <w:t>Before the conflict ceased, the fallout was more bitter than the war itself. Additionally, the war's financial toll reached 11 billion USD, deepening political and social divisions. Meanwhile, Jewish settlers live in a state of frustration, struggling to cope with the continuing negative repercussions of the war. The phenomenon of reverse migration in Israel, an old but renewed issue, has resurfaced as one of the primary and most significant consequences of the Al-Aqsa Flood.</w:t>
      </w:r>
    </w:p>
    <w:p>
      <w:pPr>
        <w:spacing w:before="0" w:after="120" w:line="300" w:lineRule="exact"/>
        <w:jc w:val="both"/>
      </w:pPr>
      <w:r>
        <w:rPr>
          <w:rFonts w:ascii="Georgia" w:hAnsi="Georgia" w:cs="Georgia" w:eastAsia="Georgia"/>
          <w:b w:val="0"/>
          <w:i w:val="0"/>
          <w:sz w:val="22"/>
        </w:rPr>
        <w:t>The rate of permanent emigration has surged by 285% following the operation on October 7, 2023, according to Yedioth Ahronoth, citing Israel's Central Bureau of Statistics. Most of these emigrants are highly educated individuals, skilled in vital sectors such as technology, medicine, business, economics, and academia. The statistics reveal that most of the migrants are young, with 48% aged between 20 and 45, while 27% are under 18.</w:t>
      </w:r>
    </w:p>
    <w:p>
      <w:pPr>
        <w:spacing w:before="0" w:after="120" w:line="300" w:lineRule="exact"/>
        <w:jc w:val="both"/>
      </w:pPr>
      <w:r>
        <w:rPr>
          <w:rFonts w:ascii="Georgia" w:hAnsi="Georgia" w:cs="Georgia" w:eastAsia="Georgia"/>
          <w:b w:val="0"/>
          <w:i w:val="0"/>
          <w:sz w:val="22"/>
        </w:rPr>
        <w:t>The report also showed that the five cities with the highest emigration rates were, in order: Tel Aviv, Haifa, Netanya, Jerusalem, and Bat Yam. According to recent statistics in Israel, countries like Germany, Portugal, and Cyprus have become safe havens for emigrants seeking stability, security, and a better future. Global companies have played a key role in transferring their employees to branches in more stable countries.</w:t>
      </w:r>
    </w:p>
    <w:p>
      <w:pPr>
        <w:spacing w:before="0" w:after="120" w:line="300" w:lineRule="exact"/>
        <w:jc w:val="both"/>
      </w:pPr>
      <w:r>
        <w:rPr>
          <w:rFonts w:ascii="Georgia" w:hAnsi="Georgia" w:cs="Georgia" w:eastAsia="Georgia"/>
          <w:b w:val="0"/>
          <w:i w:val="0"/>
          <w:sz w:val="22"/>
        </w:rPr>
        <w:t>The impact of this migration is being keenly felt in Israel, as the loss of its most talented and qualified individuals threatens its position as a global leader in technology. Experts warn that this loss could jeopardize Israel's future in the tech industry. A recent statistical report confirmed the scale of the AlAqsa Flood's effects, showing that in 2024 alone, 82,700 Israelis emigrated, while only 23,800 returned.</w:t>
      </w:r>
    </w:p>
    <w:p>
      <w:pPr>
        <w:spacing w:before="0" w:after="120" w:line="300" w:lineRule="exact"/>
        <w:jc w:val="both"/>
      </w:pPr>
      <w:r>
        <w:rPr>
          <w:rFonts w:ascii="Georgia" w:hAnsi="Georgia" w:cs="Georgia" w:eastAsia="Georgia"/>
          <w:b w:val="0"/>
          <w:i w:val="0"/>
          <w:sz w:val="22"/>
        </w:rPr>
        <w:t>The report highlighted that the number of emigrants was significantly higher than the number of returnees, with a net negative migration of 58,900. Israel's population, as of now, stands at 10.03 million, with 7.7 million Jews (76.9%), 2.1 million Arabs (21%), and 216,000 foreigners (2.1%). These statistics make it clear that reverse migration is on the rise, pointing to an undeniable truth: Israeli settlers are facing an uncertain future.</w:t>
      </w:r>
    </w:p>
    <w:p>
      <w:pPr>
        <w:spacing w:before="0" w:after="120" w:line="300" w:lineRule="exact"/>
        <w:jc w:val="both"/>
      </w:pPr>
      <w:r>
        <w:rPr>
          <w:rFonts w:ascii="Georgia" w:hAnsi="Georgia" w:cs="Georgia" w:eastAsia="Georgia"/>
          <w:b w:val="0"/>
          <w:i w:val="0"/>
          <w:sz w:val="22"/>
        </w:rPr>
        <w:t>The concept of survival has become a thing of the past, undermining the very foundation of Israel's existence as a state in Palestine, which was supposed to offer security, stability, and prosperity. Over the past year, Israel has lost its strategic project of being a unifying state for Jews worldwide. As reported by the Jerusalem Post, the surge in reverse migration has been accompanied by the outflow of money, academic credentials, and technical skills—factors that will negatively impact Israel's future.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WOES OF ISRAEL</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Israel is in a state of continuous depletion, a crisis reflected in several painful details. For the first time, Maariv revealed that one of the primary reasons Israel accepted a ceasefire agreement with Hezbollah in November was the unprecedented human losses and military setbacks. Netanyahu admitted that the need to replenish military stockpiles was a major factor in agreeing to the ceasefire.</w:t>
      </w:r>
    </w:p>
    <w:p>
      <w:pPr>
        <w:spacing w:before="0" w:after="120" w:line="300" w:lineRule="exact"/>
        <w:jc w:val="both"/>
      </w:pPr>
      <w:r>
        <w:rPr>
          <w:rFonts w:ascii="Georgia" w:hAnsi="Georgia" w:cs="Georgia" w:eastAsia="Georgia"/>
          <w:b w:val="0"/>
          <w:i w:val="0"/>
          <w:sz w:val="22"/>
        </w:rPr>
        <w:t>This admission is a clear sign that Israel lost both human and military resources, crucial elements for any future conflict, thereby diminishing Israel's once-vaunted image of invincibility. The political and strategic loss that Netanyahu now faces is undeniable. Despite promoting tactical military successes, he has failed to reap the full rewards of the war, especially due to the strikes by the Yemeni armed forces, particularly the ballistic missiles that ruined any potential gains.</w:t>
      </w:r>
    </w:p>
    <w:p>
      <w:pPr>
        <w:spacing w:before="0" w:after="120" w:line="300" w:lineRule="exact"/>
        <w:jc w:val="both"/>
      </w:pPr>
      <w:r>
        <w:rPr>
          <w:rFonts w:ascii="Georgia" w:hAnsi="Georgia" w:cs="Georgia" w:eastAsia="Georgia"/>
          <w:b w:val="0"/>
          <w:i w:val="0"/>
          <w:sz w:val="22"/>
        </w:rPr>
        <w:t>The losses in both human and military components are just the beginning for Israel, as it is on the brink of substantial internal transformationsespecially politically and socially. The Al-Aqsa Flood will leave lasting effects, and Israel will never return to the state it was in before October 7. Pub- lic opinion polls continue to show a future marked by uncertainty, continuous threats, security deterioration, and a collapsing economy, all of which further fuel the ongoing exodus.</w:t>
      </w:r>
    </w:p>
    <w:p>
      <w:pPr>
        <w:spacing w:before="0" w:after="120" w:line="300" w:lineRule="exact"/>
        <w:jc w:val="both"/>
      </w:pPr>
      <w:r>
        <w:rPr>
          <w:rFonts w:ascii="Georgia" w:hAnsi="Georgia" w:cs="Georgia" w:eastAsia="Georgia"/>
          <w:b w:val="0"/>
          <w:i w:val="0"/>
          <w:sz w:val="22"/>
        </w:rPr>
        <w:t>The war on Gaza and Lebanon has revealed new truths about Israel's internal and security situation, most notably its vulnerability. This has given rise to a new reality marked by reverse migration, instability, and the loss of hope for the future—forces that will compel Israel to adopt new strategies to address the collapse it faces. (Al Mayadeen – Translated and prepared by The Palestine Chronicle)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LAMENT OF THE YAHOODIS</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Israeli politician and former senior military officer Yair Golan criticized the government's handling of the war on Gaza, arguing it should have ended much earlier. In a post on X, he accused the government of prolonging the conflict due to its focus on power retention and the issue of Gaza settlements. In a television interview, Golan described the continued loss of Israeli soldiers in Gaza as "senseless" and called for an immediate end to the conflict to prevent further bloodshed.</w:t>
      </w:r>
    </w:p>
    <w:p>
      <w:pPr>
        <w:spacing w:before="0" w:after="120" w:line="300" w:lineRule="exact"/>
        <w:jc w:val="both"/>
      </w:pPr>
      <w:r>
        <w:rPr>
          <w:rFonts w:ascii="Georgia" w:hAnsi="Georgia" w:cs="Georgia" w:eastAsia="Georgia"/>
          <w:b w:val="0"/>
          <w:i w:val="0"/>
          <w:sz w:val="22"/>
        </w:rPr>
        <w:t>Israeli newspaper Haaretz also expressed concern in its editorial, urging Prime Minister Benjamin Netanyahu to prioritize negotiations for the release of Israeli detainees in Gaza. The paper highlighted the need to halt the war to prevent further devastation and rising casualties among Israeli forces. Haaretz warned that failure to end the war would expose both soldiers and captives to even greater dangers.</w:t>
      </w:r>
    </w:p>
    <w:p>
      <w:pPr>
        <w:spacing w:before="0" w:after="120" w:line="300" w:lineRule="exact"/>
        <w:jc w:val="both"/>
      </w:pPr>
      <w:r>
        <w:rPr>
          <w:rFonts w:ascii="Georgia" w:hAnsi="Georgia" w:cs="Georgia" w:eastAsia="Georgia"/>
          <w:b w:val="0"/>
          <w:i w:val="0"/>
          <w:sz w:val="22"/>
        </w:rPr>
        <w:t>Additionally, Israeli media reported the deaths of 46 soldiers and officers during ongoing operations in northern Gaza, particularly in Jabaliya, Beit Hanoun, and Beit Lahia. The campaign, which has been underway for three months, has reportedly come at a steep cost, with criticism directed at the military's approach of entering and exiting Gaza without achieving full control.</w:t>
      </w:r>
    </w:p>
    <w:p>
      <w:pPr>
        <w:spacing w:before="0" w:after="120" w:line="300" w:lineRule="exact"/>
        <w:jc w:val="both"/>
      </w:pPr>
      <w:r>
        <w:rPr>
          <w:rFonts w:ascii="Georgia" w:hAnsi="Georgia" w:cs="Georgia" w:eastAsia="Georgia"/>
          <w:b w:val="0"/>
          <w:i w:val="0"/>
          <w:sz w:val="22"/>
        </w:rPr>
        <w:t>This tactic, according to media outlets, has allowed Hamas to set deadly traps for Israeli forces. (Palestine Chronicle)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TABLIGHI CULT'S DEVIATION</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Question Please provide the Islamic opinion on the following program: "The Pakistan international cricket team: Cape Town program</w:t>
      </w:r>
    </w:p>
    <w:p>
      <w:pPr>
        <w:spacing w:before="120" w:after="120" w:line="300" w:lineRule="exact"/>
        <w:ind w:left="720" w:right="720"/>
        <w:jc w:val="center"/>
      </w:pPr>
      <w:r>
        <w:rPr>
          <w:rFonts w:ascii="Georgia" w:hAnsi="Georgia" w:cs="Georgia" w:eastAsia="Georgia"/>
          <w:b w:val="0"/>
          <w:i/>
          <w:sz w:val="22"/>
        </w:rPr>
        <w:t>Date… Time: after Maghrib Venue: Nurul Huda Markaz…. Prog: Maghrib Talk Brothers in the team have spent time in jamaat and by the advice of the Elders they are having a program. Encourage others and our jamaats, especially student jamaats should attend." How does sport and tableegh mix? Please comment?</w:t>
      </w:r>
    </w:p>
    <w:p>
      <w:pPr>
        <w:spacing w:before="0" w:after="120" w:line="300" w:lineRule="exact"/>
        <w:jc w:val="both"/>
      </w:pPr>
      <w:r>
        <w:rPr>
          <w:rFonts w:ascii="Georgia" w:hAnsi="Georgia" w:cs="Georgia" w:eastAsia="Georgia"/>
          <w:b w:val="0"/>
          <w:i w:val="0"/>
          <w:sz w:val="22"/>
        </w:rPr>
        <w:t>Answer The Tabligh Jamaat is a Ghulu' cult. Its jamaats have become goondas (thugs) who have in this era become notorious for their goondagerry (thuggery) and even for murder of their own kind. Their stated objectives are bereft of Ikhlaas (sincerity). For tablighs, fisq and fujoor and even kufr have no meaning. They will honour and respect fussaaq, fujjaar and deviates such as Tariq Jameel and any other Tom, Dick and Harry who can garner crowds.</w:t>
      </w:r>
    </w:p>
    <w:p>
      <w:pPr>
        <w:spacing w:before="0" w:after="120" w:line="300" w:lineRule="exact"/>
        <w:jc w:val="both"/>
      </w:pPr>
      <w:r>
        <w:rPr>
          <w:rFonts w:ascii="Georgia" w:hAnsi="Georgia" w:cs="Georgia" w:eastAsia="Georgia"/>
          <w:b w:val="0"/>
          <w:i w:val="0"/>
          <w:sz w:val="22"/>
        </w:rPr>
        <w:t>They are awed by those who have the donkey degrees of kuffaar universities. It is haraam to honour fussaaq and fujjaar. Such honouring causes the Arsh of Allah Ta'ala to shudder with Wrath. Cricket and all kuffaar sports are haraam. The hur- mat has been stated explicitly by Rasulullah (Sallallahu alayhi wasallam). Thus, these cricket players are fussaaq and fujjaar.</w:t>
      </w:r>
    </w:p>
    <w:p>
      <w:pPr>
        <w:spacing w:before="0" w:after="120" w:line="300" w:lineRule="exact"/>
        <w:jc w:val="both"/>
      </w:pPr>
      <w:r>
        <w:rPr>
          <w:rFonts w:ascii="Georgia" w:hAnsi="Georgia" w:cs="Georgia" w:eastAsia="Georgia"/>
          <w:b w:val="0"/>
          <w:i w:val="0"/>
          <w:sz w:val="22"/>
        </w:rPr>
        <w:t>The participation in jamaat cult activities of some of these fellows does not confer Shar'i honour to them. But because the masses are drunk with the fisq and fujoor of kuffaar sport, these shaitaani players are regarded as 'celebrities', hence potential drawers of numbers. That is why the moron tablighi 'elders' who are in reality juniors intellectually from the Deeni perspective, are honouring the fussaaq/fujjaar cricketers.</w:t>
      </w:r>
    </w:p>
    <w:p>
      <w:pPr>
        <w:spacing w:before="0" w:after="120" w:line="300" w:lineRule="exact"/>
        <w:jc w:val="both"/>
      </w:pPr>
      <w:r>
        <w:rPr>
          <w:rFonts w:ascii="Georgia" w:hAnsi="Georgia" w:cs="Georgia" w:eastAsia="Georgia"/>
          <w:b w:val="0"/>
          <w:i w:val="0"/>
          <w:sz w:val="22"/>
        </w:rPr>
        <w:t>The tablighis are basically bootlickers. They will lick the boots of any heretic and deviate if the chap is a shaitaani 'celebrity'. Their exercise is haraam.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ISRAELI</w:t>
      </w:r>
    </w:p>
    <w:p>
      <w:pPr>
        <w:spacing w:before="0" w:after="160" w:line="300" w:lineRule="exact"/>
        <w:jc w:val="center"/>
      </w:pPr>
      <w:r>
        <w:rPr>
          <w:rFonts w:ascii="Georgia" w:hAnsi="Georgia" w:cs="Georgia" w:eastAsia="Georgia"/>
          <w:b w:val="0"/>
          <w:i/>
          <w:sz w:val="16"/>
        </w:rPr>
        <w:t>Page 11 of the original</w:t>
      </w:r>
    </w:p>
    <w:p>
      <w:pPr>
        <w:pStyle w:val="Heading3"/>
        <w:spacing w:before="200" w:after="120" w:line="300" w:lineRule="exact"/>
        <w:jc w:val="left"/>
      </w:pPr>
      <w:r>
        <w:rPr>
          <w:rFonts w:ascii="Georgia" w:hAnsi="Georgia" w:cs="Georgia" w:eastAsia="Georgia"/>
          <w:b/>
          <w:i w:val="0"/>
          <w:color w:val="2E74B5"/>
          <w:sz w:val="24"/>
        </w:rPr>
        <w:t>SOLDIERS HIDE</w:t>
      </w:r>
    </w:p>
    <w:p>
      <w:pPr>
        <w:spacing w:before="0" w:after="120" w:line="300" w:lineRule="exact"/>
        <w:jc w:val="both"/>
      </w:pPr>
      <w:r>
        <w:rPr>
          <w:rFonts w:ascii="Georgia" w:hAnsi="Georgia" w:cs="Georgia" w:eastAsia="Georgia"/>
          <w:b w:val="0"/>
          <w:i w:val="0"/>
          <w:sz w:val="22"/>
        </w:rPr>
        <w:t>By Al Mayadeen English Source: Israeli media 5 Jan 2025 19:55 The Israeli occupation forces' Galei Zahal radio reported the arrest of two Palestinians out of a group of eight who infiltrated the central command military base in occupied alQuds. Investigations into the incident are ongoing. Hillel Biton, a correspondent for the Israeli Channel 14, revealed that soldiers stationed at the base, located in the heart of the occupied territories, chose to hide inside the base instead of confronting the infiltrators.</w:t>
      </w:r>
    </w:p>
    <w:p>
      <w:pPr>
        <w:spacing w:before="0" w:after="120" w:line="300" w:lineRule="exact"/>
        <w:jc w:val="both"/>
      </w:pPr>
      <w:r>
        <w:rPr>
          <w:rFonts w:ascii="Georgia" w:hAnsi="Georgia" w:cs="Georgia" w:eastAsia="Georgia"/>
          <w:b w:val="0"/>
          <w:i w:val="0"/>
          <w:sz w:val="22"/>
        </w:rPr>
        <w:t>Commenting on the event, Biton stated, "Central Command leader Avi Blot must explain why most soldiers at the base hid in rooms instead of acting as expected from military personnel and engaging directly." Biton further questioned, "Why were Border Police (MAGAV) forces summoned to handle the situation instead of the soldiers resolving it themselves?" He described the incident as a significant warning sign, remarking, "October 7 is still with us," referencing the earlier unprecedented events that had shaken confidence in the Israeli occupation forces due to their cowardice and inadequate response.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PAINFUL ATHAAB"</w:t>
      </w:r>
    </w:p>
    <w:p>
      <w:pPr>
        <w:spacing w:before="0" w:after="160" w:line="300" w:lineRule="exact"/>
        <w:jc w:val="center"/>
      </w:pPr>
      <w:r>
        <w:rPr>
          <w:rFonts w:ascii="Georgia" w:hAnsi="Georgia" w:cs="Georgia" w:eastAsia="Georgia"/>
          <w:b w:val="0"/>
          <w:i/>
          <w:sz w:val="16"/>
        </w:rPr>
        <w:t>Page 11 of the original</w:t>
      </w:r>
    </w:p>
    <w:p>
      <w:pPr>
        <w:spacing w:before="120" w:after="120" w:line="300" w:lineRule="exact"/>
        <w:ind w:left="720" w:right="720"/>
        <w:jc w:val="center"/>
      </w:pPr>
      <w:r>
        <w:rPr>
          <w:rFonts w:ascii="Georgia" w:hAnsi="Georgia" w:cs="Georgia" w:eastAsia="Georgia"/>
          <w:b w:val="0"/>
          <w:i/>
          <w:sz w:val="22"/>
        </w:rPr>
        <w:t>"It is a hurricane in which there is a painful Punishment. It devastates everything by the</w:t>
      </w:r>
    </w:p>
    <w:p>
      <w:pPr>
        <w:spacing w:before="120" w:after="120" w:line="300" w:lineRule="exact"/>
        <w:ind w:left="720" w:right="720"/>
        <w:jc w:val="center"/>
      </w:pPr>
      <w:r>
        <w:rPr>
          <w:rFonts w:ascii="Georgia" w:hAnsi="Georgia" w:cs="Georgia" w:eastAsia="Georgia"/>
          <w:b w:val="0"/>
          <w:i/>
          <w:sz w:val="22"/>
        </w:rPr>
        <w:t>command of its Rabb… In such a manner do We punish</w:t>
      </w:r>
    </w:p>
    <w:p>
      <w:pPr>
        <w:spacing w:before="120" w:after="120" w:line="300" w:lineRule="exact"/>
        <w:ind w:left="720" w:right="720"/>
        <w:jc w:val="center"/>
      </w:pPr>
      <w:r>
        <w:rPr>
          <w:rFonts w:ascii="Georgia" w:hAnsi="Georgia" w:cs="Georgia" w:eastAsia="Georgia"/>
          <w:b w:val="0"/>
          <w:i/>
          <w:sz w:val="22"/>
        </w:rPr>
        <w:t>a nation of criminals." (Al-Ahqaaf, Aayat 24, 25) The Fire, the Hurricane, the Flood, the Earthquake, The Kuffaar, etc. all act by the command of their Rabb. In the creation of Allah Azza Wa Jal, there is no scope for accidents and fortuitous happenings.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"LAW OF THE LAND" &amp; THE SHARIAH</w:t>
      </w:r>
    </w:p>
    <w:p>
      <w:pPr>
        <w:spacing w:before="0" w:after="160" w:line="300" w:lineRule="exact"/>
        <w:jc w:val="center"/>
      </w:pPr>
      <w:r>
        <w:rPr>
          <w:rFonts w:ascii="Georgia" w:hAnsi="Georgia" w:cs="Georgia" w:eastAsia="Georgia"/>
          <w:b w:val="0"/>
          <w:i/>
          <w:sz w:val="16"/>
        </w:rPr>
        <w:t>Page 12, 13 of the original. Heading read from the printed headline artwork.</w:t>
      </w:r>
    </w:p>
    <w:p>
      <w:pPr>
        <w:spacing w:before="0" w:after="120" w:line="300" w:lineRule="exact"/>
        <w:jc w:val="both"/>
      </w:pPr>
      <w:r>
        <w:rPr>
          <w:rFonts w:ascii="Georgia" w:hAnsi="Georgia" w:cs="Georgia" w:eastAsia="Georgia"/>
          <w:b w:val="0"/>
          <w:i w:val="0"/>
          <w:sz w:val="22"/>
        </w:rPr>
        <w:t>Question from the UK A well-known Deobandi Mufti has led most people, including many 'Ulama to believe that adhering to the "law of the land" is a Shar'i duty. It's implicitly regarded by some as a type of treaty, whilst we reside in Darul Harb or Darul Kufr. From a lay person's perspective, when the earth belongs to Allah Ta'ala, and the Qur'an says legislation is exclusive to Allah &amp; we've been sent to raise His Name &amp; Word on earth, then how does adherence to secular/kufr laws accord with abiding by Shari'ah?</w:t>
      </w:r>
    </w:p>
    <w:p>
      <w:pPr>
        <w:spacing w:before="0" w:after="120" w:line="300" w:lineRule="exact"/>
        <w:jc w:val="both"/>
      </w:pPr>
      <w:r>
        <w:rPr>
          <w:rFonts w:ascii="Georgia" w:hAnsi="Georgia" w:cs="Georgia" w:eastAsia="Georgia"/>
          <w:b w:val="0"/>
          <w:i w:val="0"/>
          <w:sz w:val="22"/>
        </w:rPr>
        <w:t>So how has he come to the conclusion that abiding by the "law of the land" is our Shar'i duty? Second, some loosely make the argument about maslahah saying if it's for public benefit and administration of the state, we must abide by the laws enacted by the state. Is it valid to use maslahah in this context? Answer Rasulullah (Sallallahu alayhi wasallam) said: "There is no obedience for makhlooq in sinning against Allah." That is, obedience to any one is haraam if such obedience entails sinning against Allah Ta'ala.</w:t>
      </w:r>
    </w:p>
    <w:p>
      <w:pPr>
        <w:spacing w:before="0" w:after="120" w:line="300" w:lineRule="exact"/>
        <w:jc w:val="both"/>
      </w:pPr>
      <w:r>
        <w:rPr>
          <w:rFonts w:ascii="Georgia" w:hAnsi="Georgia" w:cs="Georgia" w:eastAsia="Georgia"/>
          <w:b w:val="0"/>
          <w:i w:val="0"/>
          <w:sz w:val="22"/>
        </w:rPr>
        <w:t>Acting in violation of the Shariah is thus haraam. Either the 'well-known Deobandi Mufti' has not understood the issue correctly or he may be a well-known bootlicker of the Yahood and Nasaara, hence he disgorged bunkum. The 'treaty' argument is baseless. Muslims born in a land under kuffaar domination have not contracted any 'treaty' with the kaafir government.</w:t>
      </w:r>
    </w:p>
    <w:p>
      <w:pPr>
        <w:spacing w:before="0" w:after="120" w:line="300" w:lineRule="exact"/>
        <w:jc w:val="both"/>
      </w:pPr>
      <w:r>
        <w:rPr>
          <w:rFonts w:ascii="Georgia" w:hAnsi="Georgia" w:cs="Georgia" w:eastAsia="Georgia"/>
          <w:b w:val="0"/>
          <w:i w:val="0"/>
          <w:sz w:val="22"/>
        </w:rPr>
        <w:t>The government is supposed to serve all the citizens. These dishonest, satanic kuffaar governments pipe the theme of 'religious freedom', hence the government is in violation of the religious and constitutional rights of the Muslim citizens. Having been born and bred in a kaafir country does not imply any 'treaty' enacted between Muslims and the government.</w:t>
      </w:r>
    </w:p>
    <w:p>
      <w:pPr>
        <w:spacing w:before="0" w:after="120" w:line="300" w:lineRule="exact"/>
        <w:jc w:val="both"/>
      </w:pPr>
      <w:r>
        <w:rPr>
          <w:rFonts w:ascii="Georgia" w:hAnsi="Georgia" w:cs="Georgia" w:eastAsia="Georgia"/>
          <w:b w:val="0"/>
          <w:i w:val="0"/>
          <w:sz w:val="22"/>
        </w:rPr>
        <w:t>The government is plainly the servant although it acts as the boss, and that too, a brutal, oppressive, unjust boss. The imposition of antiIslamic laws is thus oppression and injustice. If foreign Muslims desire to settle in the kuffaar country, then the treaty argument will have validity. Now, if the foreigner pledges allegiance to the kuffaar government in lieu of citizenship rights, then this will be haraam.</w:t>
      </w:r>
    </w:p>
    <w:p>
      <w:pPr>
        <w:spacing w:before="0" w:after="120" w:line="300" w:lineRule="exact"/>
        <w:jc w:val="both"/>
      </w:pPr>
      <w:r>
        <w:rPr>
          <w:rFonts w:ascii="Georgia" w:hAnsi="Georgia" w:cs="Georgia" w:eastAsia="Georgia"/>
          <w:b w:val="0"/>
          <w:i w:val="0"/>
          <w:sz w:val="22"/>
        </w:rPr>
        <w:t>In this scenario he will voluntarily accept to submit to all the kufr laws. Furthermore, the Shariah rules that there ghadr (deception) even in Darul Harb is not permissible. Agreeing to abide by kufr laws for gaining rights in Darul Harb is haraam. The foreigner may therefore not become a citizen of Darul Harb/ Kufr. If he does, he will be confronted by two major acts of haraam.</w:t>
      </w:r>
    </w:p>
    <w:p>
      <w:pPr>
        <w:spacing w:before="0" w:after="120" w:line="300" w:lineRule="exact"/>
        <w:jc w:val="both"/>
      </w:pPr>
      <w:r>
        <w:rPr>
          <w:rFonts w:ascii="Georgia" w:hAnsi="Georgia" w:cs="Georgia" w:eastAsia="Georgia"/>
          <w:b w:val="0"/>
          <w:i w:val="0"/>
          <w:sz w:val="22"/>
        </w:rPr>
        <w:t>(1) Voluntary submission to haraam and kufr by way of obeying the authorities. (2) Deception – pretending to obey, but violating the terms of the treaty. Since both scenarios are haraam, it will not be permissible for foreign Muslims to settle in Darul Harb/Kufr. The stupidity of 'maslahah' does not apply to Muslim citizens born in the kaafir country.</w:t>
      </w:r>
    </w:p>
    <w:p>
      <w:pPr>
        <w:spacing w:before="0" w:after="120" w:line="300" w:lineRule="exact"/>
        <w:jc w:val="both"/>
      </w:pPr>
      <w:r>
        <w:rPr>
          <w:rFonts w:ascii="Georgia" w:hAnsi="Georgia" w:cs="Georgia" w:eastAsia="Georgia"/>
          <w:b w:val="0"/>
          <w:i w:val="0"/>
          <w:sz w:val="22"/>
        </w:rPr>
        <w:t>Their presence in the land is not by way of allegiance to kufr. Thus, they are under no Shar'i obligation to obey such laws which are in conflict with the Shariah. However, if they are constrained to submit because of governmental compulsion, they will not be sinful. This is the state of Muslim citizens. They are forced by the satanic 'law of the land' to submit to many haraam acts.</w:t>
      </w:r>
    </w:p>
    <w:p>
      <w:pPr>
        <w:spacing w:before="0" w:after="120" w:line="300" w:lineRule="exact"/>
        <w:jc w:val="both"/>
      </w:pPr>
      <w:r>
        <w:rPr>
          <w:rFonts w:ascii="Georgia" w:hAnsi="Georgia" w:cs="Georgia" w:eastAsia="Georgia"/>
          <w:b w:val="0"/>
          <w:i w:val="0"/>
          <w:sz w:val="22"/>
        </w:rPr>
        <w:t>If they are able to circumvent any laws which conflict with the Shariah, it will be perfectly permissible regardless of what the 'well-known Deobandi Mufti' says. The lopsided logic of the Mufti implies permissibility to abandon Islam and become kuffaar. If it is Islamically compulsory for Muslim citizens to obey the kaafir government, it follows that abortion, same sex 'marriages', homosexuality, gender equality, mutilating dead bodies (postmortem), intermingling of sexes, and a host of other haraam laws will become 'halaal' and necessary for Muslims to abide by.</w:t>
      </w:r>
    </w:p>
    <w:p>
      <w:pPr>
        <w:spacing w:before="0" w:after="120" w:line="300" w:lineRule="exact"/>
        <w:jc w:val="both"/>
      </w:pPr>
      <w:r>
        <w:rPr>
          <w:rFonts w:ascii="Georgia" w:hAnsi="Georgia" w:cs="Georgia" w:eastAsia="Georgia"/>
          <w:b w:val="0"/>
          <w:i w:val="0"/>
          <w:sz w:val="22"/>
        </w:rPr>
        <w:t>If the kaafir government bans Salaat, what will the fatwa of the 'well-known' mufti be? If Muslims disobey such a law and perform Salaat clandestinely, will they be sinful? Yes, they will be sinful in terms of the satanic logic of the mufti who has failed to apply his brains constructively within the ambit of the Shariah. Will a Muslim be sinful for saving his children by some hook and crook from learning and respecting sex perversion such as homo- sexuality, lesbianism, etc.</w:t>
      </w:r>
    </w:p>
    <w:p>
      <w:pPr>
        <w:spacing w:before="0" w:after="120" w:line="300" w:lineRule="exact"/>
        <w:jc w:val="both"/>
      </w:pPr>
      <w:r>
        <w:rPr>
          <w:rFonts w:ascii="Georgia" w:hAnsi="Georgia" w:cs="Georgia" w:eastAsia="Georgia"/>
          <w:b w:val="0"/>
          <w:i w:val="0"/>
          <w:sz w:val="22"/>
        </w:rPr>
        <w:t>In a nut shell the wellknown mufti is far off the mark. His intellectual dissonance seems to be the effect of bootlicking. If a kaafir government legislates idol-worship compulsory, will it be Waajib to voluntarily worship idols if the Muslim is able to save himself from such a calamity? Yes, it will be 'waajib' according to the deviate mufti.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PUNISHMENT OF THE GRAVE</w:t>
      </w:r>
    </w:p>
    <w:p>
      <w:pPr>
        <w:spacing w:before="0" w:after="160" w:line="300" w:lineRule="exact"/>
        <w:jc w:val="center"/>
      </w:pPr>
      <w:r>
        <w:rPr>
          <w:rFonts w:ascii="Georgia" w:hAnsi="Georgia" w:cs="Georgia" w:eastAsia="Georgia"/>
          <w:b w:val="0"/>
          <w:i/>
          <w:sz w:val="16"/>
        </w:rPr>
        <w:t>Page 13 of the original. Heading read from the printed headline artwork.</w:t>
      </w:r>
    </w:p>
    <w:p>
      <w:pPr>
        <w:spacing w:before="0" w:after="120" w:line="300" w:lineRule="exact"/>
        <w:jc w:val="both"/>
      </w:pPr>
      <w:r>
        <w:rPr>
          <w:rFonts w:ascii="Georgia" w:hAnsi="Georgia" w:cs="Georgia" w:eastAsia="Georgia"/>
          <w:b w:val="0"/>
          <w:i w:val="0"/>
          <w:sz w:val="22"/>
        </w:rPr>
        <w:t>A BUZRUG narrated the following fearful episode of Athaab (Punishment) in the Qabr (grave): "A traveller passing through Mount Baitil Maqdis was the guest of a man who said to him. 'Come with me to my neighbour. His brother has recently died.' They found the neighbour grieving excessively. He was unable to restrain his grief. They said to him: 'Fear Allah!</w:t>
      </w:r>
    </w:p>
    <w:p>
      <w:pPr>
        <w:spacing w:before="0" w:after="120" w:line="300" w:lineRule="exact"/>
        <w:jc w:val="both"/>
      </w:pPr>
      <w:r>
        <w:rPr>
          <w:rFonts w:ascii="Georgia" w:hAnsi="Georgia" w:cs="Georgia" w:eastAsia="Georgia"/>
          <w:b w:val="0"/>
          <w:i w:val="0"/>
          <w:sz w:val="22"/>
        </w:rPr>
        <w:t>Know that Maut is the path which all of us have to tread. It is the inescapable reality.' The neighbour said: 'I know that what you have said will surely happen. But I am grieved by the plight which my brother is suffering morning and evening.' They said: 'Subhaanallaah! Did Allah reveal to you the unseen?' The neighbour said: 'No! But after we had just covered my brother with sand, I heard him groaning.</w:t>
      </w:r>
    </w:p>
    <w:p>
      <w:pPr>
        <w:spacing w:before="0" w:after="120" w:line="300" w:lineRule="exact"/>
        <w:jc w:val="both"/>
      </w:pPr>
      <w:r>
        <w:rPr>
          <w:rFonts w:ascii="Georgia" w:hAnsi="Georgia" w:cs="Georgia" w:eastAsia="Georgia"/>
          <w:b w:val="0"/>
          <w:i w:val="0"/>
          <w:sz w:val="22"/>
        </w:rPr>
        <w:t>In shock I exclaimed: 'My brother! My brother! And, I madly started to open the grave, but the people prevented me. After the sand was again filled, I once more heard my brother groaning. I was beyond myself. I again started to open the grave. Again the people admonished me, and the sand was replaced. Then for the third time, I heard my brother groaning.</w:t>
      </w:r>
    </w:p>
    <w:p>
      <w:pPr>
        <w:spacing w:before="0" w:after="120" w:line="300" w:lineRule="exact"/>
        <w:jc w:val="both"/>
      </w:pPr>
      <w:r>
        <w:rPr>
          <w:rFonts w:ascii="Georgia" w:hAnsi="Georgia" w:cs="Georgia" w:eastAsia="Georgia"/>
          <w:b w:val="0"/>
          <w:i w:val="0"/>
          <w:sz w:val="22"/>
        </w:rPr>
        <w:t>Ignoring the protests of the people I dug open the grave. Fear and shock overtook me. A fiery iron weight was on my brother's back and the whole grave was ablaze. Without thinking I stretched my hand to reach for the fiery iron weight. Instantaneously my fingers burnt off." He showed his hand to the visitors. Four fingers were missing. The narrator went to Hadhrat Imaam Auzaai (rahmatullah alayh) and said: 'O Abu Umar!</w:t>
      </w:r>
    </w:p>
    <w:p>
      <w:pPr>
        <w:spacing w:before="0" w:after="120" w:line="300" w:lineRule="exact"/>
        <w:jc w:val="both"/>
      </w:pPr>
      <w:r>
        <w:rPr>
          <w:rFonts w:ascii="Georgia" w:hAnsi="Georgia" w:cs="Georgia" w:eastAsia="Georgia"/>
          <w:b w:val="0"/>
          <w:i w:val="0"/>
          <w:sz w:val="22"/>
        </w:rPr>
        <w:t>The Yahood, the Nasaara and all kuffaar die, but such signs of punishment have not been observed among them. On the contrary, this man died in the state of Tauheed and Islam. Despite this, he is being punished so severely.' Imaam Auzaai (rahmatullah alayh) said: 'Yes! They (the kuffaar) are confirmed inmates of Jahannum. There is therefore no need to display their condition.</w:t>
      </w:r>
    </w:p>
    <w:p>
      <w:pPr>
        <w:spacing w:before="0" w:after="120" w:line="300" w:lineRule="exact"/>
        <w:jc w:val="both"/>
      </w:pPr>
      <w:r>
        <w:rPr>
          <w:rFonts w:ascii="Georgia" w:hAnsi="Georgia" w:cs="Georgia" w:eastAsia="Georgia"/>
          <w:b w:val="0"/>
          <w:i w:val="0"/>
          <w:sz w:val="22"/>
        </w:rPr>
        <w:t>Whereas for you, the People of Tauheed, Allah Ta'ala reveals such punishment being administered so that you derive admonition and lesson.'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report by the Jerusalem Post, earlier in December, touched on the thousands of settlers…</w:t>
      </w:r>
    </w:p>
    <w:p>
      <w:pPr>
        <w:spacing w:before="0" w:after="160" w:line="300" w:lineRule="exact"/>
        <w:jc w:val="center"/>
      </w:pPr>
      <w:r>
        <w:rPr>
          <w:rFonts w:ascii="Georgia" w:hAnsi="Georgia" w:cs="Georgia" w:eastAsia="Georgia"/>
          <w:b w:val="0"/>
          <w:i/>
          <w:sz w:val="16"/>
        </w:rPr>
        <w:t>Page 13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 report by the Jerusalem Post, earlier in December, touched on the thousands of settlers leaving the occupied land since October 7, 2023, after the Hamas Resistance group carried out Operation Al-Aqsa Flood, highlighting the lack of security felt by Israeli settlers. According to government statistics and immigration tallies released by destination countries such as Canada and Germany, as cited by the Jerusalem Post, thousands of Israelis have left the occupied land since October 7, 2023.</w:t>
      </w:r>
    </w:p>
    <w:p>
      <w:pPr>
        <w:spacing w:before="0" w:after="120" w:line="300" w:lineRule="exact"/>
        <w:jc w:val="both"/>
      </w:pPr>
      <w:r>
        <w:rPr>
          <w:rFonts w:ascii="Georgia" w:hAnsi="Georgia" w:cs="Georgia" w:eastAsia="Georgia"/>
          <w:b w:val="0"/>
          <w:i w:val="0"/>
          <w:sz w:val="22"/>
        </w:rPr>
        <w:t>Statistics show concerns about a potential "brain drain" in sectors like medicine and technology, with migration experts suggesting that the number of people leaving "Israel" could exceed the number of immigrants to the occupied territories in 2024. This observation comes from Sergio DellaPergola, a statistician and professor emeritus at the Hebrew University in occupied alQuds.</w:t>
      </w:r>
    </w:p>
    <w:p>
      <w:pPr>
        <w:spacing w:before="0" w:after="120" w:line="300" w:lineRule="exact"/>
        <w:jc w:val="both"/>
      </w:pPr>
      <w:r>
        <w:rPr>
          <w:rFonts w:ascii="Georgia" w:hAnsi="Georgia" w:cs="Georgia" w:eastAsia="Georgia"/>
          <w:b w:val="0"/>
          <w:i w:val="0"/>
          <w:sz w:val="22"/>
        </w:rPr>
        <w:t>According to the Jerusalem Post, thousands of Israelis have chosen to bear the financial, emotional, and social costs of relocating since October 7 last year. Government statistics and families who spoke to The Associated Press in recent months reveal that many have emigrated to countries like Canada, Spain, and Australia.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HAMAS</w:t>
      </w:r>
    </w:p>
    <w:p>
      <w:pPr>
        <w:spacing w:before="0" w:after="160" w:line="300" w:lineRule="exact"/>
        <w:jc w:val="center"/>
      </w:pPr>
      <w:r>
        <w:rPr>
          <w:rFonts w:ascii="Georgia" w:hAnsi="Georgia" w:cs="Georgia" w:eastAsia="Georgia"/>
          <w:b w:val="0"/>
          <w:i/>
          <w:sz w:val="16"/>
        </w:rPr>
        <w:t>Page 14 of the original. Heading read from the printed headline artwork.</w:t>
      </w:r>
    </w:p>
    <w:p>
      <w:pPr>
        <w:spacing w:before="0" w:after="120" w:line="300" w:lineRule="exact"/>
        <w:jc w:val="both"/>
      </w:pPr>
      <w:r>
        <w:rPr>
          <w:rFonts w:ascii="Georgia" w:hAnsi="Georgia" w:cs="Georgia" w:eastAsia="Georgia"/>
          <w:b w:val="0"/>
          <w:i w:val="0"/>
          <w:sz w:val="22"/>
        </w:rPr>
        <w:t>Yahya Sinwar's Brother, 'Shadow', Strengthening Resistance in Gaza – Report January 13, 2025NewsBy Palestine Chronicle Staff Mohammed Sinwar has largely "operated behind the scenes" earning him the nickname 'Shadow,' according to the Wall Street Journal. The younger brother of slain Hamas leader Yahya Sinwar is working to build the Resistance movement in Gaza, the Wall Street Journal (WSJ) has reported.</w:t>
      </w:r>
    </w:p>
    <w:p>
      <w:pPr>
        <w:spacing w:before="0" w:after="120" w:line="300" w:lineRule="exact"/>
        <w:jc w:val="both"/>
      </w:pPr>
      <w:r>
        <w:rPr>
          <w:rFonts w:ascii="Georgia" w:hAnsi="Georgia" w:cs="Georgia" w:eastAsia="Georgia"/>
          <w:b w:val="0"/>
          <w:i w:val="0"/>
          <w:sz w:val="22"/>
        </w:rPr>
        <w:t>The recruitment drive by Mohammed Sinwar believed to be aged 50, poses "a fresh challenge" for the Israeli army in the besieged enclave, the report said on Monday. The younger Sinwar who was considered close to his older brother joined Hamas at an early age. He also reportedly has a close connection with Mohammad Deif, the leader of the movement's armed wing.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'Working Hard to Find Him' Unlike Yahya, the report said, Mohammed has not spent a…</w:t>
      </w:r>
    </w:p>
    <w:p>
      <w:pPr>
        <w:spacing w:before="0" w:after="160" w:line="300" w:lineRule="exact"/>
        <w:jc w:val="center"/>
      </w:pPr>
      <w:r>
        <w:rPr>
          <w:rFonts w:ascii="Georgia" w:hAnsi="Georgia" w:cs="Georgia" w:eastAsia="Georgia"/>
          <w:b w:val="0"/>
          <w:i/>
          <w:sz w:val="16"/>
        </w:rPr>
        <w:t>Page 14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'Working Hard to Find Him' Unlike Yahya, the report said, Mohammed has not spent a significant amount of time in Israeli detention – unlike his brother – and has largely "operated behind the scenes" earning him the nickname 'Shadow.' "We are working hard to find him," a senior Israeli official from the Southern Command, which runs the battle in Gaza, stated.</w:t>
      </w:r>
    </w:p>
    <w:p>
      <w:pPr>
        <w:spacing w:before="0" w:after="120" w:line="300" w:lineRule="exact"/>
        <w:jc w:val="both"/>
      </w:pPr>
      <w:r>
        <w:rPr>
          <w:rFonts w:ascii="Georgia" w:hAnsi="Georgia" w:cs="Georgia" w:eastAsia="Georgia"/>
          <w:b w:val="0"/>
          <w:i w:val="0"/>
          <w:sz w:val="22"/>
        </w:rPr>
        <w:t>Citing Israeli officials, the report stated that Mohammed Sinwar was one of the people responsible for the capture of an Israeli soldier, GiladShalit, in 2006. The capture led to his brother's release in a prisoner swap five years later. It further said that Mohammed Sinwar is now Hamas's most senior commander in Gaza, along with Izz al-Din Haddad, the military head in northern Gaza, according to political analysts.</w:t>
      </w:r>
    </w:p>
    <w:p>
      <w:pPr>
        <w:spacing w:before="0" w:after="120" w:line="300" w:lineRule="exact"/>
        <w:jc w:val="both"/>
      </w:pPr>
      <w:r>
        <w:rPr>
          <w:rFonts w:ascii="Georgia" w:hAnsi="Georgia" w:cs="Georgia" w:eastAsia="Georgia"/>
          <w:b w:val="0"/>
          <w:i w:val="0"/>
          <w:sz w:val="22"/>
        </w:rPr>
        <w:t>'Up to 30,000 Fighters' The WSJ report stated that Israel believed that Hamas had "up to 30,000 fighters arranged into 24 battalions in a structure that loosely resembled a state military." The Israeli army claims it has killed about 17,000 fighters, and detained thousands of others, the report added. Hamas, however, has not stated how many of its fighters have been killed, and the "number of new Hamas recruits also remains unclear." Hamas 'In Strong Position' The report quotes Mohammed Sinwar as having written to ceasefire mediators late last year in which he said: "Hamas is in a very strong position to dictate its terms." In another message, he wrote: "If it is not a comprehensive deal that ends the sufferings of all Gazans and justifies their blood and sacrifices, Hamas will continue its fight." Around 400 Israeli soldiers have been killed in the ongoing war in the Gaza Strip, according to the WSJ.</w:t>
      </w:r>
    </w:p>
    <w:p>
      <w:pPr>
        <w:spacing w:before="0" w:after="120" w:line="300" w:lineRule="exact"/>
        <w:jc w:val="both"/>
      </w:pPr>
      <w:r>
        <w:rPr>
          <w:rFonts w:ascii="Georgia" w:hAnsi="Georgia" w:cs="Georgia" w:eastAsia="Georgia"/>
          <w:b w:val="0"/>
          <w:i w:val="0"/>
          <w:sz w:val="22"/>
        </w:rPr>
        <w:t>(Israel is obviously concealing the real number of its soldiers killed) A retired Israeli brigadier general, Amir Avivi, has said "We are in a situation where the pace at which Hamas is rebuilding itself is higher than the pace that the IDF is eradicating them," the report noted. "Mohammed Sinwar is managing everything," Avivi reportedly added.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CHANGING CONDITION</w:t>
      </w:r>
    </w:p>
    <w:p>
      <w:pPr>
        <w:spacing w:before="0" w:after="160" w:line="300" w:lineRule="exact"/>
        <w:jc w:val="center"/>
      </w:pPr>
      <w:r>
        <w:rPr>
          <w:rFonts w:ascii="Georgia" w:hAnsi="Georgia" w:cs="Georgia" w:eastAsia="Georgia"/>
          <w:b w:val="0"/>
          <w:i/>
          <w:sz w:val="16"/>
        </w:rPr>
        <w:t>Page 14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"They committed kufr (denied and rejected) the Aayaat of Allah, thus Allah apprehended</w:t>
      </w:r>
    </w:p>
    <w:p>
      <w:pPr>
        <w:spacing w:before="120" w:after="120" w:line="300" w:lineRule="exact"/>
        <w:ind w:left="720" w:right="720"/>
        <w:jc w:val="center"/>
      </w:pPr>
      <w:r>
        <w:rPr>
          <w:rFonts w:ascii="Georgia" w:hAnsi="Georgia" w:cs="Georgia" w:eastAsia="Georgia"/>
          <w:b w:val="0"/>
          <w:i/>
          <w:sz w:val="22"/>
        </w:rPr>
        <w:t>them for their sins. Verily Allah is Most Severe in Punishment.</w:t>
      </w:r>
    </w:p>
    <w:p>
      <w:pPr>
        <w:spacing w:before="120" w:after="120" w:line="300" w:lineRule="exact"/>
        <w:ind w:left="720" w:right="720"/>
        <w:jc w:val="center"/>
      </w:pPr>
      <w:r>
        <w:rPr>
          <w:rFonts w:ascii="Georgia" w:hAnsi="Georgia" w:cs="Georgia" w:eastAsia="Georgia"/>
          <w:b w:val="0"/>
          <w:i/>
          <w:sz w:val="22"/>
        </w:rPr>
        <w:t>That is so because Allah does not change (eliminate) a Ni'mat (bounty/good stead) which He has</w:t>
      </w:r>
    </w:p>
    <w:p>
      <w:pPr>
        <w:spacing w:before="0" w:after="120" w:line="300" w:lineRule="exact"/>
        <w:jc w:val="both"/>
      </w:pPr>
      <w:r>
        <w:rPr>
          <w:rFonts w:ascii="Georgia" w:hAnsi="Georgia" w:cs="Georgia" w:eastAsia="Georgia"/>
          <w:b w:val="0"/>
          <w:i w:val="0"/>
          <w:sz w:val="22"/>
        </w:rPr>
        <w:t>awarded to a nation until they (themselves) change that condition (of obedience) within themselves. And, verily, Allah is The Hearer, The One Who is fully Aware." (Al-Anfaal, Aayat 53) The disaster and devastation on nations are the consequences of their own evil and villainy. Allah Azza Wa Jal is fully aware. He sees what is happening, and He is allowing it because in reality He has decreed it.</w:t>
      </w:r>
    </w:p>
    <w:p>
      <w:pPr>
        <w:spacing w:before="0" w:after="120" w:line="300" w:lineRule="exact"/>
        <w:jc w:val="both"/>
      </w:pPr>
      <w:r>
        <w:rPr>
          <w:rFonts w:ascii="Georgia" w:hAnsi="Georgia" w:cs="Georgia" w:eastAsia="Georgia"/>
          <w:b w:val="0"/>
          <w:i w:val="0"/>
          <w:sz w:val="22"/>
        </w:rPr>
        <w:t>The Athaab will therefore run its divinely prescribed course.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KHALIFAH - THE RULER HIS QUALIFICATION IS TAQWA</w:t>
      </w:r>
    </w:p>
    <w:p>
      <w:pPr>
        <w:spacing w:before="0" w:after="160" w:line="300" w:lineRule="exact"/>
        <w:jc w:val="center"/>
      </w:pPr>
      <w:r>
        <w:rPr>
          <w:rFonts w:ascii="Georgia" w:hAnsi="Georgia" w:cs="Georgia" w:eastAsia="Georgia"/>
          <w:b w:val="0"/>
          <w:i/>
          <w:sz w:val="16"/>
        </w:rPr>
        <w:t>Page 15 of the original. Heading read from the printed headline artwork.</w:t>
      </w:r>
    </w:p>
    <w:p>
      <w:pPr>
        <w:spacing w:before="0" w:after="120" w:line="300" w:lineRule="exact"/>
        <w:jc w:val="both"/>
      </w:pPr>
      <w:r>
        <w:rPr>
          <w:rFonts w:ascii="Georgia" w:hAnsi="Georgia" w:cs="Georgia" w:eastAsia="Georgia"/>
          <w:b w:val="0"/>
          <w:i w:val="0"/>
          <w:sz w:val="22"/>
        </w:rPr>
        <w:t>THE KHILAAFAT of Hadhrat Umar Bin Abdul Azeez (rahmatullah alayh) was proverbial for its justice and piety. He had restored the Khilaafat to the mode of the Khilaafat of Hadhrat Umar (radhiyallahu anhu), the Second Khalifah. The Taqwa (Piety) and Roohaaniyat (Spirituality) of Hadhrat Umar Bin Abdul Azeez (rahmatullah alayh) extended over the entire empire of Islam, including the animals.</w:t>
      </w:r>
    </w:p>
    <w:p>
      <w:pPr>
        <w:spacing w:before="0" w:after="120" w:line="300" w:lineRule="exact"/>
        <w:jc w:val="both"/>
      </w:pPr>
      <w:r>
        <w:rPr>
          <w:rFonts w:ascii="Georgia" w:hAnsi="Georgia" w:cs="Georgia" w:eastAsia="Georgia"/>
          <w:b w:val="0"/>
          <w:i w:val="0"/>
          <w:sz w:val="22"/>
        </w:rPr>
        <w:t>His brief Khilaafat was surpassed only by the Khulafae-Raashideen. In the year 99 Hijri, Hadhrat Umar Bin Abdul Azeez (rahmatullah alayh) mounted the stage of Khilaafat in compliance with the wasiyyat (directive) of the Khalifah Abdul Malik Bin Marwaan who had passed away. After burial of Khalifah Abdul Malik Bin Marwaan, Hadhrat Umar Abdul Azeez (rahmatullah alayh) set off for the Musjid with a big crowd following.</w:t>
      </w:r>
    </w:p>
    <w:p>
      <w:pPr>
        <w:spacing w:before="0" w:after="120" w:line="300" w:lineRule="exact"/>
        <w:jc w:val="both"/>
      </w:pPr>
      <w:r>
        <w:rPr>
          <w:rFonts w:ascii="Georgia" w:hAnsi="Georgia" w:cs="Georgia" w:eastAsia="Georgia"/>
          <w:b w:val="0"/>
          <w:i w:val="0"/>
          <w:sz w:val="22"/>
        </w:rPr>
        <w:t>In the Musjid, he mounted the mimbar. Addressing the gathering he said:</w:t>
      </w:r>
    </w:p>
    <w:p>
      <w:pPr>
        <w:spacing w:before="120" w:after="120" w:line="300" w:lineRule="exact"/>
        <w:ind w:left="720" w:right="720"/>
        <w:jc w:val="center"/>
      </w:pPr>
      <w:r>
        <w:rPr>
          <w:rFonts w:ascii="Georgia" w:hAnsi="Georgia" w:cs="Georgia" w:eastAsia="Georgia"/>
          <w:b w:val="0"/>
          <w:i/>
          <w:sz w:val="22"/>
        </w:rPr>
        <w:t>" O Assembly of People! The trust of Khilaafat is a trial im-</w:t>
      </w:r>
    </w:p>
    <w:p>
      <w:pPr>
        <w:spacing w:before="120" w:after="120" w:line="300" w:lineRule="exact"/>
        <w:ind w:left="720" w:right="720"/>
        <w:jc w:val="center"/>
      </w:pPr>
      <w:r>
        <w:rPr>
          <w:rFonts w:ascii="Georgia" w:hAnsi="Georgia" w:cs="Georgia" w:eastAsia="Georgia"/>
          <w:b w:val="0"/>
          <w:i/>
          <w:sz w:val="22"/>
        </w:rPr>
        <w:t>posed on me. I have neither desire nor quest for it. I have</w:t>
      </w:r>
    </w:p>
    <w:p>
      <w:pPr>
        <w:spacing w:before="120" w:after="120" w:line="300" w:lineRule="exact"/>
        <w:ind w:left="720" w:right="720"/>
        <w:jc w:val="center"/>
      </w:pPr>
      <w:r>
        <w:rPr>
          <w:rFonts w:ascii="Georgia" w:hAnsi="Georgia" w:cs="Georgia" w:eastAsia="Georgia"/>
          <w:b w:val="0"/>
          <w:i/>
          <w:sz w:val="22"/>
        </w:rPr>
        <w:t>been appointed without the consultation of the Muslims.</w:t>
      </w:r>
    </w:p>
    <w:p>
      <w:pPr>
        <w:spacing w:before="120" w:after="120" w:line="300" w:lineRule="exact"/>
        <w:ind w:left="720" w:right="720"/>
        <w:jc w:val="center"/>
      </w:pPr>
      <w:r>
        <w:rPr>
          <w:rFonts w:ascii="Georgia" w:hAnsi="Georgia" w:cs="Georgia" w:eastAsia="Georgia"/>
          <w:b w:val="0"/>
          <w:i/>
          <w:sz w:val="22"/>
        </w:rPr>
        <w:t>(He was appointed by a directive of Khalifah Abdul Ma-</w:t>
      </w:r>
    </w:p>
    <w:p>
      <w:pPr>
        <w:spacing w:before="120" w:after="120" w:line="300" w:lineRule="exact"/>
        <w:ind w:left="720" w:right="720"/>
        <w:jc w:val="center"/>
      </w:pPr>
      <w:r>
        <w:rPr>
          <w:rFonts w:ascii="Georgia" w:hAnsi="Georgia" w:cs="Georgia" w:eastAsia="Georgia"/>
          <w:b w:val="0"/>
          <w:i/>
          <w:sz w:val="22"/>
        </w:rPr>
        <w:t>lik Marwaan). I therefore remove from your necks the bur-</w:t>
      </w:r>
    </w:p>
    <w:p>
      <w:pPr>
        <w:spacing w:before="0" w:after="120" w:line="300" w:lineRule="exact"/>
        <w:jc w:val="both"/>
      </w:pPr>
      <w:r>
        <w:rPr>
          <w:rFonts w:ascii="Georgia" w:hAnsi="Georgia" w:cs="Georgia" w:eastAsia="Georgia"/>
          <w:b w:val="0"/>
          <w:i w:val="0"/>
          <w:sz w:val="22"/>
        </w:rPr>
        <w:t>den of my appointment. Select remains incumbent on you. I have said what I deemed appropriate for you. I seek forgiveness from Allah Ta'ala for myself and for yourselves." After he had completed his address, he suddenly heard a thunderous sound from the ground. With surprise, he asked: "What are these sounds?" The people said: "These are the royal horses brought to welcome you." Declining the horses with their accompanying pomp and splendour, he said: "I have no need for these horses.</w:t>
      </w:r>
    </w:p>
    <w:p>
      <w:pPr>
        <w:spacing w:before="0" w:after="120" w:line="300" w:lineRule="exact"/>
        <w:jc w:val="both"/>
      </w:pPr>
      <w:r>
        <w:rPr>
          <w:rFonts w:ascii="Georgia" w:hAnsi="Georgia" w:cs="Georgia" w:eastAsia="Georgia"/>
          <w:b w:val="0"/>
          <w:i w:val="0"/>
          <w:sz w:val="22"/>
        </w:rPr>
        <w:t>Bring my mule. It is adequate for me." His Khilaafat was short, a brief two and a half years. It is said that with the aid of his slave, his enemies had him poisoned. During his last illness, he summoned the slave and questioned him. It transpired that his enemies had given the slave a thousand dinars (gold coins) to poison his master, the Khalifah.</w:t>
      </w:r>
    </w:p>
    <w:p>
      <w:pPr>
        <w:spacing w:before="0" w:after="120" w:line="300" w:lineRule="exact"/>
        <w:jc w:val="both"/>
      </w:pPr>
      <w:r>
        <w:rPr>
          <w:rFonts w:ascii="Georgia" w:hAnsi="Georgia" w:cs="Georgia" w:eastAsia="Georgia"/>
          <w:b w:val="0"/>
          <w:i w:val="0"/>
          <w:sz w:val="22"/>
        </w:rPr>
        <w:t>Hadhrat Umar Bin Abdul Azeez (rahmatullah alayh) confiscated the 1000 dinars and had the gold entered into the Baitul Maal. Then he said to the slave: "Flee before the people discover your crime. They will slay you." Thus, he pardoned his murderer. The slave took flight. another person to be your Khalifah." There was pandemonium. With one voice the entire assembly thundered: "We have selected you, O Ameerul Mu'mineen.</w:t>
      </w:r>
    </w:p>
    <w:p>
      <w:pPr>
        <w:spacing w:before="0" w:after="120" w:line="300" w:lineRule="exact"/>
        <w:jc w:val="both"/>
      </w:pPr>
      <w:r>
        <w:rPr>
          <w:rFonts w:ascii="Georgia" w:hAnsi="Georgia" w:cs="Georgia" w:eastAsia="Georgia"/>
          <w:b w:val="0"/>
          <w:i w:val="0"/>
          <w:sz w:val="22"/>
        </w:rPr>
        <w:t>We are pleased with your Khilaafat." When the voices died down and there was silence, Hadhrat Umar Bin Abdul Azeez (rahmatullah alayh) recited the praises of Allah Azza Wa Jal, and Durood and Salaam on our Nabi (sallallahu alayhi wasallam). Then addressing the people, he said:</w:t>
      </w:r>
    </w:p>
    <w:p>
      <w:pPr>
        <w:spacing w:before="120" w:after="120" w:line="300" w:lineRule="exact"/>
        <w:ind w:left="720" w:right="720"/>
        <w:jc w:val="center"/>
      </w:pPr>
      <w:r>
        <w:rPr>
          <w:rFonts w:ascii="Georgia" w:hAnsi="Georgia" w:cs="Georgia" w:eastAsia="Georgia"/>
          <w:b w:val="0"/>
          <w:i/>
          <w:sz w:val="22"/>
        </w:rPr>
        <w:t>" I urge you to adopt fear for Allah (Taqwa). Nothing is su-</w:t>
      </w:r>
    </w:p>
    <w:p>
      <w:pPr>
        <w:spacing w:before="0" w:after="120" w:line="300" w:lineRule="exact"/>
        <w:jc w:val="both"/>
      </w:pPr>
      <w:r>
        <w:rPr>
          <w:rFonts w:ascii="Georgia" w:hAnsi="Georgia" w:cs="Georgia" w:eastAsia="Georgia"/>
          <w:b w:val="0"/>
          <w:i w:val="0"/>
          <w:sz w:val="22"/>
        </w:rPr>
        <w:t>perior to the Taqwa of Allah. Practise deeds of virtue for</w:t>
      </w:r>
    </w:p>
    <w:p>
      <w:pPr>
        <w:spacing w:before="120" w:after="120" w:line="300" w:lineRule="exact"/>
        <w:ind w:left="720" w:right="720"/>
        <w:jc w:val="center"/>
      </w:pPr>
      <w:r>
        <w:rPr>
          <w:rFonts w:ascii="Georgia" w:hAnsi="Georgia" w:cs="Georgia" w:eastAsia="Georgia"/>
          <w:b w:val="0"/>
          <w:i/>
          <w:sz w:val="22"/>
        </w:rPr>
        <w:t>adorning your lives in the Hereafter. Allah Ta'ala suffic-</w:t>
      </w:r>
    </w:p>
    <w:p>
      <w:pPr>
        <w:spacing w:before="0" w:after="120" w:line="300" w:lineRule="exact"/>
        <w:jc w:val="both"/>
      </w:pPr>
      <w:r>
        <w:rPr>
          <w:rFonts w:ascii="Georgia" w:hAnsi="Georgia" w:cs="Georgia" w:eastAsia="Georgia"/>
          <w:b w:val="0"/>
          <w:i w:val="0"/>
          <w:sz w:val="22"/>
        </w:rPr>
        <w:t>es for the worldly needs of</w:t>
      </w:r>
    </w:p>
    <w:p>
      <w:pPr>
        <w:spacing w:before="120" w:after="120" w:line="300" w:lineRule="exact"/>
        <w:ind w:left="720" w:right="720"/>
        <w:jc w:val="center"/>
      </w:pPr>
      <w:r>
        <w:rPr>
          <w:rFonts w:ascii="Georgia" w:hAnsi="Georgia" w:cs="Georgia" w:eastAsia="Georgia"/>
          <w:b w:val="0"/>
          <w:i/>
          <w:sz w:val="22"/>
        </w:rPr>
        <w:t>those whose quest is the Aakhirah. Reform your moral</w:t>
      </w:r>
    </w:p>
    <w:p>
      <w:pPr>
        <w:spacing w:before="120" w:after="120" w:line="300" w:lineRule="exact"/>
        <w:ind w:left="720" w:right="720"/>
        <w:jc w:val="center"/>
      </w:pPr>
      <w:r>
        <w:rPr>
          <w:rFonts w:ascii="Georgia" w:hAnsi="Georgia" w:cs="Georgia" w:eastAsia="Georgia"/>
          <w:b w:val="0"/>
          <w:i/>
          <w:sz w:val="22"/>
        </w:rPr>
        <w:t>life, Allah will then rectify your mundane life. Whoever is</w:t>
      </w:r>
    </w:p>
    <w:p>
      <w:pPr>
        <w:spacing w:before="0" w:after="120" w:line="300" w:lineRule="exact"/>
        <w:jc w:val="both"/>
      </w:pPr>
      <w:r>
        <w:rPr>
          <w:rFonts w:ascii="Georgia" w:hAnsi="Georgia" w:cs="Georgia" w:eastAsia="Georgia"/>
          <w:b w:val="0"/>
          <w:i w:val="0"/>
          <w:sz w:val="22"/>
        </w:rPr>
        <w:t>proud of his ancestry, will be apprehended on earth in the</w:t>
      </w:r>
    </w:p>
    <w:p>
      <w:pPr>
        <w:spacing w:before="120" w:after="120" w:line="300" w:lineRule="exact"/>
        <w:ind w:left="720" w:right="720"/>
        <w:jc w:val="center"/>
      </w:pPr>
      <w:r>
        <w:rPr>
          <w:rFonts w:ascii="Georgia" w:hAnsi="Georgia" w:cs="Georgia" w:eastAsia="Georgia"/>
          <w:b w:val="0"/>
          <w:i/>
          <w:sz w:val="22"/>
        </w:rPr>
        <w:t>pangs of death. By Allah! I shall not make awards to anyone in illegal ways nor usurp the rights of anyone. I am not a treasurer (to hoard public wealth). I shall expend the wealth wherever I am entitled to. As long as I am obedient to Allah Ta'ala, obey me. If I abandon obedience to Allah Ta'ala, obeying me no longer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JUST RULER</w:t>
      </w:r>
    </w:p>
    <w:p>
      <w:pPr>
        <w:spacing w:before="0" w:after="160" w:line="300" w:lineRule="exact"/>
        <w:jc w:val="center"/>
      </w:pPr>
      <w:r>
        <w:rPr>
          <w:rFonts w:ascii="Georgia" w:hAnsi="Georgia" w:cs="Georgia" w:eastAsia="Georgia"/>
          <w:b w:val="0"/>
          <w:i/>
          <w:sz w:val="16"/>
        </w:rPr>
        <w:t>Page 16 of the original. Heading read from the printed headline artwork.</w:t>
      </w:r>
    </w:p>
    <w:p>
      <w:pPr>
        <w:spacing w:before="0" w:after="120" w:line="300" w:lineRule="exact"/>
        <w:jc w:val="both"/>
      </w:pPr>
      <w:r>
        <w:rPr>
          <w:rFonts w:ascii="Georgia" w:hAnsi="Georgia" w:cs="Georgia" w:eastAsia="Georgia"/>
          <w:b w:val="0"/>
          <w:i w:val="0"/>
          <w:sz w:val="22"/>
        </w:rPr>
        <w:t>A MAN addressing the Khalifah Abu Ja'far Mansoor, the second Khalifah of the Banu Abbaasi dynasty, said: "Ameerul Mu'mineen! On one of my tours of China, I learnt that the king had suddenly lost his hearing. He had become deaf. When this happened, the king cried profusely. When his companions tried to console him, he said: 'I am not crying because of this calamity which has descended on me.</w:t>
      </w:r>
    </w:p>
    <w:p>
      <w:pPr>
        <w:spacing w:before="0" w:after="120" w:line="300" w:lineRule="exact"/>
        <w:jc w:val="both"/>
      </w:pPr>
      <w:r>
        <w:rPr>
          <w:rFonts w:ascii="Georgia" w:hAnsi="Georgia" w:cs="Georgia" w:eastAsia="Georgia"/>
          <w:b w:val="0"/>
          <w:i w:val="0"/>
          <w:sz w:val="22"/>
        </w:rPr>
        <w:t>My concern is for the oppressed. I fear that an oppressed may come and knock on my door while I am unable to hear, and attend to him.' " Then the king said: "It matters not. I am deaf but not blind. Henceforth no one in my kingdom is allowed to wear red garments except those who are oppressed. This will enable me to recognize the oppressed and attend to them".</w:t>
      </w:r>
    </w:p>
    <w:p>
      <w:pPr>
        <w:spacing w:before="0" w:after="120" w:line="300" w:lineRule="exact"/>
        <w:jc w:val="both"/>
      </w:pPr>
      <w:r>
        <w:rPr>
          <w:rFonts w:ascii="Georgia" w:hAnsi="Georgia" w:cs="Georgia" w:eastAsia="Georgia"/>
          <w:b w:val="0"/>
          <w:i w:val="0"/>
          <w:sz w:val="22"/>
        </w:rPr>
        <w:t>It was the practice of the king to daily come out of his palace during the evening time on horseback and look at his subjects. When he saw anyone with a red garment, he immediately attended to the op-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GAZE OF ZINA IS PUNISHED</w:t>
      </w:r>
    </w:p>
    <w:p>
      <w:pPr>
        <w:spacing w:before="0" w:after="160" w:line="300" w:lineRule="exact"/>
        <w:jc w:val="center"/>
      </w:pPr>
      <w:r>
        <w:rPr>
          <w:rFonts w:ascii="Georgia" w:hAnsi="Georgia" w:cs="Georgia" w:eastAsia="Georgia"/>
          <w:b w:val="0"/>
          <w:i/>
          <w:sz w:val="16"/>
        </w:rPr>
        <w:t>Page 16 of the original</w:t>
      </w:r>
    </w:p>
    <w:p>
      <w:pPr>
        <w:pStyle w:val="Heading3"/>
        <w:spacing w:before="200" w:after="120" w:line="300" w:lineRule="exact"/>
        <w:jc w:val="left"/>
      </w:pPr>
      <w:r>
        <w:rPr>
          <w:rFonts w:ascii="Georgia" w:hAnsi="Georgia" w:cs="Georgia" w:eastAsia="Georgia"/>
          <w:b/>
          <w:i w:val="0"/>
          <w:color w:val="2E74B5"/>
          <w:sz w:val="24"/>
        </w:rPr>
        <w:t>A GAZE OF ZINA IS PUNISHED</w:t>
      </w:r>
    </w:p>
    <w:p>
      <w:pPr>
        <w:spacing w:before="0" w:after="120" w:line="300" w:lineRule="exact"/>
        <w:jc w:val="both"/>
      </w:pPr>
      <w:r>
        <w:rPr>
          <w:rFonts w:ascii="Georgia" w:hAnsi="Georgia" w:cs="Georgia" w:eastAsia="Georgia"/>
          <w:b w:val="0"/>
          <w:i w:val="0"/>
          <w:sz w:val="22"/>
        </w:rPr>
        <w:t>THAKWAAN was a chief in Basra. He was a man of Taqwa. A Buzrug narrates: "After Thakwaan was buried and the people departed from the grave, I fell asleep near to one grave. Suddenly I observed an Angel descending from the heaven. He proclaimed: 'O Inmates of the Graves! Rise and take your rewards.' The graves split open and all the inmates emerged.</w:t>
      </w:r>
    </w:p>
    <w:p>
      <w:pPr>
        <w:spacing w:before="0" w:after="120" w:line="300" w:lineRule="exact"/>
        <w:jc w:val="both"/>
      </w:pPr>
      <w:r>
        <w:rPr>
          <w:rFonts w:ascii="Georgia" w:hAnsi="Georgia" w:cs="Georgia" w:eastAsia="Georgia"/>
          <w:b w:val="0"/>
          <w:i w:val="0"/>
          <w:sz w:val="22"/>
        </w:rPr>
        <w:t>Within a short while they all disappeared back into their graves. Then they appeared again. This time Thakwaan was with them. He was exquisitely dressed in heavenly garments and several servants were escorting him. A Voice proclaimed: 'This servant (i.e. Thakwaan) is from among the People of Taqwa. However, on account of one evil gaze a calamity is descending on him.</w:t>
      </w:r>
    </w:p>
    <w:p>
      <w:pPr>
        <w:spacing w:before="0" w:after="120" w:line="300" w:lineRule="exact"/>
        <w:jc w:val="both"/>
      </w:pPr>
      <w:r>
        <w:rPr>
          <w:rFonts w:ascii="Georgia" w:hAnsi="Georgia" w:cs="Georgia" w:eastAsia="Georgia"/>
          <w:b w:val="0"/>
          <w:i w:val="0"/>
          <w:sz w:val="22"/>
        </w:rPr>
        <w:t>The command of Allah must be fulfilled." Thus, he was taken in proximity to Jahannum. Suddenly a massive serpent emerged from the Fire and bit him on the face. The bitten portion of his face blackened. Then the Voice proclaimed: "O Thakwaan! Not a single act of yours was concealed rom your Rabb. This (punishment) is the compensation for that evil gaze.</w:t>
      </w:r>
    </w:p>
    <w:p>
      <w:pPr>
        <w:spacing w:before="0" w:after="120" w:line="300" w:lineRule="exact"/>
        <w:jc w:val="both"/>
      </w:pPr>
      <w:r>
        <w:rPr>
          <w:rFonts w:ascii="Georgia" w:hAnsi="Georgia" w:cs="Georgia" w:eastAsia="Georgia"/>
          <w:b w:val="0"/>
          <w:i w:val="0"/>
          <w:sz w:val="22"/>
        </w:rPr>
        <w:t>If you had increased on it, We too would have increased the punishment."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SIN NEVER BECOMES STALE</w:t>
      </w:r>
    </w:p>
    <w:p>
      <w:pPr>
        <w:spacing w:before="0" w:after="160" w:line="300" w:lineRule="exact"/>
        <w:jc w:val="center"/>
      </w:pPr>
      <w:r>
        <w:rPr>
          <w:rFonts w:ascii="Georgia" w:hAnsi="Georgia" w:cs="Georgia" w:eastAsia="Georgia"/>
          <w:b w:val="0"/>
          <w:i/>
          <w:sz w:val="16"/>
        </w:rPr>
        <w:t>Page 16 of the original. Heading read from the printed headline artwork.</w:t>
      </w:r>
    </w:p>
    <w:p>
      <w:pPr>
        <w:spacing w:before="0" w:after="120" w:line="300" w:lineRule="exact"/>
        <w:jc w:val="both"/>
      </w:pPr>
      <w:r>
        <w:rPr>
          <w:rFonts w:ascii="Georgia" w:hAnsi="Georgia" w:cs="Georgia" w:eastAsia="Georgia"/>
          <w:b w:val="0"/>
          <w:i w:val="0"/>
          <w:sz w:val="22"/>
        </w:rPr>
        <w:t>Remember and beware! Sin never becomes stale. Sin is never forgotten. When sinning you are dealing with Allah Azza Wa Jal Who does not forget. Once a Buzrug passing through the Qabrustaan saw the head of an inmate of the grave protruding. The dead man exclaimed: "Wallaah! Ninety years have passed since my death, but the bitterness (pain) of Maut is still in my throat." From between his eyes, the impression of Sajdah was con- spicuous." He too was a man of piety.</w:t>
      </w:r>
    </w:p>
    <w:p>
      <w:pPr>
        <w:spacing w:before="0" w:after="120" w:line="300" w:lineRule="exact"/>
        <w:jc w:val="both"/>
      </w:pPr>
      <w:r>
        <w:rPr>
          <w:rFonts w:ascii="Georgia" w:hAnsi="Georgia" w:cs="Georgia" w:eastAsia="Georgia"/>
          <w:b w:val="0"/>
          <w:i w:val="0"/>
          <w:sz w:val="22"/>
        </w:rPr>
        <w:t>These fearful episodes of punishment relate to even men of high Taqwa. Sometimes a sin is committed and forgotten. Years pass by without Taubah. The pious man or the reformed man is lulled into complacency by his Taqwa and he forgets about the sin/s he had committed years ago. Its retribution is in Barzakh. Sin is never stale and old nor is it ever forgotten by Allah Azza Wa Jal.</w:t>
      </w:r>
    </w:p>
    <w:p>
      <w:pPr>
        <w:spacing w:before="0" w:after="120" w:line="300" w:lineRule="exact"/>
        <w:jc w:val="both"/>
      </w:pPr>
      <w:r>
        <w:rPr>
          <w:rFonts w:ascii="Georgia" w:hAnsi="Georgia" w:cs="Georgia" w:eastAsia="Georgia"/>
          <w:b w:val="0"/>
          <w:i w:val="0"/>
          <w:sz w:val="22"/>
        </w:rPr>
        <w:t>Always repent and recite Istighfaar. May Allah Ta'ala forgive all our sins – the sins we recall and the sins we are unable to remember, Aameen. Seek forgiveness for all sins. Do not labour under the impression that your sins committed 40 years ago during your young days have been automatically forgiven on account of your current state of assumed piety.</w:t>
      </w:r>
    </w:p>
    <w:p>
      <w:pPr>
        <w:spacing w:before="0" w:after="120" w:line="300" w:lineRule="exact"/>
        <w:jc w:val="both"/>
      </w:pPr>
      <w:r>
        <w:rPr>
          <w:rFonts w:ascii="Georgia" w:hAnsi="Georgia" w:cs="Georgia" w:eastAsia="Georgia"/>
          <w:b w:val="0"/>
          <w:i w:val="0"/>
          <w:sz w:val="22"/>
        </w:rPr>
        <w:t>Seek forgiveness for all sins, for the sins you remember and for the sins you no longer remember. Allah Ta'ala forgives all sins regardless of number and gravity. But a sincere Taubah is incumbent for all sins.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'WILD' FIRES - DIVINELY DESIGNATED</w:t>
      </w:r>
    </w:p>
    <w:p>
      <w:pPr>
        <w:spacing w:before="0" w:after="160" w:line="300" w:lineRule="exact"/>
        <w:jc w:val="center"/>
      </w:pPr>
      <w:r>
        <w:rPr>
          <w:rFonts w:ascii="Georgia" w:hAnsi="Georgia" w:cs="Georgia" w:eastAsia="Georgia"/>
          <w:b w:val="0"/>
          <w:i/>
          <w:sz w:val="16"/>
        </w:rPr>
        <w:t>Page 17 of the original. Heading read from the printed headline artwork.</w:t>
      </w:r>
    </w:p>
    <w:p>
      <w:pPr>
        <w:spacing w:before="0" w:after="120" w:line="300" w:lineRule="exact"/>
        <w:jc w:val="both"/>
      </w:pPr>
      <w:r>
        <w:rPr>
          <w:rFonts w:ascii="Georgia" w:hAnsi="Georgia" w:cs="Georgia" w:eastAsia="Georgia"/>
          <w:b w:val="0"/>
          <w:i w:val="0"/>
          <w:sz w:val="22"/>
        </w:rPr>
        <w:t>The 'Wild' Fires currently ravaging America are not accidental occurrences. They do not act haphazardly. They operate under Divine Guidance and Command. All forms of natural disasters which cause devastation and destruction are the Decrees of Allah Azza Wa Jal. These Fires as well as all other kinds of natural disasters are among the Armies of Allah (Junoodullah).</w:t>
      </w:r>
    </w:p>
    <w:p>
      <w:pPr>
        <w:spacing w:before="0" w:after="120" w:line="300" w:lineRule="exact"/>
        <w:jc w:val="both"/>
      </w:pPr>
      <w:r>
        <w:rPr>
          <w:rFonts w:ascii="Georgia" w:hAnsi="Georgia" w:cs="Georgia" w:eastAsia="Georgia"/>
          <w:b w:val="0"/>
          <w:i w:val="0"/>
          <w:sz w:val="22"/>
        </w:rPr>
        <w:t>These Disasters have life and intelligence. They act in obedience to His Command. They run their divinely prescribed courses, then come to an end. In regard to natural disasters being of the Punishment of Allah Azza Wa Jal, the Qur'aan states: "Rather, it (the hurricane) is</w:t>
      </w:r>
    </w:p>
    <w:p>
      <w:pPr>
        <w:spacing w:before="120" w:after="120" w:line="300" w:lineRule="exact"/>
        <w:ind w:left="720" w:right="720"/>
        <w:jc w:val="center"/>
      </w:pPr>
      <w:r>
        <w:rPr>
          <w:rFonts w:ascii="Georgia" w:hAnsi="Georgia" w:cs="Georgia" w:eastAsia="Georgia"/>
          <w:b w:val="0"/>
          <w:i/>
          <w:sz w:val="22"/>
        </w:rPr>
        <w:t>a wind in which is a painful punishment. It demolished everything by the command of its</w:t>
      </w:r>
    </w:p>
    <w:p>
      <w:pPr>
        <w:spacing w:before="120" w:after="120" w:line="300" w:lineRule="exact"/>
        <w:ind w:left="720" w:right="720"/>
        <w:jc w:val="center"/>
      </w:pPr>
      <w:r>
        <w:rPr>
          <w:rFonts w:ascii="Georgia" w:hAnsi="Georgia" w:cs="Georgia" w:eastAsia="Georgia"/>
          <w:b w:val="0"/>
          <w:i/>
          <w:sz w:val="22"/>
        </w:rPr>
        <w:t>Rabb… Thus, do We punish a nation of</w:t>
      </w:r>
    </w:p>
    <w:p>
      <w:pPr>
        <w:spacing w:before="0" w:after="120" w:line="300" w:lineRule="exact"/>
        <w:jc w:val="both"/>
      </w:pPr>
      <w:r>
        <w:rPr>
          <w:rFonts w:ascii="Georgia" w:hAnsi="Georgia" w:cs="Georgia" w:eastAsia="Georgia"/>
          <w:b w:val="0"/>
          <w:i w:val="0"/>
          <w:sz w:val="22"/>
        </w:rPr>
        <w:t>criminals." (Al-Ahqaaf, Aayats 24 &amp; 25) "Regarding the Aad, they were destroyed by an icy pebble erred in executing the command imposed on it to strike a specifically named person whose name was inscribed on each pebble. The same applied to the pebbles with which the birds struck and killed the troops of Abraha who came with elephants to destroy the Ka'bah.</w:t>
      </w:r>
    </w:p>
    <w:p>
      <w:pPr>
        <w:spacing w:before="0" w:after="120" w:line="300" w:lineRule="exact"/>
        <w:jc w:val="both"/>
      </w:pPr>
      <w:r>
        <w:rPr>
          <w:rFonts w:ascii="Georgia" w:hAnsi="Georgia" w:cs="Georgia" w:eastAsia="Georgia"/>
          <w:b w:val="0"/>
          <w:i w:val="0"/>
          <w:sz w:val="22"/>
        </w:rPr>
        <w:t>Each pebble had the name of a trooper divinely inscribed on it. The birds did not err. Each pebble struck and killed the person whose name was on the pebble. The Fires in America are devastating and destroying whatever Allah Ta'ala has commanded. The ending of the Fires is not by the action of the fire-fighters. When the prescribed limit of the punishment has been accomplished, Allah Ta'ala orders its cessation.</w:t>
      </w:r>
    </w:p>
    <w:p>
      <w:pPr>
        <w:spacing w:before="0" w:after="120" w:line="300" w:lineRule="exact"/>
        <w:jc w:val="both"/>
      </w:pPr>
      <w:r>
        <w:rPr>
          <w:rFonts w:ascii="Georgia" w:hAnsi="Georgia" w:cs="Georgia" w:eastAsia="Georgia"/>
          <w:b w:val="0"/>
          <w:i w:val="0"/>
          <w:sz w:val="22"/>
        </w:rPr>
        <w:t>The Fires in America are a small Punishment for the brutality committed by America in Palestine. There is much more punishment in store for these brutal oppressors of the Yahood and Nasaara. tempest which Allah unleashed on them for seven consecutive nights</w:t>
      </w:r>
    </w:p>
    <w:p>
      <w:pPr>
        <w:spacing w:before="120" w:after="120" w:line="300" w:lineRule="exact"/>
        <w:ind w:left="720" w:right="720"/>
        <w:jc w:val="center"/>
      </w:pPr>
      <w:r>
        <w:rPr>
          <w:rFonts w:ascii="Georgia" w:hAnsi="Georgia" w:cs="Georgia" w:eastAsia="Georgia"/>
          <w:b w:val="0"/>
          <w:i/>
          <w:sz w:val="22"/>
        </w:rPr>
        <w:t>and eight days." (Al-Haaqqah, Aayats 6 &amp; 7)</w:t>
      </w:r>
    </w:p>
    <w:p>
      <w:pPr>
        <w:spacing w:before="0" w:after="120" w:line="300" w:lineRule="exact"/>
        <w:jc w:val="both"/>
      </w:pPr>
      <w:r>
        <w:rPr>
          <w:rFonts w:ascii="Georgia" w:hAnsi="Georgia" w:cs="Georgia" w:eastAsia="Georgia"/>
          <w:b w:val="0"/>
          <w:i w:val="0"/>
          <w:sz w:val="22"/>
        </w:rPr>
        <w:t>"Did you not see how your</w:t>
      </w:r>
    </w:p>
    <w:p>
      <w:pPr>
        <w:spacing w:before="120" w:after="120" w:line="300" w:lineRule="exact"/>
        <w:ind w:left="720" w:right="720"/>
        <w:jc w:val="center"/>
      </w:pPr>
      <w:r>
        <w:rPr>
          <w:rFonts w:ascii="Georgia" w:hAnsi="Georgia" w:cs="Georgia" w:eastAsia="Georgia"/>
          <w:b w:val="0"/>
          <w:i/>
          <w:sz w:val="22"/>
        </w:rPr>
        <w:t>Rabb had dealt with the people of the elephants?... He (Allah) sent against them</w:t>
      </w:r>
    </w:p>
    <w:p>
      <w:pPr>
        <w:spacing w:before="120" w:after="120" w:line="300" w:lineRule="exact"/>
        <w:ind w:left="720" w:right="720"/>
        <w:jc w:val="center"/>
      </w:pPr>
      <w:r>
        <w:rPr>
          <w:rFonts w:ascii="Georgia" w:hAnsi="Georgia" w:cs="Georgia" w:eastAsia="Georgia"/>
          <w:b w:val="0"/>
          <w:i/>
          <w:sz w:val="22"/>
        </w:rPr>
        <w:t>flocks of birds which struck them with pebbles of (baked) clay."</w:t>
      </w:r>
    </w:p>
    <w:p>
      <w:pPr>
        <w:spacing w:before="0" w:after="120" w:line="300" w:lineRule="exact"/>
        <w:jc w:val="both"/>
      </w:pPr>
      <w:r>
        <w:rPr>
          <w:rFonts w:ascii="Georgia" w:hAnsi="Georgia" w:cs="Georgia" w:eastAsia="Georgia"/>
          <w:b w:val="0"/>
          <w:i w:val="0"/>
          <w:sz w:val="22"/>
        </w:rPr>
        <w:t>(Al-Feel, 1 &amp; 3) "Thus, when Our Command</w:t>
      </w:r>
    </w:p>
    <w:p>
      <w:pPr>
        <w:spacing w:before="120" w:after="120" w:line="300" w:lineRule="exact"/>
        <w:ind w:left="720" w:right="720"/>
        <w:jc w:val="center"/>
      </w:pPr>
      <w:r>
        <w:rPr>
          <w:rFonts w:ascii="Georgia" w:hAnsi="Georgia" w:cs="Georgia" w:eastAsia="Georgia"/>
          <w:b w:val="0"/>
          <w:i/>
          <w:sz w:val="22"/>
        </w:rPr>
        <w:t>(of Punishment) came, We made the upper surface of</w:t>
      </w:r>
    </w:p>
    <w:p>
      <w:pPr>
        <w:spacing w:before="120" w:after="120" w:line="300" w:lineRule="exact"/>
        <w:ind w:left="720" w:right="720"/>
        <w:jc w:val="center"/>
      </w:pPr>
      <w:r>
        <w:rPr>
          <w:rFonts w:ascii="Georgia" w:hAnsi="Georgia" w:cs="Georgia" w:eastAsia="Georgia"/>
          <w:b w:val="0"/>
          <w:i/>
          <w:sz w:val="22"/>
        </w:rPr>
        <w:t>the land the lower portion (i.e. the punishment made the</w:t>
      </w:r>
    </w:p>
    <w:p>
      <w:pPr>
        <w:spacing w:before="120" w:after="120" w:line="300" w:lineRule="exact"/>
        <w:ind w:left="720" w:right="720"/>
        <w:jc w:val="center"/>
      </w:pPr>
      <w:r>
        <w:rPr>
          <w:rFonts w:ascii="Georgia" w:hAnsi="Georgia" w:cs="Georgia" w:eastAsia="Georgia"/>
          <w:b w:val="0"/>
          <w:i/>
          <w:sz w:val="22"/>
        </w:rPr>
        <w:t>city upside down), and We incessantly rained on it</w:t>
      </w:r>
    </w:p>
    <w:p>
      <w:pPr>
        <w:spacing w:before="0" w:after="120" w:line="300" w:lineRule="exact"/>
        <w:jc w:val="both"/>
      </w:pPr>
      <w:r>
        <w:rPr>
          <w:rFonts w:ascii="Georgia" w:hAnsi="Georgia" w:cs="Georgia" w:eastAsia="Georgia"/>
          <w:b w:val="0"/>
          <w:i w:val="0"/>
          <w:sz w:val="22"/>
        </w:rPr>
        <w:t>(the city) brimstone (hard-baked clay stones) which were marked by Your Rabb." (Hood, Aayats 82 &amp; 83) "Marked": That is, on each pebble was inscribed the name of the person to be struck and killed. Not a single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AID OF ALLAH</w:t>
      </w:r>
    </w:p>
    <w:p>
      <w:pPr>
        <w:spacing w:before="0" w:after="160" w:line="300" w:lineRule="exact"/>
        <w:jc w:val="center"/>
      </w:pPr>
      <w:r>
        <w:rPr>
          <w:rFonts w:ascii="Georgia" w:hAnsi="Georgia" w:cs="Georgia" w:eastAsia="Georgia"/>
          <w:b w:val="0"/>
          <w:i/>
          <w:sz w:val="16"/>
        </w:rPr>
        <w:t>Page 17 of the original</w:t>
      </w:r>
    </w:p>
    <w:p>
      <w:pPr>
        <w:spacing w:before="120" w:after="120" w:line="300" w:lineRule="exact"/>
        <w:ind w:left="720" w:right="720"/>
        <w:jc w:val="center"/>
      </w:pPr>
      <w:r>
        <w:rPr>
          <w:rFonts w:ascii="Georgia" w:hAnsi="Georgia" w:cs="Georgia" w:eastAsia="Georgia"/>
          <w:b w:val="0"/>
          <w:i/>
          <w:sz w:val="22"/>
        </w:rPr>
        <w:t>"Remember when you were (a handful of weaklings) consid-</w:t>
      </w:r>
    </w:p>
    <w:p>
      <w:pPr>
        <w:spacing w:before="0" w:after="120" w:line="300" w:lineRule="exact"/>
        <w:jc w:val="both"/>
      </w:pPr>
      <w:r>
        <w:rPr>
          <w:rFonts w:ascii="Georgia" w:hAnsi="Georgia" w:cs="Georgia" w:eastAsia="Georgia"/>
          <w:b w:val="0"/>
          <w:i w:val="0"/>
          <w:sz w:val="22"/>
        </w:rPr>
        <w:t>ered weak (and hopeless) on</w:t>
      </w:r>
    </w:p>
    <w:p>
      <w:pPr>
        <w:spacing w:before="120" w:after="120" w:line="300" w:lineRule="exact"/>
        <w:ind w:left="720" w:right="720"/>
        <w:jc w:val="center"/>
      </w:pPr>
      <w:r>
        <w:rPr>
          <w:rFonts w:ascii="Georgia" w:hAnsi="Georgia" w:cs="Georgia" w:eastAsia="Georgia"/>
          <w:b w:val="0"/>
          <w:i/>
          <w:sz w:val="22"/>
        </w:rPr>
        <w:t>earth. You feared that the people (the kuffar) would an-</w:t>
      </w:r>
    </w:p>
    <w:p>
      <w:pPr>
        <w:spacing w:before="120" w:after="120" w:line="300" w:lineRule="exact"/>
        <w:ind w:left="720" w:right="720"/>
        <w:jc w:val="center"/>
      </w:pPr>
      <w:r>
        <w:rPr>
          <w:rFonts w:ascii="Georgia" w:hAnsi="Georgia" w:cs="Georgia" w:eastAsia="Georgia"/>
          <w:b w:val="0"/>
          <w:i/>
          <w:sz w:val="22"/>
        </w:rPr>
        <w:t>nihilate you. Then Allah granted you refuge, bolstered you with His aid, and He sus-</w:t>
      </w:r>
    </w:p>
    <w:p>
      <w:pPr>
        <w:spacing w:before="120" w:after="120" w:line="300" w:lineRule="exact"/>
        <w:ind w:left="720" w:right="720"/>
        <w:jc w:val="center"/>
      </w:pPr>
      <w:r>
        <w:rPr>
          <w:rFonts w:ascii="Georgia" w:hAnsi="Georgia" w:cs="Georgia" w:eastAsia="Georgia"/>
          <w:b w:val="0"/>
          <w:i/>
          <w:sz w:val="22"/>
        </w:rPr>
        <w:t>tained you with Tayyibaat (pure, wholesome food) so</w:t>
      </w:r>
    </w:p>
    <w:p>
      <w:pPr>
        <w:spacing w:before="0" w:after="120" w:line="300" w:lineRule="exact"/>
        <w:jc w:val="both"/>
      </w:pPr>
      <w:r>
        <w:rPr>
          <w:rFonts w:ascii="Georgia" w:hAnsi="Georgia" w:cs="Georgia" w:eastAsia="Georgia"/>
          <w:b w:val="0"/>
          <w:i w:val="0"/>
          <w:sz w:val="22"/>
        </w:rPr>
        <w:t>that you be grateful." (Al-Anfaal, Aayat 26) In this Aayat, Allah Ta'ala reminds the Sahaabah of their pitiful, weak and forlorn condition on the occasion of the Battle of Badr. The Mushrikeen of Makkah were 100% certain of annihilating the small band of weak Muslims. But Allah Ta'ala decreed otherwise. They were granted a glorious victory.</w:t>
      </w:r>
    </w:p>
    <w:p>
      <w:pPr>
        <w:spacing w:before="0" w:after="120" w:line="300" w:lineRule="exact"/>
        <w:jc w:val="both"/>
      </w:pPr>
      <w:r>
        <w:rPr>
          <w:rFonts w:ascii="Georgia" w:hAnsi="Georgia" w:cs="Georgia" w:eastAsia="Georgia"/>
          <w:b w:val="0"/>
          <w:i w:val="0"/>
          <w:sz w:val="22"/>
        </w:rPr>
        <w:t>This promise of Allah Ta'ala to aid Muslims remains valid today and for all time. But the imperative condition for receiving the aid of Allah Ta'ala is obedience and to live as Muslims in obedience to the Shariah and the Sunnah. When Muslims ignore the Shariah of Allah Ta'ala and the Sunnah of Rasulullah (Sallallahu alayhi wasallam), and adopt the law and culture of the Yahood and Nasaara, then the consequence is Gazzah.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DECEPTIVE, FAKE CEASEFIRE</w:t>
      </w:r>
    </w:p>
    <w:p>
      <w:pPr>
        <w:spacing w:before="0" w:after="160" w:line="300" w:lineRule="exact"/>
        <w:jc w:val="center"/>
      </w:pPr>
      <w:r>
        <w:rPr>
          <w:rFonts w:ascii="Georgia" w:hAnsi="Georgia" w:cs="Georgia" w:eastAsia="Georgia"/>
          <w:b w:val="0"/>
          <w:i/>
          <w:sz w:val="16"/>
        </w:rPr>
        <w:t>Page 18 of the original. Heading read from the printed headline artwork.</w:t>
      </w:r>
    </w:p>
    <w:p>
      <w:pPr>
        <w:spacing w:before="0" w:after="120" w:line="300" w:lineRule="exact"/>
        <w:jc w:val="both"/>
      </w:pPr>
      <w:r>
        <w:rPr>
          <w:rFonts w:ascii="Georgia" w:hAnsi="Georgia" w:cs="Georgia" w:eastAsia="Georgia"/>
          <w:b w:val="0"/>
          <w:i w:val="0"/>
          <w:sz w:val="22"/>
        </w:rPr>
        <w:t>The much hoped for and desired 'ceasefire' in Gazzah has been hammered out between Hamas and Israel at the instigation and order of the U.S.A. There is nothing to gloat about this ceasefire. Much deception underlies this flimsy ceasefire. The Qur'aan Majeed informs us that the Yahood can never be trusted. They are addicts of dishonouring pledges and treaties.</w:t>
      </w:r>
    </w:p>
    <w:p>
      <w:pPr>
        <w:spacing w:before="0" w:after="120" w:line="300" w:lineRule="exact"/>
        <w:jc w:val="both"/>
      </w:pPr>
      <w:r>
        <w:rPr>
          <w:rFonts w:ascii="Georgia" w:hAnsi="Georgia" w:cs="Georgia" w:eastAsia="Georgia"/>
          <w:b w:val="0"/>
          <w:i w:val="0"/>
          <w:sz w:val="22"/>
        </w:rPr>
        <w:t>Muslims have no cause and no reason for celebrating. In fact celebrations and aberrations are of the practices of the kuffaar. Muslims are required to acquit themselves with dignity and portray a sombre attitude when Allah Ta'ala grants relief of any kind. Our reaction should be with Shukr – gratitude in the style taught by Islam. In silence and in solitude should Muslims perform Shukr Salaat and supplicate to Allah Ta'ala for Aafiyat – Protection from all kinds of calamities and hardships.</w:t>
      </w:r>
    </w:p>
    <w:p>
      <w:pPr>
        <w:spacing w:before="0" w:after="120" w:line="300" w:lineRule="exact"/>
        <w:jc w:val="both"/>
      </w:pPr>
      <w:r>
        <w:rPr>
          <w:rFonts w:ascii="Georgia" w:hAnsi="Georgia" w:cs="Georgia" w:eastAsia="Georgia"/>
          <w:b w:val="0"/>
          <w:i w:val="0"/>
          <w:sz w:val="22"/>
        </w:rPr>
        <w:t>However, Aafiyat is the effect of Taa-at (Obedience) and Ibaadat (Worship). Muslims, especially those in Gazzah, should sigh with relief for the extremely brittle ceasefire, and express Shukr correctly to Allah Ta'ala. They should not gloat and emulate the kuffaar by celebrating, dancing, prancing, shouting slogans and the like. These are not the ways of the Sunnah.</w:t>
      </w:r>
    </w:p>
    <w:p>
      <w:pPr>
        <w:spacing w:before="0" w:after="120" w:line="300" w:lineRule="exact"/>
        <w:jc w:val="both"/>
      </w:pPr>
      <w:r>
        <w:rPr>
          <w:rFonts w:ascii="Georgia" w:hAnsi="Georgia" w:cs="Georgia" w:eastAsia="Georgia"/>
          <w:b w:val="0"/>
          <w:i w:val="0"/>
          <w:sz w:val="22"/>
        </w:rPr>
        <w:t>Allah Ta'ala warns in the Qur'aan Majeed: "We shall surely give them to</w:t>
      </w:r>
    </w:p>
    <w:p>
      <w:pPr>
        <w:spacing w:before="120" w:after="120" w:line="300" w:lineRule="exact"/>
        <w:ind w:left="720" w:right="720"/>
        <w:jc w:val="center"/>
      </w:pPr>
      <w:r>
        <w:rPr>
          <w:rFonts w:ascii="Georgia" w:hAnsi="Georgia" w:cs="Georgia" w:eastAsia="Georgia"/>
          <w:b w:val="0"/>
          <w:i/>
          <w:sz w:val="22"/>
        </w:rPr>
        <w:t>taste of the lesser Punishment, not the greater</w:t>
      </w:r>
    </w:p>
    <w:p>
      <w:pPr>
        <w:spacing w:before="0" w:after="120" w:line="300" w:lineRule="exact"/>
        <w:jc w:val="both"/>
      </w:pPr>
      <w:r>
        <w:rPr>
          <w:rFonts w:ascii="Georgia" w:hAnsi="Georgia" w:cs="Georgia" w:eastAsia="Georgia"/>
          <w:b w:val="0"/>
          <w:i w:val="0"/>
          <w:sz w:val="22"/>
        </w:rPr>
        <w:t>Punishment, for perhaps they may return (to the Path of Rectitude)." Was the punishment in Gazzah in the form of Yahood and Nasaara brutality the 'lesser punishment' or was it the 'greater punishment'? Allah Azza Wa Jal knows best. Did the Muslims of Palestine understand the Working of Allah Ta'ala? Did they see the Controlling Hand of Allah Azza Wa Jal?</w:t>
      </w:r>
    </w:p>
    <w:p>
      <w:pPr>
        <w:spacing w:before="0" w:after="120" w:line="300" w:lineRule="exact"/>
        <w:jc w:val="both"/>
      </w:pPr>
      <w:r>
        <w:rPr>
          <w:rFonts w:ascii="Georgia" w:hAnsi="Georgia" w:cs="Georgia" w:eastAsia="Georgia"/>
          <w:b w:val="0"/>
          <w:i w:val="0"/>
          <w:sz w:val="22"/>
        </w:rPr>
        <w:t>Do Muslims understand that the mighty and painful destruction and killing in Gazzah was the Command of Allah Azza Wa Jal? If they genuinely believe that everything in creation acts by the decree of Allah Ta'ala, then they will realise and know what to do. They will know that they have to repent, reform and renew their allegiance to Allah Ta'ala.</w:t>
      </w:r>
    </w:p>
    <w:p>
      <w:pPr>
        <w:spacing w:before="0" w:after="120" w:line="300" w:lineRule="exact"/>
        <w:jc w:val="both"/>
      </w:pPr>
      <w:r>
        <w:rPr>
          <w:rFonts w:ascii="Georgia" w:hAnsi="Georgia" w:cs="Georgia" w:eastAsia="Georgia"/>
          <w:b w:val="0"/>
          <w:i w:val="0"/>
          <w:sz w:val="22"/>
        </w:rPr>
        <w:t>They will understand that the Yahood and the Nasaara could not have inflicted brutality on such a massive scale without the command of Allah Azza Wa Jal because He declares in the Qur'aan Majeed:</w:t>
      </w:r>
    </w:p>
    <w:p>
      <w:pPr>
        <w:spacing w:before="120" w:after="120" w:line="300" w:lineRule="exact"/>
        <w:ind w:left="720" w:right="720"/>
        <w:jc w:val="center"/>
      </w:pPr>
      <w:r>
        <w:rPr>
          <w:rFonts w:ascii="Georgia" w:hAnsi="Georgia" w:cs="Georgia" w:eastAsia="Georgia"/>
          <w:b w:val="0"/>
          <w:i/>
          <w:sz w:val="22"/>
        </w:rPr>
        <w:t>"Not a leaf drops (from a tree), but He is aware. There is not a seed in the darkness of</w:t>
      </w:r>
    </w:p>
    <w:p>
      <w:pPr>
        <w:spacing w:before="120" w:after="120" w:line="300" w:lineRule="exact"/>
        <w:ind w:left="720" w:right="720"/>
        <w:jc w:val="center"/>
      </w:pPr>
      <w:r>
        <w:rPr>
          <w:rFonts w:ascii="Georgia" w:hAnsi="Georgia" w:cs="Georgia" w:eastAsia="Georgia"/>
          <w:b w:val="0"/>
          <w:i/>
          <w:sz w:val="22"/>
        </w:rPr>
        <w:t>the earth, nor anything moist or dry but it is record-</w:t>
      </w:r>
    </w:p>
    <w:p>
      <w:pPr>
        <w:spacing w:before="0" w:after="120" w:line="300" w:lineRule="exact"/>
        <w:jc w:val="both"/>
      </w:pPr>
      <w:r>
        <w:rPr>
          <w:rFonts w:ascii="Georgia" w:hAnsi="Georgia" w:cs="Georgia" w:eastAsia="Georgia"/>
          <w:b w:val="0"/>
          <w:i w:val="0"/>
          <w:sz w:val="22"/>
        </w:rPr>
        <w:t>ed in a clear Book." "Not an atom in the earth or</w:t>
      </w:r>
    </w:p>
    <w:p>
      <w:pPr>
        <w:spacing w:before="120" w:after="120" w:line="300" w:lineRule="exact"/>
        <w:ind w:left="720" w:right="720"/>
        <w:jc w:val="center"/>
      </w:pPr>
      <w:r>
        <w:rPr>
          <w:rFonts w:ascii="Georgia" w:hAnsi="Georgia" w:cs="Georgia" w:eastAsia="Georgia"/>
          <w:b w:val="0"/>
          <w:i/>
          <w:sz w:val="22"/>
        </w:rPr>
        <w:t>in the heaven nor anything smaller or bigger is hidden</w:t>
      </w:r>
    </w:p>
    <w:p>
      <w:pPr>
        <w:spacing w:before="120" w:after="120" w:line="300" w:lineRule="exact"/>
        <w:ind w:left="720" w:right="720"/>
        <w:jc w:val="center"/>
      </w:pPr>
      <w:r>
        <w:rPr>
          <w:rFonts w:ascii="Georgia" w:hAnsi="Georgia" w:cs="Georgia" w:eastAsia="Georgia"/>
          <w:b w:val="0"/>
          <w:i/>
          <w:sz w:val="22"/>
        </w:rPr>
        <w:t>from your Rabb, but it is Recorded in a Clear</w:t>
      </w:r>
    </w:p>
    <w:p>
      <w:pPr>
        <w:spacing w:before="0" w:after="120" w:line="300" w:lineRule="exact"/>
        <w:jc w:val="both"/>
      </w:pPr>
      <w:r>
        <w:rPr>
          <w:rFonts w:ascii="Georgia" w:hAnsi="Georgia" w:cs="Georgia" w:eastAsia="Georgia"/>
          <w:b w:val="0"/>
          <w:i w:val="0"/>
          <w:sz w:val="22"/>
        </w:rPr>
        <w:t>Book." During the respite granted by Allah Ta'ala in the form of this 'ceasefire', He will, according to the Qur'aan, be watching the conduct of Muslims. Allah Ta'ala says: "If you return, We too shall return." That is: If Muslims, after having been granted respite return to sin, disobedience, fisq and fujoor, Allah Ta'ala will re-activate His Athaab by once again sending the Yahood and Nasaara to pulverise Muslims.</w:t>
      </w:r>
    </w:p>
    <w:p>
      <w:pPr>
        <w:spacing w:before="0" w:after="120" w:line="300" w:lineRule="exact"/>
        <w:jc w:val="both"/>
      </w:pPr>
      <w:r>
        <w:rPr>
          <w:rFonts w:ascii="Georgia" w:hAnsi="Georgia" w:cs="Georgia" w:eastAsia="Georgia"/>
          <w:b w:val="0"/>
          <w:i w:val="0"/>
          <w:sz w:val="22"/>
        </w:rPr>
        <w:t>"Only the People of Intelli- gence understand."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 is «Samee' and Aleem"</w:t>
      </w:r>
    </w:p>
    <w:p>
      <w:pPr>
        <w:spacing w:before="0" w:after="160" w:line="300" w:lineRule="exact"/>
        <w:jc w:val="center"/>
      </w:pPr>
      <w:r>
        <w:rPr>
          <w:rFonts w:ascii="Georgia" w:hAnsi="Georgia" w:cs="Georgia" w:eastAsia="Georgia"/>
          <w:b w:val="0"/>
          <w:i/>
          <w:sz w:val="16"/>
        </w:rPr>
        <w:t>Page 18 of the original. Heading read from the printed headline artwork.</w:t>
      </w:r>
    </w:p>
    <w:p>
      <w:pPr>
        <w:spacing w:before="0" w:after="120" w:line="300" w:lineRule="exact"/>
        <w:jc w:val="both"/>
      </w:pPr>
      <w:r>
        <w:rPr>
          <w:rFonts w:ascii="Georgia" w:hAnsi="Georgia" w:cs="Georgia" w:eastAsia="Georgia"/>
          <w:b w:val="0"/>
          <w:i w:val="0"/>
          <w:sz w:val="22"/>
        </w:rPr>
        <w:t>"Verily, Allah is The Hearer, The Knower"</w:t>
      </w:r>
    </w:p>
    <w:p>
      <w:pPr>
        <w:spacing w:before="120" w:after="120" w:line="300" w:lineRule="exact"/>
        <w:ind w:left="720" w:right="720"/>
        <w:jc w:val="center"/>
      </w:pPr>
      <w:r>
        <w:rPr>
          <w:rFonts w:ascii="Georgia" w:hAnsi="Georgia" w:cs="Georgia" w:eastAsia="Georgia"/>
          <w:b w:val="0"/>
          <w:i/>
          <w:sz w:val="22"/>
        </w:rPr>
        <w:t>(Qur'aan) He sees, hears and knows what is happening in Gazzah and in the entire creation. It is</w:t>
      </w:r>
    </w:p>
    <w:p>
      <w:pPr>
        <w:spacing w:before="0" w:after="120" w:line="300" w:lineRule="exact"/>
        <w:jc w:val="both"/>
      </w:pPr>
      <w:r>
        <w:rPr>
          <w:rFonts w:ascii="Georgia" w:hAnsi="Georgia" w:cs="Georgia" w:eastAsia="Georgia"/>
          <w:b w:val="0"/>
          <w:i w:val="0"/>
          <w:sz w:val="22"/>
        </w:rPr>
        <w:t>He Who is orchestrating the</w:t>
      </w:r>
    </w:p>
    <w:p>
      <w:pPr>
        <w:spacing w:before="120" w:after="120" w:line="300" w:lineRule="exact"/>
        <w:ind w:left="720" w:right="720"/>
        <w:jc w:val="center"/>
      </w:pPr>
      <w:r>
        <w:rPr>
          <w:rFonts w:ascii="Georgia" w:hAnsi="Georgia" w:cs="Georgia" w:eastAsia="Georgia"/>
          <w:b w:val="0"/>
          <w:i/>
          <w:sz w:val="22"/>
        </w:rPr>
        <w:t>upheavals. He knows and we know not. Do not delete Allah</w:t>
      </w:r>
    </w:p>
    <w:p>
      <w:pPr>
        <w:spacing w:before="0" w:after="120" w:line="300" w:lineRule="exact"/>
        <w:jc w:val="both"/>
      </w:pPr>
      <w:r>
        <w:rPr>
          <w:rFonts w:ascii="Georgia" w:hAnsi="Georgia" w:cs="Georgia" w:eastAsia="Georgia"/>
          <w:b w:val="0"/>
          <w:i w:val="0"/>
          <w:sz w:val="22"/>
        </w:rPr>
        <w:t>Ta'ala from the equations of</w:t>
      </w:r>
    </w:p>
    <w:p>
      <w:pPr>
        <w:spacing w:before="120" w:after="120" w:line="300" w:lineRule="exact"/>
        <w:ind w:left="720" w:right="720"/>
        <w:jc w:val="center"/>
      </w:pPr>
      <w:r>
        <w:rPr>
          <w:rFonts w:ascii="Georgia" w:hAnsi="Georgia" w:cs="Georgia" w:eastAsia="Georgia"/>
          <w:b w:val="0"/>
          <w:i/>
          <w:sz w:val="22"/>
        </w:rPr>
        <w:t>life. He does as He pleases "So that He executes the destined decree, so that who-</w:t>
      </w:r>
    </w:p>
    <w:p>
      <w:pPr>
        <w:spacing w:before="0" w:after="120" w:line="300" w:lineRule="exact"/>
        <w:jc w:val="both"/>
      </w:pPr>
      <w:r>
        <w:rPr>
          <w:rFonts w:ascii="Georgia" w:hAnsi="Georgia" w:cs="Georgia" w:eastAsia="Georgia"/>
          <w:b w:val="0"/>
          <w:i w:val="0"/>
          <w:sz w:val="22"/>
        </w:rPr>
        <w:t>ever has to be destroyed may</w:t>
      </w:r>
    </w:p>
    <w:p>
      <w:pPr>
        <w:spacing w:before="120" w:after="120" w:line="300" w:lineRule="exact"/>
        <w:ind w:left="720" w:right="720"/>
        <w:jc w:val="center"/>
      </w:pPr>
      <w:r>
        <w:rPr>
          <w:rFonts w:ascii="Georgia" w:hAnsi="Georgia" w:cs="Georgia" w:eastAsia="Georgia"/>
          <w:b w:val="0"/>
          <w:i/>
          <w:sz w:val="22"/>
        </w:rPr>
        <w:t>be destroyed after (the establishment of) clear proof, and</w:t>
      </w:r>
    </w:p>
    <w:p>
      <w:pPr>
        <w:spacing w:before="0" w:after="120" w:line="300" w:lineRule="exact"/>
        <w:jc w:val="both"/>
      </w:pPr>
      <w:r>
        <w:rPr>
          <w:rFonts w:ascii="Georgia" w:hAnsi="Georgia" w:cs="Georgia" w:eastAsia="Georgia"/>
          <w:b w:val="0"/>
          <w:i w:val="0"/>
          <w:sz w:val="22"/>
        </w:rPr>
        <w:t>so that whoever has to live, may live after the clear proof. Verily, Allah is Samee' and Aleem." (Al-Anfaal, Aayat 42)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MA'ROOF</w:t>
      </w:r>
    </w:p>
    <w:p>
      <w:pPr>
        <w:spacing w:before="0" w:after="160" w:line="300" w:lineRule="exact"/>
        <w:jc w:val="center"/>
      </w:pPr>
      <w:r>
        <w:rPr>
          <w:rFonts w:ascii="Georgia" w:hAnsi="Georgia" w:cs="Georgia" w:eastAsia="Georgia"/>
          <w:b w:val="0"/>
          <w:i/>
          <w:sz w:val="16"/>
        </w:rPr>
        <w:t>Page 19 of the original. Heading read from the printed headline artwork.</w:t>
      </w:r>
    </w:p>
    <w:p>
      <w:pPr>
        <w:spacing w:before="0" w:after="120" w:line="300" w:lineRule="exact"/>
        <w:jc w:val="both"/>
      </w:pPr>
      <w:r>
        <w:rPr>
          <w:rFonts w:ascii="Georgia" w:hAnsi="Georgia" w:cs="Georgia" w:eastAsia="Georgia"/>
          <w:b w:val="0"/>
          <w:i w:val="0"/>
          <w:sz w:val="22"/>
        </w:rPr>
        <w:t>Nahyi Anil Munkar – Commanding virtue and forbidding evil are Waajib commands of Allah Ta'ala. Abandoning this obligatory command is fraught with severe consequences. Warning the Ummah of these consequences, Rasulullah (Sallallahu alayhi wasallam) said: "Allah will inflict widespread</w:t>
      </w:r>
    </w:p>
    <w:p>
      <w:pPr>
        <w:spacing w:before="120" w:after="120" w:line="300" w:lineRule="exact"/>
        <w:ind w:left="720" w:right="720"/>
        <w:jc w:val="center"/>
      </w:pPr>
      <w:r>
        <w:rPr>
          <w:rFonts w:ascii="Georgia" w:hAnsi="Georgia" w:cs="Georgia" w:eastAsia="Georgia"/>
          <w:b w:val="0"/>
          <w:i/>
          <w:sz w:val="22"/>
        </w:rPr>
        <w:t>punishment on A nation who does not pre-</w:t>
      </w:r>
    </w:p>
    <w:p>
      <w:pPr>
        <w:spacing w:before="120" w:after="120" w:line="300" w:lineRule="exact"/>
        <w:ind w:left="720" w:right="720"/>
        <w:jc w:val="center"/>
      </w:pPr>
      <w:r>
        <w:rPr>
          <w:rFonts w:ascii="Georgia" w:hAnsi="Georgia" w:cs="Georgia" w:eastAsia="Georgia"/>
          <w:b w:val="0"/>
          <w:i/>
          <w:sz w:val="22"/>
        </w:rPr>
        <w:t>vent the commission of Sins despite having the ability</w:t>
      </w:r>
    </w:p>
    <w:p>
      <w:pPr>
        <w:spacing w:before="0" w:after="120" w:line="300" w:lineRule="exact"/>
        <w:jc w:val="both"/>
      </w:pPr>
      <w:r>
        <w:rPr>
          <w:rFonts w:ascii="Georgia" w:hAnsi="Georgia" w:cs="Georgia" w:eastAsia="Georgia"/>
          <w:b w:val="0"/>
          <w:i w:val="0"/>
          <w:sz w:val="22"/>
        </w:rPr>
        <w:t>to do so." Another Hadith warns that in the wake of abandonment of Amr Bil Ma'roof Nahyi Anil Munkar, Allah Ta'ala will appoint over us such tyrants and oppressors "who will show no mercy for your little ones and no respect for your elders. Then your pious persons (your buzrugs) will make dua, but Allah will not accept their supplications." That is, the Aam Athaab will be justified and will take its divnely decreed course.</w:t>
      </w:r>
    </w:p>
    <w:p>
      <w:pPr>
        <w:spacing w:before="0" w:after="120" w:line="300" w:lineRule="exact"/>
        <w:jc w:val="both"/>
      </w:pPr>
      <w:r>
        <w:rPr>
          <w:rFonts w:ascii="Georgia" w:hAnsi="Georgia" w:cs="Georgia" w:eastAsia="Georgia"/>
          <w:b w:val="0"/>
          <w:i w:val="0"/>
          <w:sz w:val="22"/>
        </w:rPr>
        <w:t>When the Ulama in particular, and the others in general, abandon Amr Bil Ma'roof Nahyi anil Munkar, the Athaab will descend and engulf the entire community/ nation regardless of the presence of innumerable men of piety. Hadhrat Aishah (Radhiyallahu anha) narrated that Allah Ta'ala ordered Jibraeel (Alayhis salaam) to destroy a certain city of 60,000 inhabitants.</w:t>
      </w:r>
    </w:p>
    <w:p>
      <w:pPr>
        <w:spacing w:before="0" w:after="120" w:line="300" w:lineRule="exact"/>
        <w:jc w:val="both"/>
      </w:pPr>
      <w:r>
        <w:rPr>
          <w:rFonts w:ascii="Georgia" w:hAnsi="Georgia" w:cs="Georgia" w:eastAsia="Georgia"/>
          <w:b w:val="0"/>
          <w:i w:val="0"/>
          <w:sz w:val="22"/>
        </w:rPr>
        <w:t>From these, 40,000 were evil transgressors and 20,000 were of such piety which was like the piety of the Ambiya (Alayhimus salaam). Jibraeel (Alayhis salaam) was greatly surprised at this Command. When he queried the reason and the impending fate of the 20,000 Buzrugs, Allah Ta'ala explained that these 20,000 pious men had abandoned Amr Bil Ma'roof Nahyi Anil Munkar.</w:t>
      </w:r>
    </w:p>
    <w:p>
      <w:pPr>
        <w:spacing w:before="0" w:after="120" w:line="300" w:lineRule="exact"/>
        <w:jc w:val="both"/>
      </w:pPr>
      <w:r>
        <w:rPr>
          <w:rFonts w:ascii="Georgia" w:hAnsi="Georgia" w:cs="Georgia" w:eastAsia="Georgia"/>
          <w:b w:val="0"/>
          <w:i w:val="0"/>
          <w:sz w:val="22"/>
        </w:rPr>
        <w:t>This abandonment led to their Imaan being desensitized to the degree that they fraternized and socialized with the fussaaq and fujjaar. Hence, all of them have to be destroyed by the Punishment. And, this is the decree of Allah Ta'ala which Jibraeel (Alayhis salaam) had executed.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UNIVERSAL PUNISHMENT</w:t>
      </w:r>
    </w:p>
    <w:p>
      <w:pPr>
        <w:spacing w:before="0" w:after="160" w:line="300" w:lineRule="exact"/>
        <w:jc w:val="center"/>
      </w:pPr>
      <w:r>
        <w:rPr>
          <w:rFonts w:ascii="Georgia" w:hAnsi="Georgia" w:cs="Georgia" w:eastAsia="Georgia"/>
          <w:b w:val="0"/>
          <w:i/>
          <w:sz w:val="16"/>
        </w:rPr>
        <w:t>Page 19 of the original. Heading read from the printed headline artwork.</w:t>
      </w:r>
    </w:p>
    <w:p>
      <w:pPr>
        <w:spacing w:before="0" w:after="120" w:line="300" w:lineRule="exact"/>
        <w:jc w:val="both"/>
      </w:pPr>
      <w:r>
        <w:rPr>
          <w:rFonts w:ascii="Georgia" w:hAnsi="Georgia" w:cs="Georgia" w:eastAsia="Georgia"/>
          <w:b w:val="0"/>
          <w:i w:val="0"/>
          <w:sz w:val="22"/>
        </w:rPr>
        <w:t>In regard to this kind of punishment which is universal and which will engulf the entire community – the pious and the impious, the Qur'aan Majeed states: "Beware of such a Punishment which will not be restricted to only the transgressors among</w:t>
      </w:r>
    </w:p>
    <w:p>
      <w:pPr>
        <w:spacing w:before="120" w:after="120" w:line="300" w:lineRule="exact"/>
        <w:ind w:left="720" w:right="720"/>
        <w:jc w:val="center"/>
      </w:pPr>
      <w:r>
        <w:rPr>
          <w:rFonts w:ascii="Georgia" w:hAnsi="Georgia" w:cs="Georgia" w:eastAsia="Georgia"/>
          <w:b w:val="0"/>
          <w:i/>
          <w:sz w:val="22"/>
        </w:rPr>
        <w:t>you, and know that verily Allah is severe in punishment."</w:t>
      </w:r>
    </w:p>
    <w:p>
      <w:pPr>
        <w:spacing w:before="0" w:after="120" w:line="300" w:lineRule="exact"/>
        <w:jc w:val="both"/>
      </w:pPr>
      <w:r>
        <w:rPr>
          <w:rFonts w:ascii="Georgia" w:hAnsi="Georgia" w:cs="Georgia" w:eastAsia="Georgia"/>
          <w:b w:val="0"/>
          <w:i w:val="0"/>
          <w:sz w:val="22"/>
        </w:rPr>
        <w:t>(Al-Anfaal, Aayat 25) The piety of the buzrugs and of the Ulama will not save them from the Aam Punish- ment when they abandon Amr Bil Ma'roof Nahyi Anil Munkar. The Buzrugs and the sincere Ulama who are snug in their assumed status of piety should not become complacent with the transgression perpetrated around them. They should not labour under the misconception of being insulated against the Athaab of Allah Ta'ala on account of their piety and status.</w:t>
      </w:r>
    </w:p>
    <w:p>
      <w:pPr>
        <w:spacing w:before="0" w:after="120" w:line="300" w:lineRule="exact"/>
        <w:jc w:val="both"/>
      </w:pPr>
      <w:r>
        <w:rPr>
          <w:rFonts w:ascii="Georgia" w:hAnsi="Georgia" w:cs="Georgia" w:eastAsia="Georgia"/>
          <w:b w:val="0"/>
          <w:i w:val="0"/>
          <w:sz w:val="22"/>
        </w:rPr>
        <w:t>The Athaab will take them all in its trajectory. They will also become the victims of the devastation and destruction which Allah Ta'ala will unleash with His Whip of Athaab. There is much for the sincere silent Ulama to reflect regarding their silence in the face of the fisq, fujoor and kufr of the Muslim masses. The consequence of such transgression and silence will be Gazzah in another form.</w:t>
      </w:r>
    </w:p>
    <w:p>
      <w:pPr>
        <w:spacing w:before="120" w:after="120" w:line="300" w:lineRule="exact"/>
        <w:ind w:left="720" w:right="720"/>
        <w:jc w:val="center"/>
      </w:pPr>
      <w:r>
        <w:rPr>
          <w:rFonts w:ascii="Georgia" w:hAnsi="Georgia" w:cs="Georgia" w:eastAsia="Georgia"/>
          <w:b w:val="0"/>
          <w:i/>
          <w:sz w:val="22"/>
        </w:rPr>
        <w:t>"He who is silent regarding the Haqq is a dumb shaitaan."</w:t>
      </w:r>
    </w:p>
    <w:p>
      <w:pPr>
        <w:spacing w:before="0" w:after="120" w:line="300" w:lineRule="exact"/>
        <w:jc w:val="both"/>
      </w:pPr>
      <w:r>
        <w:rPr>
          <w:rFonts w:ascii="Georgia" w:hAnsi="Georgia" w:cs="Georgia" w:eastAsia="Georgia"/>
          <w:b w:val="0"/>
          <w:i w:val="0"/>
          <w:sz w:val="22"/>
        </w:rPr>
        <w:t>(Hadith)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 NOT BE DEFLECTED BY THE DECEPTION OF SHAITAAN</w:t>
      </w:r>
    </w:p>
    <w:p>
      <w:pPr>
        <w:spacing w:before="0" w:after="160" w:line="300" w:lineRule="exact"/>
        <w:jc w:val="center"/>
      </w:pPr>
      <w:r>
        <w:rPr>
          <w:rFonts w:ascii="Georgia" w:hAnsi="Georgia" w:cs="Georgia" w:eastAsia="Georgia"/>
          <w:b w:val="0"/>
          <w:i/>
          <w:sz w:val="16"/>
        </w:rPr>
        <w:t>Page 20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instructed us to refrain from abusing the oppressor rulers and tyrants. The hearts of the rulers are in the control of Allah Ta'ala. When the people are obedient to Allah Ta'ala, He creates benevolence in their hearts. If the people are disobedient to Allah Ta'ala, He installs tyrants to rule the people with injustice and oppression.</w:t>
      </w:r>
    </w:p>
    <w:p>
      <w:pPr>
        <w:spacing w:before="120" w:after="120" w:line="300" w:lineRule="exact"/>
        <w:ind w:left="720" w:right="720"/>
        <w:jc w:val="center"/>
      </w:pPr>
      <w:r>
        <w:rPr>
          <w:rFonts w:ascii="Georgia" w:hAnsi="Georgia" w:cs="Georgia" w:eastAsia="Georgia"/>
          <w:b w:val="0"/>
          <w:i/>
          <w:sz w:val="22"/>
        </w:rPr>
        <w:t>"I am the Maalik of kings. The hearts of kings are in My</w:t>
      </w:r>
    </w:p>
    <w:p>
      <w:pPr>
        <w:spacing w:before="120" w:after="120" w:line="300" w:lineRule="exact"/>
        <w:ind w:left="720" w:right="720"/>
        <w:jc w:val="center"/>
      </w:pPr>
      <w:r>
        <w:rPr>
          <w:rFonts w:ascii="Georgia" w:hAnsi="Georgia" w:cs="Georgia" w:eastAsia="Georgia"/>
          <w:b w:val="0"/>
          <w:i/>
          <w:sz w:val="22"/>
        </w:rPr>
        <w:t>Hand. I make them (the kings/rulers) benevolent for</w:t>
      </w:r>
    </w:p>
    <w:p>
      <w:pPr>
        <w:spacing w:before="0" w:after="120" w:line="300" w:lineRule="exact"/>
        <w:jc w:val="both"/>
      </w:pPr>
      <w:r>
        <w:rPr>
          <w:rFonts w:ascii="Georgia" w:hAnsi="Georgia" w:cs="Georgia" w:eastAsia="Georgia"/>
          <w:b w:val="0"/>
          <w:i w:val="0"/>
          <w:sz w:val="22"/>
        </w:rPr>
        <w:t>those who obey Me, and I</w:t>
      </w:r>
    </w:p>
    <w:p>
      <w:pPr>
        <w:spacing w:before="120" w:after="120" w:line="300" w:lineRule="exact"/>
        <w:ind w:left="720" w:right="720"/>
        <w:jc w:val="center"/>
      </w:pPr>
      <w:r>
        <w:rPr>
          <w:rFonts w:ascii="Georgia" w:hAnsi="Georgia" w:cs="Georgia" w:eastAsia="Georgia"/>
          <w:b w:val="0"/>
          <w:i/>
          <w:sz w:val="22"/>
        </w:rPr>
        <w:t>make them a punishment (cruel) for those who disobey</w:t>
      </w:r>
    </w:p>
    <w:p>
      <w:pPr>
        <w:spacing w:before="120" w:after="120" w:line="300" w:lineRule="exact"/>
        <w:ind w:left="720" w:right="720"/>
        <w:jc w:val="center"/>
      </w:pPr>
      <w:r>
        <w:rPr>
          <w:rFonts w:ascii="Georgia" w:hAnsi="Georgia" w:cs="Georgia" w:eastAsia="Georgia"/>
          <w:b w:val="0"/>
          <w:i/>
          <w:sz w:val="22"/>
        </w:rPr>
        <w:t>Me. Therefore, do not involve yourselves with abusing the</w:t>
      </w:r>
    </w:p>
    <w:p>
      <w:pPr>
        <w:spacing w:before="120" w:after="120" w:line="300" w:lineRule="exact"/>
        <w:ind w:left="720" w:right="720"/>
        <w:jc w:val="center"/>
      </w:pPr>
      <w:r>
        <w:rPr>
          <w:rFonts w:ascii="Georgia" w:hAnsi="Georgia" w:cs="Georgia" w:eastAsia="Georgia"/>
          <w:b w:val="0"/>
          <w:i/>
          <w:sz w:val="22"/>
        </w:rPr>
        <w:t>kings. Rather, turn to Me with repentance, then I shall</w:t>
      </w:r>
    </w:p>
    <w:p>
      <w:pPr>
        <w:spacing w:before="0" w:after="120" w:line="300" w:lineRule="exact"/>
        <w:jc w:val="both"/>
      </w:pPr>
      <w:r>
        <w:rPr>
          <w:rFonts w:ascii="Georgia" w:hAnsi="Georgia" w:cs="Georgia" w:eastAsia="Georgia"/>
          <w:b w:val="0"/>
          <w:i w:val="0"/>
          <w:sz w:val="22"/>
        </w:rPr>
        <w:t>be benevolent to you." (Hadith Qudsi) However, it is a snare of Shaitaan to divert the focus of Muslims from their own putrid, corrupt condition of fisq, fujoor and kufr, and to concentrate on reviling the kuffaar oppressors who are the medium via which Allah Azza Wa Jal inflicts His punishment. These are the very kuffaar – Yahood and the Nasaarawhom Muslims bootlick in all departments of life.</w:t>
      </w:r>
    </w:p>
    <w:p>
      <w:pPr>
        <w:spacing w:before="0" w:after="120" w:line="300" w:lineRule="exact"/>
        <w:jc w:val="both"/>
      </w:pPr>
      <w:r>
        <w:rPr>
          <w:rFonts w:ascii="Georgia" w:hAnsi="Georgia" w:cs="Georgia" w:eastAsia="Georgia"/>
          <w:b w:val="0"/>
          <w:i w:val="0"/>
          <w:sz w:val="22"/>
        </w:rPr>
        <w:t>Shaitaan has succeeded in his plot of ensnarement by having deflected the minds of Muslims from the actual cause of their defeat, suffering and humiliation. With their focus diverted from their own corrupt moral and spiritual states, they bark up the wrong tree by lambasting and abusing their own ugly reflection in the mirror. Rasulullah (Sallallahu alayhi wasallam) said: "Your a'maal (deeds) are your rulers." The rulers being appointed by Allah Azza Wa Jal, are in accord with our deeds.</w:t>
      </w:r>
    </w:p>
    <w:p>
      <w:pPr>
        <w:spacing w:before="0" w:after="120" w:line="300" w:lineRule="exact"/>
        <w:jc w:val="both"/>
      </w:pPr>
      <w:r>
        <w:rPr>
          <w:rFonts w:ascii="Georgia" w:hAnsi="Georgia" w:cs="Georgia" w:eastAsia="Georgia"/>
          <w:b w:val="0"/>
          <w:i w:val="0"/>
          <w:sz w:val="22"/>
        </w:rPr>
        <w:t>The consequence of evil deeds is tyrannical, oppressive rulers, and the consequence of virtue and obedience to Allah is benevolent rulers. Muslims have lost their focus, diverting it from the reality stated repeatedly and explicitly in the Qur'aan and Ahaadith. Shaitaan has succeeded in his plot to divert our focus from the reality. Hence, Muslims remain dwelling in deception and ignorance regarding their own moral and spiritual corruption and diseas- es.</w:t>
      </w:r>
    </w:p>
    <w:p>
      <w:pPr>
        <w:spacing w:before="0" w:after="120" w:line="300" w:lineRule="exact"/>
        <w:jc w:val="both"/>
      </w:pPr>
      <w:r>
        <w:rPr>
          <w:rFonts w:ascii="Georgia" w:hAnsi="Georgia" w:cs="Georgia" w:eastAsia="Georgia"/>
          <w:b w:val="0"/>
          <w:i w:val="0"/>
          <w:sz w:val="22"/>
        </w:rPr>
        <w:t>Due to our misdiagnosis of our maladies, there is no solution. Thus, Muslims seek honour and success in the ways of the Yahood and Nasaara. But never will they achieve this goal. Allah Ta'ala says in the Qur'aan Majeed: "What! Do they search for</w:t>
      </w:r>
    </w:p>
    <w:p>
      <w:pPr>
        <w:spacing w:before="120" w:after="120" w:line="300" w:lineRule="exact"/>
        <w:ind w:left="720" w:right="720"/>
        <w:jc w:val="center"/>
      </w:pPr>
      <w:r>
        <w:rPr>
          <w:rFonts w:ascii="Georgia" w:hAnsi="Georgia" w:cs="Georgia" w:eastAsia="Georgia"/>
          <w:b w:val="0"/>
          <w:i/>
          <w:sz w:val="22"/>
        </w:rPr>
        <w:t>Izzat (honour) in the Law of Jaahilyyah? All Izzat</w:t>
      </w:r>
    </w:p>
    <w:p>
      <w:pPr>
        <w:spacing w:before="0" w:after="120" w:line="300" w:lineRule="exact"/>
        <w:jc w:val="both"/>
      </w:pPr>
      <w:r>
        <w:rPr>
          <w:rFonts w:ascii="Georgia" w:hAnsi="Georgia" w:cs="Georgia" w:eastAsia="Georgia"/>
          <w:b w:val="0"/>
          <w:i w:val="0"/>
          <w:sz w:val="22"/>
        </w:rPr>
        <w:t>belongs to Allah." Yes, Muslims having abandoned the Sunnah and are searching for honour and worldly success in the ways of the Yahood and Nasaara, hence they emulate these kuffaar and follow them right into "the lizard's hole" as was predicted by Rasulullah (Sallallahu alayhi wasallam). The brains of Muslims have become so fossilized preventing them from understanding that despite decades of kuffaar emulation in all spheres of life, they are sinking incrementally in the quagmire of destruction which they have prepared for themselves by having abandoned the Sunnah and rejecting the Shariah.</w:t>
      </w:r>
    </w:p>
    <w:p>
      <w:pPr>
        <w:spacing w:before="0" w:after="120" w:line="300" w:lineRule="exact"/>
        <w:jc w:val="both"/>
      </w:pPr>
      <w:r>
        <w:rPr>
          <w:rFonts w:ascii="Georgia" w:hAnsi="Georgia" w:cs="Georgia" w:eastAsia="Georgia"/>
          <w:b w:val="0"/>
          <w:i w:val="0"/>
          <w:sz w:val="22"/>
        </w:rPr>
        <w:t>"Only the people of intelli- gence heed naseehat."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 IS NOT UNJUST'</w:t>
      </w:r>
    </w:p>
    <w:p>
      <w:pPr>
        <w:spacing w:before="0" w:after="160" w:line="300" w:lineRule="exact"/>
        <w:jc w:val="center"/>
      </w:pPr>
      <w:r>
        <w:rPr>
          <w:rFonts w:ascii="Georgia" w:hAnsi="Georgia" w:cs="Georgia" w:eastAsia="Georgia"/>
          <w:b w:val="0"/>
          <w:i/>
          <w:sz w:val="16"/>
        </w:rPr>
        <w:t>Page 21 of the original. Heading read from the printed headline artwork.</w:t>
      </w:r>
    </w:p>
    <w:p>
      <w:pPr>
        <w:spacing w:before="0" w:after="120" w:line="300" w:lineRule="exact"/>
        <w:jc w:val="both"/>
      </w:pPr>
      <w:r>
        <w:rPr>
          <w:rFonts w:ascii="Georgia" w:hAnsi="Georgia" w:cs="Georgia" w:eastAsia="Georgia"/>
          <w:b w:val="0"/>
          <w:i w:val="0"/>
          <w:sz w:val="22"/>
        </w:rPr>
        <w:t>"Your Rabb does not unjustly destroy towns whilst their inhabitants are Muslihoon." (Hood, Aayat 117) 'Muslihoon' are people who engage in Islaah of the nafs (self-reformation). As long as Muslims are concerned with their spiritual state which pivots on their Deen, Allah Ta'ala will not destroy them and their towns. Massive destruction and devastation on the scale being enacted in Gazzah is conclusively the Athaab of Allah Azza Wa Jal.</w:t>
      </w:r>
    </w:p>
    <w:p>
      <w:pPr>
        <w:spacing w:before="0" w:after="120" w:line="300" w:lineRule="exact"/>
        <w:jc w:val="both"/>
      </w:pPr>
      <w:r>
        <w:rPr>
          <w:rFonts w:ascii="Georgia" w:hAnsi="Georgia" w:cs="Georgia" w:eastAsia="Georgia"/>
          <w:b w:val="0"/>
          <w:i w:val="0"/>
          <w:sz w:val="22"/>
        </w:rPr>
        <w:t>When Muslims become 'kuffaar' in thought and deed, then the Aam (universal) Athaab becomes justified. Then it will run its prescribed course. It will end only by the Decree of Allah Azza Wa Jal, not by means of fake, stupid and deceptive 'ceasefires'. Thus, there is no need and no permissibility for dancing, prancing and ululating. "We did not oppress them, but they themselves oppressed their souls (with fisq, fujoor and kufr)."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FAKE CEASEFIRES</w:t>
      </w:r>
    </w:p>
    <w:p>
      <w:pPr>
        <w:spacing w:before="0" w:after="160" w:line="300" w:lineRule="exact"/>
        <w:jc w:val="center"/>
      </w:pPr>
      <w:r>
        <w:rPr>
          <w:rFonts w:ascii="Georgia" w:hAnsi="Georgia" w:cs="Georgia" w:eastAsia="Georgia"/>
          <w:b w:val="0"/>
          <w:i/>
          <w:sz w:val="16"/>
        </w:rPr>
        <w:t>Page 21 of the original. Heading read from the printed headline artwork.</w:t>
      </w:r>
    </w:p>
    <w:p>
      <w:pPr>
        <w:spacing w:before="0" w:after="120" w:line="300" w:lineRule="exact"/>
        <w:jc w:val="both"/>
      </w:pPr>
      <w:r>
        <w:rPr>
          <w:rFonts w:ascii="Georgia" w:hAnsi="Georgia" w:cs="Georgia" w:eastAsia="Georgia"/>
          <w:b w:val="0"/>
          <w:i w:val="0"/>
          <w:sz w:val="22"/>
        </w:rPr>
        <w:t>"Soon will Allah prevent the</w:t>
      </w:r>
    </w:p>
    <w:p>
      <w:pPr>
        <w:spacing w:before="120" w:after="120" w:line="300" w:lineRule="exact"/>
        <w:ind w:left="720" w:right="720"/>
        <w:jc w:val="center"/>
      </w:pPr>
      <w:r>
        <w:rPr>
          <w:rFonts w:ascii="Georgia" w:hAnsi="Georgia" w:cs="Georgia" w:eastAsia="Georgia"/>
          <w:b w:val="0"/>
          <w:i/>
          <w:sz w:val="22"/>
        </w:rPr>
        <w:t>power (military power) of the kuffaar. And (know!)</w:t>
      </w:r>
    </w:p>
    <w:p>
      <w:pPr>
        <w:spacing w:before="120" w:after="120" w:line="300" w:lineRule="exact"/>
        <w:ind w:left="720" w:right="720"/>
        <w:jc w:val="center"/>
      </w:pPr>
      <w:r>
        <w:rPr>
          <w:rFonts w:ascii="Georgia" w:hAnsi="Georgia" w:cs="Georgia" w:eastAsia="Georgia"/>
          <w:b w:val="0"/>
          <w:i/>
          <w:sz w:val="22"/>
        </w:rPr>
        <w:t>that Allah is more Powerful in might, and more</w:t>
      </w:r>
    </w:p>
    <w:p>
      <w:pPr>
        <w:spacing w:before="0" w:after="120" w:line="300" w:lineRule="exact"/>
        <w:jc w:val="both"/>
      </w:pPr>
      <w:r>
        <w:rPr>
          <w:rFonts w:ascii="Georgia" w:hAnsi="Georgia" w:cs="Georgia" w:eastAsia="Georgia"/>
          <w:b w:val="0"/>
          <w:i w:val="0"/>
          <w:sz w:val="22"/>
        </w:rPr>
        <w:t>powerful in punishing." (An-Nisaa', Aayat 84) A lasting, valid 'ceasefire' is only when Allah Ta'ala decrees the cessation of hostilities, and when He reduces and curbs the power of the kuffaar. This depends on the renewal of the allegiance Muslims give Allah Ta'ala. A genuine ceasefire is not the nonsense they fabricate in Qatar at the behest of U.S.A.</w:t>
      </w:r>
    </w:p>
    <w:p>
      <w:pPr>
        <w:spacing w:before="0" w:after="120" w:line="300" w:lineRule="exact"/>
        <w:jc w:val="both"/>
      </w:pPr>
      <w:r>
        <w:rPr>
          <w:rFonts w:ascii="Georgia" w:hAnsi="Georgia" w:cs="Georgia" w:eastAsia="Georgia"/>
          <w:b w:val="0"/>
          <w:i w:val="0"/>
          <w:sz w:val="22"/>
        </w:rPr>
        <w:t>It is reliant on the attitude of Muslims. The Qur'aan Majeed states:</w:t>
      </w:r>
    </w:p>
    <w:p>
      <w:pPr>
        <w:spacing w:before="120" w:after="120" w:line="300" w:lineRule="exact"/>
        <w:ind w:left="720" w:right="720"/>
        <w:jc w:val="center"/>
      </w:pPr>
      <w:r>
        <w:rPr>
          <w:rFonts w:ascii="Georgia" w:hAnsi="Georgia" w:cs="Georgia" w:eastAsia="Georgia"/>
          <w:b w:val="0"/>
          <w:i/>
          <w:sz w:val="22"/>
        </w:rPr>
        <w:t>"Allah will not change the (prosperous) condition of a nation as long as they do not change (the corruption) with-</w:t>
      </w:r>
    </w:p>
    <w:p>
      <w:pPr>
        <w:spacing w:before="0" w:after="120" w:line="300" w:lineRule="exact"/>
        <w:jc w:val="both"/>
      </w:pPr>
      <w:r>
        <w:rPr>
          <w:rFonts w:ascii="Georgia" w:hAnsi="Georgia" w:cs="Georgia" w:eastAsia="Georgia"/>
          <w:b w:val="0"/>
          <w:i w:val="0"/>
          <w:sz w:val="22"/>
        </w:rPr>
        <w:t>in themselves." (Ar-Ra'd, Aayat 11) If Muslims reform themselves and once again become true Mu'mineen, then Allah Azza Wa Jal will fight their battles and protect them against the villainy and brutality of the Yahood and Nasaara. "Allah suffices for the Mu'mi-</w:t>
      </w:r>
    </w:p>
    <w:p>
      <w:pPr>
        <w:spacing w:before="120" w:after="120" w:line="300" w:lineRule="exact"/>
        <w:ind w:left="720" w:right="720"/>
        <w:jc w:val="center"/>
      </w:pPr>
      <w:r>
        <w:rPr>
          <w:rFonts w:ascii="Georgia" w:hAnsi="Georgia" w:cs="Georgia" w:eastAsia="Georgia"/>
          <w:b w:val="0"/>
          <w:i/>
          <w:sz w:val="22"/>
        </w:rPr>
        <w:t>neen in battle. And, Allah is powerful and</w:t>
      </w:r>
    </w:p>
    <w:p>
      <w:pPr>
        <w:spacing w:before="0" w:after="120" w:line="300" w:lineRule="exact"/>
        <w:jc w:val="both"/>
      </w:pPr>
      <w:r>
        <w:rPr>
          <w:rFonts w:ascii="Georgia" w:hAnsi="Georgia" w:cs="Georgia" w:eastAsia="Georgia"/>
          <w:b w:val="0"/>
          <w:i w:val="0"/>
          <w:sz w:val="22"/>
        </w:rPr>
        <w:t>mighty." (Al-Ahzaab, Aayat 25) Thus, the defeats and humiliation suffered by Muslims in battle are the effects of Muslim transgression and evil. If Muslims were faithful to Allah Ta'ala, there would have been no reason for the Gazzah conflagration, devastation and destruction.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DESTRUCTION &amp; DEVASTATION</w:t>
      </w:r>
    </w:p>
    <w:p>
      <w:pPr>
        <w:spacing w:before="0" w:after="160" w:line="300" w:lineRule="exact"/>
        <w:jc w:val="center"/>
      </w:pPr>
      <w:r>
        <w:rPr>
          <w:rFonts w:ascii="Georgia" w:hAnsi="Georgia" w:cs="Georgia" w:eastAsia="Georgia"/>
          <w:b w:val="0"/>
          <w:i/>
          <w:sz w:val="16"/>
        </w:rPr>
        <w:t>Page 21 of the original</w:t>
      </w:r>
    </w:p>
    <w:p>
      <w:pPr>
        <w:pStyle w:val="Heading3"/>
        <w:spacing w:before="200" w:after="120" w:line="300" w:lineRule="exact"/>
        <w:jc w:val="left"/>
      </w:pPr>
      <w:r>
        <w:rPr>
          <w:rFonts w:ascii="Georgia" w:hAnsi="Georgia" w:cs="Georgia" w:eastAsia="Georgia"/>
          <w:b/>
          <w:i w:val="0"/>
          <w:color w:val="2E74B5"/>
          <w:sz w:val="24"/>
        </w:rPr>
        <w:t>DESTRUCTION &amp; DEVASTATION</w:t>
      </w:r>
    </w:p>
    <w:p>
      <w:pPr>
        <w:spacing w:before="0" w:after="120" w:line="300" w:lineRule="exact"/>
        <w:jc w:val="both"/>
      </w:pPr>
      <w:r>
        <w:rPr>
          <w:rFonts w:ascii="Georgia" w:hAnsi="Georgia" w:cs="Georgia" w:eastAsia="Georgia"/>
          <w:b w:val="0"/>
          <w:i w:val="0"/>
          <w:sz w:val="22"/>
        </w:rPr>
        <w:t>"We do not destroy towns ex- cept when their inhabitants are zaalimoon." (Al-Qasas, Aayat 59) Only when transgression, fisq, fujoor and kufr have transcended all bounds of Divine Toleration, does Allah Ta'ala unleash His Whip of Athaab (Punishment). "They transgressed (with their</w:t>
      </w:r>
    </w:p>
    <w:p>
      <w:pPr>
        <w:spacing w:before="120" w:after="120" w:line="300" w:lineRule="exact"/>
        <w:ind w:left="720" w:right="720"/>
        <w:jc w:val="center"/>
      </w:pPr>
      <w:r>
        <w:rPr>
          <w:rFonts w:ascii="Georgia" w:hAnsi="Georgia" w:cs="Georgia" w:eastAsia="Georgia"/>
          <w:b w:val="0"/>
          <w:i/>
          <w:sz w:val="22"/>
        </w:rPr>
        <w:t>rebellion) in the land, causing massive fasaad (anarchy) in the land. Then your Rabb unleashed on them</w:t>
      </w:r>
    </w:p>
    <w:p>
      <w:pPr>
        <w:spacing w:before="0" w:after="120" w:line="300" w:lineRule="exact"/>
        <w:jc w:val="both"/>
      </w:pPr>
      <w:r>
        <w:rPr>
          <w:rFonts w:ascii="Georgia" w:hAnsi="Georgia" w:cs="Georgia" w:eastAsia="Georgia"/>
          <w:b w:val="0"/>
          <w:i w:val="0"/>
          <w:sz w:val="22"/>
        </w:rPr>
        <w:t>the Whip of Athaab." (Al-Fajr, 11, 12, 13) The special circumstance of the Revelation –Fir'oun in this case – is not restricted. It extends to all people, Muslims and kuffaar who spread anarchy, fitnah, fisq and fujoor on earth. When the point of no return has been reached, the Divine Whip of Athaab is unleashed. That is what is happening in Gazzah right now.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YAHOOD &amp; NASAARA</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"O People of Imaan! Do not take as friends The Yahood and Nasaara.</w:t>
      </w:r>
    </w:p>
    <w:p>
      <w:pPr>
        <w:spacing w:before="120" w:after="120" w:line="300" w:lineRule="exact"/>
        <w:ind w:left="720" w:right="720"/>
        <w:jc w:val="center"/>
      </w:pPr>
      <w:r>
        <w:rPr>
          <w:rFonts w:ascii="Georgia" w:hAnsi="Georgia" w:cs="Georgia" w:eastAsia="Georgia"/>
          <w:b w:val="0"/>
          <w:i/>
          <w:sz w:val="22"/>
        </w:rPr>
        <w:t>They are mutual friends (friends of each other, not</w:t>
      </w:r>
    </w:p>
    <w:p>
      <w:pPr>
        <w:spacing w:before="120" w:after="120" w:line="300" w:lineRule="exact"/>
        <w:ind w:left="720" w:right="720"/>
        <w:jc w:val="center"/>
      </w:pPr>
      <w:r>
        <w:rPr>
          <w:rFonts w:ascii="Georgia" w:hAnsi="Georgia" w:cs="Georgia" w:eastAsia="Georgia"/>
          <w:b w:val="0"/>
          <w:i/>
          <w:sz w:val="22"/>
        </w:rPr>
        <w:t>friends of the Muslimeen). Whoever from among you be-</w:t>
      </w:r>
    </w:p>
    <w:p>
      <w:pPr>
        <w:spacing w:before="120" w:after="120" w:line="300" w:lineRule="exact"/>
        <w:ind w:left="720" w:right="720"/>
        <w:jc w:val="center"/>
      </w:pPr>
      <w:r>
        <w:rPr>
          <w:rFonts w:ascii="Georgia" w:hAnsi="Georgia" w:cs="Georgia" w:eastAsia="Georgia"/>
          <w:b w:val="0"/>
          <w:i/>
          <w:sz w:val="22"/>
        </w:rPr>
        <w:t>friends them, verily he is of them. Allah does not guide a nation of zaalimeen.</w:t>
      </w:r>
    </w:p>
    <w:p>
      <w:pPr>
        <w:spacing w:before="120" w:after="120" w:line="300" w:lineRule="exact"/>
        <w:ind w:left="720" w:right="720"/>
        <w:jc w:val="center"/>
      </w:pPr>
      <w:r>
        <w:rPr>
          <w:rFonts w:ascii="Georgia" w:hAnsi="Georgia" w:cs="Georgia" w:eastAsia="Georgia"/>
          <w:b w:val="0"/>
          <w:i/>
          <w:sz w:val="22"/>
        </w:rPr>
        <w:t>You will see that those in whose hearts is a disease (of</w:t>
      </w:r>
    </w:p>
    <w:p>
      <w:pPr>
        <w:spacing w:before="0" w:after="120" w:line="300" w:lineRule="exact"/>
        <w:jc w:val="both"/>
      </w:pPr>
      <w:r>
        <w:rPr>
          <w:rFonts w:ascii="Georgia" w:hAnsi="Georgia" w:cs="Georgia" w:eastAsia="Georgia"/>
          <w:b w:val="0"/>
          <w:i w:val="0"/>
          <w:sz w:val="22"/>
        </w:rPr>
        <w:t>Kufr and Nifaaq) racing among them (to be with</w:t>
      </w:r>
    </w:p>
    <w:p>
      <w:pPr>
        <w:spacing w:before="120" w:after="120" w:line="300" w:lineRule="exact"/>
        <w:ind w:left="720" w:right="720"/>
        <w:jc w:val="center"/>
      </w:pPr>
      <w:r>
        <w:rPr>
          <w:rFonts w:ascii="Georgia" w:hAnsi="Georgia" w:cs="Georgia" w:eastAsia="Georgia"/>
          <w:b w:val="0"/>
          <w:i/>
          <w:sz w:val="22"/>
        </w:rPr>
        <w:t>them). They say: 'We fear that a ca-</w:t>
      </w:r>
    </w:p>
    <w:p>
      <w:pPr>
        <w:spacing w:before="0" w:after="120" w:line="300" w:lineRule="exact"/>
        <w:jc w:val="both"/>
      </w:pPr>
      <w:r>
        <w:rPr>
          <w:rFonts w:ascii="Georgia" w:hAnsi="Georgia" w:cs="Georgia" w:eastAsia="Georgia"/>
          <w:b w:val="0"/>
          <w:i w:val="0"/>
          <w:sz w:val="22"/>
        </w:rPr>
        <w:t>as those who existed during the era of Nubuwwat are found even today in abundance. Their salient feature is bootlicking the kuffaar. They labour under the satanic misapprehension of gaining aid and honour from the kuffaar whilst in reality the kuffaar keep them in subjugation and humiliation. The Qur'aan Majeed explicitly declares such bootlickers to be "of them".</w:t>
      </w:r>
    </w:p>
    <w:p>
      <w:pPr>
        <w:spacing w:before="0" w:after="120" w:line="300" w:lineRule="exact"/>
        <w:jc w:val="both"/>
      </w:pPr>
      <w:r>
        <w:rPr>
          <w:rFonts w:ascii="Georgia" w:hAnsi="Georgia" w:cs="Georgia" w:eastAsia="Georgia"/>
          <w:b w:val="0"/>
          <w:i w:val="0"/>
          <w:sz w:val="22"/>
        </w:rPr>
        <w:t>They are the likes of Reverend Abraham Bham, the CrossWorshipper, Moolla, Menk, MJC characters and many others of this ilk. lamity will overtake us." (Al-Maaidah, 51 &amp; 52) These Verses were revealed to rebuff the Munaafiqeen. The leader of the Munaafiqeen, Ubay bin Salool had said: "I fear a change of fortunes, therefore I shall not relinquish my friendship with my friends (the Jews).</w:t>
      </w:r>
    </w:p>
    <w:p>
      <w:pPr>
        <w:spacing w:before="0" w:after="120" w:line="300" w:lineRule="exact"/>
        <w:jc w:val="both"/>
      </w:pPr>
      <w:r>
        <w:rPr>
          <w:rFonts w:ascii="Georgia" w:hAnsi="Georgia" w:cs="Georgia" w:eastAsia="Georgia"/>
          <w:b w:val="0"/>
          <w:i w:val="0"/>
          <w:sz w:val="22"/>
        </w:rPr>
        <w:t>Friendship with the kuffaar is of the attributes of the Munaafiqeen. Cordial relationship and display of attributes of moral excellence are not friendship. Munaafiqeen such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AID - ONLY INTERFAITHERS</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"There is no help (for the Mu'mineen) except from Allah, the Mighty, The Wise." (Aal-e-Imraan, Aayat 126) Gross deficiency of Imaan which is the effect of abandonment of the Shariah and Sunnah, constrains the Palestinians as well as all other Muslims, to search for help from the kuffaar and Shiahs and from the so-called 'international' community.</w:t>
      </w:r>
    </w:p>
    <w:p>
      <w:pPr>
        <w:spacing w:before="0" w:after="120" w:line="300" w:lineRule="exact"/>
        <w:jc w:val="both"/>
      </w:pPr>
      <w:r>
        <w:rPr>
          <w:rFonts w:ascii="Georgia" w:hAnsi="Georgia" w:cs="Georgia" w:eastAsia="Georgia"/>
          <w:b w:val="0"/>
          <w:i w:val="0"/>
          <w:sz w:val="22"/>
        </w:rPr>
        <w:t>The reality on the ground proves that not a single nation, not a single institution and not a single so-called ally have come to the aid of the Palestinians who are being pummeled and brutalized by the Yahoodi and American butchers. The Qur'aan states unequivocally that aid is only from Allah Azza Wa Jal. But this aid comes at a price, and that price is Taa-at (Obedience) and Ibaadat (Worship).</w:t>
      </w:r>
    </w:p>
    <w:p>
      <w:pPr>
        <w:spacing w:before="0" w:after="120" w:line="300" w:lineRule="exact"/>
        <w:jc w:val="both"/>
      </w:pPr>
      <w:r>
        <w:rPr>
          <w:rFonts w:ascii="Georgia" w:hAnsi="Georgia" w:cs="Georgia" w:eastAsia="Georgia"/>
          <w:b w:val="0"/>
          <w:i w:val="0"/>
          <w:sz w:val="22"/>
        </w:rPr>
        <w:t>The price is to repent and reform, and refor- mation means the adoption of the Sunnah and Shariah. The Nusrat (Aid) of Allah Ta'ala is not for treasonists such as the Muslims of this era. The scenario in Gazzah loudly testifies that Allah Ta'ala is withholding His aid and punishing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 will see many of them befriending the kuffaar.</w:t>
      </w:r>
    </w:p>
    <w:p>
      <w:pPr>
        <w:spacing w:before="0" w:after="160" w:line="300" w:lineRule="exact"/>
        <w:jc w:val="center"/>
      </w:pPr>
      <w:r>
        <w:rPr>
          <w:rFonts w:ascii="Georgia" w:hAnsi="Georgia" w:cs="Georgia" w:eastAsia="Georgia"/>
          <w:b w:val="0"/>
          <w:i/>
          <w:sz w:val="16"/>
        </w:rPr>
        <w:t>Page 22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"You will see many of them</w:t>
      </w:r>
    </w:p>
    <w:p>
      <w:pPr>
        <w:spacing w:before="120" w:after="120" w:line="300" w:lineRule="exact"/>
        <w:ind w:left="720" w:right="720"/>
        <w:jc w:val="center"/>
      </w:pPr>
      <w:r>
        <w:rPr>
          <w:rFonts w:ascii="Georgia" w:hAnsi="Georgia" w:cs="Georgia" w:eastAsia="Georgia"/>
          <w:b w:val="0"/>
          <w:i/>
          <w:sz w:val="22"/>
        </w:rPr>
        <w:t>befriending the kuffaar. Evil indeed is that which their</w:t>
      </w:r>
    </w:p>
    <w:p>
      <w:pPr>
        <w:spacing w:before="120" w:after="120" w:line="300" w:lineRule="exact"/>
        <w:ind w:left="720" w:right="720"/>
        <w:jc w:val="center"/>
      </w:pPr>
      <w:r>
        <w:rPr>
          <w:rFonts w:ascii="Georgia" w:hAnsi="Georgia" w:cs="Georgia" w:eastAsia="Georgia"/>
          <w:b w:val="0"/>
          <w:i/>
          <w:sz w:val="22"/>
        </w:rPr>
        <w:t>souls have sent ahead (thereby gaining ) the Wrath</w:t>
      </w:r>
    </w:p>
    <w:p>
      <w:pPr>
        <w:spacing w:before="120" w:after="120" w:line="300" w:lineRule="exact"/>
        <w:ind w:left="720" w:right="720"/>
        <w:jc w:val="center"/>
      </w:pPr>
      <w:r>
        <w:rPr>
          <w:rFonts w:ascii="Georgia" w:hAnsi="Georgia" w:cs="Georgia" w:eastAsia="Georgia"/>
          <w:b w:val="0"/>
          <w:i/>
          <w:sz w:val="22"/>
        </w:rPr>
        <w:t>of Allah for them, and in Punishment will they</w:t>
      </w:r>
    </w:p>
    <w:p>
      <w:pPr>
        <w:spacing w:before="0" w:after="120" w:line="300" w:lineRule="exact"/>
        <w:jc w:val="both"/>
      </w:pPr>
      <w:r>
        <w:rPr>
          <w:rFonts w:ascii="Georgia" w:hAnsi="Georgia" w:cs="Georgia" w:eastAsia="Georgia"/>
          <w:b w:val="0"/>
          <w:i w:val="0"/>
          <w:sz w:val="22"/>
        </w:rPr>
        <w:t>dwell forever. If they truly believe in Allah</w:t>
      </w:r>
    </w:p>
    <w:p>
      <w:pPr>
        <w:spacing w:before="120" w:after="120" w:line="300" w:lineRule="exact"/>
        <w:ind w:left="720" w:right="720"/>
        <w:jc w:val="center"/>
      </w:pPr>
      <w:r>
        <w:rPr>
          <w:rFonts w:ascii="Georgia" w:hAnsi="Georgia" w:cs="Georgia" w:eastAsia="Georgia"/>
          <w:b w:val="0"/>
          <w:i/>
          <w:sz w:val="22"/>
        </w:rPr>
        <w:t>and the Nabi and that which has been revealed to</w:t>
      </w:r>
    </w:p>
    <w:p>
      <w:pPr>
        <w:spacing w:before="120" w:after="120" w:line="300" w:lineRule="exact"/>
        <w:ind w:left="720" w:right="720"/>
        <w:jc w:val="center"/>
      </w:pPr>
      <w:r>
        <w:rPr>
          <w:rFonts w:ascii="Georgia" w:hAnsi="Georgia" w:cs="Georgia" w:eastAsia="Georgia"/>
          <w:b w:val="0"/>
          <w:i/>
          <w:sz w:val="22"/>
        </w:rPr>
        <w:t>him, they would not take them (the kuffaar) as</w:t>
      </w:r>
    </w:p>
    <w:p>
      <w:pPr>
        <w:spacing w:before="0" w:after="120" w:line="300" w:lineRule="exact"/>
        <w:jc w:val="both"/>
      </w:pPr>
      <w:r>
        <w:rPr>
          <w:rFonts w:ascii="Georgia" w:hAnsi="Georgia" w:cs="Georgia" w:eastAsia="Georgia"/>
          <w:b w:val="0"/>
          <w:i w:val="0"/>
          <w:sz w:val="22"/>
        </w:rPr>
        <w:t>friends. However, numerous of them are faasiqoon." (Al-Maaidah, 80 &amp; 81) These Verses snugly fit the interfaith bootlickers lurking in the Muslim community. They befriend the kuffaar by compromising the Deen with the baatil and kufr of the Satanist interfaith ideology with which all interfaithers are required to strike a responsive chord.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AALIM OF THE HAQQ IS CAST TO A LION</w:t>
      </w:r>
    </w:p>
    <w:p>
      <w:pPr>
        <w:spacing w:before="0" w:after="160" w:line="300" w:lineRule="exact"/>
        <w:jc w:val="center"/>
      </w:pPr>
      <w:r>
        <w:rPr>
          <w:rFonts w:ascii="Georgia" w:hAnsi="Georgia" w:cs="Georgia" w:eastAsia="Georgia"/>
          <w:b w:val="0"/>
          <w:i/>
          <w:sz w:val="16"/>
        </w:rPr>
        <w:t>Page 23 of the original. Heading read from the printed headline artwork.</w:t>
      </w:r>
    </w:p>
    <w:p>
      <w:pPr>
        <w:spacing w:before="0" w:after="120" w:line="300" w:lineRule="exact"/>
        <w:jc w:val="both"/>
      </w:pPr>
      <w:r>
        <w:rPr>
          <w:rFonts w:ascii="Georgia" w:hAnsi="Georgia" w:cs="Georgia" w:eastAsia="Georgia"/>
          <w:b w:val="0"/>
          <w:i w:val="0"/>
          <w:sz w:val="22"/>
        </w:rPr>
        <w:t>IN EGYPT during the brutal reign of repression and tyranny of Ahmad Bin Tuloon, an Aalim of the Haqq, Hadhrat Abul Hasan Bunaan Bin Muhammad Bin Sa'd (rahmatullah alayh), went to confront this tyrannical ruler. When he proclaimed the Truth and admonished the ruler for his cruelty and oppression, Ibn Tuloon became enraged. He ordered the arrest of Hadhrat Abul Hasan who was thrown into a dungeon.</w:t>
      </w:r>
    </w:p>
    <w:p>
      <w:pPr>
        <w:spacing w:before="0" w:after="120" w:line="300" w:lineRule="exact"/>
        <w:jc w:val="both"/>
      </w:pPr>
      <w:r>
        <w:rPr>
          <w:rFonts w:ascii="Georgia" w:hAnsi="Georgia" w:cs="Georgia" w:eastAsia="Georgia"/>
          <w:b w:val="0"/>
          <w:i w:val="0"/>
          <w:sz w:val="22"/>
        </w:rPr>
        <w:t>Thereafter Ibn Tuloon ordered that he be fed to a hungry lion. The occasion was announced to the public. The appointed day arrived. A huge crowd had gathered in the arena to observe the lion devouring Hadhrat Abul Hasan (rahmatullah alayh). A huge lion was held hungry in captivity for a few days. Hadhrat Abul Hasan was brought in chains and pushed into the centre of the arena, and the cage was opened.</w:t>
      </w:r>
    </w:p>
    <w:p>
      <w:pPr>
        <w:spacing w:before="0" w:after="120" w:line="300" w:lineRule="exact"/>
        <w:jc w:val="both"/>
      </w:pPr>
      <w:r>
        <w:rPr>
          <w:rFonts w:ascii="Georgia" w:hAnsi="Georgia" w:cs="Georgia" w:eastAsia="Georgia"/>
          <w:b w:val="0"/>
          <w:i w:val="0"/>
          <w:sz w:val="22"/>
        </w:rPr>
        <w:t>The lion leaping from the cage went straight to the prey. However, when the lion reached Hadhrat Abul Hasan, he displayed an uncanny timidity and began smelling him. Then the lion went and stood wagging its tail at a distance. Spontaneously from the crowd came loud cries of Laailaaha il lallaah Allahu Akbar! Ibn Tuloon who was present was thus humiliated.</w:t>
      </w:r>
    </w:p>
    <w:p>
      <w:pPr>
        <w:spacing w:before="0" w:after="120" w:line="300" w:lineRule="exact"/>
        <w:jc w:val="both"/>
      </w:pPr>
      <w:r>
        <w:rPr>
          <w:rFonts w:ascii="Georgia" w:hAnsi="Georgia" w:cs="Georgia" w:eastAsia="Georgia"/>
          <w:b w:val="0"/>
          <w:i w:val="0"/>
          <w:sz w:val="22"/>
        </w:rPr>
        <w:t>He issued instructions for Hadhrat Abul Hasan to be released with honour and be treated with respect. He had realized that he had no power to thwart the Order of Allah Azza Wa Jal. When some of Hadhrat Abul Hasan's close associates asked him about his condition at the time when the lion was running towards him, he said: " I was wondering about the mas'alah of the saliva of wild animals.</w:t>
      </w:r>
    </w:p>
    <w:p>
      <w:pPr>
        <w:spacing w:before="0" w:after="120" w:line="300" w:lineRule="exact"/>
        <w:jc w:val="both"/>
      </w:pPr>
      <w:r>
        <w:rPr>
          <w:rFonts w:ascii="Georgia" w:hAnsi="Georgia" w:cs="Georgia" w:eastAsia="Georgia"/>
          <w:b w:val="0"/>
          <w:i w:val="0"/>
          <w:sz w:val="22"/>
        </w:rPr>
        <w:t>Is the lion's saliva taahir (pure) or najis (impure)?"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CALAMITY</w:t>
      </w:r>
    </w:p>
    <w:p>
      <w:pPr>
        <w:spacing w:before="0" w:after="160" w:line="300" w:lineRule="exact"/>
        <w:jc w:val="center"/>
      </w:pPr>
      <w:r>
        <w:rPr>
          <w:rFonts w:ascii="Georgia" w:hAnsi="Georgia" w:cs="Georgia" w:eastAsia="Georgia"/>
          <w:b w:val="0"/>
          <w:i/>
          <w:sz w:val="16"/>
        </w:rPr>
        <w:t>Page 23 of the original. Heading read from the printed headline artwork.</w:t>
      </w:r>
    </w:p>
    <w:p>
      <w:pPr>
        <w:spacing w:before="0" w:after="120" w:line="300" w:lineRule="exact"/>
        <w:jc w:val="both"/>
      </w:pPr>
      <w:r>
        <w:rPr>
          <w:rFonts w:ascii="Georgia" w:hAnsi="Georgia" w:cs="Georgia" w:eastAsia="Georgia"/>
          <w:b w:val="0"/>
          <w:i w:val="0"/>
          <w:sz w:val="22"/>
        </w:rPr>
        <w:t>"You (Muslims) said: 'From whence is this (calamity)?' Say (O Muhammad!): 'It is from yourselves." (Aal-e-Imraan, Aayat 165) Initially during the Battle of Uhd, the Muslims suffered a temporary defeat. In surprise they exclaimed: Why did this defeat befall us? Allah Ta'ala said in response that it was the consequence of disobedience. The Sahaabah guarding the pass had committed an error of judgment by believing that they could abandon their post because of the victory they saw.</w:t>
      </w:r>
    </w:p>
    <w:p>
      <w:pPr>
        <w:spacing w:before="0" w:after="120" w:line="300" w:lineRule="exact"/>
        <w:jc w:val="both"/>
      </w:pPr>
      <w:r>
        <w:rPr>
          <w:rFonts w:ascii="Georgia" w:hAnsi="Georgia" w:cs="Georgia" w:eastAsia="Georgia"/>
          <w:b w:val="0"/>
          <w:i w:val="0"/>
          <w:sz w:val="22"/>
        </w:rPr>
        <w:t>Allah Ta'ala then allowed the kuffaar to regroup and to inflict heavy loss on the Muslims. Referring to this fact, the Qur'aan says: "That which had afflicted you on the day the two armies clashed was by the permission of Allah…" (Aal-e-Imraan, Aayat 166). Similarly, the calamities befalling the Muslims in Palestine and elsewhere are by the Permission of Allah Ta'ala, and it is the consequence of the treason against Allah Ta'ala perpetrated by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WEAKNESS /COWARDICE</w:t>
      </w:r>
    </w:p>
    <w:p>
      <w:pPr>
        <w:spacing w:before="0" w:after="160" w:line="300" w:lineRule="exact"/>
        <w:jc w:val="center"/>
      </w:pPr>
      <w:r>
        <w:rPr>
          <w:rFonts w:ascii="Georgia" w:hAnsi="Georgia" w:cs="Georgia" w:eastAsia="Georgia"/>
          <w:b w:val="0"/>
          <w:i/>
          <w:sz w:val="16"/>
        </w:rPr>
        <w:t>Page 23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"Verily, those among you who had fled on the</w:t>
      </w:r>
    </w:p>
    <w:p>
      <w:pPr>
        <w:spacing w:before="0" w:after="120" w:line="300" w:lineRule="exact"/>
        <w:jc w:val="both"/>
      </w:pPr>
      <w:r>
        <w:rPr>
          <w:rFonts w:ascii="Georgia" w:hAnsi="Georgia" w:cs="Georgia" w:eastAsia="Georgia"/>
          <w:b w:val="0"/>
          <w:i w:val="0"/>
          <w:sz w:val="22"/>
        </w:rPr>
        <w:t>day the two armies had clashed, were</w:t>
      </w:r>
    </w:p>
    <w:p>
      <w:pPr>
        <w:spacing w:before="120" w:after="120" w:line="300" w:lineRule="exact"/>
        <w:ind w:left="720" w:right="720"/>
        <w:jc w:val="center"/>
      </w:pPr>
      <w:r>
        <w:rPr>
          <w:rFonts w:ascii="Georgia" w:hAnsi="Georgia" w:cs="Georgia" w:eastAsia="Georgia"/>
          <w:b w:val="0"/>
          <w:i/>
          <w:sz w:val="22"/>
        </w:rPr>
        <w:t>caused to be shaken (and falter) by Shaitaan because of some of their actions (of disobedi-</w:t>
      </w:r>
    </w:p>
    <w:p>
      <w:pPr>
        <w:spacing w:before="0" w:after="120" w:line="300" w:lineRule="exact"/>
        <w:jc w:val="both"/>
      </w:pPr>
      <w:r>
        <w:rPr>
          <w:rFonts w:ascii="Georgia" w:hAnsi="Georgia" w:cs="Georgia" w:eastAsia="Georgia"/>
          <w:b w:val="0"/>
          <w:i w:val="0"/>
          <w:sz w:val="22"/>
        </w:rPr>
        <w:t>ence)." (Aal-e-Imraan, Aayat 155) In the wake of disobedience come weakness and loss of courage. A slight act of disobedience resulted in a major loss for Muslims during the initial stage of the Battle of Uhd. What should be the conclusion when the entire Ummat has abandoned the entire Deen? The humiliation, defeat and the Ummah lying sprawled at the boots of the kuffaar are therefore not surprising.</w:t>
      </w:r>
    </w:p>
    <w:p>
      <w:pPr>
        <w:spacing w:before="0" w:after="120" w:line="300" w:lineRule="exact"/>
        <w:jc w:val="both"/>
      </w:pPr>
      <w:r>
        <w:rPr>
          <w:rFonts w:ascii="Georgia" w:hAnsi="Georgia" w:cs="Georgia" w:eastAsia="Georgia"/>
          <w:b w:val="0"/>
          <w:i w:val="0"/>
          <w:sz w:val="22"/>
        </w:rPr>
        <w:t>It all is the consequence of our fisq, fujoor and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YAHOODI BRUTALITY</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0" w:after="120" w:line="300" w:lineRule="exact"/>
        <w:jc w:val="both"/>
      </w:pPr>
      <w:r>
        <w:rPr>
          <w:rFonts w:ascii="Georgia" w:hAnsi="Georgia" w:cs="Georgia" w:eastAsia="Georgia"/>
          <w:b w:val="0"/>
          <w:i w:val="0"/>
          <w:sz w:val="22"/>
        </w:rPr>
        <w:t>There is no surprise in the brutality of the Jews. Massacring babies, women, children and the wounded in hospitals – committing wholesale and horrendous genocide – are integral to Yahoodi nature. The worst people on earth are those who kill their own Ambiya. Referring to the killing of the Ambiya, the Qur'aan Majeed states: "Verily, those who reject the aayaat of Allah, and kill the Ambiya and kill those who enjoin justice from mankind,</w:t>
      </w:r>
    </w:p>
    <w:p>
      <w:pPr>
        <w:spacing w:before="120" w:after="120" w:line="300" w:lineRule="exact"/>
        <w:ind w:left="720" w:right="720"/>
        <w:jc w:val="center"/>
      </w:pPr>
      <w:r>
        <w:rPr>
          <w:rFonts w:ascii="Georgia" w:hAnsi="Georgia" w:cs="Georgia" w:eastAsia="Georgia"/>
          <w:b w:val="0"/>
          <w:i/>
          <w:sz w:val="22"/>
        </w:rPr>
        <w:t>give them the tidings of a painful chastisement."</w:t>
      </w:r>
    </w:p>
    <w:p>
      <w:pPr>
        <w:spacing w:before="0" w:after="120" w:line="300" w:lineRule="exact"/>
        <w:jc w:val="both"/>
      </w:pPr>
      <w:r>
        <w:rPr>
          <w:rFonts w:ascii="Georgia" w:hAnsi="Georgia" w:cs="Georgia" w:eastAsia="Georgia"/>
          <w:b w:val="0"/>
          <w:i w:val="0"/>
          <w:sz w:val="22"/>
        </w:rPr>
        <w:t>(Aal-e-Imraan, Aayat 21) Commenting on this Aayat, Rasulullah (Sallallahu alayhi wasallam) said: "O Abu Ubaidah! The Bani</w:t>
      </w:r>
    </w:p>
    <w:p>
      <w:pPr>
        <w:spacing w:before="120" w:after="120" w:line="300" w:lineRule="exact"/>
        <w:ind w:left="720" w:right="720"/>
        <w:jc w:val="center"/>
      </w:pPr>
      <w:r>
        <w:rPr>
          <w:rFonts w:ascii="Georgia" w:hAnsi="Georgia" w:cs="Georgia" w:eastAsia="Georgia"/>
          <w:b w:val="0"/>
          <w:i/>
          <w:sz w:val="22"/>
        </w:rPr>
        <w:t>Israaeel had murdered 43 Ambiya in a single morning. Then 170 pious worshippers</w:t>
      </w:r>
    </w:p>
    <w:p>
      <w:pPr>
        <w:spacing w:before="120" w:after="120" w:line="300" w:lineRule="exact"/>
        <w:ind w:left="720" w:right="720"/>
        <w:jc w:val="center"/>
      </w:pPr>
      <w:r>
        <w:rPr>
          <w:rFonts w:ascii="Georgia" w:hAnsi="Georgia" w:cs="Georgia" w:eastAsia="Georgia"/>
          <w:b w:val="0"/>
          <w:i/>
          <w:sz w:val="22"/>
        </w:rPr>
        <w:t>stood up to prevent them and to enjoin goodness. However, all of them were murdered the</w:t>
      </w:r>
    </w:p>
    <w:p>
      <w:pPr>
        <w:spacing w:before="0" w:after="120" w:line="300" w:lineRule="exact"/>
        <w:jc w:val="both"/>
      </w:pPr>
      <w:r>
        <w:rPr>
          <w:rFonts w:ascii="Georgia" w:hAnsi="Georgia" w:cs="Georgia" w:eastAsia="Georgia"/>
          <w:b w:val="0"/>
          <w:i w:val="0"/>
          <w:sz w:val="22"/>
        </w:rPr>
        <w:t>same evening." This speaks volumes for the brutality of the Jews. They are the worst of creation, and even the Mushrik idolworshipping king of Babylon had said that people who kill their own Prophets are the worst specimens of humankind.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WAY TO CELEBRATE</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0" w:after="120" w:line="300" w:lineRule="exact"/>
        <w:jc w:val="both"/>
      </w:pPr>
      <w:r>
        <w:rPr>
          <w:rFonts w:ascii="Georgia" w:hAnsi="Georgia" w:cs="Georgia" w:eastAsia="Georgia"/>
          <w:b w:val="0"/>
          <w:i w:val="0"/>
          <w:sz w:val="22"/>
        </w:rPr>
        <w:t>"And, prepare for them (the kuffaar) whatever (military) strength you can</w:t>
      </w:r>
    </w:p>
    <w:p>
      <w:pPr>
        <w:spacing w:before="120" w:after="120" w:line="300" w:lineRule="exact"/>
        <w:ind w:left="720" w:right="720"/>
        <w:jc w:val="center"/>
      </w:pPr>
      <w:r>
        <w:rPr>
          <w:rFonts w:ascii="Georgia" w:hAnsi="Georgia" w:cs="Georgia" w:eastAsia="Georgia"/>
          <w:b w:val="0"/>
          <w:i/>
          <w:sz w:val="22"/>
        </w:rPr>
        <w:t>muster, and also from trained horses, with which</w:t>
      </w:r>
    </w:p>
    <w:p>
      <w:pPr>
        <w:spacing w:before="120" w:after="120" w:line="300" w:lineRule="exact"/>
        <w:ind w:left="720" w:right="720"/>
        <w:jc w:val="center"/>
      </w:pPr>
      <w:r>
        <w:rPr>
          <w:rFonts w:ascii="Georgia" w:hAnsi="Georgia" w:cs="Georgia" w:eastAsia="Georgia"/>
          <w:b w:val="0"/>
          <w:i/>
          <w:sz w:val="22"/>
        </w:rPr>
        <w:t>you may strike fear in the enemies of Allah, your</w:t>
      </w:r>
    </w:p>
    <w:p>
      <w:pPr>
        <w:spacing w:before="0" w:after="120" w:line="300" w:lineRule="exact"/>
        <w:jc w:val="both"/>
      </w:pPr>
      <w:r>
        <w:rPr>
          <w:rFonts w:ascii="Georgia" w:hAnsi="Georgia" w:cs="Georgia" w:eastAsia="Georgia"/>
          <w:b w:val="0"/>
          <w:i w:val="0"/>
          <w:sz w:val="22"/>
        </w:rPr>
        <w:t>enemies and in others besides them. You do</w:t>
      </w:r>
    </w:p>
    <w:p>
      <w:pPr>
        <w:spacing w:before="120" w:after="120" w:line="300" w:lineRule="exact"/>
        <w:ind w:left="720" w:right="720"/>
        <w:jc w:val="center"/>
      </w:pPr>
      <w:r>
        <w:rPr>
          <w:rFonts w:ascii="Georgia" w:hAnsi="Georgia" w:cs="Georgia" w:eastAsia="Georgia"/>
          <w:b w:val="0"/>
          <w:i/>
          <w:sz w:val="22"/>
        </w:rPr>
        <w:t>not know them. Allah is aware of them."</w:t>
      </w:r>
    </w:p>
    <w:p>
      <w:pPr>
        <w:spacing w:before="0" w:after="120" w:line="300" w:lineRule="exact"/>
        <w:jc w:val="both"/>
      </w:pPr>
      <w:r>
        <w:rPr>
          <w:rFonts w:ascii="Georgia" w:hAnsi="Georgia" w:cs="Georgia" w:eastAsia="Georgia"/>
          <w:b w:val="0"/>
          <w:i w:val="0"/>
          <w:sz w:val="22"/>
        </w:rPr>
        <w:t>(Al-Anfaal, Aayat 60) Muslims are not supposed to celebrate like the kuffaar do. Prancing in the street, men and women mixing and shouting slogans are of the ways of the kuffaar. Hamas was supposed to have celebrated with thousands of fighters marching in battle array, displaying their weapons, to instill fear in the hearts of the Israeli cowards.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Are those killed in the current war in Gazzah martyrs?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All Muslims killed by the kuffaar are Shuhada (Martyrs).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Hamas salafi?</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No! While they are not Salafis, they do not adhere to any particular Math-hab. They are of the Ikhwaanul Muslimeen movement which had originated in Egypt about a century ago.</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the misery of the Pales- tinians a trial or a punishment?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On the basis of their gross disobedience and abandonment of the Shariah and Sunnah, the calamity which has befallen them is the Punishment of Allah Azza Wa Jal. Practically there is no difference between them and the Yahood and Nasaara kuffaar.</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Many people are going for tours to Musjidul Aqsa. Is there any Islamic/Sunnah merit in this?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There is only shaitaani 'merit' in these tours. Whilst the Muslims on the doorstep of Jerusalem in Gazzah are subjected to horrendous suffering, these tourists squander huge sums of money for merrymaking, justifying it with the pretext of 'Aqsa', when in reality their motive is pure nafsaaniyat. They are goaded by Iblees to indulge in shaitaani tourism. When people have an abundance of haraam money, they squander it in haraam avenues.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