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76</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11 were joined in this issue.</w:t>
      </w:r>
    </w:p>
    <w:p>
      <w:pPr>
        <w:spacing w:before="0" w:after="80" w:line="300" w:lineRule="exact"/>
        <w:jc w:val="left"/>
      </w:pPr>
      <w:r>
        <w:rPr>
          <w:rFonts w:ascii="Georgia" w:hAnsi="Georgia" w:cs="Georgia" w:eastAsia="Georgia"/>
          <w:b w:val="0"/>
          <w:i w:val="0"/>
          <w:sz w:val="18"/>
        </w:rPr>
        <w:t>Headings: 15 read from the PDF's own text, 28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454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97.84% of the original's words are present and 94.48%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Al-Hag (page 1)</w:t>
      </w:r>
    </w:p>
    <w:p>
      <w:pPr>
        <w:spacing w:before="0" w:after="40" w:line="300" w:lineRule="exact"/>
        <w:jc w:val="left"/>
      </w:pPr>
      <w:r>
        <w:rPr>
          <w:rFonts w:ascii="Georgia" w:hAnsi="Georgia" w:cs="Georgia" w:eastAsia="Georgia"/>
          <w:b w:val="0"/>
          <w:i w:val="0"/>
          <w:sz w:val="20"/>
        </w:rPr>
        <w:t>2. THE SINISTER SATANIC PLOT OF THE YAHOOD AND NASAARA (page 1)</w:t>
      </w:r>
    </w:p>
    <w:p>
      <w:pPr>
        <w:spacing w:before="0" w:after="40" w:line="300" w:lineRule="exact"/>
        <w:jc w:val="left"/>
      </w:pPr>
      <w:r>
        <w:rPr>
          <w:rFonts w:ascii="Georgia" w:hAnsi="Georgia" w:cs="Georgia" w:eastAsia="Georgia"/>
          <w:b w:val="0"/>
          <w:i w:val="0"/>
          <w:sz w:val="20"/>
        </w:rPr>
        <w:t>3. PLOT (page 1, 23)</w:t>
      </w:r>
    </w:p>
    <w:p>
      <w:pPr>
        <w:spacing w:before="0" w:after="40" w:line="300" w:lineRule="exact"/>
        <w:jc w:val="left"/>
      </w:pPr>
      <w:r>
        <w:rPr>
          <w:rFonts w:ascii="Georgia" w:hAnsi="Georgia" w:cs="Georgia" w:eastAsia="Georgia"/>
          <w:b w:val="0"/>
          <w:i w:val="0"/>
          <w:sz w:val="20"/>
        </w:rPr>
        <w:t>4. Question. (page 1, 18) [no printed headline]</w:t>
      </w:r>
    </w:p>
    <w:p>
      <w:pPr>
        <w:spacing w:before="0" w:after="40" w:line="300" w:lineRule="exact"/>
        <w:jc w:val="left"/>
      </w:pPr>
      <w:r>
        <w:rPr>
          <w:rFonts w:ascii="Georgia" w:hAnsi="Georgia" w:cs="Georgia" w:eastAsia="Georgia"/>
          <w:b w:val="0"/>
          <w:i w:val="0"/>
          <w:sz w:val="20"/>
        </w:rPr>
        <w:t>5. THE MUNAAFIQ DANGER FOR THE TRUE TALIBAN (page 2)</w:t>
      </w:r>
    </w:p>
    <w:p>
      <w:pPr>
        <w:spacing w:before="0" w:after="40" w:line="300" w:lineRule="exact"/>
        <w:jc w:val="left"/>
      </w:pPr>
      <w:r>
        <w:rPr>
          <w:rFonts w:ascii="Georgia" w:hAnsi="Georgia" w:cs="Georgia" w:eastAsia="Georgia"/>
          <w:b w:val="0"/>
          <w:i w:val="0"/>
          <w:sz w:val="20"/>
        </w:rPr>
        <w:t>6. TREACHERY, BRUTALITY &amp; KUFR OF THE SHIAS (page 3)</w:t>
      </w:r>
    </w:p>
    <w:p>
      <w:pPr>
        <w:spacing w:before="0" w:after="40" w:line="300" w:lineRule="exact"/>
        <w:jc w:val="left"/>
      </w:pPr>
      <w:r>
        <w:rPr>
          <w:rFonts w:ascii="Georgia" w:hAnsi="Georgia" w:cs="Georgia" w:eastAsia="Georgia"/>
          <w:b w:val="0"/>
          <w:i w:val="0"/>
          <w:sz w:val="20"/>
        </w:rPr>
        <w:t>7. HE SUFFICES (page 3)</w:t>
      </w:r>
    </w:p>
    <w:p>
      <w:pPr>
        <w:spacing w:before="0" w:after="40" w:line="300" w:lineRule="exact"/>
        <w:jc w:val="left"/>
      </w:pPr>
      <w:r>
        <w:rPr>
          <w:rFonts w:ascii="Georgia" w:hAnsi="Georgia" w:cs="Georgia" w:eastAsia="Georgia"/>
          <w:b w:val="0"/>
          <w:i w:val="0"/>
          <w:sz w:val="20"/>
        </w:rPr>
        <w:t>8. $8 BILLION HUGE LOSS OF U.S. MILITARY EQUIPMENT (page 4)</w:t>
      </w:r>
    </w:p>
    <w:p>
      <w:pPr>
        <w:spacing w:before="0" w:after="40" w:line="300" w:lineRule="exact"/>
        <w:jc w:val="left"/>
      </w:pPr>
      <w:r>
        <w:rPr>
          <w:rFonts w:ascii="Georgia" w:hAnsi="Georgia" w:cs="Georgia" w:eastAsia="Georgia"/>
          <w:b w:val="0"/>
          <w:i w:val="0"/>
          <w:sz w:val="20"/>
        </w:rPr>
        <w:t>9. THE MURTAD BOOT- LICKERS (page 4)</w:t>
      </w:r>
    </w:p>
    <w:p>
      <w:pPr>
        <w:spacing w:before="0" w:after="40" w:line="300" w:lineRule="exact"/>
        <w:jc w:val="left"/>
      </w:pPr>
      <w:r>
        <w:rPr>
          <w:rFonts w:ascii="Georgia" w:hAnsi="Georgia" w:cs="Georgia" w:eastAsia="Georgia"/>
          <w:b w:val="0"/>
          <w:i w:val="0"/>
          <w:sz w:val="20"/>
        </w:rPr>
        <w:t>10. RESPONSE FOR OPPRESSION (page 4)</w:t>
      </w:r>
    </w:p>
    <w:p>
      <w:pPr>
        <w:spacing w:before="0" w:after="40" w:line="300" w:lineRule="exact"/>
        <w:jc w:val="left"/>
      </w:pPr>
      <w:r>
        <w:rPr>
          <w:rFonts w:ascii="Georgia" w:hAnsi="Georgia" w:cs="Georgia" w:eastAsia="Georgia"/>
          <w:b w:val="0"/>
          <w:i w:val="0"/>
          <w:sz w:val="20"/>
        </w:rPr>
        <w:t>11. THE AID OF ALLAH (page 5)</w:t>
      </w:r>
    </w:p>
    <w:p>
      <w:pPr>
        <w:spacing w:before="0" w:after="40" w:line="300" w:lineRule="exact"/>
        <w:jc w:val="left"/>
      </w:pPr>
      <w:r>
        <w:rPr>
          <w:rFonts w:ascii="Georgia" w:hAnsi="Georgia" w:cs="Georgia" w:eastAsia="Georgia"/>
          <w:b w:val="0"/>
          <w:i w:val="0"/>
          <w:sz w:val="20"/>
        </w:rPr>
        <w:t>12. "WE DESTROY...." (page 5)</w:t>
      </w:r>
    </w:p>
    <w:p>
      <w:pPr>
        <w:spacing w:before="0" w:after="40" w:line="300" w:lineRule="exact"/>
        <w:jc w:val="left"/>
      </w:pPr>
      <w:r>
        <w:rPr>
          <w:rFonts w:ascii="Georgia" w:hAnsi="Georgia" w:cs="Georgia" w:eastAsia="Georgia"/>
          <w:b w:val="0"/>
          <w:i w:val="0"/>
          <w:sz w:val="20"/>
        </w:rPr>
        <w:t>13. THE PLOT OF THE CLOWN (page 5)</w:t>
      </w:r>
    </w:p>
    <w:p>
      <w:pPr>
        <w:spacing w:before="0" w:after="40" w:line="300" w:lineRule="exact"/>
        <w:jc w:val="left"/>
      </w:pPr>
      <w:r>
        <w:rPr>
          <w:rFonts w:ascii="Georgia" w:hAnsi="Georgia" w:cs="Georgia" w:eastAsia="Georgia"/>
          <w:b w:val="0"/>
          <w:i w:val="0"/>
          <w:sz w:val="20"/>
        </w:rPr>
        <w:t>14. "DO NOT ABUSE THE RULERS (page 6)</w:t>
      </w:r>
    </w:p>
    <w:p>
      <w:pPr>
        <w:spacing w:before="0" w:after="40" w:line="300" w:lineRule="exact"/>
        <w:jc w:val="left"/>
      </w:pPr>
      <w:r>
        <w:rPr>
          <w:rFonts w:ascii="Georgia" w:hAnsi="Georgia" w:cs="Georgia" w:eastAsia="Georgia"/>
          <w:b w:val="0"/>
          <w:i w:val="0"/>
          <w:sz w:val="20"/>
        </w:rPr>
        <w:t>15. "DO NOT ABUSE THE RULERS (page 6, 7)</w:t>
      </w:r>
    </w:p>
    <w:p>
      <w:pPr>
        <w:spacing w:before="0" w:after="40" w:line="300" w:lineRule="exact"/>
        <w:jc w:val="left"/>
      </w:pPr>
      <w:r>
        <w:rPr>
          <w:rFonts w:ascii="Georgia" w:hAnsi="Georgia" w:cs="Georgia" w:eastAsia="Georgia"/>
          <w:b w:val="0"/>
          <w:i w:val="0"/>
          <w:sz w:val="20"/>
        </w:rPr>
        <w:t>16. DEMOCRACY IS DEAD AND SHARIAH IS EFFECTIVE (page 8)</w:t>
      </w:r>
    </w:p>
    <w:p>
      <w:pPr>
        <w:spacing w:before="0" w:after="40" w:line="300" w:lineRule="exact"/>
        <w:jc w:val="left"/>
      </w:pPr>
      <w:r>
        <w:rPr>
          <w:rFonts w:ascii="Georgia" w:hAnsi="Georgia" w:cs="Georgia" w:eastAsia="Georgia"/>
          <w:b w:val="0"/>
          <w:i w:val="0"/>
          <w:sz w:val="20"/>
        </w:rPr>
        <w:t>17. MJC-MEMBER OF HIZBUSH SHAITAAN (page 8)</w:t>
      </w:r>
    </w:p>
    <w:p>
      <w:pPr>
        <w:spacing w:before="0" w:after="40" w:line="300" w:lineRule="exact"/>
        <w:jc w:val="left"/>
      </w:pPr>
      <w:r>
        <w:rPr>
          <w:rFonts w:ascii="Georgia" w:hAnsi="Georgia" w:cs="Georgia" w:eastAsia="Georgia"/>
          <w:b w:val="0"/>
          <w:i w:val="0"/>
          <w:sz w:val="20"/>
        </w:rPr>
        <w:t>18. THE HIZB OF ALLAH (page 8)</w:t>
      </w:r>
    </w:p>
    <w:p>
      <w:pPr>
        <w:spacing w:before="0" w:after="40" w:line="300" w:lineRule="exact"/>
        <w:jc w:val="left"/>
      </w:pPr>
      <w:r>
        <w:rPr>
          <w:rFonts w:ascii="Georgia" w:hAnsi="Georgia" w:cs="Georgia" w:eastAsia="Georgia"/>
          <w:b w:val="0"/>
          <w:i w:val="0"/>
          <w:sz w:val="20"/>
        </w:rPr>
        <w:t>19. "DO NOT BEFRIEND THEM" (page 9, 10)</w:t>
      </w:r>
    </w:p>
    <w:p>
      <w:pPr>
        <w:spacing w:before="0" w:after="40" w:line="300" w:lineRule="exact"/>
        <w:jc w:val="left"/>
      </w:pPr>
      <w:r>
        <w:rPr>
          <w:rFonts w:ascii="Georgia" w:hAnsi="Georgia" w:cs="Georgia" w:eastAsia="Georgia"/>
          <w:b w:val="0"/>
          <w:i w:val="0"/>
          <w:sz w:val="20"/>
        </w:rPr>
        <w:t>20. "DO NOT FOLLOW THEM…" (page 10)</w:t>
      </w:r>
    </w:p>
    <w:p>
      <w:pPr>
        <w:spacing w:before="0" w:after="40" w:line="300" w:lineRule="exact"/>
        <w:jc w:val="left"/>
      </w:pPr>
      <w:r>
        <w:rPr>
          <w:rFonts w:ascii="Georgia" w:hAnsi="Georgia" w:cs="Georgia" w:eastAsia="Georgia"/>
          <w:b w:val="0"/>
          <w:i w:val="0"/>
          <w:sz w:val="20"/>
        </w:rPr>
        <w:t>21. "OUR PERPETUAL ENEMIES" of (page 11)</w:t>
      </w:r>
    </w:p>
    <w:p>
      <w:pPr>
        <w:spacing w:before="0" w:after="40" w:line="300" w:lineRule="exact"/>
        <w:jc w:val="left"/>
      </w:pPr>
      <w:r>
        <w:rPr>
          <w:rFonts w:ascii="Georgia" w:hAnsi="Georgia" w:cs="Georgia" w:eastAsia="Georgia"/>
          <w:b w:val="0"/>
          <w:i w:val="0"/>
          <w:sz w:val="20"/>
        </w:rPr>
        <w:t>22. THE ZAALIMOON (page 11)</w:t>
      </w:r>
    </w:p>
    <w:p>
      <w:pPr>
        <w:spacing w:before="0" w:after="40" w:line="300" w:lineRule="exact"/>
        <w:jc w:val="left"/>
      </w:pPr>
      <w:r>
        <w:rPr>
          <w:rFonts w:ascii="Georgia" w:hAnsi="Georgia" w:cs="Georgia" w:eastAsia="Georgia"/>
          <w:b w:val="0"/>
          <w:i w:val="0"/>
          <w:sz w:val="20"/>
        </w:rPr>
        <w:t>23. "HE IS NOT GHAAFIL" (page 11)</w:t>
      </w:r>
    </w:p>
    <w:p>
      <w:pPr>
        <w:spacing w:before="0" w:after="40" w:line="300" w:lineRule="exact"/>
        <w:jc w:val="left"/>
      </w:pPr>
      <w:r>
        <w:rPr>
          <w:rFonts w:ascii="Georgia" w:hAnsi="Georgia" w:cs="Georgia" w:eastAsia="Georgia"/>
          <w:b w:val="0"/>
          <w:i w:val="0"/>
          <w:sz w:val="20"/>
        </w:rPr>
        <w:t>24. CALAMITIES (page 11)</w:t>
      </w:r>
    </w:p>
    <w:p>
      <w:pPr>
        <w:spacing w:before="0" w:after="40" w:line="300" w:lineRule="exact"/>
        <w:jc w:val="left"/>
      </w:pPr>
      <w:r>
        <w:rPr>
          <w:rFonts w:ascii="Georgia" w:hAnsi="Georgia" w:cs="Georgia" w:eastAsia="Georgia"/>
          <w:b w:val="0"/>
          <w:i w:val="0"/>
          <w:sz w:val="20"/>
        </w:rPr>
        <w:t>25. THE BATTLE OF MOOTAH (page 12, 13)</w:t>
      </w:r>
    </w:p>
    <w:p>
      <w:pPr>
        <w:spacing w:before="0" w:after="40" w:line="300" w:lineRule="exact"/>
        <w:jc w:val="left"/>
      </w:pPr>
      <w:r>
        <w:rPr>
          <w:rFonts w:ascii="Georgia" w:hAnsi="Georgia" w:cs="Georgia" w:eastAsia="Georgia"/>
          <w:b w:val="0"/>
          <w:i w:val="0"/>
          <w:sz w:val="20"/>
        </w:rPr>
        <w:t>26. THE ARMIES OF ALLAH (page 13)</w:t>
      </w:r>
    </w:p>
    <w:p>
      <w:pPr>
        <w:spacing w:before="0" w:after="40" w:line="300" w:lineRule="exact"/>
        <w:jc w:val="left"/>
      </w:pPr>
      <w:r>
        <w:rPr>
          <w:rFonts w:ascii="Georgia" w:hAnsi="Georgia" w:cs="Georgia" w:eastAsia="Georgia"/>
          <w:b w:val="0"/>
          <w:i w:val="0"/>
          <w:sz w:val="20"/>
        </w:rPr>
        <w:t>27. THE AID OF ALLAH (page 13)</w:t>
      </w:r>
    </w:p>
    <w:p>
      <w:pPr>
        <w:spacing w:before="0" w:after="40" w:line="300" w:lineRule="exact"/>
        <w:jc w:val="left"/>
      </w:pPr>
      <w:r>
        <w:rPr>
          <w:rFonts w:ascii="Georgia" w:hAnsi="Georgia" w:cs="Georgia" w:eastAsia="Georgia"/>
          <w:b w:val="0"/>
          <w:i w:val="0"/>
          <w:sz w:val="20"/>
        </w:rPr>
        <w:t>28. ABANDONING THE DEEN (page 14)</w:t>
      </w:r>
    </w:p>
    <w:p>
      <w:pPr>
        <w:spacing w:before="0" w:after="40" w:line="300" w:lineRule="exact"/>
        <w:jc w:val="left"/>
      </w:pPr>
      <w:r>
        <w:rPr>
          <w:rFonts w:ascii="Georgia" w:hAnsi="Georgia" w:cs="Georgia" w:eastAsia="Georgia"/>
          <w:b w:val="0"/>
          <w:i w:val="0"/>
          <w:sz w:val="20"/>
        </w:rPr>
        <w:t>29. JIHAD BY THE REGIME'S OF MUSLIM COUNTRIES? A HILARIOUS JOKE (page 14, 15)</w:t>
      </w:r>
    </w:p>
    <w:p>
      <w:pPr>
        <w:spacing w:before="0" w:after="40" w:line="300" w:lineRule="exact"/>
        <w:jc w:val="left"/>
      </w:pPr>
      <w:r>
        <w:rPr>
          <w:rFonts w:ascii="Georgia" w:hAnsi="Georgia" w:cs="Georgia" w:eastAsia="Georgia"/>
          <w:b w:val="0"/>
          <w:i w:val="0"/>
          <w:sz w:val="20"/>
        </w:rPr>
        <w:t>30. NAPAKISTAN: THE CURSE OF THE MAZLOOM (page 15)</w:t>
      </w:r>
    </w:p>
    <w:p>
      <w:pPr>
        <w:spacing w:before="0" w:after="40" w:line="300" w:lineRule="exact"/>
        <w:jc w:val="left"/>
      </w:pPr>
      <w:r>
        <w:rPr>
          <w:rFonts w:ascii="Georgia" w:hAnsi="Georgia" w:cs="Georgia" w:eastAsia="Georgia"/>
          <w:b w:val="0"/>
          <w:i w:val="0"/>
          <w:sz w:val="20"/>
        </w:rPr>
        <w:t>31. SHAH ISMAAEEL SHAHEED (page 16)</w:t>
      </w:r>
    </w:p>
    <w:p>
      <w:pPr>
        <w:spacing w:before="0" w:after="40" w:line="300" w:lineRule="exact"/>
        <w:jc w:val="left"/>
      </w:pPr>
      <w:r>
        <w:rPr>
          <w:rFonts w:ascii="Georgia" w:hAnsi="Georgia" w:cs="Georgia" w:eastAsia="Georgia"/>
          <w:b w:val="0"/>
          <w:i w:val="0"/>
          <w:sz w:val="20"/>
        </w:rPr>
        <w:t>32. soul into an unbreakable weapon of Jihad. (page 16) [no printed headline]</w:t>
      </w:r>
    </w:p>
    <w:p>
      <w:pPr>
        <w:spacing w:before="0" w:after="40" w:line="300" w:lineRule="exact"/>
        <w:jc w:val="left"/>
      </w:pPr>
      <w:r>
        <w:rPr>
          <w:rFonts w:ascii="Georgia" w:hAnsi="Georgia" w:cs="Georgia" w:eastAsia="Georgia"/>
          <w:b w:val="0"/>
          <w:i w:val="0"/>
          <w:sz w:val="20"/>
        </w:rPr>
        <w:t>33. One form of Athaab (Punishment) for Muslims is the snatching away of the Holy Lands and… (page 16, 17) [no printed headline]</w:t>
      </w:r>
    </w:p>
    <w:p>
      <w:pPr>
        <w:spacing w:before="0" w:after="40" w:line="300" w:lineRule="exact"/>
        <w:jc w:val="left"/>
      </w:pPr>
      <w:r>
        <w:rPr>
          <w:rFonts w:ascii="Georgia" w:hAnsi="Georgia" w:cs="Georgia" w:eastAsia="Georgia"/>
          <w:b w:val="0"/>
          <w:i w:val="0"/>
          <w:sz w:val="20"/>
        </w:rPr>
        <w:t>34. Pakistan confirms its expulsion of more than 80,000 Afghans since April 1 (page 17)</w:t>
      </w:r>
    </w:p>
    <w:p>
      <w:pPr>
        <w:spacing w:before="0" w:after="40" w:line="300" w:lineRule="exact"/>
        <w:jc w:val="left"/>
      </w:pPr>
      <w:r>
        <w:rPr>
          <w:rFonts w:ascii="Georgia" w:hAnsi="Georgia" w:cs="Georgia" w:eastAsia="Georgia"/>
          <w:b w:val="0"/>
          <w:i w:val="0"/>
          <w:sz w:val="20"/>
        </w:rPr>
        <w:t>35. ONLY HE HELPS! (page 18)</w:t>
      </w:r>
    </w:p>
    <w:p>
      <w:pPr>
        <w:spacing w:before="0" w:after="40" w:line="300" w:lineRule="exact"/>
        <w:jc w:val="left"/>
      </w:pPr>
      <w:r>
        <w:rPr>
          <w:rFonts w:ascii="Georgia" w:hAnsi="Georgia" w:cs="Georgia" w:eastAsia="Georgia"/>
          <w:b w:val="0"/>
          <w:i w:val="0"/>
          <w:sz w:val="20"/>
        </w:rPr>
        <w:t>36. VICTORY DEPENDS ON TAQWA (page 18, 19)</w:t>
      </w:r>
    </w:p>
    <w:p>
      <w:pPr>
        <w:spacing w:before="0" w:after="40" w:line="300" w:lineRule="exact"/>
        <w:jc w:val="left"/>
      </w:pPr>
      <w:r>
        <w:rPr>
          <w:rFonts w:ascii="Georgia" w:hAnsi="Georgia" w:cs="Georgia" w:eastAsia="Georgia"/>
          <w:b w:val="0"/>
          <w:i w:val="0"/>
          <w:sz w:val="20"/>
        </w:rPr>
        <w:t>37. COMMENT (page 19)</w:t>
      </w:r>
    </w:p>
    <w:p>
      <w:pPr>
        <w:spacing w:before="0" w:after="40" w:line="300" w:lineRule="exact"/>
        <w:jc w:val="left"/>
      </w:pPr>
      <w:r>
        <w:rPr>
          <w:rFonts w:ascii="Georgia" w:hAnsi="Georgia" w:cs="Georgia" w:eastAsia="Georgia"/>
          <w:b w:val="0"/>
          <w:i w:val="0"/>
          <w:sz w:val="20"/>
        </w:rPr>
        <w:t>38. ADMISSION BY THE YAHOOD (page 19)</w:t>
      </w:r>
    </w:p>
    <w:p>
      <w:pPr>
        <w:spacing w:before="0" w:after="40" w:line="300" w:lineRule="exact"/>
        <w:jc w:val="left"/>
      </w:pPr>
      <w:r>
        <w:rPr>
          <w:rFonts w:ascii="Georgia" w:hAnsi="Georgia" w:cs="Georgia" w:eastAsia="Georgia"/>
          <w:b w:val="0"/>
          <w:i w:val="0"/>
          <w:sz w:val="20"/>
        </w:rPr>
        <w:t>39. BOOTLICKING MOLVIS OF INDIA TURNING SWAMIS AND PUNDITS (page 20)</w:t>
      </w:r>
    </w:p>
    <w:p>
      <w:pPr>
        <w:spacing w:before="0" w:after="40" w:line="300" w:lineRule="exact"/>
        <w:jc w:val="left"/>
      </w:pPr>
      <w:r>
        <w:rPr>
          <w:rFonts w:ascii="Georgia" w:hAnsi="Georgia" w:cs="Georgia" w:eastAsia="Georgia"/>
          <w:b w:val="0"/>
          <w:i w:val="0"/>
          <w:sz w:val="20"/>
        </w:rPr>
        <w:t>40. INDIA'S PAHALGAM FALSE FLAG MASSACRE (page 20, 21, 22)</w:t>
      </w:r>
    </w:p>
    <w:p>
      <w:pPr>
        <w:spacing w:before="0" w:after="40" w:line="300" w:lineRule="exact"/>
        <w:jc w:val="left"/>
      </w:pPr>
      <w:r>
        <w:rPr>
          <w:rFonts w:ascii="Georgia" w:hAnsi="Georgia" w:cs="Georgia" w:eastAsia="Georgia"/>
          <w:b w:val="0"/>
          <w:i w:val="0"/>
          <w:sz w:val="20"/>
        </w:rPr>
        <w:t>41. THE OCTOBER FALSE FLAG OF ISRAEL (page 21)</w:t>
      </w:r>
    </w:p>
    <w:p>
      <w:pPr>
        <w:spacing w:before="0" w:after="40" w:line="300" w:lineRule="exact"/>
        <w:jc w:val="left"/>
      </w:pPr>
      <w:r>
        <w:rPr>
          <w:rFonts w:ascii="Georgia" w:hAnsi="Georgia" w:cs="Georgia" w:eastAsia="Georgia"/>
          <w:b w:val="0"/>
          <w:i w:val="0"/>
          <w:sz w:val="20"/>
        </w:rPr>
        <w:t>42. https://tribune.com.pk/ story/2543659/india-removes-itstop-military-spy-after-raw-leak… (page 22) [no printed headline]</w:t>
      </w:r>
    </w:p>
    <w:p>
      <w:pPr>
        <w:spacing w:before="0" w:after="40" w:line="300" w:lineRule="exact"/>
        <w:jc w:val="left"/>
      </w:pPr>
      <w:r>
        <w:rPr>
          <w:rFonts w:ascii="Georgia" w:hAnsi="Georgia" w:cs="Georgia" w:eastAsia="Georgia"/>
          <w:b w:val="0"/>
          <w:i w:val="0"/>
          <w:sz w:val="20"/>
        </w:rPr>
        <w:t>43. THE ARMIES OF ALLAH (page 22)</w:t>
      </w:r>
    </w:p>
    <w:p>
      <w:pPr>
        <w:spacing w:before="0" w:after="40" w:line="300" w:lineRule="exact"/>
        <w:jc w:val="left"/>
      </w:pPr>
      <w:r>
        <w:rPr>
          <w:rFonts w:ascii="Georgia" w:hAnsi="Georgia" w:cs="Georgia" w:eastAsia="Georgia"/>
          <w:b w:val="0"/>
          <w:i w:val="0"/>
          <w:sz w:val="20"/>
        </w:rPr>
        <w:t>44. "MASSIVE DUST STORM HITS SAUDI ARABIA, KUWAIT AND JORDAN, TRIGGERING TRAVEL CHAOS AND FLASH FLOODS (page 22)</w:t>
      </w:r>
    </w:p>
    <w:p>
      <w:pPr>
        <w:spacing w:before="0" w:after="40" w:line="300" w:lineRule="exact"/>
        <w:jc w:val="left"/>
      </w:pPr>
      <w:r>
        <w:rPr>
          <w:rFonts w:ascii="Georgia" w:hAnsi="Georgia" w:cs="Georgia" w:eastAsia="Georgia"/>
          <w:b w:val="0"/>
          <w:i w:val="0"/>
          <w:sz w:val="20"/>
        </w:rPr>
        <w:t>45. GAZA: KUFFAAR EXPERTS SAY (page 23, 24)</w:t>
      </w:r>
    </w:p>
    <w:p>
      <w:pPr>
        <w:spacing w:before="0" w:after="40" w:line="300" w:lineRule="exact"/>
        <w:jc w:val="left"/>
      </w:pPr>
      <w:r>
        <w:rPr>
          <w:rFonts w:ascii="Georgia" w:hAnsi="Georgia" w:cs="Georgia" w:eastAsia="Georgia"/>
          <w:b w:val="0"/>
          <w:i w:val="0"/>
          <w:sz w:val="20"/>
        </w:rPr>
        <w:t>46. PROTEST MARCHES (page 24)</w:t>
      </w:r>
    </w:p>
    <w:p>
      <w:pPr>
        <w:spacing w:before="0" w:after="40" w:line="300" w:lineRule="exact"/>
        <w:jc w:val="left"/>
      </w:pPr>
      <w:r>
        <w:rPr>
          <w:rFonts w:ascii="Georgia" w:hAnsi="Georgia" w:cs="Georgia" w:eastAsia="Georgia"/>
          <w:b w:val="0"/>
          <w:i w:val="0"/>
          <w:sz w:val="20"/>
        </w:rPr>
        <w:t>47. Questions &amp; Answers (page 24)</w:t>
      </w:r>
    </w:p>
    <w:p>
      <w:r>
        <w:br w:type="page"/>
      </w:r>
    </w:p>
    <w:p>
      <w:pPr>
        <w:pStyle w:val="Heading1"/>
        <w:spacing w:before="360" w:after="200" w:line="300" w:lineRule="exact"/>
        <w:jc w:val="center"/>
      </w:pPr>
      <w:r>
        <w:rPr>
          <w:rFonts w:ascii="Georgia" w:hAnsi="Georgia" w:cs="Georgia" w:eastAsia="Georgia"/>
          <w:b/>
          <w:i w:val="0"/>
          <w:color w:val="1F3864"/>
          <w:sz w:val="32"/>
        </w:rPr>
        <w:t>Al-Hag</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BULLETIN No. 76</w:t>
      </w:r>
    </w:p>
    <w:p>
      <w:pPr>
        <w:spacing w:before="0" w:after="120" w:line="300" w:lineRule="exact"/>
        <w:jc w:val="both"/>
      </w:pPr>
      <w:r>
        <w:rPr>
          <w:rFonts w:ascii="Georgia" w:hAnsi="Georgia" w:cs="Georgia" w:eastAsia="Georgia"/>
          <w:b w:val="0"/>
          <w:i w:val="0"/>
          <w:sz w:val="22"/>
        </w:rPr>
        <w:t>Zul-Hajj 1446 / June 2025</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SINISTER SATANIC PLOT OF THE YAHOOD AND NASAARA</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GAZZAH "Indeed they conspired their plot. (However) the (attainment) of their plot</w:t>
      </w:r>
    </w:p>
    <w:p>
      <w:pPr>
        <w:spacing w:before="120" w:after="120" w:line="300" w:lineRule="exact"/>
        <w:ind w:left="720" w:right="720"/>
        <w:jc w:val="center"/>
      </w:pPr>
      <w:r>
        <w:rPr>
          <w:rFonts w:ascii="Georgia" w:hAnsi="Georgia" w:cs="Georgia" w:eastAsia="Georgia"/>
          <w:b w:val="0"/>
          <w:i/>
          <w:sz w:val="22"/>
        </w:rPr>
        <w:t>rests with Allah even though (the villainous magni-</w:t>
      </w:r>
    </w:p>
    <w:p>
      <w:pPr>
        <w:spacing w:before="120" w:after="120" w:line="300" w:lineRule="exact"/>
        <w:ind w:left="720" w:right="720"/>
        <w:jc w:val="center"/>
      </w:pPr>
      <w:r>
        <w:rPr>
          <w:rFonts w:ascii="Georgia" w:hAnsi="Georgia" w:cs="Georgia" w:eastAsia="Georgia"/>
          <w:b w:val="0"/>
          <w:i/>
          <w:sz w:val="22"/>
        </w:rPr>
        <w:t>tude) of their plot is such that even mountains</w:t>
      </w:r>
    </w:p>
    <w:p>
      <w:pPr>
        <w:spacing w:before="0" w:after="120" w:line="300" w:lineRule="exact"/>
        <w:jc w:val="both"/>
      </w:pPr>
      <w:r>
        <w:rPr>
          <w:rFonts w:ascii="Georgia" w:hAnsi="Georgia" w:cs="Georgia" w:eastAsia="Georgia"/>
          <w:b w:val="0"/>
          <w:i w:val="0"/>
          <w:sz w:val="22"/>
        </w:rPr>
        <w:t>will move. (Ibraaheem, Aayat 46) The 7 October 2023 false flag operation conspired by Israel and the USA is of the kind mentioned in the aforementioned Qur'aanic Aayat. It can move mountains and it has in fact gone to this extent. The plot to depopulate and destroy Gazzah (Gaza) by means of genocide and brutality which is being executed incessantly and murderously daily and hourly, was conspired long before October 7.</w:t>
      </w:r>
    </w:p>
    <w:p>
      <w:pPr>
        <w:spacing w:before="0" w:after="120" w:line="300" w:lineRule="exact"/>
        <w:jc w:val="both"/>
      </w:pPr>
      <w:r>
        <w:rPr>
          <w:rFonts w:ascii="Georgia" w:hAnsi="Georgia" w:cs="Georgia" w:eastAsia="Georgia"/>
          <w:b w:val="0"/>
          <w:i w:val="0"/>
          <w:sz w:val="22"/>
        </w:rPr>
        <w:t>The false flag stunt was to justify the contemplated genocide. The episode which has transpired on 7 October in Israel was the effect of the conspiracy to expel the entire population of Gazzah and to annex the land to Israel as another occupied province – occupied just as Israel is occupied. In a nutshell the nefarious satanic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PLOT</w:t>
      </w:r>
    </w:p>
    <w:p>
      <w:pPr>
        <w:spacing w:before="0" w:after="160" w:line="300" w:lineRule="exact"/>
        <w:jc w:val="center"/>
      </w:pPr>
      <w:r>
        <w:rPr>
          <w:rFonts w:ascii="Georgia" w:hAnsi="Georgia" w:cs="Georgia" w:eastAsia="Georgia"/>
          <w:b w:val="0"/>
          <w:i/>
          <w:sz w:val="16"/>
        </w:rPr>
        <w:t>Page 1, 23 of the original</w:t>
      </w:r>
    </w:p>
    <w:p>
      <w:pPr>
        <w:spacing w:before="0" w:after="120" w:line="300" w:lineRule="exact"/>
        <w:jc w:val="both"/>
      </w:pPr>
      <w:r>
        <w:rPr>
          <w:rFonts w:ascii="Georgia" w:hAnsi="Georgia" w:cs="Georgia" w:eastAsia="Georgia"/>
          <w:b w:val="0"/>
          <w:i w:val="0"/>
          <w:sz w:val="22"/>
        </w:rPr>
        <w:t>about which Trump and Netanyahu are currently haggling despite both the USA and Israel being in cahoots in its enaction, is for Gazzah to be totally denuded of its inhabitants who should be eliminated, and those who cannot be eliminated should be expelled. The next step is to colonize, not only Gazzah, but the entire Land of Palestine to enable the western pirates to milk the Land of its trillions of dollars of gas.</w:t>
      </w:r>
    </w:p>
    <w:p>
      <w:pPr>
        <w:spacing w:before="0" w:after="120" w:line="300" w:lineRule="exact"/>
        <w:jc w:val="both"/>
      </w:pPr>
      <w:r>
        <w:rPr>
          <w:rFonts w:ascii="Georgia" w:hAnsi="Georgia" w:cs="Georgia" w:eastAsia="Georgia"/>
          <w:b w:val="0"/>
          <w:i w:val="0"/>
          <w:sz w:val="22"/>
        </w:rPr>
        <w:t>As far as the USA is concerned, the main attraction is the gas. As far as Israel is concerned, it is the gas as well as the Yahud's dream of the 'greater Israel' which in their hallucination will include Syria, Jordan, Lebanon and even Arabia. Some months prior to 7 October, 2023 Hamas and Israel had agreed on a plan to exploit the gas fields of Gazzah.</w:t>
      </w:r>
    </w:p>
    <w:p>
      <w:pPr>
        <w:spacing w:before="0" w:after="120" w:line="300" w:lineRule="exact"/>
        <w:jc w:val="both"/>
      </w:pPr>
      <w:r>
        <w:rPr>
          <w:rFonts w:ascii="Georgia" w:hAnsi="Georgia" w:cs="Georgia" w:eastAsia="Georgia"/>
          <w:b w:val="0"/>
          <w:i w:val="0"/>
          <w:sz w:val="22"/>
        </w:rPr>
        <w:t>Despite the agreement, the Yahud who are the most avaricious lovers of wealth would never honour an agreement/pact. The Qur'aan Majeed expressly refers to the treachery of the Yahud, and their expulsion from Madina on the command of Rasulullah (Sallallahu alayhi wasallam) was due to their gargantan lust for treachery and wealth. As far as Trump is concerned, their conspired objective appears to be in sight, hence he has repeatedly laid claim to Gazzah – that Gazzah will become a USA territory.</w:t>
      </w:r>
    </w:p>
    <w:p>
      <w:pPr>
        <w:spacing w:before="0" w:after="120" w:line="300" w:lineRule="exact"/>
        <w:jc w:val="both"/>
      </w:pPr>
      <w:r>
        <w:rPr>
          <w:rFonts w:ascii="Georgia" w:hAnsi="Georgia" w:cs="Georgia" w:eastAsia="Georgia"/>
          <w:b w:val="0"/>
          <w:i w:val="0"/>
          <w:sz w:val="22"/>
        </w:rPr>
        <w:t>It is on this score that Trump is now gradually, but incremen- tally distancing himself and the USA from Netanyahu and Israel. Trump wants the whole cake. The Gazzah cake must be for only America. The genocide in Palestine was planned by the USA and executed on the ground by the Yahud who are operating the USA base called 'Israel'. Without America, Israel will disappear from the map within a matter of days or weeks.</w:t>
      </w:r>
    </w:p>
    <w:p>
      <w:pPr>
        <w:spacing w:before="0" w:after="120" w:line="300" w:lineRule="exact"/>
        <w:jc w:val="both"/>
      </w:pPr>
      <w:r>
        <w:rPr>
          <w:rFonts w:ascii="Georgia" w:hAnsi="Georgia" w:cs="Georgia" w:eastAsia="Georgia"/>
          <w:b w:val="0"/>
          <w:i w:val="0"/>
          <w:sz w:val="22"/>
        </w:rPr>
        <w:t>In addition to the gas fields, the USA will establish a military base in Gazzah. It is the USA's plot to transform Gazzah into an American territory thereby foiling the designs of Israel which includes acquiring ownership of the gas fields. In the aforementioned Qur'aanic Aayat, it is mentioned that "their plots are by Allah". Thus, Muslims should understand that whatever is transpiring is the Decree of Allah Ta'ala.</w:t>
      </w:r>
    </w:p>
    <w:p>
      <w:pPr>
        <w:spacing w:before="0" w:after="120" w:line="300" w:lineRule="exact"/>
        <w:jc w:val="both"/>
      </w:pPr>
      <w:r>
        <w:rPr>
          <w:rFonts w:ascii="Georgia" w:hAnsi="Georgia" w:cs="Georgia" w:eastAsia="Georgia"/>
          <w:b w:val="0"/>
          <w:i w:val="0"/>
          <w:sz w:val="22"/>
        </w:rPr>
        <w:t>Their conspiracy of the Yahud and Nasaara will follow its divinely prescribed course. Their plots will be foiled by the inter-vention of Allah Azza Wa Jal. "For every nation there is an</w:t>
      </w:r>
    </w:p>
    <w:p>
      <w:pPr>
        <w:spacing w:before="120" w:after="120" w:line="300" w:lineRule="exact"/>
        <w:ind w:left="720" w:right="720"/>
        <w:jc w:val="center"/>
      </w:pPr>
      <w:r>
        <w:rPr>
          <w:rFonts w:ascii="Georgia" w:hAnsi="Georgia" w:cs="Georgia" w:eastAsia="Georgia"/>
          <w:b w:val="0"/>
          <w:i/>
          <w:sz w:val="22"/>
        </w:rPr>
        <w:t>appointed time. When that hour arrives, it shall nei-</w:t>
      </w:r>
    </w:p>
    <w:p>
      <w:pPr>
        <w:spacing w:before="0" w:after="120" w:line="300" w:lineRule="exact"/>
        <w:jc w:val="both"/>
      </w:pPr>
      <w:r>
        <w:rPr>
          <w:rFonts w:ascii="Georgia" w:hAnsi="Georgia" w:cs="Georgia" w:eastAsia="Georgia"/>
          <w:b w:val="0"/>
          <w:i w:val="0"/>
          <w:sz w:val="22"/>
        </w:rPr>
        <w:t>ther be delayed nor ad- vanced." (Qur'aan)</w:t>
      </w:r>
    </w:p>
    <w:p>
      <w:pPr>
        <w:spacing w:before="120" w:after="120" w:line="300" w:lineRule="exact"/>
        <w:ind w:left="720" w:right="720"/>
        <w:jc w:val="center"/>
      </w:pPr>
      <w:r>
        <w:rPr>
          <w:rFonts w:ascii="Georgia" w:hAnsi="Georgia" w:cs="Georgia" w:eastAsia="Georgia"/>
          <w:b w:val="0"/>
          <w:i/>
          <w:sz w:val="22"/>
        </w:rPr>
        <w:t>"Never will you find a change for the Way of Al-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w:t>
      </w:r>
    </w:p>
    <w:p>
      <w:pPr>
        <w:spacing w:before="0" w:after="160" w:line="300" w:lineRule="exact"/>
        <w:jc w:val="center"/>
      </w:pPr>
      <w:r>
        <w:rPr>
          <w:rFonts w:ascii="Georgia" w:hAnsi="Georgia" w:cs="Georgia" w:eastAsia="Georgia"/>
          <w:b w:val="0"/>
          <w:i/>
          <w:sz w:val="16"/>
        </w:rPr>
        <w:t>Page 1, 18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Question. The International Union of Muslim Scholars (IUMS) has issued a fatwa that Jihad is Fardh Ayn due to the genocide being executed in Gazzah. Does this mean that Jihad is now Fardh on every Muslim man and woman? Please comment on the Fatwa. Answer We are not aware of the Fardh Ayn concept of the IUMS. In terms of the Shariah, Fardh Ayn means that an act is compulsory on every Muslim man and woman, e.g.</w:t>
      </w:r>
    </w:p>
    <w:p>
      <w:pPr>
        <w:spacing w:before="0" w:after="120" w:line="300" w:lineRule="exact"/>
        <w:jc w:val="both"/>
      </w:pPr>
      <w:r>
        <w:rPr>
          <w:rFonts w:ascii="Georgia" w:hAnsi="Georgia" w:cs="Georgia" w:eastAsia="Georgia"/>
          <w:b w:val="0"/>
          <w:i w:val="0"/>
          <w:sz w:val="22"/>
        </w:rPr>
        <w:t>Salaat and Saum. If the IUMS subscribes to this Shar'i meaning, then obviously, the fatwa is erroneous in this particular aspect, that Jihad in the Gazzah scenario cannot be Fardh Ayn for all the 2 billion Muslims of the world is quite obvious. How will 2 billion Muslim men and women make their way to Gazzah? Assuming by some figment of hallucination, they manage to reach Gazzah whilst all Gazzans are taking refuge and fleeing, what will the 2 billion Muslims do under the sky?</w:t>
      </w:r>
    </w:p>
    <w:p>
      <w:pPr>
        <w:spacing w:before="0" w:after="120" w:line="300" w:lineRule="exact"/>
        <w:jc w:val="both"/>
      </w:pPr>
      <w:r>
        <w:rPr>
          <w:rFonts w:ascii="Georgia" w:hAnsi="Georgia" w:cs="Georgia" w:eastAsia="Georgia"/>
          <w:b w:val="0"/>
          <w:i w:val="0"/>
          <w:sz w:val="22"/>
        </w:rPr>
        <w:t>Should they stand there to be slaughtered by the merciless bombing from the skies and commit suicide in fulfilment of the alleged Fardh Ayn fatwa? Suicide is never Fardh Ayn. Furthermore, if the 17 members of the Fatwa Committee of the IUMS really believe that Jihad has become Fardh Ayn, then why are they not in Gazzah? Why are they sitting and enjoying safety and luxury wherever they may be?</w:t>
      </w:r>
    </w:p>
    <w:p>
      <w:pPr>
        <w:spacing w:before="0" w:after="120" w:line="300" w:lineRule="exact"/>
        <w:jc w:val="both"/>
      </w:pPr>
      <w:r>
        <w:rPr>
          <w:rFonts w:ascii="Georgia" w:hAnsi="Georgia" w:cs="Georgia" w:eastAsia="Georgia"/>
          <w:b w:val="0"/>
          <w:i w:val="0"/>
          <w:sz w:val="22"/>
        </w:rPr>
        <w:t>In so far as Jihad being obligatory on all Muslim governments and armed forces is concerned, this is correct – 100% correct. However, the major issue in this respect is that today there are no Muslim governments and armies. All of them are kuffaar – munaafiq and murtad. Thus, the Fatwa has no meaning for them. We are in agreement with the rest of the Fatwa.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MUNAAFIQ DANGER FOR THE TRUE TALIBAN</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following report highlights the problems and danger the true Taliban have to contend with. "KABUL, Afghanistan — Taliban appear split over a recent decree banning the filming and broadcasting of living beings, with many of their officials ignoring the directive despite its approval by the Taliban leader Hibatullah Akhundzada. A review of the Taliban's official social media and websites shows that out of 24 ministries, only three—the Ministries of Justice, Higher Education, and Promotion of Virtue and Prevention of Vice—have complied with the ban, ceasing to share images or videos.</w:t>
      </w:r>
    </w:p>
    <w:p>
      <w:pPr>
        <w:spacing w:before="0" w:after="120" w:line="300" w:lineRule="exact"/>
        <w:jc w:val="both"/>
      </w:pPr>
      <w:r>
        <w:rPr>
          <w:rFonts w:ascii="Georgia" w:hAnsi="Georgia" w:cs="Georgia" w:eastAsia="Georgia"/>
          <w:b w:val="0"/>
          <w:i w:val="0"/>
          <w:sz w:val="22"/>
        </w:rPr>
        <w:t>Meanwhile, 21 other ministries and the offices of three deputy chief ministers continue to publish footage, seemingly disregarding their leader's order. The law, ratified in September as part of the Taliban's "Promotion of Virtue and Prevention of Vice" code, prohibits broadcasting images of living beings and imposes several other restrictions.</w:t>
      </w:r>
    </w:p>
    <w:p>
      <w:pPr>
        <w:spacing w:before="0" w:after="120" w:line="300" w:lineRule="exact"/>
        <w:jc w:val="both"/>
      </w:pPr>
      <w:r>
        <w:rPr>
          <w:rFonts w:ascii="Georgia" w:hAnsi="Georgia" w:cs="Georgia" w:eastAsia="Georgia"/>
          <w:b w:val="0"/>
          <w:i w:val="0"/>
          <w:sz w:val="22"/>
        </w:rPr>
        <w:t>Despite this, senior officials from key ministries, including Defense, Interior, Finance, and Public Health, have continued to feature images and videos of their daily activities on official platforms. The Taliban ministries of justice, higher education, and promotion of virtue have been the most vocal in enforcing the law. Neda Mohammad Nadim, the Higher Education Minister, and Khalid Hanafi, Minister of Promotion of Virtue and Prevention of Vice, have prohibited filming during their provincial visits and ordered their ministries to stop broadcasting images.</w:t>
      </w:r>
    </w:p>
    <w:p>
      <w:pPr>
        <w:spacing w:before="0" w:after="120" w:line="300" w:lineRule="exact"/>
        <w:jc w:val="both"/>
      </w:pPr>
      <w:r>
        <w:rPr>
          <w:rFonts w:ascii="Georgia" w:hAnsi="Georgia" w:cs="Georgia" w:eastAsia="Georgia"/>
          <w:b w:val="0"/>
          <w:i w:val="0"/>
          <w:sz w:val="22"/>
        </w:rPr>
        <w:t>Yet, other prominent officials have paid little heed to the decree, fueling speculation of internal divisions within the Taliban leadership." The Taliban – that is, the genuine Taliban – are not divided on the issue of the prohibition of pictures of animate objects and the ban enacted on this haraam practice. The Munaafiqs who are part of the Afghanistan government are in cahoots with the west.</w:t>
      </w:r>
    </w:p>
    <w:p>
      <w:pPr>
        <w:spacing w:before="0" w:after="120" w:line="300" w:lineRule="exact"/>
        <w:jc w:val="both"/>
      </w:pPr>
      <w:r>
        <w:rPr>
          <w:rFonts w:ascii="Georgia" w:hAnsi="Georgia" w:cs="Georgia" w:eastAsia="Georgia"/>
          <w:b w:val="0"/>
          <w:i w:val="0"/>
          <w:sz w:val="22"/>
        </w:rPr>
        <w:t>They are bootlickers of the U.S.A. A few dollars is sufficient to procure the allegiance of these munaafiqeen and to sew the discord and anarchy in the ranks of the Taliban. The lamentable truth is that the genuine Taliban had not attended to the Imaani and Deeni development of the masses. The entire generation of Afghans under American domination has become zindeeq, munaafiq and murtad.</w:t>
      </w:r>
    </w:p>
    <w:p>
      <w:pPr>
        <w:spacing w:before="0" w:after="120" w:line="300" w:lineRule="exact"/>
        <w:jc w:val="both"/>
      </w:pPr>
      <w:r>
        <w:rPr>
          <w:rFonts w:ascii="Georgia" w:hAnsi="Georgia" w:cs="Georgia" w:eastAsia="Georgia"/>
          <w:b w:val="0"/>
          <w:i w:val="0"/>
          <w:sz w:val="22"/>
        </w:rPr>
        <w:t>The West understands that the way for destroying the Imaan of Muslims is to transform them into heretics, materialists and sceptics. This ensures that they are torn away from their Imaani bearings. While they will retain Muslim names, their hearts will be bereft of Imaan. The West has achieved the success of its plot by means of its extremely potent method of secular education which in reality is kufr and immoral education.</w:t>
      </w:r>
    </w:p>
    <w:p>
      <w:pPr>
        <w:spacing w:before="0" w:after="120" w:line="300" w:lineRule="exact"/>
        <w:jc w:val="both"/>
      </w:pPr>
      <w:r>
        <w:rPr>
          <w:rFonts w:ascii="Georgia" w:hAnsi="Georgia" w:cs="Georgia" w:eastAsia="Georgia"/>
          <w:b w:val="0"/>
          <w:i w:val="0"/>
          <w:sz w:val="22"/>
        </w:rPr>
        <w:t>During its 2 decade occupation of Afghanistan, the U.S. had not neglected the plot of secular education and its accursed trap of women's rights and their satanic 'right' to western secular education. Thus, an entire generation of Murtad Afghans is today the worst problem and danger for the Taliban. If the Taliban had attended to the Deeni Ta'leem of the children in all the villages where they had operated during the tenure of their Jihad against the Western kuffaar, then today the entire generation of true Muslims would have formed a strong backbone for the Taliban.</w:t>
      </w:r>
    </w:p>
    <w:p>
      <w:pPr>
        <w:spacing w:before="0" w:after="120" w:line="300" w:lineRule="exact"/>
        <w:jc w:val="both"/>
      </w:pPr>
      <w:r>
        <w:rPr>
          <w:rFonts w:ascii="Georgia" w:hAnsi="Georgia" w:cs="Georgia" w:eastAsia="Georgia"/>
          <w:b w:val="0"/>
          <w:i w:val="0"/>
          <w:sz w:val="22"/>
        </w:rPr>
        <w:t>For running the country today, the Taliban are reliant on munaafiq and murtad personnel masquerading as Muslims. These munaafiqeen in the midst of the Taliban are dangerous snakes, bootlicking the Yahood and Nasaara, and plotting the elimination of the semblance of Shariah Law which the Old Guard Taliban are able to implement. May Allah Ta'ala aid the genuine Taliban and protect them against the Snakes and kuffaar Bootlickers prowling in their midst, gnawing at the foundations of the Deen, and seeking to destroy the Old Guard whose objective is to establish the Law of the Shariah.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TREACHERY, BRUTALITY &amp; KUFR OF THE SHIAS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By Dr.Majdi Rab'i "I spent ten years of my life with the Shias. I studied their history, traced their legacies and influential men, and scrutinised their scuffles with the Ahlus Sunnah wal Jama'ah etc. I done this during my academic journeys to Iraq and Iran, due to which I received my Masters and my Doctorate in Shi'i History. For a long period, I stayed with and observed the Batini Shias, who made lawful (for themselves) the blood of Muslims and spread Shiasm with iron and fire (i.e. extreme violence) until they forced (almost the entire) Iranian public to embrace Shiasm!</w:t>
      </w:r>
    </w:p>
    <w:p>
      <w:pPr>
        <w:spacing w:before="0" w:after="120" w:line="300" w:lineRule="exact"/>
        <w:jc w:val="both"/>
      </w:pPr>
      <w:r>
        <w:rPr>
          <w:rFonts w:ascii="Georgia" w:hAnsi="Georgia" w:cs="Georgia" w:eastAsia="Georgia"/>
          <w:b w:val="0"/>
          <w:i w:val="0"/>
          <w:sz w:val="22"/>
        </w:rPr>
        <w:t>They forced millions of Muslims to convert to Shiasm. Historians have recorded that one million Muslims were slaughtered by the Rawafid (the pejorative name of the Shiah). Consequently, Iran was changed from a Sunni country to a Zoroastrian and Rafidhi state. The dark history (of the Shias) is that they even aligned themselves with the Jews and Christians against the Ahlus Sunnah wal Jama'ah.</w:t>
      </w:r>
    </w:p>
    <w:p>
      <w:pPr>
        <w:spacing w:before="0" w:after="120" w:line="300" w:lineRule="exact"/>
        <w:jc w:val="both"/>
      </w:pPr>
      <w:r>
        <w:rPr>
          <w:rFonts w:ascii="Georgia" w:hAnsi="Georgia" w:cs="Georgia" w:eastAsia="Georgia"/>
          <w:b w:val="0"/>
          <w:i w:val="0"/>
          <w:sz w:val="22"/>
        </w:rPr>
        <w:t>It was this alliance that prevented the Ottomans from conquering the entire Eu- rope after they had already conquered Eastern Europe and entered the heart thereof. They laid siege upon Vienna but the backstabbing and attacks from the rear by the Safawids forced the Ottomans to abort their siege of Vienna and return to the Eastern countries.</w:t>
      </w:r>
    </w:p>
    <w:p>
      <w:pPr>
        <w:spacing w:before="0" w:after="120" w:line="300" w:lineRule="exact"/>
        <w:jc w:val="both"/>
      </w:pPr>
      <w:r>
        <w:rPr>
          <w:rFonts w:ascii="Georgia" w:hAnsi="Georgia" w:cs="Georgia" w:eastAsia="Georgia"/>
          <w:b w:val="0"/>
          <w:i w:val="0"/>
          <w:sz w:val="22"/>
        </w:rPr>
        <w:t>Thus they destroyed the chance of conquering Europe and spreading Islam amongst its people. This is the reason one of the great Western historians stated, "If it was not for the treachery of the Shi'i Safawids towards the Ottoman caliphate and their attacks from the rear, the Ottomans would have conquered the entire Europe and it would have been an Islamic continent." A historical fact which left me dazed and I simply could not believe that a human (even if he did not claim to be Muslim) could perpetrate such an act, i.e. that which the Shia Qaramitah did to the Ka'bah on the Eighth of Zil-Hijjah 317 A.H.</w:t>
      </w:r>
    </w:p>
    <w:p>
      <w:pPr>
        <w:spacing w:before="0" w:after="120" w:line="300" w:lineRule="exact"/>
        <w:jc w:val="both"/>
      </w:pPr>
      <w:r>
        <w:rPr>
          <w:rFonts w:ascii="Georgia" w:hAnsi="Georgia" w:cs="Georgia" w:eastAsia="Georgia"/>
          <w:b w:val="0"/>
          <w:i w:val="0"/>
          <w:sz w:val="22"/>
        </w:rPr>
        <w:t>They attacked the Hujjaj and killed more than thirty thousand people. They destroyed the Zam-Zam dome, removed the door of the Ka'bah as well as its cover and they slaughtered those Hujjaj who clung onto it. Thereafter they dumped the corpses of the slain Muslims in the well of Zam-Zam. Finally, they removed the Hajar Aswad and took it to their country.</w:t>
      </w:r>
    </w:p>
    <w:p>
      <w:pPr>
        <w:spacing w:before="0" w:after="120" w:line="300" w:lineRule="exact"/>
        <w:jc w:val="both"/>
      </w:pPr>
      <w:r>
        <w:rPr>
          <w:rFonts w:ascii="Georgia" w:hAnsi="Georgia" w:cs="Georgia" w:eastAsia="Georgia"/>
          <w:b w:val="0"/>
          <w:i w:val="0"/>
          <w:sz w:val="22"/>
        </w:rPr>
        <w:t>That's when I understood the reality of Ibn Taymiyah's statement regarding the Batini Shias. He stated that they are worse in their disbelief than the Jews and Christians and it is a greater responsibility to fight them than to fight the disbelievers, as they are in the category of renegades. Today, as we see what is happening in Syria as far as worshipping Asad, killing and slaughtering the Ahlus Sunnah in a way that was not even done by the Jews or the Tartars, destruction and desecration of Masjids etc.</w:t>
      </w:r>
    </w:p>
    <w:p>
      <w:pPr>
        <w:spacing w:before="0" w:after="120" w:line="300" w:lineRule="exact"/>
        <w:jc w:val="both"/>
      </w:pPr>
      <w:r>
        <w:rPr>
          <w:rFonts w:ascii="Georgia" w:hAnsi="Georgia" w:cs="Georgia" w:eastAsia="Georgia"/>
          <w:b w:val="0"/>
          <w:i w:val="0"/>
          <w:sz w:val="22"/>
        </w:rPr>
        <w:t>I am convinced that Bashar Asad and his sect (Nusairi Alawi Shias) are from the progeny of the Batiniyyah Qaramitah. The words of my Lord are so true, "They are offspring, one from the other"! It is as if history is repeating itself. Dr Majdi Rib'i Specialist Historian The least that we can do at this moment is to spread these facts so the Ahlus Sunnah and the entire world emerge from (Shi'i) deception."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SUFFICES</w:t>
      </w:r>
    </w:p>
    <w:p>
      <w:pPr>
        <w:spacing w:before="0" w:after="160" w:line="300" w:lineRule="exact"/>
        <w:jc w:val="center"/>
      </w:pPr>
      <w:r>
        <w:rPr>
          <w:rFonts w:ascii="Georgia" w:hAnsi="Georgia" w:cs="Georgia" w:eastAsia="Georgia"/>
          <w:b w:val="0"/>
          <w:i/>
          <w:sz w:val="16"/>
        </w:rPr>
        <w:t>Page 3 of the original</w:t>
      </w:r>
    </w:p>
    <w:p>
      <w:pPr>
        <w:spacing w:before="120" w:after="120" w:line="300" w:lineRule="exact"/>
        <w:ind w:left="720" w:right="720"/>
        <w:jc w:val="center"/>
      </w:pPr>
      <w:r>
        <w:rPr>
          <w:rFonts w:ascii="Georgia" w:hAnsi="Georgia" w:cs="Georgia" w:eastAsia="Georgia"/>
          <w:b w:val="0"/>
          <w:i/>
          <w:sz w:val="22"/>
        </w:rPr>
        <w:t>"O Nabi! Sufficient for you is Allah and the Mu'mineen who</w:t>
      </w:r>
    </w:p>
    <w:p>
      <w:pPr>
        <w:spacing w:before="0" w:after="120" w:line="300" w:lineRule="exact"/>
        <w:jc w:val="both"/>
      </w:pPr>
      <w:r>
        <w:rPr>
          <w:rFonts w:ascii="Georgia" w:hAnsi="Georgia" w:cs="Georgia" w:eastAsia="Georgia"/>
          <w:b w:val="0"/>
          <w:i w:val="0"/>
          <w:sz w:val="22"/>
        </w:rPr>
        <w:t>follow you." (Al-Anfaal, Aayat 64) If Muslims become genuine Muslims, Allah Ta'ala and true Muslims will suffice as aid for the Mujaahideen. The first requisite is that the Mujaahideen should be obedient followers of the Deen. Then they will not look askance for support from the Shiahs of Hizbullah, Iran and the kuffaar of the 'international community' of morons.</w:t>
      </w:r>
    </w:p>
    <w:p>
      <w:pPr>
        <w:spacing w:before="0" w:after="120" w:line="300" w:lineRule="exact"/>
        <w:jc w:val="both"/>
      </w:pPr>
      <w:r>
        <w:rPr>
          <w:rFonts w:ascii="Georgia" w:hAnsi="Georgia" w:cs="Georgia" w:eastAsia="Georgia"/>
          <w:b w:val="0"/>
          <w:i w:val="0"/>
          <w:sz w:val="22"/>
        </w:rPr>
        <w:t>They will then not be in need of flimsy 'ceasefires' brokered by Zindeeqs and Munaafiqs in Qatar under the directive of America.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$8 BILLION HUGE LOSS OF U.S. MILITARY EQUIPMENT</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One consequence of the defeat the USA suffered in Afghanistan is the capture by the Taliban of $8 billion of military equipment. This is a huge economic, military and political loss and defeat for America. In 2021 the US-led Western forces hastily and chaotically withdrew and fled from Afghanistan leaving behind billions of dollars of military equipment including aircraft, missiles, military vehicles, rifles, rocketlaunchers, and a variety of weapons and communications equipment.</w:t>
      </w:r>
    </w:p>
    <w:p>
      <w:pPr>
        <w:spacing w:before="0" w:after="120" w:line="300" w:lineRule="exact"/>
        <w:jc w:val="both"/>
      </w:pPr>
      <w:r>
        <w:rPr>
          <w:rFonts w:ascii="Georgia" w:hAnsi="Georgia" w:cs="Georgia" w:eastAsia="Georgia"/>
          <w:b w:val="0"/>
          <w:i w:val="0"/>
          <w:sz w:val="22"/>
        </w:rPr>
        <w:t>Now America is seeking the return of the equipment it lost in its more than 20 years of aggression. Trump said in this regard: "Joe Biden gave our military equipment, a big chunk of it to the enemy." In fact, Biden did not 'give' anything to the Taliban. The Taliban had defeated the US coalition in the two decades war. Now the military equipment is of the spoils of war and belongs to the Taliban.</w:t>
      </w:r>
    </w:p>
    <w:p>
      <w:pPr>
        <w:spacing w:before="0" w:after="120" w:line="300" w:lineRule="exact"/>
        <w:jc w:val="both"/>
      </w:pPr>
      <w:r>
        <w:rPr>
          <w:rFonts w:ascii="Georgia" w:hAnsi="Georgia" w:cs="Georgia" w:eastAsia="Georgia"/>
          <w:b w:val="0"/>
          <w:i w:val="0"/>
          <w:sz w:val="22"/>
        </w:rPr>
        <w:t>Rejecting the claim of Trump, the Taliban representative, Zabihullah Mujahid said: "The weapons that America abandoned in Afghanistan, as well as those provided to the former Afghan regime, are now in the possession of the Mujahideen [ Taliban forces] as spoils of war," "The Afghan people now own these weapons and are utilizing them to defend their independence, sovereignty, and Islamic system.</w:t>
      </w:r>
    </w:p>
    <w:p>
      <w:pPr>
        <w:spacing w:before="0" w:after="120" w:line="300" w:lineRule="exact"/>
        <w:jc w:val="both"/>
      </w:pPr>
      <w:r>
        <w:rPr>
          <w:rFonts w:ascii="Georgia" w:hAnsi="Georgia" w:cs="Georgia" w:eastAsia="Georgia"/>
          <w:b w:val="0"/>
          <w:i w:val="0"/>
          <w:sz w:val="22"/>
        </w:rPr>
        <w:t>No external force can compel us to surrender these weapons, nor will we accept any demands for their surrender. We will use these weapons to repel invaders who dare to seize them." Trump warned that future financial assistance to Talibanruled Afghanistan would be contingent upon the return of U.S. military arms. "If we're going to pay billions of dollars a year, tell them we're not going to give them the money unless they give back our military equipment," Trump said.</w:t>
      </w:r>
    </w:p>
    <w:p>
      <w:pPr>
        <w:spacing w:before="0" w:after="120" w:line="300" w:lineRule="exact"/>
        <w:jc w:val="both"/>
      </w:pPr>
      <w:r>
        <w:rPr>
          <w:rFonts w:ascii="Georgia" w:hAnsi="Georgia" w:cs="Georgia" w:eastAsia="Georgia"/>
          <w:b w:val="0"/>
          <w:i w:val="0"/>
          <w:sz w:val="22"/>
        </w:rPr>
        <w:t>Rejecting the raving of the Clown, Mr.Trump, the Afghan Spokesman said that the Taliban have not received "a single penny" from the U.S. in financial aid since regaining control of the country. The Taliban have neither anticipated nor sought any assistance from Washington.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MURTAD BOOT- LICKERS</w:t>
      </w:r>
    </w:p>
    <w:p>
      <w:pPr>
        <w:spacing w:before="0" w:after="160" w:line="300" w:lineRule="exact"/>
        <w:jc w:val="center"/>
      </w:pPr>
      <w:r>
        <w:rPr>
          <w:rFonts w:ascii="Georgia" w:hAnsi="Georgia" w:cs="Georgia" w:eastAsia="Georgia"/>
          <w:b w:val="0"/>
          <w:i/>
          <w:sz w:val="16"/>
        </w:rPr>
        <w:t>Page 4 of the original</w:t>
      </w:r>
    </w:p>
    <w:p>
      <w:pPr>
        <w:pStyle w:val="Heading3"/>
        <w:spacing w:before="200" w:after="120" w:line="300" w:lineRule="exact"/>
        <w:jc w:val="left"/>
      </w:pPr>
      <w:r>
        <w:rPr>
          <w:rFonts w:ascii="Georgia" w:hAnsi="Georgia" w:cs="Georgia" w:eastAsia="Georgia"/>
          <w:b/>
          <w:i w:val="0"/>
          <w:color w:val="2E74B5"/>
          <w:sz w:val="24"/>
        </w:rPr>
        <w:t>THE MURTAD BOOT- LICKERS</w:t>
      </w:r>
    </w:p>
    <w:p>
      <w:pPr>
        <w:spacing w:before="120" w:after="120" w:line="300" w:lineRule="exact"/>
        <w:ind w:left="720" w:right="720"/>
        <w:jc w:val="center"/>
      </w:pPr>
      <w:r>
        <w:rPr>
          <w:rFonts w:ascii="Georgia" w:hAnsi="Georgia" w:cs="Georgia" w:eastAsia="Georgia"/>
          <w:b w:val="0"/>
          <w:i/>
          <w:sz w:val="22"/>
        </w:rPr>
        <w:t>"Verily those who have turned on their backs (i.e. by becoming Murtads) after the Huda (Allah's Guidance) was</w:t>
      </w:r>
    </w:p>
    <w:p>
      <w:pPr>
        <w:spacing w:before="120" w:after="120" w:line="300" w:lineRule="exact"/>
        <w:ind w:left="720" w:right="720"/>
        <w:jc w:val="center"/>
      </w:pPr>
      <w:r>
        <w:rPr>
          <w:rFonts w:ascii="Georgia" w:hAnsi="Georgia" w:cs="Georgia" w:eastAsia="Georgia"/>
          <w:b w:val="0"/>
          <w:i/>
          <w:sz w:val="22"/>
        </w:rPr>
        <w:t>clarified for them, Shaitaan has beautified for them (their</w:t>
      </w:r>
    </w:p>
    <w:p>
      <w:pPr>
        <w:spacing w:before="0" w:after="120" w:line="300" w:lineRule="exact"/>
        <w:jc w:val="both"/>
      </w:pPr>
      <w:r>
        <w:rPr>
          <w:rFonts w:ascii="Georgia" w:hAnsi="Georgia" w:cs="Georgia" w:eastAsia="Georgia"/>
          <w:b w:val="0"/>
          <w:i w:val="0"/>
          <w:sz w:val="22"/>
        </w:rPr>
        <w:t>kufr) and has given them</w:t>
      </w:r>
    </w:p>
    <w:p>
      <w:pPr>
        <w:spacing w:before="120" w:after="120" w:line="300" w:lineRule="exact"/>
        <w:ind w:left="720" w:right="720"/>
        <w:jc w:val="center"/>
      </w:pPr>
      <w:r>
        <w:rPr>
          <w:rFonts w:ascii="Georgia" w:hAnsi="Georgia" w:cs="Georgia" w:eastAsia="Georgia"/>
          <w:b w:val="0"/>
          <w:i/>
          <w:sz w:val="22"/>
        </w:rPr>
        <w:t>much hope…. Allah is well aware of their secrets (of plot-</w:t>
      </w:r>
    </w:p>
    <w:p>
      <w:pPr>
        <w:spacing w:before="0" w:after="120" w:line="300" w:lineRule="exact"/>
        <w:jc w:val="both"/>
      </w:pPr>
      <w:r>
        <w:rPr>
          <w:rFonts w:ascii="Georgia" w:hAnsi="Georgia" w:cs="Georgia" w:eastAsia="Georgia"/>
          <w:b w:val="0"/>
          <w:i w:val="0"/>
          <w:sz w:val="22"/>
        </w:rPr>
        <w:t>ting and bootlicking their kuffaar bosses)." (Muhammad, Aayat 25 &amp; 26) This Aayat of the Qur'aan Majeed brings within its scope the murtad bootlickers who elevate kuffaar politicians above, far above, Muslims. Their 'secrets' include their hidden kufr. They conceal their kufr while masquerading as Muslims. Beware of these frauds, deceits, munaafiqs and copro rubbishes who prowl in the Muslim community.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RESPONSE FOR OPPRESSION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Hadhrat Abu Dardaa' (Radhiyallahu anhu) narrated that Rasulullah (Sallallahu alayhi wasallam) said: "Verily, Allah Azza Wa Jal</w:t>
      </w:r>
    </w:p>
    <w:p>
      <w:pPr>
        <w:spacing w:before="120" w:after="120" w:line="300" w:lineRule="exact"/>
        <w:ind w:left="720" w:right="720"/>
        <w:jc w:val="center"/>
      </w:pPr>
      <w:r>
        <w:rPr>
          <w:rFonts w:ascii="Georgia" w:hAnsi="Georgia" w:cs="Georgia" w:eastAsia="Georgia"/>
          <w:b w:val="0"/>
          <w:i/>
          <w:sz w:val="22"/>
        </w:rPr>
        <w:t>says: 'I am Allah besides Whom there is no deity other</w:t>
      </w:r>
    </w:p>
    <w:p>
      <w:pPr>
        <w:spacing w:before="120" w:after="120" w:line="300" w:lineRule="exact"/>
        <w:ind w:left="720" w:right="720"/>
        <w:jc w:val="center"/>
      </w:pPr>
      <w:r>
        <w:rPr>
          <w:rFonts w:ascii="Georgia" w:hAnsi="Georgia" w:cs="Georgia" w:eastAsia="Georgia"/>
          <w:b w:val="0"/>
          <w:i/>
          <w:sz w:val="22"/>
        </w:rPr>
        <w:t>than Me. I am the Controller of kings.</w:t>
      </w:r>
    </w:p>
    <w:p>
      <w:pPr>
        <w:spacing w:before="0" w:after="120" w:line="300" w:lineRule="exact"/>
        <w:jc w:val="both"/>
      </w:pPr>
      <w:r>
        <w:rPr>
          <w:rFonts w:ascii="Georgia" w:hAnsi="Georgia" w:cs="Georgia" w:eastAsia="Georgia"/>
          <w:b w:val="0"/>
          <w:i w:val="0"/>
          <w:sz w:val="22"/>
        </w:rPr>
        <w:t>The hearts of kings are in My Hand. When the servants (people) obey Me, I instill benevo- lence and mercy in the</w:t>
      </w:r>
    </w:p>
    <w:p>
      <w:pPr>
        <w:spacing w:before="120" w:after="120" w:line="300" w:lineRule="exact"/>
        <w:ind w:left="720" w:right="720"/>
        <w:jc w:val="center"/>
      </w:pPr>
      <w:r>
        <w:rPr>
          <w:rFonts w:ascii="Georgia" w:hAnsi="Georgia" w:cs="Georgia" w:eastAsia="Georgia"/>
          <w:b w:val="0"/>
          <w:i/>
          <w:sz w:val="22"/>
        </w:rPr>
        <w:t>hearts of the kings for the people. When the servants disobey</w:t>
      </w:r>
    </w:p>
    <w:p>
      <w:pPr>
        <w:spacing w:before="120" w:after="120" w:line="300" w:lineRule="exact"/>
        <w:ind w:left="720" w:right="720"/>
        <w:jc w:val="center"/>
      </w:pPr>
      <w:r>
        <w:rPr>
          <w:rFonts w:ascii="Georgia" w:hAnsi="Georgia" w:cs="Georgia" w:eastAsia="Georgia"/>
          <w:b w:val="0"/>
          <w:i/>
          <w:sz w:val="22"/>
        </w:rPr>
        <w:t>Me, I instill in the hearts of the kings wrath and</w:t>
      </w:r>
    </w:p>
    <w:p>
      <w:pPr>
        <w:spacing w:before="0" w:after="120" w:line="300" w:lineRule="exact"/>
        <w:jc w:val="both"/>
      </w:pPr>
      <w:r>
        <w:rPr>
          <w:rFonts w:ascii="Georgia" w:hAnsi="Georgia" w:cs="Georgia" w:eastAsia="Georgia"/>
          <w:b w:val="0"/>
          <w:i w:val="0"/>
          <w:sz w:val="22"/>
        </w:rPr>
        <w:t>oppression for the people. Then they inflict horrible punishment on the people. Therefore, do not involve yourselves</w:t>
      </w:r>
    </w:p>
    <w:p>
      <w:pPr>
        <w:spacing w:before="120" w:after="120" w:line="300" w:lineRule="exact"/>
        <w:ind w:left="720" w:right="720"/>
        <w:jc w:val="center"/>
      </w:pPr>
      <w:r>
        <w:rPr>
          <w:rFonts w:ascii="Georgia" w:hAnsi="Georgia" w:cs="Georgia" w:eastAsia="Georgia"/>
          <w:b w:val="0"/>
          <w:i/>
          <w:sz w:val="22"/>
        </w:rPr>
        <w:t>(that is: do not waste your time and effort) with</w:t>
      </w:r>
    </w:p>
    <w:p>
      <w:pPr>
        <w:spacing w:before="0" w:after="120" w:line="300" w:lineRule="exact"/>
        <w:jc w:val="both"/>
      </w:pPr>
      <w:r>
        <w:rPr>
          <w:rFonts w:ascii="Georgia" w:hAnsi="Georgia" w:cs="Georgia" w:eastAsia="Georgia"/>
          <w:b w:val="0"/>
          <w:i w:val="0"/>
          <w:sz w:val="22"/>
        </w:rPr>
        <w:t>cursing (and reviling) the kings (rulers/regimes).</w:t>
      </w:r>
    </w:p>
    <w:p>
      <w:pPr>
        <w:spacing w:before="120" w:after="120" w:line="300" w:lineRule="exact"/>
        <w:ind w:left="720" w:right="720"/>
        <w:jc w:val="center"/>
      </w:pPr>
      <w:r>
        <w:rPr>
          <w:rFonts w:ascii="Georgia" w:hAnsi="Georgia" w:cs="Georgia" w:eastAsia="Georgia"/>
          <w:b w:val="0"/>
          <w:i/>
          <w:sz w:val="22"/>
        </w:rPr>
        <w:t>On the contrary, involve yourselves with Thikr and Humility</w:t>
      </w:r>
    </w:p>
    <w:p>
      <w:pPr>
        <w:spacing w:before="120" w:after="120" w:line="300" w:lineRule="exact"/>
        <w:ind w:left="720" w:right="720"/>
        <w:jc w:val="center"/>
      </w:pPr>
      <w:r>
        <w:rPr>
          <w:rFonts w:ascii="Georgia" w:hAnsi="Georgia" w:cs="Georgia" w:eastAsia="Georgia"/>
          <w:b w:val="0"/>
          <w:i/>
          <w:sz w:val="22"/>
        </w:rPr>
        <w:t>unto Me. Then I shall suffice for you regarding your</w:t>
      </w:r>
    </w:p>
    <w:p>
      <w:pPr>
        <w:spacing w:before="0" w:after="120" w:line="300" w:lineRule="exact"/>
        <w:jc w:val="both"/>
      </w:pPr>
      <w:r>
        <w:rPr>
          <w:rFonts w:ascii="Georgia" w:hAnsi="Georgia" w:cs="Georgia" w:eastAsia="Georgia"/>
          <w:b w:val="0"/>
          <w:i w:val="0"/>
          <w:sz w:val="22"/>
        </w:rPr>
        <w:t>kings."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AID OF ALLAH</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"He who thinks that Allah will not help him (i.e. the Na-</w:t>
      </w:r>
    </w:p>
    <w:p>
      <w:pPr>
        <w:spacing w:before="0" w:after="120" w:line="300" w:lineRule="exact"/>
        <w:jc w:val="both"/>
      </w:pPr>
      <w:r>
        <w:rPr>
          <w:rFonts w:ascii="Georgia" w:hAnsi="Georgia" w:cs="Georgia" w:eastAsia="Georgia"/>
          <w:b w:val="0"/>
          <w:i w:val="0"/>
          <w:sz w:val="22"/>
        </w:rPr>
        <w:t>bi) in this dunya and the Aakhirat, should extend</w:t>
      </w:r>
    </w:p>
    <w:p>
      <w:pPr>
        <w:spacing w:before="120" w:after="120" w:line="300" w:lineRule="exact"/>
        <w:ind w:left="720" w:right="720"/>
        <w:jc w:val="center"/>
      </w:pPr>
      <w:r>
        <w:rPr>
          <w:rFonts w:ascii="Georgia" w:hAnsi="Georgia" w:cs="Georgia" w:eastAsia="Georgia"/>
          <w:b w:val="0"/>
          <w:i/>
          <w:sz w:val="22"/>
        </w:rPr>
        <w:t>(arrange) a rope (or a ladder) to the skies, then (climb up it) and cut (the process of Revelation)</w:t>
      </w:r>
    </w:p>
    <w:p>
      <w:pPr>
        <w:spacing w:before="120" w:after="120" w:line="300" w:lineRule="exact"/>
        <w:ind w:left="720" w:right="720"/>
        <w:jc w:val="center"/>
      </w:pPr>
      <w:r>
        <w:rPr>
          <w:rFonts w:ascii="Georgia" w:hAnsi="Georgia" w:cs="Georgia" w:eastAsia="Georgia"/>
          <w:b w:val="0"/>
          <w:i/>
          <w:sz w:val="22"/>
        </w:rPr>
        <w:t>to see if his plot will eliminate that which is caus-</w:t>
      </w:r>
    </w:p>
    <w:p>
      <w:pPr>
        <w:spacing w:before="0" w:after="120" w:line="300" w:lineRule="exact"/>
        <w:jc w:val="both"/>
      </w:pPr>
      <w:r>
        <w:rPr>
          <w:rFonts w:ascii="Georgia" w:hAnsi="Georgia" w:cs="Georgia" w:eastAsia="Georgia"/>
          <w:b w:val="0"/>
          <w:i w:val="0"/>
          <w:sz w:val="22"/>
        </w:rPr>
        <w:t>ing him anger." (Al-Hajj, Aayat 15) This Aayat confirms with emphasis Divine Aid for Rasulullah (Sallallahu alayhi wasallam) to secure the ac- complishment of his mission of establishing the Deen. Other Aayat of the Qur'aan Majeed extend the Nusrat (Aid) of Allah Ta'ala to all those who are sincerely holding on to the Deen. Those who hold on to the Deen, making it their life and objective will not be denied the Aid of Allah Ta'ala.</w:t>
      </w:r>
    </w:p>
    <w:p>
      <w:pPr>
        <w:spacing w:before="0" w:after="120" w:line="300" w:lineRule="exact"/>
        <w:jc w:val="both"/>
      </w:pPr>
      <w:r>
        <w:rPr>
          <w:rFonts w:ascii="Georgia" w:hAnsi="Georgia" w:cs="Georgia" w:eastAsia="Georgia"/>
          <w:b w:val="0"/>
          <w:i w:val="0"/>
          <w:sz w:val="22"/>
        </w:rPr>
        <w:t>The plots and enmity of the kuffaar will not thwart the Aid of Allah Ta'ala reaching His faithful servants. When the kuffaar succeed in humiliating and defeating Muslims, it is not so on account of their power and ability. Muslim defeat is the consequence of treason against Allah Ta'ala. The ascendency and domination of the kuffaar are the effects of Athaab-the Punishment of Allah Azza Wa Jal.</w:t>
      </w:r>
    </w:p>
    <w:p>
      <w:pPr>
        <w:spacing w:before="0" w:after="120" w:line="300" w:lineRule="exact"/>
        <w:jc w:val="both"/>
      </w:pPr>
      <w:r>
        <w:rPr>
          <w:rFonts w:ascii="Georgia" w:hAnsi="Georgia" w:cs="Georgia" w:eastAsia="Georgia"/>
          <w:b w:val="0"/>
          <w:i w:val="0"/>
          <w:sz w:val="22"/>
        </w:rPr>
        <w:t>The solution for the Athaab is repentance and reformation. Adherence to the Shariah and adoption of the Sunnah are the answers for Muslim degradation, humiliation and defeat. The Qur'aan Majeed states: "If you aid (the Deen of) Al- lah, He will aid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 DESTROY...."</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"Numerous were the towns</w:t>
      </w:r>
    </w:p>
    <w:p>
      <w:pPr>
        <w:spacing w:before="120" w:after="120" w:line="300" w:lineRule="exact"/>
        <w:ind w:left="720" w:right="720"/>
        <w:jc w:val="center"/>
      </w:pPr>
      <w:r>
        <w:rPr>
          <w:rFonts w:ascii="Georgia" w:hAnsi="Georgia" w:cs="Georgia" w:eastAsia="Georgia"/>
          <w:b w:val="0"/>
          <w:i/>
          <w:sz w:val="22"/>
        </w:rPr>
        <w:t>which We (Allah) had destroyed whilst they (the</w:t>
      </w:r>
    </w:p>
    <w:p>
      <w:pPr>
        <w:spacing w:before="120" w:after="120" w:line="300" w:lineRule="exact"/>
        <w:ind w:left="720" w:right="720"/>
        <w:jc w:val="center"/>
      </w:pPr>
      <w:r>
        <w:rPr>
          <w:rFonts w:ascii="Georgia" w:hAnsi="Georgia" w:cs="Georgia" w:eastAsia="Georgia"/>
          <w:b w:val="0"/>
          <w:i/>
          <w:sz w:val="22"/>
        </w:rPr>
        <w:t>inhabitants) were oppressive (indulging in fisq, fujoor and</w:t>
      </w:r>
    </w:p>
    <w:p>
      <w:pPr>
        <w:spacing w:before="0" w:after="120" w:line="300" w:lineRule="exact"/>
        <w:jc w:val="both"/>
      </w:pPr>
      <w:r>
        <w:rPr>
          <w:rFonts w:ascii="Georgia" w:hAnsi="Georgia" w:cs="Georgia" w:eastAsia="Georgia"/>
          <w:b w:val="0"/>
          <w:i w:val="0"/>
          <w:sz w:val="22"/>
        </w:rPr>
        <w:t>kufr). Thus, now ( you will</w:t>
      </w:r>
    </w:p>
    <w:p>
      <w:pPr>
        <w:spacing w:before="120" w:after="120" w:line="300" w:lineRule="exact"/>
        <w:ind w:left="720" w:right="720"/>
        <w:jc w:val="center"/>
      </w:pPr>
      <w:r>
        <w:rPr>
          <w:rFonts w:ascii="Georgia" w:hAnsi="Georgia" w:cs="Georgia" w:eastAsia="Georgia"/>
          <w:b w:val="0"/>
          <w:i/>
          <w:sz w:val="22"/>
        </w:rPr>
        <w:t>see) the towns destroyed (and laying) on their roofs (i.e.</w:t>
      </w:r>
    </w:p>
    <w:p>
      <w:pPr>
        <w:spacing w:before="0" w:after="120" w:line="300" w:lineRule="exact"/>
        <w:jc w:val="both"/>
      </w:pPr>
      <w:r>
        <w:rPr>
          <w:rFonts w:ascii="Georgia" w:hAnsi="Georgia" w:cs="Georgia" w:eastAsia="Georgia"/>
          <w:b w:val="0"/>
          <w:i w:val="0"/>
          <w:sz w:val="22"/>
        </w:rPr>
        <w:t>utterly destroyed). And (you will see) many of</w:t>
      </w:r>
    </w:p>
    <w:p>
      <w:pPr>
        <w:spacing w:before="120" w:after="120" w:line="300" w:lineRule="exact"/>
        <w:ind w:left="720" w:right="720"/>
        <w:jc w:val="center"/>
      </w:pPr>
      <w:r>
        <w:rPr>
          <w:rFonts w:ascii="Georgia" w:hAnsi="Georgia" w:cs="Georgia" w:eastAsia="Georgia"/>
          <w:b w:val="0"/>
          <w:i/>
          <w:sz w:val="22"/>
        </w:rPr>
        <w:t>the wells and strong fortifications (destroyed) and disused."</w:t>
      </w:r>
    </w:p>
    <w:p>
      <w:pPr>
        <w:spacing w:before="0" w:after="120" w:line="300" w:lineRule="exact"/>
        <w:jc w:val="both"/>
      </w:pPr>
      <w:r>
        <w:rPr>
          <w:rFonts w:ascii="Georgia" w:hAnsi="Georgia" w:cs="Georgia" w:eastAsia="Georgia"/>
          <w:b w:val="0"/>
          <w:i w:val="0"/>
          <w:sz w:val="22"/>
        </w:rPr>
        <w:t>(Al-Hajj, Aayat 45) Towns, cities and villages were and are destroyed by the command of Allah Ta'ala when the inhabitants of these places traverse beyond all scope of reformation. All events and upheavals occurring in the world are the decrees of Allah Azza Wa Jal. The destruction which has left Gazzah in ruins and rubble is within the purview of the aforementioned Aayat as well as many other Aayaat and Ahaadith.</w:t>
      </w:r>
    </w:p>
    <w:p>
      <w:pPr>
        <w:spacing w:before="0" w:after="120" w:line="300" w:lineRule="exact"/>
        <w:jc w:val="both"/>
      </w:pPr>
      <w:r>
        <w:rPr>
          <w:rFonts w:ascii="Georgia" w:hAnsi="Georgia" w:cs="Georgia" w:eastAsia="Georgia"/>
          <w:b w:val="0"/>
          <w:i w:val="0"/>
          <w:sz w:val="22"/>
        </w:rPr>
        <w:t>It is the Athaab (Punishment) of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PLOT OF THE CLOWN</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Clown, Trump with his avaricious eyes on Gazzah, excreted from his mouth: "As far as rebuilding it (i.e. Gazzah), we may give it to other states in the Middle East to build sections of it; other people may do it through our auspices. But we're committed to owning it, taking it, and making sure that Hamas doesn't move back. There's nothing to move back to.</w:t>
      </w:r>
    </w:p>
    <w:p>
      <w:pPr>
        <w:spacing w:before="0" w:after="120" w:line="300" w:lineRule="exact"/>
        <w:jc w:val="both"/>
      </w:pPr>
      <w:r>
        <w:rPr>
          <w:rFonts w:ascii="Georgia" w:hAnsi="Georgia" w:cs="Georgia" w:eastAsia="Georgia"/>
          <w:b w:val="0"/>
          <w:i w:val="0"/>
          <w:sz w:val="22"/>
        </w:rPr>
        <w:t>The place is a demolition site." The Clown is stupid. Nev- ertheless, he has stated with clarity the plans and plot of the Yahood and Nasaara, and the conspiracy is not restricted to Gazzah. The entire Middle East comes within the purview of the colonial plans of this stupid Clown who head a stupid nation of mad people. As far as Muslims are concerned, the entire earth belongs to only Allah Ta'ala.</w:t>
      </w:r>
    </w:p>
    <w:p>
      <w:pPr>
        <w:spacing w:before="0" w:after="120" w:line="300" w:lineRule="exact"/>
        <w:jc w:val="both"/>
      </w:pPr>
      <w:r>
        <w:rPr>
          <w:rFonts w:ascii="Georgia" w:hAnsi="Georgia" w:cs="Georgia" w:eastAsia="Georgia"/>
          <w:b w:val="0"/>
          <w:i w:val="0"/>
          <w:sz w:val="22"/>
        </w:rPr>
        <w:t>The Qur'aan Majeed states: "Verily, the earth belongs to only Allah. He grants it to whomever He wills." It is only Allah Ta'ala Who will decide the ownership of Gazzah and of all other countries on which the eyes of the Yahood and Nasaara are fixed. Currently, Muslims are being brutally dispossessed of their land as a Punishment for their treason and rebellion against Allah Ta'ala.</w:t>
      </w:r>
    </w:p>
    <w:p>
      <w:pPr>
        <w:spacing w:before="0" w:after="120" w:line="300" w:lineRule="exact"/>
        <w:jc w:val="both"/>
      </w:pPr>
      <w:r>
        <w:rPr>
          <w:rFonts w:ascii="Georgia" w:hAnsi="Georgia" w:cs="Georgia" w:eastAsia="Georgia"/>
          <w:b w:val="0"/>
          <w:i w:val="0"/>
          <w:sz w:val="22"/>
        </w:rPr>
        <w:t>As long as Muslims fail to understand the cause for their dispossession, suffering and humiliation, they will remain the serfs and serves of impure and brutal devils such as the Clown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ABUSE THE RULERS</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SAID RASULULLAH (Sallallahu alayhi wasallam) Rasulullah (Sallallahu alayhi wasallam) said that Allah Ta'ala says: "I am Allah. There is no deity</w:t>
      </w:r>
    </w:p>
    <w:p>
      <w:pPr>
        <w:spacing w:before="120" w:after="120" w:line="300" w:lineRule="exact"/>
        <w:ind w:left="720" w:right="720"/>
        <w:jc w:val="center"/>
      </w:pPr>
      <w:r>
        <w:rPr>
          <w:rFonts w:ascii="Georgia" w:hAnsi="Georgia" w:cs="Georgia" w:eastAsia="Georgia"/>
          <w:b w:val="0"/>
          <w:i/>
          <w:sz w:val="22"/>
        </w:rPr>
        <w:t>except I Who is the King of kings and the King of sover-</w:t>
      </w:r>
    </w:p>
    <w:p>
      <w:pPr>
        <w:spacing w:before="0" w:after="120" w:line="300" w:lineRule="exact"/>
        <w:jc w:val="both"/>
      </w:pPr>
      <w:r>
        <w:rPr>
          <w:rFonts w:ascii="Georgia" w:hAnsi="Georgia" w:cs="Georgia" w:eastAsia="Georgia"/>
          <w:b w:val="0"/>
          <w:i w:val="0"/>
          <w:sz w:val="22"/>
        </w:rPr>
        <w:t>eignty. The hearts of kings</w:t>
      </w:r>
    </w:p>
    <w:p>
      <w:pPr>
        <w:spacing w:before="120" w:after="120" w:line="300" w:lineRule="exact"/>
        <w:ind w:left="720" w:right="720"/>
        <w:jc w:val="center"/>
      </w:pPr>
      <w:r>
        <w:rPr>
          <w:rFonts w:ascii="Georgia" w:hAnsi="Georgia" w:cs="Georgia" w:eastAsia="Georgia"/>
          <w:b w:val="0"/>
          <w:i/>
          <w:sz w:val="22"/>
        </w:rPr>
        <w:t>(rulers/governments) are in My Hand (Control and Power). When the people obey</w:t>
      </w:r>
    </w:p>
    <w:p>
      <w:pPr>
        <w:spacing w:before="120" w:after="120" w:line="300" w:lineRule="exact"/>
        <w:ind w:left="720" w:right="720"/>
        <w:jc w:val="center"/>
      </w:pPr>
      <w:r>
        <w:rPr>
          <w:rFonts w:ascii="Georgia" w:hAnsi="Georgia" w:cs="Georgia" w:eastAsia="Georgia"/>
          <w:b w:val="0"/>
          <w:i/>
          <w:sz w:val="22"/>
        </w:rPr>
        <w:t>Me, I turn the hearts of the kings towards them with mer-</w:t>
      </w:r>
    </w:p>
    <w:p>
      <w:pPr>
        <w:spacing w:before="120" w:after="120" w:line="300" w:lineRule="exact"/>
        <w:ind w:left="720" w:right="720"/>
        <w:jc w:val="center"/>
      </w:pPr>
      <w:r>
        <w:rPr>
          <w:rFonts w:ascii="Georgia" w:hAnsi="Georgia" w:cs="Georgia" w:eastAsia="Georgia"/>
          <w:b w:val="0"/>
          <w:i/>
          <w:sz w:val="22"/>
        </w:rPr>
        <w:t>cy and benevolence. When the people disobey Me,</w:t>
      </w:r>
    </w:p>
    <w:p>
      <w:pPr>
        <w:spacing w:before="120" w:after="120" w:line="300" w:lineRule="exact"/>
        <w:ind w:left="720" w:right="720"/>
        <w:jc w:val="center"/>
      </w:pPr>
      <w:r>
        <w:rPr>
          <w:rFonts w:ascii="Georgia" w:hAnsi="Georgia" w:cs="Georgia" w:eastAsia="Georgia"/>
          <w:b w:val="0"/>
          <w:i/>
          <w:sz w:val="22"/>
        </w:rPr>
        <w:t>I imbue the hearts of the kings with wrath and venge-</w:t>
      </w:r>
    </w:p>
    <w:p>
      <w:pPr>
        <w:spacing w:before="120" w:after="120" w:line="300" w:lineRule="exact"/>
        <w:ind w:left="720" w:right="720"/>
        <w:jc w:val="center"/>
      </w:pPr>
      <w:r>
        <w:rPr>
          <w:rFonts w:ascii="Georgia" w:hAnsi="Georgia" w:cs="Georgia" w:eastAsia="Georgia"/>
          <w:b w:val="0"/>
          <w:i/>
          <w:sz w:val="22"/>
        </w:rPr>
        <w:t>ance. Then they afflict the people with terrible punish-</w:t>
      </w:r>
    </w:p>
    <w:p>
      <w:pPr>
        <w:spacing w:before="120" w:after="120" w:line="300" w:lineRule="exact"/>
        <w:ind w:left="720" w:right="720"/>
        <w:jc w:val="center"/>
      </w:pPr>
      <w:r>
        <w:rPr>
          <w:rFonts w:ascii="Georgia" w:hAnsi="Georgia" w:cs="Georgia" w:eastAsia="Georgia"/>
          <w:b w:val="0"/>
          <w:i/>
          <w:sz w:val="22"/>
        </w:rPr>
        <w:t>ment. Therefore do not involve yourselves (do not waste your time) upraiding (abusing</w:t>
      </w:r>
    </w:p>
    <w:p>
      <w:pPr>
        <w:spacing w:before="120" w:after="120" w:line="300" w:lineRule="exact"/>
        <w:ind w:left="720" w:right="720"/>
        <w:jc w:val="center"/>
      </w:pPr>
      <w:r>
        <w:rPr>
          <w:rFonts w:ascii="Georgia" w:hAnsi="Georgia" w:cs="Georgia" w:eastAsia="Georgia"/>
          <w:b w:val="0"/>
          <w:i/>
          <w:sz w:val="22"/>
        </w:rPr>
        <w:t>and cursing) the kings. On the contrary, involve your-</w:t>
      </w:r>
    </w:p>
    <w:p>
      <w:pPr>
        <w:spacing w:before="120" w:after="120" w:line="300" w:lineRule="exact"/>
        <w:ind w:left="720" w:right="720"/>
        <w:jc w:val="center"/>
      </w:pPr>
      <w:r>
        <w:rPr>
          <w:rFonts w:ascii="Georgia" w:hAnsi="Georgia" w:cs="Georgia" w:eastAsia="Georgia"/>
          <w:b w:val="0"/>
          <w:i/>
          <w:sz w:val="22"/>
        </w:rPr>
        <w:t>selves with Thikr and Tawaadhu' (Humility) so that I</w:t>
      </w:r>
    </w:p>
    <w:p>
      <w:pPr>
        <w:spacing w:before="0" w:after="120" w:line="300" w:lineRule="exact"/>
        <w:jc w:val="both"/>
      </w:pPr>
      <w:r>
        <w:rPr>
          <w:rFonts w:ascii="Georgia" w:hAnsi="Georgia" w:cs="Georgia" w:eastAsia="Georgia"/>
          <w:b w:val="0"/>
          <w:i w:val="0"/>
          <w:sz w:val="22"/>
        </w:rPr>
        <w:t>suffice for you against (the oppression) of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ABUSE THE RULERS</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your rulers." There are several more similar Ahaadith instructing us to refrain from vilifying and upraising the rulers. The consequence of disobedience of the people is the appointment by Allah Ta'ala of tyrants and oppressors to punish them. Muslims, including ourselves, invariably react emotionally when segments of the Ummah are tyrannized, terrorized and brutalized as is the current scenario in Palestine.</w:t>
      </w:r>
    </w:p>
    <w:p>
      <w:pPr>
        <w:spacing w:before="0" w:after="120" w:line="300" w:lineRule="exact"/>
        <w:jc w:val="both"/>
      </w:pPr>
      <w:r>
        <w:rPr>
          <w:rFonts w:ascii="Georgia" w:hAnsi="Georgia" w:cs="Georgia" w:eastAsia="Georgia"/>
          <w:b w:val="0"/>
          <w:i w:val="0"/>
          <w:sz w:val="22"/>
        </w:rPr>
        <w:t>Then we inveigh against the perpetrators – the rulers – for the acts of oppression and brutality to which they subject us. While this attitudinal configuration is a natural reaction of Muslims who cherish deep love for their suffering brethren, the need is to restrain the emotion and to react within the boundaries of the precepts of the Qur'aan and Sunnah.</w:t>
      </w:r>
    </w:p>
    <w:p>
      <w:pPr>
        <w:spacing w:before="0" w:after="120" w:line="300" w:lineRule="exact"/>
        <w:jc w:val="both"/>
      </w:pPr>
      <w:r>
        <w:rPr>
          <w:rFonts w:ascii="Georgia" w:hAnsi="Georgia" w:cs="Georgia" w:eastAsia="Georgia"/>
          <w:b w:val="0"/>
          <w:i w:val="0"/>
          <w:sz w:val="22"/>
        </w:rPr>
        <w:t>Vilifying the oppressors and hurling vituperation at them as we generally do, is in reality in conflict with the spirit and teaching of the Qur'aan and Sunnah. The Qur'aan Majeed explicitly declares: "No calamity can befall ex- cept with the permission of</w:t>
      </w:r>
    </w:p>
    <w:p>
      <w:pPr>
        <w:spacing w:before="120" w:after="120" w:line="300" w:lineRule="exact"/>
        <w:ind w:left="720" w:right="720"/>
        <w:jc w:val="center"/>
      </w:pPr>
      <w:r>
        <w:rPr>
          <w:rFonts w:ascii="Georgia" w:hAnsi="Georgia" w:cs="Georgia" w:eastAsia="Georgia"/>
          <w:b w:val="0"/>
          <w:i/>
          <w:sz w:val="22"/>
        </w:rPr>
        <w:t>Allah. Whoever, believes in Allah, He guides his heart, and Allah is aware</w:t>
      </w:r>
    </w:p>
    <w:p>
      <w:pPr>
        <w:spacing w:before="0" w:after="120" w:line="300" w:lineRule="exact"/>
        <w:jc w:val="both"/>
      </w:pPr>
      <w:r>
        <w:rPr>
          <w:rFonts w:ascii="Georgia" w:hAnsi="Georgia" w:cs="Georgia" w:eastAsia="Georgia"/>
          <w:b w:val="0"/>
          <w:i w:val="0"/>
          <w:sz w:val="22"/>
        </w:rPr>
        <w:t>of everything." (At-Taghaabun, Aayat 11)</w:t>
      </w:r>
    </w:p>
    <w:p>
      <w:pPr>
        <w:spacing w:before="120" w:after="120" w:line="300" w:lineRule="exact"/>
        <w:ind w:left="720" w:right="720"/>
        <w:jc w:val="center"/>
      </w:pPr>
      <w:r>
        <w:rPr>
          <w:rFonts w:ascii="Georgia" w:hAnsi="Georgia" w:cs="Georgia" w:eastAsia="Georgia"/>
          <w:b w:val="0"/>
          <w:i/>
          <w:sz w:val="22"/>
        </w:rPr>
        <w:t>"There is no calamity which befalls (you) on earth and even</w:t>
      </w:r>
    </w:p>
    <w:p>
      <w:pPr>
        <w:spacing w:before="120" w:after="120" w:line="300" w:lineRule="exact"/>
        <w:ind w:left="720" w:right="720"/>
        <w:jc w:val="center"/>
      </w:pPr>
      <w:r>
        <w:rPr>
          <w:rFonts w:ascii="Georgia" w:hAnsi="Georgia" w:cs="Georgia" w:eastAsia="Georgia"/>
          <w:b w:val="0"/>
          <w:i/>
          <w:sz w:val="22"/>
        </w:rPr>
        <w:t>in yourselves except that it is recorded in a Kitaab even before We create</w:t>
      </w:r>
    </w:p>
    <w:p>
      <w:pPr>
        <w:spacing w:before="0" w:after="120" w:line="300" w:lineRule="exact"/>
        <w:jc w:val="both"/>
      </w:pPr>
      <w:r>
        <w:rPr>
          <w:rFonts w:ascii="Georgia" w:hAnsi="Georgia" w:cs="Georgia" w:eastAsia="Georgia"/>
          <w:b w:val="0"/>
          <w:i w:val="0"/>
          <w:sz w:val="22"/>
        </w:rPr>
        <w:t>it (the calamity)." (Al-Hadeed, Aayat 22)</w:t>
      </w:r>
    </w:p>
    <w:p>
      <w:pPr>
        <w:spacing w:before="120" w:after="120" w:line="300" w:lineRule="exact"/>
        <w:ind w:left="720" w:right="720"/>
        <w:jc w:val="center"/>
      </w:pPr>
      <w:r>
        <w:rPr>
          <w:rFonts w:ascii="Georgia" w:hAnsi="Georgia" w:cs="Georgia" w:eastAsia="Georgia"/>
          <w:b w:val="0"/>
          <w:i/>
          <w:sz w:val="22"/>
        </w:rPr>
        <w:t>"Say: 'Never shall any calamity befall us except that which Allah has decreed for</w:t>
      </w:r>
    </w:p>
    <w:p>
      <w:pPr>
        <w:spacing w:before="0" w:after="120" w:line="300" w:lineRule="exact"/>
        <w:jc w:val="both"/>
      </w:pPr>
      <w:r>
        <w:rPr>
          <w:rFonts w:ascii="Georgia" w:hAnsi="Georgia" w:cs="Georgia" w:eastAsia="Georgia"/>
          <w:b w:val="0"/>
          <w:i w:val="0"/>
          <w:sz w:val="22"/>
        </w:rPr>
        <w:t>us. Therefore, the Mu'minoon should have trust on Allah." (At-Taubah, Aayat 51) Now that it is known to Muslims that all calamities and misfortunes are the decrees of Allah Ta'ala, then it does not behove us to allow our intellect to become overshadowed with emotion to the degree of becoming entirely forgetful of the advices and commands of Allah Ta'ala and His Rasool (Sallallahu alayhi wasallam).</w:t>
      </w:r>
    </w:p>
    <w:p>
      <w:pPr>
        <w:spacing w:before="0" w:after="120" w:line="300" w:lineRule="exact"/>
        <w:jc w:val="both"/>
      </w:pPr>
      <w:r>
        <w:rPr>
          <w:rFonts w:ascii="Georgia" w:hAnsi="Georgia" w:cs="Georgia" w:eastAsia="Georgia"/>
          <w:b w:val="0"/>
          <w:i w:val="0"/>
          <w:sz w:val="22"/>
        </w:rPr>
        <w:t>Our Nabi (Sallallahu alayhi wasallam) said: "The hearts of the rulers are in the control of Allah…" The calamity and the punishment which overtake us are the decrees of Allah Ta'ala. In this regard the Qur'aan Majeed states:</w:t>
      </w:r>
    </w:p>
    <w:p>
      <w:pPr>
        <w:spacing w:before="120" w:after="120" w:line="300" w:lineRule="exact"/>
        <w:ind w:left="720" w:right="720"/>
        <w:jc w:val="center"/>
      </w:pPr>
      <w:r>
        <w:rPr>
          <w:rFonts w:ascii="Georgia" w:hAnsi="Georgia" w:cs="Georgia" w:eastAsia="Georgia"/>
          <w:b w:val="0"/>
          <w:i/>
          <w:sz w:val="22"/>
        </w:rPr>
        <w:t>"Nothing is hidden from your Rabb, be it a grain in the earth</w:t>
      </w:r>
    </w:p>
    <w:p>
      <w:pPr>
        <w:spacing w:before="120" w:after="120" w:line="300" w:lineRule="exact"/>
        <w:ind w:left="720" w:right="720"/>
        <w:jc w:val="center"/>
      </w:pPr>
      <w:r>
        <w:rPr>
          <w:rFonts w:ascii="Georgia" w:hAnsi="Georgia" w:cs="Georgia" w:eastAsia="Georgia"/>
          <w:b w:val="0"/>
          <w:i/>
          <w:sz w:val="22"/>
        </w:rPr>
        <w:t>or in the sky, nor anything smaller than it (a grain) nor bigger, but it is recorded in a Clear Book (Looh Mahfooz)."</w:t>
      </w:r>
    </w:p>
    <w:p>
      <w:pPr>
        <w:spacing w:before="0" w:after="120" w:line="300" w:lineRule="exact"/>
        <w:jc w:val="both"/>
      </w:pPr>
      <w:r>
        <w:rPr>
          <w:rFonts w:ascii="Georgia" w:hAnsi="Georgia" w:cs="Georgia" w:eastAsia="Georgia"/>
          <w:b w:val="0"/>
          <w:i w:val="0"/>
          <w:sz w:val="22"/>
        </w:rPr>
        <w:t>(Yoonus, Aayat 61) "By Him are the Keys of the</w:t>
      </w:r>
    </w:p>
    <w:p>
      <w:pPr>
        <w:spacing w:before="120" w:after="120" w:line="300" w:lineRule="exact"/>
        <w:ind w:left="720" w:right="720"/>
        <w:jc w:val="center"/>
      </w:pPr>
      <w:r>
        <w:rPr>
          <w:rFonts w:ascii="Georgia" w:hAnsi="Georgia" w:cs="Georgia" w:eastAsia="Georgia"/>
          <w:b w:val="0"/>
          <w:i/>
          <w:sz w:val="22"/>
        </w:rPr>
        <w:t>Ghaib. No one knows (the Ghaib) except He. He knows</w:t>
      </w:r>
    </w:p>
    <w:p>
      <w:pPr>
        <w:spacing w:before="0" w:after="120" w:line="300" w:lineRule="exact"/>
        <w:jc w:val="both"/>
      </w:pPr>
      <w:r>
        <w:rPr>
          <w:rFonts w:ascii="Georgia" w:hAnsi="Georgia" w:cs="Georgia" w:eastAsia="Georgia"/>
          <w:b w:val="0"/>
          <w:i w:val="0"/>
          <w:sz w:val="22"/>
        </w:rPr>
        <w:t>what is on the land and in</w:t>
      </w:r>
    </w:p>
    <w:p>
      <w:pPr>
        <w:spacing w:before="120" w:after="120" w:line="300" w:lineRule="exact"/>
        <w:ind w:left="720" w:right="720"/>
        <w:jc w:val="center"/>
      </w:pPr>
      <w:r>
        <w:rPr>
          <w:rFonts w:ascii="Georgia" w:hAnsi="Georgia" w:cs="Georgia" w:eastAsia="Georgia"/>
          <w:b w:val="0"/>
          <w:i/>
          <w:sz w:val="22"/>
        </w:rPr>
        <w:t>the ocean. Not a leaf drops (from a tree), but He is aware of it.</w:t>
      </w:r>
    </w:p>
    <w:p>
      <w:pPr>
        <w:spacing w:before="0" w:after="120" w:line="300" w:lineRule="exact"/>
        <w:jc w:val="both"/>
      </w:pPr>
      <w:r>
        <w:rPr>
          <w:rFonts w:ascii="Georgia" w:hAnsi="Georgia" w:cs="Georgia" w:eastAsia="Georgia"/>
          <w:b w:val="0"/>
          <w:i w:val="0"/>
          <w:sz w:val="22"/>
        </w:rPr>
        <w:t>There is not a seed in the darkness of the earth (underground) nor anything moist or dry, but it is recorded in a Clear Kitaab." (Al-An'aam, Aayat 59) Even the death of a leaf is recorded and it happens with the command of Allah Ta'ala. What should we now understand of the mighty upheavals occurring in the universe? When the earthquake strikes, when the volcano erupts, when the hurricane and the tsunami wrought havoc, death and destruction, we do not revile these creations of Allah Ta'ala.</w:t>
      </w:r>
    </w:p>
    <w:p>
      <w:pPr>
        <w:spacing w:before="0" w:after="120" w:line="300" w:lineRule="exact"/>
        <w:jc w:val="both"/>
      </w:pPr>
      <w:r>
        <w:rPr>
          <w:rFonts w:ascii="Georgia" w:hAnsi="Georgia" w:cs="Georgia" w:eastAsia="Georgia"/>
          <w:b w:val="0"/>
          <w:i w:val="0"/>
          <w:sz w:val="22"/>
        </w:rPr>
        <w:t>Just as these natural disasters bring death and destruction in their wake, so too do the kuffaar agents of Allah Ta'ala act. They act in terms of the decree of Allah Azza Wa Jal. It is He Who punishes us for our fisq, fujoor, kufr and treason. Allah Ta'ala sends an army from His numerous armies against us to brutalize and humiliate us.</w:t>
      </w:r>
    </w:p>
    <w:p>
      <w:pPr>
        <w:spacing w:before="120" w:after="120" w:line="300" w:lineRule="exact"/>
        <w:ind w:left="720" w:right="720"/>
        <w:jc w:val="center"/>
      </w:pPr>
      <w:r>
        <w:rPr>
          <w:rFonts w:ascii="Georgia" w:hAnsi="Georgia" w:cs="Georgia" w:eastAsia="Georgia"/>
          <w:b w:val="0"/>
          <w:i/>
          <w:sz w:val="22"/>
        </w:rPr>
        <w:t>"The armies of the heavens and earth belong to Allah."</w:t>
      </w:r>
    </w:p>
    <w:p>
      <w:pPr>
        <w:spacing w:before="120" w:after="120" w:line="300" w:lineRule="exact"/>
        <w:ind w:left="720" w:right="720"/>
        <w:jc w:val="center"/>
      </w:pPr>
      <w:r>
        <w:rPr>
          <w:rFonts w:ascii="Georgia" w:hAnsi="Georgia" w:cs="Georgia" w:eastAsia="Georgia"/>
          <w:b w:val="0"/>
          <w:i/>
          <w:sz w:val="22"/>
        </w:rPr>
        <w:t>(Al-Fath, Aayat 4) "The armies of the heavens and earth belong to Allah."</w:t>
      </w:r>
    </w:p>
    <w:p>
      <w:pPr>
        <w:spacing w:before="120" w:after="120" w:line="300" w:lineRule="exact"/>
        <w:ind w:left="720" w:right="720"/>
        <w:jc w:val="center"/>
      </w:pPr>
      <w:r>
        <w:rPr>
          <w:rFonts w:ascii="Georgia" w:hAnsi="Georgia" w:cs="Georgia" w:eastAsia="Georgia"/>
          <w:b w:val="0"/>
          <w:i/>
          <w:sz w:val="22"/>
        </w:rPr>
        <w:t>(Al-Fath, Aayat 7) "No one knows the Armies of</w:t>
      </w:r>
    </w:p>
    <w:p>
      <w:pPr>
        <w:spacing w:before="0" w:after="120" w:line="300" w:lineRule="exact"/>
        <w:jc w:val="both"/>
      </w:pPr>
      <w:r>
        <w:rPr>
          <w:rFonts w:ascii="Georgia" w:hAnsi="Georgia" w:cs="Georgia" w:eastAsia="Georgia"/>
          <w:b w:val="0"/>
          <w:i w:val="0"/>
          <w:sz w:val="22"/>
        </w:rPr>
        <w:t>your Rabb, except He." (Al-Muddathir, Aayat 31) Referring specifically to His Kuffaar army, Allah Ta'ala states in the Qur'aan Majeed:</w:t>
      </w:r>
    </w:p>
    <w:p>
      <w:pPr>
        <w:spacing w:before="120" w:after="120" w:line="300" w:lineRule="exact"/>
        <w:ind w:left="720" w:right="720"/>
        <w:jc w:val="center"/>
      </w:pPr>
      <w:r>
        <w:rPr>
          <w:rFonts w:ascii="Georgia" w:hAnsi="Georgia" w:cs="Georgia" w:eastAsia="Georgia"/>
          <w:b w:val="0"/>
          <w:i/>
          <w:sz w:val="22"/>
        </w:rPr>
        <w:t>"We have declared to Bani Israaeel in the Kitaab (Torah):</w:t>
      </w:r>
    </w:p>
    <w:p>
      <w:pPr>
        <w:spacing w:before="0" w:after="120" w:line="300" w:lineRule="exact"/>
        <w:jc w:val="both"/>
      </w:pPr>
      <w:r>
        <w:rPr>
          <w:rFonts w:ascii="Georgia" w:hAnsi="Georgia" w:cs="Georgia" w:eastAsia="Georgia"/>
          <w:b w:val="0"/>
          <w:i w:val="0"/>
          <w:sz w:val="22"/>
        </w:rPr>
        <w:t>'You will assuredly cause an-</w:t>
      </w:r>
    </w:p>
    <w:p>
      <w:pPr>
        <w:spacing w:before="120" w:after="120" w:line="300" w:lineRule="exact"/>
        <w:ind w:left="720" w:right="720"/>
        <w:jc w:val="center"/>
      </w:pPr>
      <w:r>
        <w:rPr>
          <w:rFonts w:ascii="Georgia" w:hAnsi="Georgia" w:cs="Georgia" w:eastAsia="Georgia"/>
          <w:b w:val="0"/>
          <w:i/>
          <w:sz w:val="22"/>
        </w:rPr>
        <w:t>archy twice on earth and reach great heights (extremes</w:t>
      </w:r>
    </w:p>
    <w:p>
      <w:pPr>
        <w:spacing w:before="0" w:after="120" w:line="300" w:lineRule="exact"/>
        <w:jc w:val="both"/>
      </w:pPr>
      <w:r>
        <w:rPr>
          <w:rFonts w:ascii="Georgia" w:hAnsi="Georgia" w:cs="Georgia" w:eastAsia="Georgia"/>
          <w:b w:val="0"/>
          <w:i w:val="0"/>
          <w:sz w:val="22"/>
        </w:rPr>
        <w:t>in anarchy/mischief/villainy).</w:t>
      </w:r>
    </w:p>
    <w:p>
      <w:pPr>
        <w:spacing w:before="120" w:after="120" w:line="300" w:lineRule="exact"/>
        <w:ind w:left="720" w:right="720"/>
        <w:jc w:val="center"/>
      </w:pPr>
      <w:r>
        <w:rPr>
          <w:rFonts w:ascii="Georgia" w:hAnsi="Georgia" w:cs="Georgia" w:eastAsia="Georgia"/>
          <w:b w:val="0"/>
          <w:i/>
          <w:sz w:val="22"/>
        </w:rPr>
        <w:t>"When the first of the two promises comes, We shall send against you such of Our</w:t>
      </w:r>
    </w:p>
    <w:p>
      <w:pPr>
        <w:spacing w:before="0" w:after="120" w:line="300" w:lineRule="exact"/>
        <w:jc w:val="both"/>
      </w:pPr>
      <w:r>
        <w:rPr>
          <w:rFonts w:ascii="Georgia" w:hAnsi="Georgia" w:cs="Georgia" w:eastAsia="Georgia"/>
          <w:b w:val="0"/>
          <w:i w:val="0"/>
          <w:sz w:val="22"/>
        </w:rPr>
        <w:t>servants (kuffaar) who are powerful in war. They will penetrate (your) homes. This is a promise to be ful- filled." (Bani Israaeel, Aayat 4 &amp; 5) "When the second promise</w:t>
      </w:r>
    </w:p>
    <w:p>
      <w:pPr>
        <w:spacing w:before="120" w:after="120" w:line="300" w:lineRule="exact"/>
        <w:ind w:left="720" w:right="720"/>
        <w:jc w:val="center"/>
      </w:pPr>
      <w:r>
        <w:rPr>
          <w:rFonts w:ascii="Georgia" w:hAnsi="Georgia" w:cs="Georgia" w:eastAsia="Georgia"/>
          <w:b w:val="0"/>
          <w:i/>
          <w:sz w:val="22"/>
        </w:rPr>
        <w:t>comes (they will with Our permission) disfigure your</w:t>
      </w:r>
    </w:p>
    <w:p>
      <w:pPr>
        <w:spacing w:before="120" w:after="120" w:line="300" w:lineRule="exact"/>
        <w:ind w:left="720" w:right="720"/>
        <w:jc w:val="center"/>
      </w:pPr>
      <w:r>
        <w:rPr>
          <w:rFonts w:ascii="Georgia" w:hAnsi="Georgia" w:cs="Georgia" w:eastAsia="Georgia"/>
          <w:b w:val="0"/>
          <w:i/>
          <w:sz w:val="22"/>
        </w:rPr>
        <w:t>faces, enter the Musjid (Musjidul Aqsa) as they had entered the first time (causing defilement and de-</w:t>
      </w:r>
    </w:p>
    <w:p>
      <w:pPr>
        <w:spacing w:before="0" w:after="120" w:line="300" w:lineRule="exact"/>
        <w:jc w:val="both"/>
      </w:pPr>
      <w:r>
        <w:rPr>
          <w:rFonts w:ascii="Georgia" w:hAnsi="Georgia" w:cs="Georgia" w:eastAsia="Georgia"/>
          <w:b w:val="0"/>
          <w:i w:val="0"/>
          <w:sz w:val="22"/>
        </w:rPr>
        <w:t>struction), and they will de- stroy everything they over- run." That was the heart-rending fate of the then Muslim Ummah and Palestine. That was the Athaab of Allah Ta'ala executed by the Kuffaar agents and army of Allah Azza Wa Jal (the Babylonian mushrikeen under Nebucanezzar) by the decree and permission of Allah Ta'ala. It ran its course as was decreed.</w:t>
      </w:r>
    </w:p>
    <w:p>
      <w:pPr>
        <w:spacing w:before="0" w:after="120" w:line="300" w:lineRule="exact"/>
        <w:jc w:val="both"/>
      </w:pPr>
      <w:r>
        <w:rPr>
          <w:rFonts w:ascii="Georgia" w:hAnsi="Georgia" w:cs="Georgia" w:eastAsia="Georgia"/>
          <w:b w:val="0"/>
          <w:i w:val="0"/>
          <w:sz w:val="22"/>
        </w:rPr>
        <w:t>Today that episode is being reenacted. The only difference is that Bani Israaeel today is the Kuffaar agent executing the Divine Punishment on the Muslim Ummah of today whereas in bygone times, Bani Israaeel was the Ummah being punished. This Punishment will run its prescribed course as decreed by Allah Ta'ala. Allah Azza Wa Jal is Samee (The Hearer), Baseer (The One Who Sees), Qaadir (The AllPowerful One, Aadil (The Just One) and Rahmaan (The Merciful One).</w:t>
      </w:r>
    </w:p>
    <w:p>
      <w:pPr>
        <w:spacing w:before="0" w:after="120" w:line="300" w:lineRule="exact"/>
        <w:jc w:val="both"/>
      </w:pPr>
      <w:r>
        <w:rPr>
          <w:rFonts w:ascii="Georgia" w:hAnsi="Georgia" w:cs="Georgia" w:eastAsia="Georgia"/>
          <w:b w:val="0"/>
          <w:i w:val="0"/>
          <w:sz w:val="22"/>
        </w:rPr>
        <w:t>He knows and sees everything, yet He is allowing the Yahood to execute their brutal genocide. That is because it is Allah Azza Wa Jal Who has empowered them and Who is directing the operations. Trump and Netanyahu are clowns and dunderheads - little flies, powerless to do anything. The Orchestrator is Allah Azza Wa Jal. Muslims are required to abandon their haraam hedonic lifestyle of obsequious bootlicking the kuffaar and emulous emulation of the Yahood and Nasaara.</w:t>
      </w:r>
    </w:p>
    <w:p>
      <w:pPr>
        <w:spacing w:before="0" w:after="120" w:line="300" w:lineRule="exact"/>
        <w:jc w:val="both"/>
      </w:pPr>
      <w:r>
        <w:rPr>
          <w:rFonts w:ascii="Georgia" w:hAnsi="Georgia" w:cs="Georgia" w:eastAsia="Georgia"/>
          <w:b w:val="0"/>
          <w:i w:val="0"/>
          <w:sz w:val="22"/>
        </w:rPr>
        <w:t>We are required by Allah Ta'ala to acknowledge our treason against Him, to repent – Taubah and Istighfaar - and to renew our Pledge of Obedience. Then overnight the tables will be turned. "Do not follow the kaafireen and the munaafiqeen. Ignore their harassment and repose trust on Allah. Allah suffices as a Helper." (Al-Ahzaab, Aayat 48)</w:t>
      </w:r>
    </w:p>
    <w:p>
      <w:pPr>
        <w:spacing w:before="120" w:after="120" w:line="300" w:lineRule="exact"/>
        <w:ind w:left="720" w:right="720"/>
        <w:jc w:val="center"/>
      </w:pPr>
      <w:r>
        <w:rPr>
          <w:rFonts w:ascii="Georgia" w:hAnsi="Georgia" w:cs="Georgia" w:eastAsia="Georgia"/>
          <w:b w:val="0"/>
          <w:i/>
          <w:sz w:val="22"/>
        </w:rPr>
        <w:t>"O People of Imaan! If you help Allah (His Deen), He</w:t>
      </w:r>
    </w:p>
    <w:p>
      <w:pPr>
        <w:spacing w:before="120" w:after="120" w:line="300" w:lineRule="exact"/>
        <w:ind w:left="720" w:right="720"/>
        <w:jc w:val="center"/>
      </w:pPr>
      <w:r>
        <w:rPr>
          <w:rFonts w:ascii="Georgia" w:hAnsi="Georgia" w:cs="Georgia" w:eastAsia="Georgia"/>
          <w:b w:val="0"/>
          <w:i/>
          <w:sz w:val="22"/>
        </w:rPr>
        <w:t>will help you and plant your feet firmly (against</w:t>
      </w:r>
    </w:p>
    <w:p>
      <w:pPr>
        <w:spacing w:before="0" w:after="120" w:line="300" w:lineRule="exact"/>
        <w:jc w:val="both"/>
      </w:pPr>
      <w:r>
        <w:rPr>
          <w:rFonts w:ascii="Georgia" w:hAnsi="Georgia" w:cs="Georgia" w:eastAsia="Georgia"/>
          <w:b w:val="0"/>
          <w:i w:val="0"/>
          <w:sz w:val="22"/>
        </w:rPr>
        <w:t>your enemy)." (Muhammad, Aayat 7) Our reaction when calamity befalls us should be, accord-</w:t>
      </w:r>
    </w:p>
    <w:p>
      <w:pPr>
        <w:spacing w:before="120" w:after="120" w:line="300" w:lineRule="exact"/>
        <w:ind w:left="720" w:right="720"/>
        <w:jc w:val="center"/>
      </w:pPr>
      <w:r>
        <w:rPr>
          <w:rFonts w:ascii="Georgia" w:hAnsi="Georgia" w:cs="Georgia" w:eastAsia="Georgia"/>
          <w:b w:val="0"/>
          <w:i/>
          <w:sz w:val="22"/>
        </w:rPr>
        <w:t>ing to the Qur'aan: "Give glad tidings to the Saabireen. They are those, when calamity befalls them, they say: 'Verily we belong to</w:t>
      </w:r>
    </w:p>
    <w:p>
      <w:pPr>
        <w:spacing w:before="0" w:after="120" w:line="300" w:lineRule="exact"/>
        <w:jc w:val="both"/>
      </w:pPr>
      <w:r>
        <w:rPr>
          <w:rFonts w:ascii="Georgia" w:hAnsi="Georgia" w:cs="Georgia" w:eastAsia="Georgia"/>
          <w:b w:val="0"/>
          <w:i w:val="0"/>
          <w:sz w:val="22"/>
        </w:rPr>
        <w:t>Allah and to Him shall we return". (Al-Baqarah, Aayat 156)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DEMOCRACY IS DEAD AND SHARIAH IS EFFECTIVE</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Akhundzada also criticized the West, saying 'nonbelievers' had united against Muslims and that the U.S. and others were united in their hostility toward Islam, citing the Israel-Hamas war in Gaza. Authored by: Wion Web Desk 30 Mar 2025 20:44 IST The Taliban leader, Haibatullah Akhundzada, said on Sunday that democracy has come to an end in Afghanistan and there was no need for Western laws at all since sharia was al- ready in effect.</w:t>
      </w:r>
    </w:p>
    <w:p>
      <w:pPr>
        <w:spacing w:before="0" w:after="120" w:line="300" w:lineRule="exact"/>
        <w:jc w:val="both"/>
      </w:pPr>
      <w:r>
        <w:rPr>
          <w:rFonts w:ascii="Georgia" w:hAnsi="Georgia" w:cs="Georgia" w:eastAsia="Georgia"/>
          <w:b w:val="0"/>
          <w:i w:val="0"/>
          <w:sz w:val="22"/>
        </w:rPr>
        <w:t>"Democracy has come to an end in Afghanistan, and sharia is in effect," said Akhundzada during a sermon marking Eid ul-Fitr in Kandahar's Eidgah Mosque. "There is no need for laws that originate from the West. We will create our own laws," Akhundzada said, speaking in Pashto while emphasizing the importance of Islamic laws. Akhundzada also criticized the West, saying 'non-believers' had united against Muslims and that the U.S. and others were united in their hostility toward Islam, citing the IsraelHamas war in Gaza.</w:t>
      </w:r>
    </w:p>
    <w:p>
      <w:pPr>
        <w:spacing w:before="0" w:after="120" w:line="300" w:lineRule="exact"/>
        <w:jc w:val="both"/>
      </w:pPr>
      <w:r>
        <w:rPr>
          <w:rFonts w:ascii="Georgia" w:hAnsi="Georgia" w:cs="Georgia" w:eastAsia="Georgia"/>
          <w:b w:val="0"/>
          <w:i w:val="0"/>
          <w:sz w:val="22"/>
        </w:rPr>
        <w:t>He added that those who supported democracy were trying to create a divide between the people of Afghanistan and the Taliban government. The 50-minute audio of Akhundzada's message was published on X by the Taliban government's chief spokesman, Zabihullah Mujahid.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MJC-MEMBER OF HIZBUSH SHAITAAN</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"Shaitaan has overwhelmed them, hence induced them to</w:t>
      </w:r>
    </w:p>
    <w:p>
      <w:pPr>
        <w:spacing w:before="0" w:after="120" w:line="300" w:lineRule="exact"/>
        <w:jc w:val="both"/>
      </w:pPr>
      <w:r>
        <w:rPr>
          <w:rFonts w:ascii="Georgia" w:hAnsi="Georgia" w:cs="Georgia" w:eastAsia="Georgia"/>
          <w:b w:val="0"/>
          <w:i w:val="0"/>
          <w:sz w:val="22"/>
        </w:rPr>
        <w:t>forget the Remembrance</w:t>
      </w:r>
    </w:p>
    <w:p>
      <w:pPr>
        <w:spacing w:before="120" w:after="120" w:line="300" w:lineRule="exact"/>
        <w:ind w:left="720" w:right="720"/>
        <w:jc w:val="center"/>
      </w:pPr>
      <w:r>
        <w:rPr>
          <w:rFonts w:ascii="Georgia" w:hAnsi="Georgia" w:cs="Georgia" w:eastAsia="Georgia"/>
          <w:b w:val="0"/>
          <w:i/>
          <w:sz w:val="22"/>
        </w:rPr>
        <w:t>(Thikr) of Allah. Indeed, they are Hizbush Shaitaan (the Clique of the</w:t>
      </w:r>
    </w:p>
    <w:p>
      <w:pPr>
        <w:spacing w:before="0" w:after="120" w:line="300" w:lineRule="exact"/>
        <w:jc w:val="both"/>
      </w:pPr>
      <w:r>
        <w:rPr>
          <w:rFonts w:ascii="Georgia" w:hAnsi="Georgia" w:cs="Georgia" w:eastAsia="Georgia"/>
          <w:b w:val="0"/>
          <w:i w:val="0"/>
          <w:sz w:val="22"/>
        </w:rPr>
        <w:t>Devil). Behold! Hizbush Shaitaan – they are the losers." The MJC Carrion Halaalizer, having come out in support of a Murtad who flagrantly in- dulges in kufr and shirk and who blatantly denies the fundamental basis of Imaan for Najaat (Salvation), has itself denuded itself of its 'deeni' façade with which it camouflages the kufr lurking within its bosom.</w:t>
      </w:r>
    </w:p>
    <w:p>
      <w:pPr>
        <w:spacing w:before="0" w:after="120" w:line="300" w:lineRule="exact"/>
        <w:jc w:val="both"/>
      </w:pPr>
      <w:r>
        <w:rPr>
          <w:rFonts w:ascii="Georgia" w:hAnsi="Georgia" w:cs="Georgia" w:eastAsia="Georgia"/>
          <w:b w:val="0"/>
          <w:i w:val="0"/>
          <w:sz w:val="22"/>
        </w:rPr>
        <w:t>In terms of the Qur'aan, the MJC Carrion Halaalizer is now a confirmed member of Hizbush Shaitaan. Shaitaan has urinated in their brains. Intoxicated with shaitaani veronal urine-drug, the MJC no longer understands the need to retain its outer cover of deception to conceal its nifaaq and kufr, hence from its heights of hubris it has demonstrated its blithe disregard for the Shariah with its support for a character suffering from indurate nifaaq, kufr and shirk.</w:t>
      </w:r>
    </w:p>
    <w:p>
      <w:pPr>
        <w:spacing w:before="0" w:after="120" w:line="300" w:lineRule="exact"/>
        <w:jc w:val="both"/>
      </w:pPr>
      <w:r>
        <w:rPr>
          <w:rFonts w:ascii="Georgia" w:hAnsi="Georgia" w:cs="Georgia" w:eastAsia="Georgia"/>
          <w:b w:val="0"/>
          <w:i w:val="0"/>
          <w:sz w:val="22"/>
        </w:rPr>
        <w:t>They have extinguished their Imaan.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HIZB OF ALLAH</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THE HIZB OF ALLAH</w:t>
      </w:r>
    </w:p>
    <w:p>
      <w:pPr>
        <w:spacing w:before="0" w:after="120" w:line="300" w:lineRule="exact"/>
        <w:jc w:val="both"/>
      </w:pPr>
      <w:r>
        <w:rPr>
          <w:rFonts w:ascii="Georgia" w:hAnsi="Georgia" w:cs="Georgia" w:eastAsia="Georgia"/>
          <w:b w:val="0"/>
          <w:i w:val="0"/>
          <w:sz w:val="22"/>
        </w:rPr>
        <w:t>"You will not find people who have Imaan in Allah and the Last Day befriending those who oppose Allah and His Rasool even if they (the kuffaar and zindeeq Bootlickers) are their fa- thers or their sons or their brothers or their families. Indeed these people (who do not befriend the op- ponents of Allah), Allah has embedded Imaan in their hearts and He assists them with His Mercy.</w:t>
      </w:r>
    </w:p>
    <w:p>
      <w:pPr>
        <w:spacing w:before="0" w:after="120" w:line="300" w:lineRule="exact"/>
        <w:jc w:val="both"/>
      </w:pPr>
      <w:r>
        <w:rPr>
          <w:rFonts w:ascii="Georgia" w:hAnsi="Georgia" w:cs="Georgia" w:eastAsia="Georgia"/>
          <w:b w:val="0"/>
          <w:i w:val="0"/>
          <w:sz w:val="22"/>
        </w:rPr>
        <w:t>He will admit them into such Orchards (of Jannat) be- neath which flow rivers. Therein shall they dwell for- ever. Allah is well pleased with them and they are well pleased with Him. Indeed, they are the Group (Hizb) of Allah. Behold! The Hizb of Allah shall be the on- ly successful ones." (Al-Mujaadalah, Aayat 22)</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BEFRIEND THEM"</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"O People of Imaan! Do not</w:t>
      </w:r>
    </w:p>
    <w:p>
      <w:pPr>
        <w:spacing w:before="120" w:after="120" w:line="300" w:lineRule="exact"/>
        <w:ind w:left="720" w:right="720"/>
        <w:jc w:val="center"/>
      </w:pPr>
      <w:r>
        <w:rPr>
          <w:rFonts w:ascii="Georgia" w:hAnsi="Georgia" w:cs="Georgia" w:eastAsia="Georgia"/>
          <w:b w:val="0"/>
          <w:i/>
          <w:sz w:val="22"/>
        </w:rPr>
        <w:t>take as friends your fathers and your brothers if they pre-</w:t>
      </w:r>
    </w:p>
    <w:p>
      <w:pPr>
        <w:spacing w:before="120" w:after="120" w:line="300" w:lineRule="exact"/>
        <w:ind w:left="720" w:right="720"/>
        <w:jc w:val="center"/>
      </w:pPr>
      <w:r>
        <w:rPr>
          <w:rFonts w:ascii="Georgia" w:hAnsi="Georgia" w:cs="Georgia" w:eastAsia="Georgia"/>
          <w:b w:val="0"/>
          <w:i/>
          <w:sz w:val="22"/>
        </w:rPr>
        <w:t>fer kufr to Imaan. Those from among you (Muslims)</w:t>
      </w:r>
    </w:p>
    <w:p>
      <w:pPr>
        <w:spacing w:before="0" w:after="120" w:line="300" w:lineRule="exact"/>
        <w:jc w:val="both"/>
      </w:pPr>
      <w:r>
        <w:rPr>
          <w:rFonts w:ascii="Georgia" w:hAnsi="Georgia" w:cs="Georgia" w:eastAsia="Georgia"/>
          <w:b w:val="0"/>
          <w:i w:val="0"/>
          <w:sz w:val="22"/>
        </w:rPr>
        <w:t>who befriend them, indeed they are the Zaalimoon (oppressors)." (At-Taubah, Aayat 23) Muwaalaat (friendship) and Najaat (Salvation in the Hereafter) in Islam are based on Imaan. Friendship with anyone is for the sake of Allah Ta'ala - to acquire His Pleasure, not for any worldly and nafsaani motive. Such misguided 'friendship' must necessarily end in moral, spiritual and mundane corruption.</w:t>
      </w:r>
    </w:p>
    <w:p>
      <w:pPr>
        <w:spacing w:before="0" w:after="120" w:line="300" w:lineRule="exact"/>
        <w:jc w:val="both"/>
      </w:pPr>
      <w:r>
        <w:rPr>
          <w:rFonts w:ascii="Georgia" w:hAnsi="Georgia" w:cs="Georgia" w:eastAsia="Georgia"/>
          <w:b w:val="0"/>
          <w:i w:val="0"/>
          <w:sz w:val="22"/>
        </w:rPr>
        <w:t>Kuffaar can never be the friends of Muslims. Regardless of what hue and persuasion they may be, they are one breed of ingrates. The Qur'aan says that those Muslims who befriend the kuffaar even if they are fathers and brothers, are likewise kuffaar. Acts of philanthropy and altruism are not the criterion for friendship. The criterion is Imaan.</w:t>
      </w:r>
    </w:p>
    <w:p>
      <w:pPr>
        <w:spacing w:before="0" w:after="120" w:line="300" w:lineRule="exact"/>
        <w:jc w:val="both"/>
      </w:pPr>
      <w:r>
        <w:rPr>
          <w:rFonts w:ascii="Georgia" w:hAnsi="Georgia" w:cs="Georgia" w:eastAsia="Georgia"/>
          <w:b w:val="0"/>
          <w:i w:val="0"/>
          <w:sz w:val="22"/>
        </w:rPr>
        <w:t>From the Islamic perspective, humanitarian acts and philanthropy regardless of the benefit to mankind, are baseless and worthless without Imaan. In the Aakhirat, the good deeds of the kuffaar will be worthless. Describing worthless deeds of 'virtue', the Qur'aan Majeed states: "…he who does not believe in Allah and the Last Day, his</w:t>
      </w:r>
    </w:p>
    <w:p>
      <w:pPr>
        <w:spacing w:before="120" w:after="120" w:line="300" w:lineRule="exact"/>
        <w:ind w:left="720" w:right="720"/>
        <w:jc w:val="center"/>
      </w:pPr>
      <w:r>
        <w:rPr>
          <w:rFonts w:ascii="Georgia" w:hAnsi="Georgia" w:cs="Georgia" w:eastAsia="Georgia"/>
          <w:b w:val="0"/>
          <w:i/>
          <w:sz w:val="22"/>
        </w:rPr>
        <w:t>similitude is like a rock on which sand (has gathered). When comes a gush of rain,</w:t>
      </w:r>
    </w:p>
    <w:p>
      <w:pPr>
        <w:spacing w:before="120" w:after="120" w:line="300" w:lineRule="exact"/>
        <w:ind w:left="720" w:right="720"/>
        <w:jc w:val="center"/>
      </w:pPr>
      <w:r>
        <w:rPr>
          <w:rFonts w:ascii="Georgia" w:hAnsi="Georgia" w:cs="Georgia" w:eastAsia="Georgia"/>
          <w:b w:val="0"/>
          <w:i/>
          <w:sz w:val="22"/>
        </w:rPr>
        <w:t>it is left bare. These people have no control over anything</w:t>
      </w:r>
    </w:p>
    <w:p>
      <w:pPr>
        <w:spacing w:before="120" w:after="120" w:line="300" w:lineRule="exact"/>
        <w:ind w:left="720" w:right="720"/>
        <w:jc w:val="center"/>
      </w:pPr>
      <w:r>
        <w:rPr>
          <w:rFonts w:ascii="Georgia" w:hAnsi="Georgia" w:cs="Georgia" w:eastAsia="Georgia"/>
          <w:b w:val="0"/>
          <w:i/>
          <w:sz w:val="22"/>
        </w:rPr>
        <w:t>they earn. Allah does not guide the kaafireen people."</w:t>
      </w:r>
    </w:p>
    <w:p>
      <w:pPr>
        <w:spacing w:before="0" w:after="120" w:line="300" w:lineRule="exact"/>
        <w:jc w:val="both"/>
      </w:pPr>
      <w:r>
        <w:rPr>
          <w:rFonts w:ascii="Georgia" w:hAnsi="Georgia" w:cs="Georgia" w:eastAsia="Georgia"/>
          <w:b w:val="0"/>
          <w:i w:val="0"/>
          <w:sz w:val="22"/>
        </w:rPr>
        <w:t>(Al-Baqarah, Aayat 264) The Zindeeqs who bootlick the kuffaar politicians and their interfaith kuffaar comrades elevate these so-called 'philanthropists' above the Muslimeen on the basis of their hollow proclamations of 'justice' and speeches against oppression. These Zanaadaqah claim that the kuffaar regardless of their kufr and rejection of Islam are more deserving of Jannat than sinful Muslims.</w:t>
      </w:r>
    </w:p>
    <w:p>
      <w:pPr>
        <w:spacing w:before="0" w:after="120" w:line="300" w:lineRule="exact"/>
        <w:jc w:val="both"/>
      </w:pPr>
      <w:r>
        <w:rPr>
          <w:rFonts w:ascii="Georgia" w:hAnsi="Georgia" w:cs="Georgia" w:eastAsia="Georgia"/>
          <w:b w:val="0"/>
          <w:i w:val="0"/>
          <w:sz w:val="22"/>
        </w:rPr>
        <w:t>The standard of salvation according to the hypocrite Zindeeqs is worldly humanitarian deeds, not Imaan. The Zindeeqs masquerading as Muslims are Satanists who believe themselves to be the rightly guided ones. Denouncing and rejecting them, the Qur'aan Majeed states:</w:t>
      </w:r>
    </w:p>
    <w:p>
      <w:pPr>
        <w:spacing w:before="120" w:after="120" w:line="300" w:lineRule="exact"/>
        <w:ind w:left="720" w:right="720"/>
        <w:jc w:val="center"/>
      </w:pPr>
      <w:r>
        <w:rPr>
          <w:rFonts w:ascii="Georgia" w:hAnsi="Georgia" w:cs="Georgia" w:eastAsia="Georgia"/>
          <w:b w:val="0"/>
          <w:i/>
          <w:sz w:val="22"/>
        </w:rPr>
        <w:t>"Verily, they take the shayaateen (devils) as friends besides</w:t>
      </w:r>
    </w:p>
    <w:p>
      <w:pPr>
        <w:spacing w:before="0" w:after="120" w:line="300" w:lineRule="exact"/>
        <w:jc w:val="both"/>
      </w:pPr>
      <w:r>
        <w:rPr>
          <w:rFonts w:ascii="Georgia" w:hAnsi="Georgia" w:cs="Georgia" w:eastAsia="Georgia"/>
          <w:b w:val="0"/>
          <w:i w:val="0"/>
          <w:sz w:val="22"/>
        </w:rPr>
        <w:t>Allah and they think that they are the guided ones." (Al-A'raaf, Aayat 30) The friendship of kuffaar is with Shaitaan. Regarding this reality, the Qur'aan Majeed referring to Nabi Ibraaheem (Alayhis salaam) says:</w:t>
      </w:r>
    </w:p>
    <w:p>
      <w:pPr>
        <w:spacing w:before="120" w:after="120" w:line="300" w:lineRule="exact"/>
        <w:ind w:left="720" w:right="720"/>
        <w:jc w:val="center"/>
      </w:pPr>
      <w:r>
        <w:rPr>
          <w:rFonts w:ascii="Georgia" w:hAnsi="Georgia" w:cs="Georgia" w:eastAsia="Georgia"/>
          <w:b w:val="0"/>
          <w:i/>
          <w:sz w:val="22"/>
        </w:rPr>
        <w:t>"O my father! Do not worship shaitaan. Verily, shaitaan was</w:t>
      </w:r>
    </w:p>
    <w:p>
      <w:pPr>
        <w:spacing w:before="120" w:after="120" w:line="300" w:lineRule="exact"/>
        <w:ind w:left="720" w:right="720"/>
        <w:jc w:val="center"/>
      </w:pPr>
      <w:r>
        <w:rPr>
          <w:rFonts w:ascii="Georgia" w:hAnsi="Georgia" w:cs="Georgia" w:eastAsia="Georgia"/>
          <w:b w:val="0"/>
          <w:i/>
          <w:sz w:val="22"/>
        </w:rPr>
        <w:t>to his Rabb a (rebellious) sinner. O my father! Verily I fear</w:t>
      </w:r>
    </w:p>
    <w:p>
      <w:pPr>
        <w:spacing w:before="120" w:after="120" w:line="300" w:lineRule="exact"/>
        <w:ind w:left="720" w:right="720"/>
        <w:jc w:val="center"/>
      </w:pPr>
      <w:r>
        <w:rPr>
          <w:rFonts w:ascii="Georgia" w:hAnsi="Georgia" w:cs="Georgia" w:eastAsia="Georgia"/>
          <w:b w:val="0"/>
          <w:i/>
          <w:sz w:val="22"/>
        </w:rPr>
        <w:t>that the punishment from ArRahmaan will afflict you. Then</w:t>
      </w:r>
    </w:p>
    <w:p>
      <w:pPr>
        <w:spacing w:before="0" w:after="120" w:line="300" w:lineRule="exact"/>
        <w:jc w:val="both"/>
      </w:pPr>
      <w:r>
        <w:rPr>
          <w:rFonts w:ascii="Georgia" w:hAnsi="Georgia" w:cs="Georgia" w:eastAsia="Georgia"/>
          <w:b w:val="0"/>
          <w:i w:val="0"/>
          <w:sz w:val="22"/>
        </w:rPr>
        <w:t>you will become the friend of shaitaan." (Maryam, Aayat 45)</w:t>
      </w:r>
    </w:p>
    <w:p>
      <w:pPr>
        <w:spacing w:before="120" w:after="120" w:line="300" w:lineRule="exact"/>
        <w:ind w:left="720" w:right="720"/>
        <w:jc w:val="center"/>
      </w:pPr>
      <w:r>
        <w:rPr>
          <w:rFonts w:ascii="Georgia" w:hAnsi="Georgia" w:cs="Georgia" w:eastAsia="Georgia"/>
          <w:b w:val="0"/>
          <w:i/>
          <w:sz w:val="22"/>
        </w:rPr>
        <w:t>"Verily, We have made the shayaateen (devils) the friends</w:t>
      </w:r>
    </w:p>
    <w:p>
      <w:pPr>
        <w:spacing w:before="0" w:after="120" w:line="300" w:lineRule="exact"/>
        <w:jc w:val="both"/>
      </w:pPr>
      <w:r>
        <w:rPr>
          <w:rFonts w:ascii="Georgia" w:hAnsi="Georgia" w:cs="Georgia" w:eastAsia="Georgia"/>
          <w:b w:val="0"/>
          <w:i w:val="0"/>
          <w:sz w:val="22"/>
        </w:rPr>
        <w:t>of those who have no Imaan." (Al-A'raaf, Aayat 27) These zindeeqs of our time belong to Hizbush Shaitaan (The Clique of Shaitaan). It is Iblees who urinates kufr into their brains:</w:t>
      </w:r>
    </w:p>
    <w:p>
      <w:pPr>
        <w:spacing w:before="120" w:after="120" w:line="300" w:lineRule="exact"/>
        <w:ind w:left="720" w:right="720"/>
        <w:jc w:val="center"/>
      </w:pPr>
      <w:r>
        <w:rPr>
          <w:rFonts w:ascii="Georgia" w:hAnsi="Georgia" w:cs="Georgia" w:eastAsia="Georgia"/>
          <w:b w:val="0"/>
          <w:i/>
          <w:sz w:val="22"/>
        </w:rPr>
        <w:t>"Verily, he (Iblees) calls his Clique so that they become the</w:t>
      </w:r>
    </w:p>
    <w:p>
      <w:pPr>
        <w:spacing w:before="0" w:after="120" w:line="300" w:lineRule="exact"/>
        <w:jc w:val="both"/>
      </w:pPr>
      <w:r>
        <w:rPr>
          <w:rFonts w:ascii="Georgia" w:hAnsi="Georgia" w:cs="Georgia" w:eastAsia="Georgia"/>
          <w:b w:val="0"/>
          <w:i w:val="0"/>
          <w:sz w:val="22"/>
        </w:rPr>
        <w:t>people of the Fire." (Faatir, Aayat 6) It is only Shaitaan who inspired the Murtad to excrete the following statement of irrefutable kufr: "I could only say that by the evidence of my experience, Tutu deserved paradise more than an Imam or Sheikh or Mufti who said the right formula, but chose not be a witness for justice; who memorized the Quran but chose not to live it… while people like Tutu, Boesak, Beyers, Guru Krishna, Slovo were confronting evil!" The response to this murtad's 'experience and opinion' is that his copro idea is shaitaani excreta which he has disgorged.</w:t>
      </w:r>
    </w:p>
    <w:p>
      <w:pPr>
        <w:spacing w:before="0" w:after="120" w:line="300" w:lineRule="exact"/>
        <w:jc w:val="both"/>
      </w:pPr>
      <w:r>
        <w:rPr>
          <w:rFonts w:ascii="Georgia" w:hAnsi="Georgia" w:cs="Georgia" w:eastAsia="Georgia"/>
          <w:b w:val="0"/>
          <w:i w:val="0"/>
          <w:sz w:val="22"/>
        </w:rPr>
        <w:t>Muslims should understand well that this narrative of kufr can emanate only from someone doomed to Jahannam - someone created specifically to be Hasabu Jahannam (Fuel for Hell-Fire). Understand well that the worst scoundrel Muslim – one who believes in Allah, His Rasool and the fundamentals of Islam, will enter Jannat despite his mountains of villainy, injustice, oppression, debauchery, etc.</w:t>
      </w:r>
    </w:p>
    <w:p>
      <w:pPr>
        <w:spacing w:before="0" w:after="120" w:line="300" w:lineRule="exact"/>
        <w:jc w:val="both"/>
      </w:pPr>
      <w:r>
        <w:rPr>
          <w:rFonts w:ascii="Georgia" w:hAnsi="Georgia" w:cs="Georgia" w:eastAsia="Georgia"/>
          <w:b w:val="0"/>
          <w:i w:val="0"/>
          <w:sz w:val="22"/>
        </w:rPr>
        <w:t>If Allah Ta'ala chooses to forgive him, he will enter Paradise without even entering Jahannam to suffer punishment. If Allah Ta'ala selects to punish him, then after having served his punishment, he will enter Jannat, and the extent of his Jannat will be ten times the size of earth. On the other hand, the 'greatest' kaafir philanthropist who had dedicated his life to humanitarian activities and to fighting oppression, will be doomed to everlasting perdition and Hell-Fire because he is a TREASONIST.</w:t>
      </w:r>
    </w:p>
    <w:p>
      <w:pPr>
        <w:spacing w:before="0" w:after="120" w:line="300" w:lineRule="exact"/>
        <w:jc w:val="both"/>
      </w:pPr>
      <w:r>
        <w:rPr>
          <w:rFonts w:ascii="Georgia" w:hAnsi="Georgia" w:cs="Georgia" w:eastAsia="Georgia"/>
          <w:b w:val="0"/>
          <w:i w:val="0"/>
          <w:sz w:val="22"/>
        </w:rPr>
        <w:t>He wasted his entire worldly life in committing treason against His Creator. He had denied the Final Message and Law of His Creator, Allah Ta'ala. As such, he is doomed to be an everlasting inmate of Jahannam. For the kuffaar philanthropists and for their zindeeq bootlickers masquerading as Muslims, the Qur'aan states: "Before them is Jahannam.</w:t>
      </w:r>
    </w:p>
    <w:p>
      <w:pPr>
        <w:spacing w:before="120" w:after="120" w:line="300" w:lineRule="exact"/>
        <w:ind w:left="720" w:right="720"/>
        <w:jc w:val="center"/>
      </w:pPr>
      <w:r>
        <w:rPr>
          <w:rFonts w:ascii="Georgia" w:hAnsi="Georgia" w:cs="Georgia" w:eastAsia="Georgia"/>
          <w:b w:val="0"/>
          <w:i/>
          <w:sz w:val="22"/>
        </w:rPr>
        <w:t>Whatever they had earned (done) will not avail them in any way whatsoever nor will</w:t>
      </w:r>
    </w:p>
    <w:p>
      <w:pPr>
        <w:spacing w:before="120" w:after="120" w:line="300" w:lineRule="exact"/>
        <w:ind w:left="720" w:right="720"/>
        <w:jc w:val="center"/>
      </w:pPr>
      <w:r>
        <w:rPr>
          <w:rFonts w:ascii="Georgia" w:hAnsi="Georgia" w:cs="Georgia" w:eastAsia="Georgia"/>
          <w:b w:val="0"/>
          <w:i/>
          <w:sz w:val="22"/>
        </w:rPr>
        <w:t>those whom they adopted as friends besides Allah be of any</w:t>
      </w:r>
    </w:p>
    <w:p>
      <w:pPr>
        <w:spacing w:before="0" w:after="120" w:line="300" w:lineRule="exact"/>
        <w:jc w:val="both"/>
      </w:pPr>
      <w:r>
        <w:rPr>
          <w:rFonts w:ascii="Georgia" w:hAnsi="Georgia" w:cs="Georgia" w:eastAsia="Georgia"/>
          <w:b w:val="0"/>
          <w:i w:val="0"/>
          <w:sz w:val="22"/>
        </w:rPr>
        <w:t>avail. For them shall be a ter- rible punishment." (Al-Jaathiyah, Aayat 10) Their humanitarian activities and their so-called struggles against oppression will be of no avail. Their worldly efforts will all be wasted and worthless in the Aakhirah. For them their will be only everlasting Hell-Fire while the worst Muslim scoundrel will be in Jannat after serving his sentence or he may even be forgiven and sent to Jannat without punishment.</w:t>
      </w:r>
    </w:p>
    <w:p>
      <w:pPr>
        <w:spacing w:before="0" w:after="120" w:line="300" w:lineRule="exact"/>
        <w:jc w:val="both"/>
      </w:pPr>
      <w:r>
        <w:rPr>
          <w:rFonts w:ascii="Georgia" w:hAnsi="Georgia" w:cs="Georgia" w:eastAsia="Georgia"/>
          <w:b w:val="0"/>
          <w:i w:val="0"/>
          <w:sz w:val="22"/>
        </w:rPr>
        <w:t>This is because he is not a treasonist. He did not reject Tauheed and the Shariah stemming from Tauheed. He believed in the Risaalat of Muhammad (Sallallahu alayhi wasallam). He was not an idolater nor a cross-worshipper nor did he subscribe to any of the kufr beliefs of Tutu, Boesak and the Hindu Guru Krishna whose boots the Zindeeq is licking.</w:t>
      </w:r>
    </w:p>
    <w:p>
      <w:pPr>
        <w:spacing w:before="0" w:after="120" w:line="300" w:lineRule="exact"/>
        <w:jc w:val="both"/>
      </w:pPr>
      <w:r>
        <w:rPr>
          <w:rFonts w:ascii="Georgia" w:hAnsi="Georgia" w:cs="Georgia" w:eastAsia="Georgia"/>
          <w:b w:val="0"/>
          <w:i w:val="0"/>
          <w:sz w:val="22"/>
        </w:rPr>
        <w:t>These munaafiqeen will suffer horribly when Malakul Maut captures them. The Qur'aan Majeed states: "What will be their condition</w:t>
      </w:r>
    </w:p>
    <w:p>
      <w:pPr>
        <w:spacing w:before="120" w:after="120" w:line="300" w:lineRule="exact"/>
        <w:ind w:left="720" w:right="720"/>
        <w:jc w:val="center"/>
      </w:pPr>
      <w:r>
        <w:rPr>
          <w:rFonts w:ascii="Georgia" w:hAnsi="Georgia" w:cs="Georgia" w:eastAsia="Georgia"/>
          <w:b w:val="0"/>
          <w:i/>
          <w:sz w:val="22"/>
        </w:rPr>
        <w:t>when the Angels (of Death) shall kill them, striking their</w:t>
      </w:r>
    </w:p>
    <w:p>
      <w:pPr>
        <w:spacing w:before="0" w:after="120" w:line="300" w:lineRule="exact"/>
        <w:jc w:val="both"/>
      </w:pPr>
      <w:r>
        <w:rPr>
          <w:rFonts w:ascii="Georgia" w:hAnsi="Georgia" w:cs="Georgia" w:eastAsia="Georgia"/>
          <w:b w:val="0"/>
          <w:i w:val="0"/>
          <w:sz w:val="22"/>
        </w:rPr>
        <w:t>faces and their backs? This (painful death) is the ef-</w:t>
      </w:r>
    </w:p>
    <w:p>
      <w:pPr>
        <w:spacing w:before="120" w:after="120" w:line="300" w:lineRule="exact"/>
        <w:ind w:left="720" w:right="720"/>
        <w:jc w:val="center"/>
      </w:pPr>
      <w:r>
        <w:rPr>
          <w:rFonts w:ascii="Georgia" w:hAnsi="Georgia" w:cs="Georgia" w:eastAsia="Georgia"/>
          <w:b w:val="0"/>
          <w:i/>
          <w:sz w:val="22"/>
        </w:rPr>
        <w:t>fect of them having pursued things which countenanced the</w:t>
      </w:r>
    </w:p>
    <w:p>
      <w:pPr>
        <w:spacing w:before="0" w:after="120" w:line="300" w:lineRule="exact"/>
        <w:jc w:val="both"/>
      </w:pPr>
      <w:r>
        <w:rPr>
          <w:rFonts w:ascii="Georgia" w:hAnsi="Georgia" w:cs="Georgia" w:eastAsia="Georgia"/>
          <w:b w:val="0"/>
          <w:i w:val="0"/>
          <w:sz w:val="22"/>
        </w:rPr>
        <w:t>Wrath of Allah, and they were averse to the Pleasure of Al- lah. Thus, has He destroyed their (superficially good) deeds." Their humanitarian deeds of goodness will not avail them. Their deeds are worthless without the pivot of Imaan. Deeds bereft of the basis of Imaan will not secure salvation for the kuffaar and their underling, subordinate bootlicking munaafiqeen parading as 'muslims'.</w:t>
      </w:r>
    </w:p>
    <w:p>
      <w:pPr>
        <w:spacing w:before="0" w:after="120" w:line="300" w:lineRule="exact"/>
        <w:jc w:val="both"/>
      </w:pPr>
      <w:r>
        <w:rPr>
          <w:rFonts w:ascii="Georgia" w:hAnsi="Georgia" w:cs="Georgia" w:eastAsia="Georgia"/>
          <w:b w:val="0"/>
          <w:i w:val="0"/>
          <w:sz w:val="22"/>
        </w:rPr>
        <w:t>They will soon readily understand this reality and comprehend in entirety the self-destruction they had perpetrated throughout their lives: "They will say: 'Alas! If we</w:t>
      </w:r>
    </w:p>
    <w:p>
      <w:pPr>
        <w:spacing w:before="120" w:after="120" w:line="300" w:lineRule="exact"/>
        <w:ind w:left="720" w:right="720"/>
        <w:jc w:val="center"/>
      </w:pPr>
      <w:r>
        <w:rPr>
          <w:rFonts w:ascii="Georgia" w:hAnsi="Georgia" w:cs="Georgia" w:eastAsia="Georgia"/>
          <w:b w:val="0"/>
          <w:i/>
          <w:sz w:val="22"/>
        </w:rPr>
        <w:t>had listened or if we had intelligence, we would not have become the companions of the Fire. Thus, will they concede their sins. Be-</w:t>
      </w:r>
    </w:p>
    <w:p>
      <w:pPr>
        <w:spacing w:before="0" w:after="120" w:line="300" w:lineRule="exact"/>
        <w:jc w:val="both"/>
      </w:pPr>
      <w:r>
        <w:rPr>
          <w:rFonts w:ascii="Georgia" w:hAnsi="Georgia" w:cs="Georgia" w:eastAsia="Georgia"/>
          <w:b w:val="0"/>
          <w:i w:val="0"/>
          <w:sz w:val="22"/>
        </w:rPr>
        <w:t>gone/Get far away (in per- dition)! (This will be) for the companions of the Fire!" (Al-Mulk, Aayat 10 &amp; 11) The Qur'aanic term mentioning the distance and estrangement of the evil companions of the Fire is 'suhkan'. It is stated in a pejorative sense such as the Afrikaans term: 'VOETSEK! When these modernist munaafiq bootlicker and their mushrik idolaters will express grief at their fate, it will be said to them: "Voetsek!</w:t>
      </w:r>
    </w:p>
    <w:p>
      <w:pPr>
        <w:spacing w:before="0" w:after="120" w:line="300" w:lineRule="exact"/>
        <w:jc w:val="both"/>
      </w:pPr>
      <w:r>
        <w:rPr>
          <w:rFonts w:ascii="Georgia" w:hAnsi="Georgia" w:cs="Georgia" w:eastAsia="Georgia"/>
          <w:b w:val="0"/>
          <w:i w:val="0"/>
          <w:sz w:val="22"/>
        </w:rPr>
        <w:t>Get lost and disappear into the Blazing Fire."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 NOT FOLLOW THEM…"</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"Do not follow the kaafireen and the munaafiqeen. Ignore</w:t>
      </w:r>
    </w:p>
    <w:p>
      <w:pPr>
        <w:spacing w:before="120" w:after="120" w:line="300" w:lineRule="exact"/>
        <w:ind w:left="720" w:right="720"/>
        <w:jc w:val="center"/>
      </w:pPr>
      <w:r>
        <w:rPr>
          <w:rFonts w:ascii="Georgia" w:hAnsi="Georgia" w:cs="Georgia" w:eastAsia="Georgia"/>
          <w:b w:val="0"/>
          <w:i/>
          <w:sz w:val="22"/>
        </w:rPr>
        <w:t>their harassment and repose trust on Allah. Allah suffices</w:t>
      </w:r>
    </w:p>
    <w:p>
      <w:pPr>
        <w:spacing w:before="0" w:after="120" w:line="300" w:lineRule="exact"/>
        <w:jc w:val="both"/>
      </w:pPr>
      <w:r>
        <w:rPr>
          <w:rFonts w:ascii="Georgia" w:hAnsi="Georgia" w:cs="Georgia" w:eastAsia="Georgia"/>
          <w:b w:val="0"/>
          <w:i w:val="0"/>
          <w:sz w:val="22"/>
        </w:rPr>
        <w:t>as a Helper." (Al-Ahzaab, Aayat 48) This Trust (Tawakkul) is attainable only by means of total obedience to the Shariah and adoption of the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PERPETUAL ENEMIES" of</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"Verily, for you (Mu'mineen)</w:t>
      </w:r>
    </w:p>
    <w:p>
      <w:pPr>
        <w:spacing w:before="120" w:after="120" w:line="300" w:lineRule="exact"/>
        <w:ind w:left="720" w:right="720"/>
        <w:jc w:val="center"/>
      </w:pPr>
      <w:r>
        <w:rPr>
          <w:rFonts w:ascii="Georgia" w:hAnsi="Georgia" w:cs="Georgia" w:eastAsia="Georgia"/>
          <w:b w:val="0"/>
          <w:i/>
          <w:sz w:val="22"/>
        </w:rPr>
        <w:t>there is a beautiful pattern of life in (the life of) Ibraa-</w:t>
      </w:r>
    </w:p>
    <w:p>
      <w:pPr>
        <w:spacing w:before="120" w:after="120" w:line="300" w:lineRule="exact"/>
        <w:ind w:left="720" w:right="720"/>
        <w:jc w:val="center"/>
      </w:pPr>
      <w:r>
        <w:rPr>
          <w:rFonts w:ascii="Georgia" w:hAnsi="Georgia" w:cs="Georgia" w:eastAsia="Georgia"/>
          <w:b w:val="0"/>
          <w:i/>
          <w:sz w:val="22"/>
        </w:rPr>
        <w:t>heem and those with him. (Remember) when he said to</w:t>
      </w:r>
    </w:p>
    <w:p>
      <w:pPr>
        <w:spacing w:before="0" w:after="120" w:line="300" w:lineRule="exact"/>
        <w:jc w:val="both"/>
      </w:pPr>
      <w:r>
        <w:rPr>
          <w:rFonts w:ascii="Georgia" w:hAnsi="Georgia" w:cs="Georgia" w:eastAsia="Georgia"/>
          <w:b w:val="0"/>
          <w:i w:val="0"/>
          <w:sz w:val="22"/>
        </w:rPr>
        <w:t>his people: 'Verily, we (Mu'mineen) dissociate from</w:t>
      </w:r>
    </w:p>
    <w:p>
      <w:pPr>
        <w:spacing w:before="120" w:after="120" w:line="300" w:lineRule="exact"/>
        <w:ind w:left="720" w:right="720"/>
        <w:jc w:val="center"/>
      </w:pPr>
      <w:r>
        <w:rPr>
          <w:rFonts w:ascii="Georgia" w:hAnsi="Georgia" w:cs="Georgia" w:eastAsia="Georgia"/>
          <w:b w:val="0"/>
          <w:i/>
          <w:sz w:val="22"/>
        </w:rPr>
        <w:t>you and from your objects of worship besides Allah. We reject you. Enmity and</w:t>
      </w:r>
    </w:p>
    <w:p>
      <w:pPr>
        <w:spacing w:before="120" w:after="120" w:line="300" w:lineRule="exact"/>
        <w:ind w:left="720" w:right="720"/>
        <w:jc w:val="center"/>
      </w:pPr>
      <w:r>
        <w:rPr>
          <w:rFonts w:ascii="Georgia" w:hAnsi="Georgia" w:cs="Georgia" w:eastAsia="Georgia"/>
          <w:b w:val="0"/>
          <w:i/>
          <w:sz w:val="22"/>
        </w:rPr>
        <w:t>hatred have surfaced between you and us forever, until you be-</w:t>
      </w:r>
    </w:p>
    <w:p>
      <w:pPr>
        <w:spacing w:before="0" w:after="120" w:line="300" w:lineRule="exact"/>
        <w:jc w:val="both"/>
      </w:pPr>
      <w:r>
        <w:rPr>
          <w:rFonts w:ascii="Georgia" w:hAnsi="Georgia" w:cs="Georgia" w:eastAsia="Georgia"/>
          <w:b w:val="0"/>
          <w:i w:val="0"/>
          <w:sz w:val="22"/>
        </w:rPr>
        <w:t>lieve in Allah, The one…" (Al-Mumtahinah, Aayat 4) The Western kuffaar who are experts in plotting and fabricating schemes and conspira- cies against Islam have plotted their 'Abraham Accord' to trick, decieve and ensnare ignorant Muslims and modernists whose Imaan either dangles on a thread or has been effaced whilst studying at the brothel universities.</w:t>
      </w:r>
    </w:p>
    <w:p>
      <w:pPr>
        <w:spacing w:before="0" w:after="120" w:line="300" w:lineRule="exact"/>
        <w:jc w:val="both"/>
      </w:pPr>
      <w:r>
        <w:rPr>
          <w:rFonts w:ascii="Georgia" w:hAnsi="Georgia" w:cs="Georgia" w:eastAsia="Georgia"/>
          <w:b w:val="0"/>
          <w:i w:val="0"/>
          <w:sz w:val="22"/>
        </w:rPr>
        <w:t>But, there is no accord with the kuffaar in the Deen and Philosophy of Nabi Ibraaheem (Alayhis salaam). He had with utmost clarity denounced the kuffaar and in the most strident manner did he proclaim adaawat (enmity) and baghdhaa' (hatred) for those who are mushriks. All of these kuffaar politicians and copro-humanitarians come within the purview of the Uswah Hasanah of Nabi Ibraaheem (Alayhis salaam) as expounded in the aforementioned Qur'aanic Aayat.</w:t>
      </w:r>
    </w:p>
    <w:p>
      <w:pPr>
        <w:spacing w:before="0" w:after="120" w:line="300" w:lineRule="exact"/>
        <w:jc w:val="both"/>
      </w:pPr>
      <w:r>
        <w:rPr>
          <w:rFonts w:ascii="Georgia" w:hAnsi="Georgia" w:cs="Georgia" w:eastAsia="Georgia"/>
          <w:b w:val="0"/>
          <w:i w:val="0"/>
          <w:sz w:val="22"/>
        </w:rPr>
        <w:t>Nabi Ibraaheem's Uswah Hasanah dictated the proclamation against the kuffaar mentioned in the Aayat. Do not be misled and trapped in the snare of Iblees by the munaafiqs who bootlick the kuffaar politicians. All their 'accords' and interfaith issues are ploys of Iblees being executed by the zanaadaqah and modernists in the Muslim community.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ZAALIMOON</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"We did not destroy towns except when their inhabitants were zaalimoon (evil trans- gressors and oppressors)." (Al-Qasas, Aayat 59) Towns and lands are destroyed by the Punishment of Allah Azza Wa Jal. It is only the gross and flagrant sinning and treason of the inhabitants which invite the Athaab of Allah Ta'ala. When the inhabitants exceed all bounds of transgression, fisq, fujoor and kufr, and have no regret and no intention of reforming, then the Athaab of Allah Ta'ala becomes justified.</w:t>
      </w:r>
    </w:p>
    <w:p>
      <w:pPr>
        <w:spacing w:before="0" w:after="120" w:line="300" w:lineRule="exact"/>
        <w:jc w:val="both"/>
      </w:pPr>
      <w:r>
        <w:rPr>
          <w:rFonts w:ascii="Georgia" w:hAnsi="Georgia" w:cs="Georgia" w:eastAsia="Georgia"/>
          <w:b w:val="0"/>
          <w:i w:val="0"/>
          <w:sz w:val="22"/>
        </w:rPr>
        <w:t>Thus, the upheavals of Athaab we are witnessing today in Palestine, Somalia, Sudan, Syria, Kashmir, Burma, China, etc. are the consequences of the Ummah's treason and rebellion.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 IS NOT GHAAFIL"</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"Verily, We are not ghaafil (oblivious) Regarding creation." (Al-Mu'minoon, Aayat 17) Whatever transpires in the universe is by the decree of Allah Ta'ala. He is not ghaafil (oblivious) of the happenings on earth, in the universe and in His entire creation. While we grieve for the suffering of the Ummah in Palestine and elsewhere, we should not be ghaafil of the fact that Allah Azza Jal is aware of what is happening.</w:t>
      </w:r>
    </w:p>
    <w:p>
      <w:pPr>
        <w:spacing w:before="0" w:after="120" w:line="300" w:lineRule="exact"/>
        <w:jc w:val="both"/>
      </w:pPr>
      <w:r>
        <w:rPr>
          <w:rFonts w:ascii="Georgia" w:hAnsi="Georgia" w:cs="Georgia" w:eastAsia="Georgia"/>
          <w:b w:val="0"/>
          <w:i w:val="0"/>
          <w:sz w:val="22"/>
        </w:rPr>
        <w:t>He sees, hears, and has all the power to end the suffering. But His Wisdom is allowing the Athaab to continue, and it will run its prescribed course, and no one has the power to thwart the Decree of Allah Azza Wa Jal. No one can fathom the mystery and wisdom of the decrees of Allah Azza Wa Jal. "Not a leaf drops (from a tree), but He is aware.</w:t>
      </w:r>
    </w:p>
    <w:p>
      <w:pPr>
        <w:spacing w:before="0" w:after="120" w:line="300" w:lineRule="exact"/>
        <w:jc w:val="both"/>
      </w:pPr>
      <w:r>
        <w:rPr>
          <w:rFonts w:ascii="Georgia" w:hAnsi="Georgia" w:cs="Georgia" w:eastAsia="Georgia"/>
          <w:b w:val="0"/>
          <w:i w:val="0"/>
          <w:sz w:val="22"/>
        </w:rPr>
        <w:t>There is not a seed in the darkness of the earth (underground) nor any- thing moist or dry, but it is recorded in a Clear Book (in Looh Mahfuz)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CALAMITIES</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"There is no calamity/misfortune (befalling anyone) except with the permission of Allah. He who believes in Allah, Allah guides his heart. And Allah is aware of everything. Obey Allah and obey the Rasool. If you turn away (from the Deen), then on Our Messengers is only the Clear Delivery (of the Message of Allah): There is no deity but He, and on Allah should the Mu'minoon have trust." (At-Taghaabun, 11, 12 &amp; 13)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BATTLE OF MOOTAH</w:t>
      </w:r>
    </w:p>
    <w:p>
      <w:pPr>
        <w:spacing w:before="0" w:after="160" w:line="300" w:lineRule="exact"/>
        <w:jc w:val="center"/>
      </w:pPr>
      <w:r>
        <w:rPr>
          <w:rFonts w:ascii="Georgia" w:hAnsi="Georgia" w:cs="Georgia" w:eastAsia="Georgia"/>
          <w:b w:val="0"/>
          <w:i/>
          <w:sz w:val="16"/>
        </w:rPr>
        <w:t>Page 12, 13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A STORM OF FAITH AGAINST THE TIDES OF ROME!</w:t>
      </w:r>
    </w:p>
    <w:p>
      <w:pPr>
        <w:spacing w:before="0" w:after="120" w:line="300" w:lineRule="exact"/>
        <w:jc w:val="both"/>
      </w:pPr>
      <w:r>
        <w:rPr>
          <w:rFonts w:ascii="Georgia" w:hAnsi="Georgia" w:cs="Georgia" w:eastAsia="Georgia"/>
          <w:b w:val="0"/>
          <w:i w:val="0"/>
          <w:sz w:val="22"/>
        </w:rPr>
        <w:t>3000 vs 100,000?! The Sahaabah (Radhiyallahu Anhum) stood on the burning sands of Mootah, staring at an OCEAN of Roman steel—10,000? 30,000? NO—Muslim sources say 100,000 elite Byzantine warriors! The earth trembled under their march, shields locked, spears gleaming, the Cross raised high. The Muslims were outnumbered beyond imagination—some hearts wavered.</w:t>
      </w:r>
    </w:p>
    <w:p>
      <w:pPr>
        <w:spacing w:before="0" w:after="120" w:line="300" w:lineRule="exact"/>
        <w:jc w:val="both"/>
      </w:pPr>
      <w:r>
        <w:rPr>
          <w:rFonts w:ascii="Georgia" w:hAnsi="Georgia" w:cs="Georgia" w:eastAsia="Georgia"/>
          <w:b w:val="0"/>
          <w:i w:val="0"/>
          <w:sz w:val="22"/>
        </w:rPr>
        <w:t>Should they wait for reinforcements? THEN CAME THE THUNDER OF ABDULLAH BIN RAWAAHAH (Radhiyallahu Anhu)! With fire in his voice, he roared: "O Muslims! We do not fight with numbers—we fight with EMAN (faith)! We fight for the Deen of Allah! If we advance, we attain either VICTORY or SHAHAADAH (martyrdom)! Both are GLORY!" THE MUSLIMS ERUPTED!</w:t>
      </w:r>
    </w:p>
    <w:p>
      <w:pPr>
        <w:spacing w:before="0" w:after="120" w:line="300" w:lineRule="exact"/>
        <w:jc w:val="both"/>
      </w:pPr>
      <w:r>
        <w:rPr>
          <w:rFonts w:ascii="Georgia" w:hAnsi="Georgia" w:cs="Georgia" w:eastAsia="Georgia"/>
          <w:b w:val="0"/>
          <w:i w:val="0"/>
          <w:sz w:val="22"/>
        </w:rPr>
        <w:t>Their fear turned into UNSTOPPABLE FURY! They charged—3000 LIONS against an ARMY OF TITANS! THE BATTLE BEGAN—A WHIRLWIND OF HEROISM! First, ZAID BIN HAARITHAH (Radhiyallahu Anhu), the beloved adopted son of Rasulullah (Sallallahu Alaihi Wasallam), GRABBED THE STANDARD! He fought like a DEMON OF JIHAD, cutting through Romans until arrows and spears PIERCED HIS CHEST!</w:t>
      </w:r>
    </w:p>
    <w:p>
      <w:pPr>
        <w:spacing w:before="0" w:after="120" w:line="300" w:lineRule="exact"/>
        <w:jc w:val="both"/>
      </w:pPr>
      <w:r>
        <w:rPr>
          <w:rFonts w:ascii="Georgia" w:hAnsi="Georgia" w:cs="Georgia" w:eastAsia="Georgia"/>
          <w:b w:val="0"/>
          <w:i w:val="0"/>
          <w:sz w:val="22"/>
        </w:rPr>
        <w:t>He fell—SHAHEED! Then, JAFAR BIN ABI TAALIB (Radhiyallahu Anhu), the FLYING EAGLE OF ISLAM, snatched the flag! He CHOPPED THROUGH THE ENEMY until his RIGHT ARM WAS SEVERED! He held the flag with his LEFT! When that too was cut, he GRIPPED IT WITH HIS TEETH until he was MARTYRED! His body had OVER 90 WOUNDS! Next, ABDULLAH BIN RAWAAHAH (Radhiyallahu Anhu), the POET-WARRIOR, took the banner!</w:t>
      </w:r>
    </w:p>
    <w:p>
      <w:pPr>
        <w:spacing w:before="0" w:after="120" w:line="300" w:lineRule="exact"/>
        <w:jc w:val="both"/>
      </w:pPr>
      <w:r>
        <w:rPr>
          <w:rFonts w:ascii="Georgia" w:hAnsi="Georgia" w:cs="Georgia" w:eastAsia="Georgia"/>
          <w:b w:val="0"/>
          <w:i w:val="0"/>
          <w:sz w:val="22"/>
        </w:rPr>
        <w:t>He SMASHED INTO THE ROMAN LINES, reciting verses of courage until HE TOO FELLSHAHEED! BACK IN MADINAH—A MIRACLE! Rasulullah (Sallallahu Alaihi Wasallam) was WATCHING THE BATTLE FROM AFAR! Tears streamed from his HOLY EYES as he announced each martyrdom: "Zaid has fallen… Now Ja'far… Now Abdullah…" THE STANDARD FELL—THE MUSLIMS WERE ON THE BRINK!</w:t>
      </w:r>
    </w:p>
    <w:p>
      <w:pPr>
        <w:spacing w:before="0" w:after="120" w:line="300" w:lineRule="exact"/>
        <w:jc w:val="both"/>
      </w:pPr>
      <w:r>
        <w:rPr>
          <w:rFonts w:ascii="Georgia" w:hAnsi="Georgia" w:cs="Georgia" w:eastAsia="Georgia"/>
          <w:b w:val="0"/>
          <w:i w:val="0"/>
          <w:sz w:val="22"/>
        </w:rPr>
        <w:t>THEN—A SWORD FLASHED! Rasulullah (Sallallahu Alaihi Wasallam) declared: "NOW THE STANDARD IS IN THE HAND OF A SWORD FROM THE SWORDS OF ALLAHKHALID BIN WALEED!" KHALID BIN WALEED (Radhiyallahu Anhu) UNLEASHES HELL! He REORGANIZED THE MUSLIM FORCES with LIGHTNING TACTICS! He CHARGED, RETREATED, FLANKED—CONFUSING THE ROMANS! He BROKE NINE SWORDS from non-stop combat!</w:t>
      </w:r>
    </w:p>
    <w:p>
      <w:pPr>
        <w:spacing w:before="0" w:after="120" w:line="300" w:lineRule="exact"/>
        <w:jc w:val="both"/>
      </w:pPr>
      <w:r>
        <w:rPr>
          <w:rFonts w:ascii="Georgia" w:hAnsi="Georgia" w:cs="Georgia" w:eastAsia="Georgia"/>
          <w:b w:val="0"/>
          <w:i w:val="0"/>
          <w:sz w:val="22"/>
        </w:rPr>
        <w:t>His FEROCITY WAS SUPERNATURAL! The Romans COULD NOT BREAK HIM! BY DAWN—THE MIRACLE! The MIGHTY ROMAN ARMY100,000 STRONG—HAD FLED! The Muslims stood VICTORIOUS! ISLAM HAD WON AGAINST ALL ODDS! Not by numbersBUT BY THE WILL OF ALLAH, AND THE UNBREAKABLE HEARTS OF THE SAHAABAH! THE BATTLE OF MOOTAH—A LEGEND OF FAITH, VALOUR, AND DIVINE AID! A STORY THAT WILL ECHO UNTIL THE DAY OF JUDGMENT! !اللهم ارض عن الصحابة أجمعين "O Allah, be pleased with all the Sahaabah!" SAYYIDINA KHALID BIN WALEED—THE SWORD OF ALLAH—HAD ARRIVED!</w:t>
      </w:r>
    </w:p>
    <w:p>
      <w:pPr>
        <w:spacing w:before="0" w:after="120" w:line="300" w:lineRule="exact"/>
        <w:jc w:val="both"/>
      </w:pPr>
      <w:r>
        <w:rPr>
          <w:rFonts w:ascii="Georgia" w:hAnsi="Georgia" w:cs="Georgia" w:eastAsia="Georgia"/>
          <w:b w:val="0"/>
          <w:i w:val="0"/>
          <w:sz w:val="22"/>
        </w:rPr>
        <w:t>SUBHAANALLAH! SUBHAANALLAH INDEED! A BATTLE THAT DEFIES LOGIC—A VICTORY THAT DEFINES LEGENDS! 3000 vs 100,000? No problem for the LIONS OF ISLAM! Three commanders martyred? The Muslims only grew STRONGER! Nine swords shattered? Khalid bin Waleed (Radhiyallahu Anhu) FORGED A TENTH FROM HIS UNYIELDING WILL! THE ROMANS THOUGHT THEY COULD CRUSH ISLAMINSTEAD, THEY FACED: **ZAID (Radhiyallahu Anhu), the BELOVED, falling as a SHIELD FOR THE UMMAH! **JA'FAR (Radhiyallahu Anhu), the HERO, whose BLOOD FLEW LIKE EAGLES' WINGS! **ABDULLAH (Radhiyallahu Anhu), the POET, whose LAST WORDS WERE A POEM FOR JANNAH! **KHALID (Radhiyallahu Anhu), the SWORD OF ALLAH, who TURNED THE TIDE WITH DIVINE FURY! **AND ALL THIS—WHILE RASULULLAH (Sallallahu Alaihi Wasallam) WATCHED FROM MADINAH, HIS TEARS WATERING THE SEEDS OF ETERNITY! **THIS WASN'T JUST A BATTLE—IT WAS A DA'WAH TO THE WORLD!</w:t>
      </w:r>
    </w:p>
    <w:p>
      <w:pPr>
        <w:spacing w:before="0" w:after="120" w:line="300" w:lineRule="exact"/>
        <w:jc w:val="both"/>
      </w:pPr>
      <w:r>
        <w:rPr>
          <w:rFonts w:ascii="Georgia" w:hAnsi="Georgia" w:cs="Georgia" w:eastAsia="Georgia"/>
          <w:b w:val="0"/>
          <w:i w:val="0"/>
          <w:sz w:val="22"/>
        </w:rPr>
        <w:t>"Islam does not rise by numbers, but by THE MEN WHO STAND WHEN THE EARTH SHAKES!" اللهم اجعلنا من أحباب الصحابة !وارزقنا حبهم واتباعهم "O Allah, make us among the lovers of the Sahaabah, and grant us their love and their way!" SUBHAANALLAH! SUBHAANALLAH! SUBHAANALLAH! The Battle of Mootahwhere FAITH MOVED MOUNTAINS, AND 3000 DEFIED DESTINY! !وما النصر إال من عند هللا "And victory comes only from Allah!" (Qur'an 8:10)</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ARMIES OF ALLAH</w:t>
      </w:r>
    </w:p>
    <w:p>
      <w:pPr>
        <w:spacing w:before="0" w:after="160" w:line="300" w:lineRule="exact"/>
        <w:jc w:val="center"/>
      </w:pPr>
      <w:r>
        <w:rPr>
          <w:rFonts w:ascii="Georgia" w:hAnsi="Georgia" w:cs="Georgia" w:eastAsia="Georgia"/>
          <w:b w:val="0"/>
          <w:i/>
          <w:sz w:val="16"/>
        </w:rPr>
        <w:t>Page 13 of the original</w:t>
      </w:r>
    </w:p>
    <w:p>
      <w:pPr>
        <w:pStyle w:val="Heading3"/>
        <w:spacing w:before="200" w:after="120" w:line="300" w:lineRule="exact"/>
        <w:jc w:val="left"/>
      </w:pPr>
      <w:r>
        <w:rPr>
          <w:rFonts w:ascii="Georgia" w:hAnsi="Georgia" w:cs="Georgia" w:eastAsia="Georgia"/>
          <w:b/>
          <w:i w:val="0"/>
          <w:color w:val="2E74B5"/>
          <w:sz w:val="24"/>
        </w:rPr>
        <w:t>THE ARMIES OF ALLAH</w:t>
      </w:r>
    </w:p>
    <w:p>
      <w:pPr>
        <w:spacing w:before="120" w:after="120" w:line="300" w:lineRule="exact"/>
        <w:ind w:left="720" w:right="720"/>
        <w:jc w:val="center"/>
      </w:pPr>
      <w:r>
        <w:rPr>
          <w:rFonts w:ascii="Georgia" w:hAnsi="Georgia" w:cs="Georgia" w:eastAsia="Georgia"/>
          <w:b w:val="0"/>
          <w:i/>
          <w:sz w:val="22"/>
        </w:rPr>
        <w:t>"The armies of the heavens and earth belong to Allah."</w:t>
      </w:r>
    </w:p>
    <w:p>
      <w:pPr>
        <w:spacing w:before="0" w:after="120" w:line="300" w:lineRule="exact"/>
        <w:jc w:val="both"/>
      </w:pPr>
      <w:r>
        <w:rPr>
          <w:rFonts w:ascii="Georgia" w:hAnsi="Georgia" w:cs="Georgia" w:eastAsia="Georgia"/>
          <w:b w:val="0"/>
          <w:i w:val="0"/>
          <w:sz w:val="22"/>
        </w:rPr>
        <w:t>(Al-Fath, Aayat 4) The Yahood, the Nasaara, natural disasters and all things of destruction are units in the Armies of Allah. They operate by the decree of Allah Ta'ala. Nothing and no one can lift a finger without authorization and empowerment by Allah Azza Wa Jal. To emphasize the fact that all powers and forces are the armies of Allah Azza Wa Jal, the Qur'aan repeats the above Verse, just two verses after having mentioned it: "The armies of the heavens and earth belong to Allah." (Al-Fath, Aayat 7) Again emphasizing this fact and reality, the Qur'aan states; "No one knows the Armies of your Rabb, except He." (Al-Muddathir, Aayat 31) To punish the disobedient and rebellious Believers, Allah Ta'ala sends against them any unit from His Armies.</w:t>
      </w:r>
    </w:p>
    <w:p>
      <w:pPr>
        <w:spacing w:before="0" w:after="120" w:line="300" w:lineRule="exact"/>
        <w:jc w:val="both"/>
      </w:pPr>
      <w:r>
        <w:rPr>
          <w:rFonts w:ascii="Georgia" w:hAnsi="Georgia" w:cs="Georgia" w:eastAsia="Georgia"/>
          <w:b w:val="0"/>
          <w:i w:val="0"/>
          <w:sz w:val="22"/>
        </w:rPr>
        <w:t>The kuffaar, the hurricane, earthquake, tsunami, etc., etc. are all units of the Armies of Allah Ta'ala. They operate within the bounds of the power ordained for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AID OF ALLAH</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Who are the people who are entitled to receive the Aid of Allah Ta'ala? Answering this question, the Qur'aan Majeed states: "Most assuredly, Allah will</w:t>
      </w:r>
    </w:p>
    <w:p>
      <w:pPr>
        <w:spacing w:before="120" w:after="120" w:line="300" w:lineRule="exact"/>
        <w:ind w:left="720" w:right="720"/>
        <w:jc w:val="center"/>
      </w:pPr>
      <w:r>
        <w:rPr>
          <w:rFonts w:ascii="Georgia" w:hAnsi="Georgia" w:cs="Georgia" w:eastAsia="Georgia"/>
          <w:b w:val="0"/>
          <w:i/>
          <w:sz w:val="22"/>
        </w:rPr>
        <w:t>aid those who aid Him. Verily, Allah is powerful and</w:t>
      </w:r>
    </w:p>
    <w:p>
      <w:pPr>
        <w:spacing w:before="0" w:after="120" w:line="300" w:lineRule="exact"/>
        <w:jc w:val="both"/>
      </w:pPr>
      <w:r>
        <w:rPr>
          <w:rFonts w:ascii="Georgia" w:hAnsi="Georgia" w:cs="Georgia" w:eastAsia="Georgia"/>
          <w:b w:val="0"/>
          <w:i w:val="0"/>
          <w:sz w:val="22"/>
        </w:rPr>
        <w:t>mighty." (Al-Hajj, Aayat 40) Those who aid the Deen of Allah Ta'ala are the ones who "aid Allah Ta'ala". Who are they? Answering this question, the Qur'aan Majeed says:</w:t>
      </w:r>
    </w:p>
    <w:p>
      <w:pPr>
        <w:spacing w:before="120" w:after="120" w:line="300" w:lineRule="exact"/>
        <w:ind w:left="720" w:right="720"/>
        <w:jc w:val="center"/>
      </w:pPr>
      <w:r>
        <w:rPr>
          <w:rFonts w:ascii="Georgia" w:hAnsi="Georgia" w:cs="Georgia" w:eastAsia="Georgia"/>
          <w:b w:val="0"/>
          <w:i/>
          <w:sz w:val="22"/>
        </w:rPr>
        <w:t>"They are those who, if We grant them authority on earth,</w:t>
      </w:r>
    </w:p>
    <w:p>
      <w:pPr>
        <w:spacing w:before="0" w:after="120" w:line="300" w:lineRule="exact"/>
        <w:jc w:val="both"/>
      </w:pPr>
      <w:r>
        <w:rPr>
          <w:rFonts w:ascii="Georgia" w:hAnsi="Georgia" w:cs="Georgia" w:eastAsia="Georgia"/>
          <w:b w:val="0"/>
          <w:i w:val="0"/>
          <w:sz w:val="22"/>
        </w:rPr>
        <w:t>they establish Salaat, pay</w:t>
      </w:r>
    </w:p>
    <w:p>
      <w:pPr>
        <w:spacing w:before="120" w:after="120" w:line="300" w:lineRule="exact"/>
        <w:ind w:left="720" w:right="720"/>
        <w:jc w:val="center"/>
      </w:pPr>
      <w:r>
        <w:rPr>
          <w:rFonts w:ascii="Georgia" w:hAnsi="Georgia" w:cs="Georgia" w:eastAsia="Georgia"/>
          <w:b w:val="0"/>
          <w:i/>
          <w:sz w:val="22"/>
        </w:rPr>
        <w:t>Zakaat, command virtue and prohibit evil. And the fi-</w:t>
      </w:r>
    </w:p>
    <w:p>
      <w:pPr>
        <w:spacing w:before="0" w:after="120" w:line="300" w:lineRule="exact"/>
        <w:jc w:val="both"/>
      </w:pPr>
      <w:r>
        <w:rPr>
          <w:rFonts w:ascii="Georgia" w:hAnsi="Georgia" w:cs="Georgia" w:eastAsia="Georgia"/>
          <w:b w:val="0"/>
          <w:i w:val="0"/>
          <w:sz w:val="22"/>
        </w:rPr>
        <w:t>nal result is with Allah." (Al-Hajj, 41) Muslims who have abandoned the Deen and who regulate their lives in emulation of the kuffaar as is the case in all countries, do not deserve the Nusrat (Aid) of Allah. The consequences of being deprived of the Aid of Allah Ta'ala are glaringly visible today in Palestine, Kashmir, India, China, Somalia, Sudan, etc.</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ABANDONING THE DEEN</w:t>
      </w:r>
    </w:p>
    <w:p>
      <w:pPr>
        <w:spacing w:before="0" w:after="160" w:line="300" w:lineRule="exact"/>
        <w:jc w:val="center"/>
      </w:pPr>
      <w:r>
        <w:rPr>
          <w:rFonts w:ascii="Georgia" w:hAnsi="Georgia" w:cs="Georgia" w:eastAsia="Georgia"/>
          <w:b w:val="0"/>
          <w:i/>
          <w:sz w:val="16"/>
        </w:rPr>
        <w:t>Page 14 of the original. Heading read from the printed headline artwork.</w:t>
      </w:r>
    </w:p>
    <w:p>
      <w:pPr>
        <w:spacing w:before="0" w:after="120" w:line="300" w:lineRule="exact"/>
        <w:jc w:val="both"/>
      </w:pPr>
      <w:r>
        <w:rPr>
          <w:rFonts w:ascii="Georgia" w:hAnsi="Georgia" w:cs="Georgia" w:eastAsia="Georgia"/>
          <w:b w:val="0"/>
          <w:i w:val="0"/>
          <w:sz w:val="22"/>
        </w:rPr>
        <w:t>"If Allah helps you, then</w:t>
      </w:r>
    </w:p>
    <w:p>
      <w:pPr>
        <w:spacing w:before="120" w:after="120" w:line="300" w:lineRule="exact"/>
        <w:ind w:left="720" w:right="720"/>
        <w:jc w:val="center"/>
      </w:pPr>
      <w:r>
        <w:rPr>
          <w:rFonts w:ascii="Georgia" w:hAnsi="Georgia" w:cs="Georgia" w:eastAsia="Georgia"/>
          <w:b w:val="0"/>
          <w:i/>
          <w:sz w:val="22"/>
        </w:rPr>
        <w:t>none can defeat you. And, if He abandons you,</w:t>
      </w:r>
    </w:p>
    <w:p>
      <w:pPr>
        <w:spacing w:before="120" w:after="120" w:line="300" w:lineRule="exact"/>
        <w:ind w:left="720" w:right="720"/>
        <w:jc w:val="center"/>
      </w:pPr>
      <w:r>
        <w:rPr>
          <w:rFonts w:ascii="Georgia" w:hAnsi="Georgia" w:cs="Georgia" w:eastAsia="Georgia"/>
          <w:b w:val="0"/>
          <w:i/>
          <w:sz w:val="22"/>
        </w:rPr>
        <w:t>then who is there to help you. The Mu'minoon</w:t>
      </w:r>
    </w:p>
    <w:p>
      <w:pPr>
        <w:spacing w:before="0" w:after="120" w:line="300" w:lineRule="exact"/>
        <w:jc w:val="both"/>
      </w:pPr>
      <w:r>
        <w:rPr>
          <w:rFonts w:ascii="Georgia" w:hAnsi="Georgia" w:cs="Georgia" w:eastAsia="Georgia"/>
          <w:b w:val="0"/>
          <w:i w:val="0"/>
          <w:sz w:val="22"/>
        </w:rPr>
        <w:t>should trust only Allah (and no one else)." (Aal Imraan, Aayat 160) This Aayat of the Qur'aan Majeed as well as other similar verses and supplementary Ahaadith should convince all understanding Muslims –Muslims with genuine Imaan – Imaan uncorrupted with western/atheistic ideologies - that there is no conundrum in the heart-rending conflagration consuming Muslims in Palestine.</w:t>
      </w:r>
    </w:p>
    <w:p>
      <w:pPr>
        <w:spacing w:before="0" w:after="120" w:line="300" w:lineRule="exact"/>
        <w:jc w:val="both"/>
      </w:pPr>
      <w:r>
        <w:rPr>
          <w:rFonts w:ascii="Georgia" w:hAnsi="Georgia" w:cs="Georgia" w:eastAsia="Georgia"/>
          <w:b w:val="0"/>
          <w:i w:val="0"/>
          <w:sz w:val="22"/>
        </w:rPr>
        <w:t>Whatever is transpiring in Palestine and in every other place in this universe, is the Decree of Allah Azza Wa Jal: "Everything is recorded in a Clear Kitaab." (Qur'aan) The Decree of Allah Ta'ala cannot be thwarted or impeded. It will run its prescribed course. Muslims, all over the world, have abandoned the Deen. They have forgotten Allah Ta'ala.</w:t>
      </w:r>
    </w:p>
    <w:p>
      <w:pPr>
        <w:spacing w:before="0" w:after="120" w:line="300" w:lineRule="exact"/>
        <w:jc w:val="both"/>
      </w:pPr>
      <w:r>
        <w:rPr>
          <w:rFonts w:ascii="Georgia" w:hAnsi="Georgia" w:cs="Georgia" w:eastAsia="Georgia"/>
          <w:b w:val="0"/>
          <w:i w:val="0"/>
          <w:sz w:val="22"/>
        </w:rPr>
        <w:t>He has therefore abandoned us by withholding His Nusrat (Help) from the Ummah. If Allah Ta'ala was pleased with Muslims, then according to the Qur'aan "none can defeat you". Today Muslims sprawled at the feet of the kuffaar and licking their boots, find no succour. The very boots they are licking and the very kuffaar they are emulating are kicking and humiliating them.</w:t>
      </w:r>
    </w:p>
    <w:p>
      <w:pPr>
        <w:spacing w:before="0" w:after="120" w:line="300" w:lineRule="exact"/>
        <w:jc w:val="both"/>
      </w:pPr>
      <w:r>
        <w:rPr>
          <w:rFonts w:ascii="Georgia" w:hAnsi="Georgia" w:cs="Georgia" w:eastAsia="Georgia"/>
          <w:b w:val="0"/>
          <w:i w:val="0"/>
          <w:sz w:val="22"/>
        </w:rPr>
        <w:t>Allah Ta'ala commands that the Mu'mineen should have Tawakkul (Trust) on only Him. But Muslims are reposing their trust on the stupid, imaginary and fictitious 'international community'. This international community, the UN, the international courts and other kuffaar institutions are all mirages and fictions. No one can aid Muslims because Allah Ta'ala has abandoned us.</w:t>
      </w:r>
    </w:p>
    <w:p>
      <w:pPr>
        <w:spacing w:before="0" w:after="120" w:line="300" w:lineRule="exact"/>
        <w:jc w:val="both"/>
      </w:pPr>
      <w:r>
        <w:rPr>
          <w:rFonts w:ascii="Georgia" w:hAnsi="Georgia" w:cs="Georgia" w:eastAsia="Georgia"/>
          <w:b w:val="0"/>
          <w:i w:val="0"/>
          <w:sz w:val="22"/>
        </w:rPr>
        <w:t>The only way of gaining the Nusrat of Allah Ta'ala is to return back to Islam with Taubah, Istighfaar, Taa-at (Obedience) and Ibaadat. There is no other way.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BY THE REGIME'S OF MUSLIM COUNTRIES? A HILARIOUS JOKE</w:t>
      </w:r>
    </w:p>
    <w:p>
      <w:pPr>
        <w:spacing w:before="0" w:after="160" w:line="300" w:lineRule="exact"/>
        <w:jc w:val="center"/>
      </w:pPr>
      <w:r>
        <w:rPr>
          <w:rFonts w:ascii="Georgia" w:hAnsi="Georgia" w:cs="Georgia" w:eastAsia="Georgia"/>
          <w:b w:val="0"/>
          <w:i/>
          <w:sz w:val="16"/>
        </w:rPr>
        <w:t>Page 14, 15 of the original. Heading read from the printed headline artwork.</w:t>
      </w:r>
    </w:p>
    <w:p>
      <w:pPr>
        <w:spacing w:before="0" w:after="120" w:line="300" w:lineRule="exact"/>
        <w:jc w:val="both"/>
      </w:pPr>
      <w:r>
        <w:rPr>
          <w:rFonts w:ascii="Georgia" w:hAnsi="Georgia" w:cs="Georgia" w:eastAsia="Georgia"/>
          <w:b w:val="0"/>
          <w:i w:val="0"/>
          <w:sz w:val="22"/>
        </w:rPr>
        <w:t>Some entities, namely the IUMS (International Union of Islamic Scholars) and Mufti Taqi Usmani) have issued the fatwa of Jihad being obligatory on all Muslim governments. In the wake of kuffaar brutalities on Muslim communities, not only in Gazzah, but in several other places such as Burma, India, China, etc., Jihad being Fardh on Muslim governments is an axiomatic truth and reality which is not in need of these belated fatwas.</w:t>
      </w:r>
    </w:p>
    <w:p>
      <w:pPr>
        <w:spacing w:before="0" w:after="120" w:line="300" w:lineRule="exact"/>
        <w:jc w:val="both"/>
      </w:pPr>
      <w:r>
        <w:rPr>
          <w:rFonts w:ascii="Georgia" w:hAnsi="Georgia" w:cs="Georgia" w:eastAsia="Georgia"/>
          <w:b w:val="0"/>
          <w:i w:val="0"/>
          <w:sz w:val="22"/>
        </w:rPr>
        <w:t>However, these fatwas are full of sound and fury signifying nil, absolutely nothing. Firstly, all regimes in all Muslim countries with the solitary exception of Afghanistan, are KUFR. The governments of the Muslim countries have abolished the Shariah and have substituted for it some western kufr system of government. Even the abolition of a single hukm of the Shariah is kufr.</w:t>
      </w:r>
    </w:p>
    <w:p>
      <w:pPr>
        <w:spacing w:before="0" w:after="120" w:line="300" w:lineRule="exact"/>
        <w:jc w:val="both"/>
      </w:pPr>
      <w:r>
        <w:rPr>
          <w:rFonts w:ascii="Georgia" w:hAnsi="Georgia" w:cs="Georgia" w:eastAsia="Georgia"/>
          <w:b w:val="0"/>
          <w:i w:val="0"/>
          <w:sz w:val="22"/>
        </w:rPr>
        <w:t>But we find that the entire Shariah has been expunged from the law system of all Muslim countries. Kuffaar regimes governing the Muslim countries with systems of Kufr cannot be expected to heed the flapdoodle fatwas of the Muftis who themselves are generally bootlickers of the kufr regimes. Did Mufti Taqi ever issue the fatwa of Jihad being Fardh on the government of Pakistan regarding the brutalities of Burma and India on their respective Muslim communities?</w:t>
      </w:r>
    </w:p>
    <w:p>
      <w:pPr>
        <w:spacing w:before="0" w:after="120" w:line="300" w:lineRule="exact"/>
        <w:jc w:val="both"/>
      </w:pPr>
      <w:r>
        <w:rPr>
          <w:rFonts w:ascii="Georgia" w:hAnsi="Georgia" w:cs="Georgia" w:eastAsia="Georgia"/>
          <w:b w:val="0"/>
          <w:i w:val="0"/>
          <w:sz w:val="22"/>
        </w:rPr>
        <w:t>Palestine in relation to Burma and India is far away. Did Mufti Taqi ever say that Jihad is Fardh on the Pakistani government regarding the issue of Kashmir? And did the IUMS ever issue such a fatwa for governments adjoining countries where genocide was being perpetrated against Muslims? The armed forces of all Muslim countries are in cahoots with their respective kuffaar governments, hence they too are kuffaar regardless of their trumpeting 'islamic' themes.</w:t>
      </w:r>
    </w:p>
    <w:p>
      <w:pPr>
        <w:spacing w:before="0" w:after="120" w:line="300" w:lineRule="exact"/>
        <w:jc w:val="both"/>
      </w:pPr>
      <w:r>
        <w:rPr>
          <w:rFonts w:ascii="Georgia" w:hAnsi="Georgia" w:cs="Georgia" w:eastAsia="Georgia"/>
          <w:b w:val="0"/>
          <w:i w:val="0"/>
          <w:sz w:val="22"/>
        </w:rPr>
        <w:t>The kufr of the regimes has rendered the armed forces impotent against the kuffaar. The only utility the armies in Muslim countries have is to oppress and brutalize their civilian populations. But against the kuffaar, they are absolutely useless, hopeless and impotent. In addition to being silent spectators of the massacres and genocide in Gazzah, all armies, airforces, navies and governments are in cahoots with Israel and the USA.</w:t>
      </w:r>
    </w:p>
    <w:p>
      <w:pPr>
        <w:spacing w:before="0" w:after="120" w:line="300" w:lineRule="exact"/>
        <w:jc w:val="both"/>
      </w:pPr>
      <w:r>
        <w:rPr>
          <w:rFonts w:ascii="Georgia" w:hAnsi="Georgia" w:cs="Georgia" w:eastAsia="Georgia"/>
          <w:b w:val="0"/>
          <w:i w:val="0"/>
          <w:sz w:val="22"/>
        </w:rPr>
        <w:t>In fact, they are totally submissive and docile on account of their fear for the Yahood and Nasaara, and such fear is the effect of being fearless against Allah Ta'ala. This includes Qatar who deceptively portrays to be in support of Palestine while in reality it too is in collaboration with the Yahood and Nasaara. While the Grand Iblees 'mufti' of Egypt castigated these entities for their fatwa, calling it 'irresponsible', we say that it is a hilarious joke devoid of substance.</w:t>
      </w:r>
    </w:p>
    <w:p>
      <w:pPr>
        <w:spacing w:before="120" w:after="120" w:line="300" w:lineRule="exact"/>
        <w:ind w:left="720" w:right="720"/>
        <w:jc w:val="center"/>
      </w:pPr>
      <w:r>
        <w:rPr>
          <w:rFonts w:ascii="Georgia" w:hAnsi="Georgia" w:cs="Georgia" w:eastAsia="Georgia"/>
          <w:b w:val="0"/>
          <w:i/>
          <w:sz w:val="22"/>
        </w:rPr>
        <w:t>"Verily, the earth belongs to Allah. He grants its dominion to whomever He wills of His</w:t>
      </w:r>
    </w:p>
    <w:p>
      <w:pPr>
        <w:spacing w:before="120" w:after="120" w:line="300" w:lineRule="exact"/>
        <w:ind w:left="720" w:right="720"/>
        <w:jc w:val="center"/>
      </w:pPr>
      <w:r>
        <w:rPr>
          <w:rFonts w:ascii="Georgia" w:hAnsi="Georgia" w:cs="Georgia" w:eastAsia="Georgia"/>
          <w:b w:val="0"/>
          <w:i/>
          <w:sz w:val="22"/>
        </w:rPr>
        <w:t>servants. The ultimate result (of success and victory)</w:t>
      </w:r>
    </w:p>
    <w:p>
      <w:pPr>
        <w:spacing w:before="0" w:after="120" w:line="300" w:lineRule="exact"/>
        <w:jc w:val="both"/>
      </w:pPr>
      <w:r>
        <w:rPr>
          <w:rFonts w:ascii="Georgia" w:hAnsi="Georgia" w:cs="Georgia" w:eastAsia="Georgia"/>
          <w:b w:val="0"/>
          <w:i w:val="0"/>
          <w:sz w:val="22"/>
        </w:rPr>
        <w:t>is for the Muttaqeen."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NAPAKISTAN: THE CURSE OF THE MAZLOOM</w:t>
      </w:r>
    </w:p>
    <w:p>
      <w:pPr>
        <w:spacing w:before="0" w:after="160" w:line="300" w:lineRule="exact"/>
        <w:jc w:val="center"/>
      </w:pPr>
      <w:r>
        <w:rPr>
          <w:rFonts w:ascii="Georgia" w:hAnsi="Georgia" w:cs="Georgia" w:eastAsia="Georgia"/>
          <w:b w:val="0"/>
          <w:i/>
          <w:sz w:val="16"/>
        </w:rPr>
        <w:t>Page 15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the zulm they are inflicting on these unfortunate Muslims who have settled in Pakistan since many decades. Thousands have been born in Napakistan and have no ties with Afghanistan. Since the regime in Napakistan is kufr, it conducts itself like the kuffaar Yahood in Gazzah. A kufr regime masquerading as Muslims, excel in zulm.</w:t>
      </w:r>
    </w:p>
    <w:p>
      <w:pPr>
        <w:spacing w:before="0" w:after="120" w:line="300" w:lineRule="exact"/>
        <w:jc w:val="both"/>
      </w:pPr>
      <w:r>
        <w:rPr>
          <w:rFonts w:ascii="Georgia" w:hAnsi="Georgia" w:cs="Georgia" w:eastAsia="Georgia"/>
          <w:b w:val="0"/>
          <w:i w:val="0"/>
          <w:sz w:val="22"/>
        </w:rPr>
        <w:t>It is therefore uncaring and oblivious of the cruelty and brutality it is inflicting on the more than million Reciters of the Kalimah. There is absolutely no justification for this inhuman treatment and zulm on an entire community of more than a million whose 'crime' is that the kufr government of Napakistan has some political differences with the Taliban.</w:t>
      </w:r>
    </w:p>
    <w:p>
      <w:pPr>
        <w:spacing w:before="0" w:after="120" w:line="300" w:lineRule="exact"/>
        <w:jc w:val="both"/>
      </w:pPr>
      <w:r>
        <w:rPr>
          <w:rFonts w:ascii="Georgia" w:hAnsi="Georgia" w:cs="Georgia" w:eastAsia="Georgia"/>
          <w:b w:val="0"/>
          <w:i w:val="0"/>
          <w:sz w:val="22"/>
        </w:rPr>
        <w:t>In a flaccid and baseless attempt to justify the expulsion of the Afghan community, the government of Napakistan alleges that these immigrants are linked to criminal activities. This is the worst stupid, flapdoodle reason proffered by the kufr regime for justifying its cruelty. As for crime, the entire Napakistan is a House of Crime, right from the top to the bottom, from the president down to the ordinary folk.</w:t>
      </w:r>
    </w:p>
    <w:p>
      <w:pPr>
        <w:spacing w:before="0" w:after="120" w:line="300" w:lineRule="exact"/>
        <w:jc w:val="both"/>
      </w:pPr>
      <w:r>
        <w:rPr>
          <w:rFonts w:ascii="Georgia" w:hAnsi="Georgia" w:cs="Georgia" w:eastAsia="Georgia"/>
          <w:b w:val="0"/>
          <w:i w:val="0"/>
          <w:sz w:val="22"/>
        </w:rPr>
        <w:t>The country is rife with crime. Now the Afghan community is being made the scapegoat for a satanic political objective. It is pure shaitaani spite in the style of the Yahood and Nasaara enemies of Islam. The kufr regime of Napakistan is also an enemy of Allah Ta'ala, of Islam and of the Ummah, hence it suffers no pang of conscience for the Zulm it is inflicting on more than a million Reciters of the Kalimah Shahaadat.</w:t>
      </w:r>
    </w:p>
    <w:p>
      <w:pPr>
        <w:spacing w:before="0" w:after="120" w:line="300" w:lineRule="exact"/>
        <w:jc w:val="both"/>
      </w:pPr>
      <w:r>
        <w:rPr>
          <w:rFonts w:ascii="Georgia" w:hAnsi="Georgia" w:cs="Georgia" w:eastAsia="Georgia"/>
          <w:b w:val="0"/>
          <w:i w:val="0"/>
          <w:sz w:val="22"/>
        </w:rPr>
        <w:t>The Curses of the Mazloomeen will not go unanswered. "Three Duas are Mustajaabaat (readily accepted</w:t>
      </w:r>
    </w:p>
    <w:p>
      <w:pPr>
        <w:spacing w:before="120" w:after="120" w:line="300" w:lineRule="exact"/>
        <w:ind w:left="720" w:right="720"/>
        <w:jc w:val="center"/>
      </w:pPr>
      <w:r>
        <w:rPr>
          <w:rFonts w:ascii="Georgia" w:hAnsi="Georgia" w:cs="Georgia" w:eastAsia="Georgia"/>
          <w:b w:val="0"/>
          <w:i/>
          <w:sz w:val="22"/>
        </w:rPr>
        <w:t>by Allah Ta'ala). The Dua of one's father; the Dua of the wayfarer (not</w:t>
      </w:r>
    </w:p>
    <w:p>
      <w:pPr>
        <w:spacing w:before="0" w:after="120" w:line="300" w:lineRule="exact"/>
        <w:jc w:val="both"/>
      </w:pPr>
      <w:r>
        <w:rPr>
          <w:rFonts w:ascii="Georgia" w:hAnsi="Georgia" w:cs="Georgia" w:eastAsia="Georgia"/>
          <w:b w:val="0"/>
          <w:i w:val="0"/>
          <w:sz w:val="22"/>
        </w:rPr>
        <w:t>a merrymaking tourist), and</w:t>
      </w:r>
    </w:p>
    <w:p>
      <w:pPr>
        <w:spacing w:before="120" w:after="120" w:line="300" w:lineRule="exact"/>
        <w:ind w:left="720" w:right="720"/>
        <w:jc w:val="center"/>
      </w:pPr>
      <w:r>
        <w:rPr>
          <w:rFonts w:ascii="Georgia" w:hAnsi="Georgia" w:cs="Georgia" w:eastAsia="Georgia"/>
          <w:b w:val="0"/>
          <w:i/>
          <w:sz w:val="22"/>
        </w:rPr>
        <w:t>the Dua (Curse) of the Mazloom (Oppressed one). The Dua of the Mazloom is raised above the clouds. The portals of Heaven are opened</w:t>
      </w:r>
    </w:p>
    <w:p>
      <w:pPr>
        <w:spacing w:before="0" w:after="120" w:line="300" w:lineRule="exact"/>
        <w:jc w:val="both"/>
      </w:pPr>
      <w:r>
        <w:rPr>
          <w:rFonts w:ascii="Georgia" w:hAnsi="Georgia" w:cs="Georgia" w:eastAsia="Georgia"/>
          <w:b w:val="0"/>
          <w:i w:val="0"/>
          <w:sz w:val="22"/>
        </w:rPr>
        <w:t>for it, and Rabb proclaims:</w:t>
      </w:r>
    </w:p>
    <w:p>
      <w:pPr>
        <w:spacing w:before="120" w:after="120" w:line="300" w:lineRule="exact"/>
        <w:ind w:left="720" w:right="720"/>
        <w:jc w:val="center"/>
      </w:pPr>
      <w:r>
        <w:rPr>
          <w:rFonts w:ascii="Georgia" w:hAnsi="Georgia" w:cs="Georgia" w:eastAsia="Georgia"/>
          <w:b w:val="0"/>
          <w:i/>
          <w:sz w:val="22"/>
        </w:rPr>
        <w:t>"I take oath by My Glory and Might that I shall aid you even if it is after some</w:t>
      </w:r>
    </w:p>
    <w:p>
      <w:pPr>
        <w:spacing w:before="0" w:after="120" w:line="300" w:lineRule="exact"/>
        <w:jc w:val="both"/>
      </w:pPr>
      <w:r>
        <w:rPr>
          <w:rFonts w:ascii="Georgia" w:hAnsi="Georgia" w:cs="Georgia" w:eastAsia="Georgia"/>
          <w:b w:val="0"/>
          <w:i w:val="0"/>
          <w:sz w:val="22"/>
        </w:rPr>
        <w:t>time." Pakistan or Napakistan, because of some political issues and differences with the Taliban of Afghanistan is expelling more than a million Afghan immigrants from Pakistan. Heartlessly and without any vestige of mercy, the Napakistani authorities are totally inconsiderate regarding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SHAH ISMAAEEL SHAHEED</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THE UNYIELDING FLAME OF IMAAN</w:t>
      </w:r>
    </w:p>
    <w:p>
      <w:pPr>
        <w:pStyle w:val="Heading3"/>
        <w:spacing w:before="200" w:after="120" w:line="300" w:lineRule="exact"/>
        <w:jc w:val="left"/>
      </w:pPr>
      <w:r>
        <w:rPr>
          <w:rFonts w:ascii="Georgia" w:hAnsi="Georgia" w:cs="Georgia" w:eastAsia="Georgia"/>
          <w:b/>
          <w:i w:val="0"/>
          <w:color w:val="2E74B5"/>
          <w:sz w:val="24"/>
        </w:rPr>
        <w:t>BY AN ANONYMOUS BROTHER</w:t>
      </w:r>
    </w:p>
    <w:p>
      <w:pPr>
        <w:spacing w:before="0" w:after="120" w:line="300" w:lineRule="exact"/>
        <w:jc w:val="both"/>
      </w:pPr>
      <w:r>
        <w:rPr>
          <w:rFonts w:ascii="Georgia" w:hAnsi="Georgia" w:cs="Georgia" w:eastAsia="Georgia"/>
          <w:b w:val="0"/>
          <w:i w:val="0"/>
          <w:sz w:val="22"/>
        </w:rPr>
        <w:t>In an era where the light of Islam flickered under the oppressive darkness of tyranny, one man emerged as a blazing torch of divine fury and unshakable conviction—Hazrat Shah Isma'eel Shaheed (Rahmatullahi Alayh). A warrior-scholar, a lion of the battlefield, and a spiritual dynamo, his life was a symphony of sacrifice, courage, and unwavering devotion to the cause of Allah.</w:t>
      </w:r>
    </w:p>
    <w:p>
      <w:pPr>
        <w:spacing w:before="0" w:after="120" w:line="300" w:lineRule="exact"/>
        <w:jc w:val="both"/>
      </w:pPr>
      <w:r>
        <w:rPr>
          <w:rFonts w:ascii="Georgia" w:hAnsi="Georgia" w:cs="Georgia" w:eastAsia="Georgia"/>
          <w:b w:val="0"/>
          <w:i w:val="0"/>
          <w:sz w:val="22"/>
        </w:rPr>
        <w:t>Hazrat Shah Isma'eel was not merely a speaker—he was a hurricane of divine inspiration, his words igniting hearts with the fire of Imaan. His sermons were not just heard; they shook souls to their core, compelling thousands to embrace Islam. His eloquence was a sword, cutting through the veils of ignorance and hypocrisy, leaving audiences trembling in awe of the Haqq.</w:t>
      </w:r>
    </w:p>
    <w:p>
      <w:pPr>
        <w:spacing w:before="0" w:after="120" w:line="300" w:lineRule="exact"/>
        <w:jc w:val="both"/>
      </w:pPr>
      <w:r>
        <w:rPr>
          <w:rFonts w:ascii="Georgia" w:hAnsi="Georgia" w:cs="Georgia" w:eastAsia="Georgia"/>
          <w:b w:val="0"/>
          <w:i w:val="0"/>
          <w:sz w:val="22"/>
        </w:rPr>
        <w:t>To prepare for the ultimate sacrifice in the path of Allah, Hazrat Shah Isma'eel subjected himself to superhuman trials, transforming his body and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soul into an unbreakable weapon of Jihad.</w:t>
      </w:r>
    </w:p>
    <w:p>
      <w:pPr>
        <w:spacing w:before="0" w:after="160" w:line="300" w:lineRule="exact"/>
        <w:jc w:val="center"/>
      </w:pPr>
      <w:r>
        <w:rPr>
          <w:rFonts w:ascii="Georgia" w:hAnsi="Georgia" w:cs="Georgia" w:eastAsia="Georgia"/>
          <w:b w:val="0"/>
          <w:i/>
          <w:sz w:val="16"/>
        </w:rPr>
        <w:t>Page 16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soul into an unbreakable weapon of Jihad. His legendary training regimen was the stuff of myths: He would run for miles without pause, his breath steady, his heart fixed on Allah. To harden his resolve, he strode barefoot across scorching sand and burning earth, his feet blistering yet his spirit unyielding. As he swam across the raging Jamna River, he recited the Qur'an, proving that a Mujaahid's connection to Allah never wavers—even in the face of death.</w:t>
      </w:r>
    </w:p>
    <w:p>
      <w:pPr>
        <w:spacing w:before="0" w:after="120" w:line="300" w:lineRule="exact"/>
        <w:jc w:val="both"/>
      </w:pPr>
      <w:r>
        <w:rPr>
          <w:rFonts w:ascii="Georgia" w:hAnsi="Georgia" w:cs="Georgia" w:eastAsia="Georgia"/>
          <w:b w:val="0"/>
          <w:i w:val="0"/>
          <w:sz w:val="22"/>
        </w:rPr>
        <w:t>While others sought warmth, he braved freezing winds with minimal clothing, training his body to endure the harshest conditions. Rifle, sword, spear, daggerhe wielded them all with lethal precision, for every strike was a step closer to Shahadah. The Punjab and Kashmir of his time were drenched in the blood of Muslims. The Sikh warlords, drunk on power, had turned the Badshah Masjid of Lahore into a stable, defiling its sacred grounds.</w:t>
      </w:r>
    </w:p>
    <w:p>
      <w:pPr>
        <w:spacing w:before="0" w:after="120" w:line="300" w:lineRule="exact"/>
        <w:jc w:val="both"/>
      </w:pPr>
      <w:r>
        <w:rPr>
          <w:rFonts w:ascii="Georgia" w:hAnsi="Georgia" w:cs="Georgia" w:eastAsia="Georgia"/>
          <w:b w:val="0"/>
          <w:i w:val="0"/>
          <w:sz w:val="22"/>
        </w:rPr>
        <w:t>Muslim women were raped en masse, villages were pillaged, and the Ummah groaned under the weight of unspeakable atrocities. But Hazrat Shah Isma'eel Shaheed did not beg for mercyhe brought war. With an army of believers, he launched a relentless campaign against the Sikh savages and their treacherous collaborators. Battle after battle, his sword sent scores of tyrants screaming into Hellfire.</w:t>
      </w:r>
    </w:p>
    <w:p>
      <w:pPr>
        <w:spacing w:before="0" w:after="120" w:line="300" w:lineRule="exact"/>
        <w:jc w:val="both"/>
      </w:pPr>
      <w:r>
        <w:rPr>
          <w:rFonts w:ascii="Georgia" w:hAnsi="Georgia" w:cs="Georgia" w:eastAsia="Georgia"/>
          <w:b w:val="0"/>
          <w:i w:val="0"/>
          <w:sz w:val="22"/>
        </w:rPr>
        <w:t>Each clash was a testament to his superhuman bravery, as he carved through enemy ranks like a divine tempest. The Crown of Martyrdom: Balakot's Eternal Glory And then came Balakot—the battlefield where the earth itself would drink the blood of the righteous. Surrounded, outnumbered, yet unbroken, Hazrat Shah Isma'eel fought like a man who had already seen Paradise.</w:t>
      </w:r>
    </w:p>
    <w:p>
      <w:pPr>
        <w:spacing w:before="0" w:after="120" w:line="300" w:lineRule="exact"/>
        <w:jc w:val="both"/>
      </w:pPr>
      <w:r>
        <w:rPr>
          <w:rFonts w:ascii="Georgia" w:hAnsi="Georgia" w:cs="Georgia" w:eastAsia="Georgia"/>
          <w:b w:val="0"/>
          <w:i w:val="0"/>
          <w:sz w:val="22"/>
        </w:rPr>
        <w:t>His sword flashed like lightning, his war cries echoed through the valleys, and when the final moment came—he embraced Shahadah with a smile.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One form of Athaab (Punishment) for Muslims is the snatching away of the Holy Lands and…</w:t>
      </w:r>
    </w:p>
    <w:p>
      <w:pPr>
        <w:spacing w:before="0" w:after="160" w:line="300" w:lineRule="exact"/>
        <w:jc w:val="center"/>
      </w:pPr>
      <w:r>
        <w:rPr>
          <w:rFonts w:ascii="Georgia" w:hAnsi="Georgia" w:cs="Georgia" w:eastAsia="Georgia"/>
          <w:b w:val="0"/>
          <w:i/>
          <w:sz w:val="16"/>
        </w:rPr>
        <w:t>Page 16, 17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One form of Athaab (Punishment) for Muslims is the snatching away of the Holy Lands and handing them to the Kuffaar. This is the fate of Palestine and now the Holy Land of Shaam. The gross rebellion of Muslims against Allah Ta'ala has justified this Athaab. Since Muslims now lack the qualification for governing a land, due to their abandonment of the Deen and adoption of the law of Taaghoot, Allah Ta'ala has handed the Land of Shaam to the kuffaar.</w:t>
      </w:r>
    </w:p>
    <w:p>
      <w:pPr>
        <w:spacing w:before="0" w:after="120" w:line="300" w:lineRule="exact"/>
        <w:jc w:val="both"/>
      </w:pPr>
      <w:r>
        <w:rPr>
          <w:rFonts w:ascii="Georgia" w:hAnsi="Georgia" w:cs="Georgia" w:eastAsia="Georgia"/>
          <w:b w:val="0"/>
          <w:i w:val="0"/>
          <w:sz w:val="22"/>
        </w:rPr>
        <w:t>The Jolani chap parading as the ruler of Syria is in reality the puppet of the Yahood and Nasaara. Syria has become a kind of an American satellite backyard state which is incrementally plunging into strife and anarchy. It is destined to become a replica of Libya. It is in the interests of the Yahood and Nasaara to arm all the rival groups and sects to keep them trapped in internecine fighting.</w:t>
      </w:r>
    </w:p>
    <w:p>
      <w:pPr>
        <w:spacing w:before="0" w:after="120" w:line="300" w:lineRule="exact"/>
        <w:jc w:val="both"/>
      </w:pPr>
      <w:r>
        <w:rPr>
          <w:rFonts w:ascii="Georgia" w:hAnsi="Georgia" w:cs="Georgia" w:eastAsia="Georgia"/>
          <w:b w:val="0"/>
          <w:i w:val="0"/>
          <w:sz w:val="22"/>
        </w:rPr>
        <w:t>This state of anarchy enable the USA to safely siphon off the wealth of its puppet states. The Qur'aan informs us that in bygone times Allah Ta'ala had imposed the domination of the kuffaar on Bani Israaeel and had granted the mushrikeen the control of Palestine. Thus did they desecrate and destroy Musjidul Aqsa six times in history.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Pakistan confirms its expulsion of more than 80,000 Afghans since April 1</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Rights groups have criticised the repatriation drive, warning that mass expulsions risk endangering vulnerable people. A truck filled with Afghan refugees and loaded with their belongings waits to depart for Afghanistan at a holding centre near the PakistanAfghanistan border [Abdul Basit/AFP] Published On 18 Apr 202518 Apr 2025 Pakistan has confirmed to have repatriated more than 80,000 Afghan nationals since April 1, before an extended April 30 deadline for the country's largest migrant group in an initiative labelled as "forced deportation" by Afghanistan.</w:t>
      </w:r>
    </w:p>
    <w:p>
      <w:pPr>
        <w:spacing w:before="0" w:after="120" w:line="300" w:lineRule="exact"/>
        <w:jc w:val="both"/>
      </w:pPr>
      <w:r>
        <w:rPr>
          <w:rFonts w:ascii="Georgia" w:hAnsi="Georgia" w:cs="Georgia" w:eastAsia="Georgia"/>
          <w:b w:val="0"/>
          <w:i w:val="0"/>
          <w:sz w:val="22"/>
        </w:rPr>
        <w:t>Talal Chaudhry, Pakistan's Interior Ministry adviser, told reporters in Islamabad on Friday that there would be no more extensions to the Illegal Foreigners Repatriation Plan launched in late 2023 for more than three million Afghans. "We have communicated clear instructions to all provinces, if anyone gives a shop, house, or any kind of space to an illegal foreigner, they will be held accountable under the law," he said.</w:t>
      </w:r>
    </w:p>
    <w:p>
      <w:pPr>
        <w:spacing w:before="0" w:after="120" w:line="300" w:lineRule="exact"/>
        <w:jc w:val="both"/>
      </w:pPr>
      <w:r>
        <w:rPr>
          <w:rFonts w:ascii="Georgia" w:hAnsi="Georgia" w:cs="Georgia" w:eastAsia="Georgia"/>
          <w:b w:val="0"/>
          <w:i w:val="0"/>
          <w:sz w:val="22"/>
        </w:rPr>
        <w:t>Those lacking valid documents or holding Afghan Citizen Cards had initially been ordered to leave by March 31. That deadline was later extended by a month. On Tuesday, the International Organization for Migration, a UN entity, said Pakistan has expelled nearly 60,000 Afghans since the start of April. "With a new wave of largescale returns now under way from Pakistan, needs on the ground are rising rapidly – both at the border and in areas of return that are struggling to absorb large numbers of returnees," Mihyung Park, head of the IOM's Afghanistan mission, said at the time.</w:t>
      </w:r>
    </w:p>
    <w:p>
      <w:pPr>
        <w:spacing w:before="0" w:after="120" w:line="300" w:lineRule="exact"/>
        <w:jc w:val="both"/>
      </w:pPr>
      <w:r>
        <w:rPr>
          <w:rFonts w:ascii="Georgia" w:hAnsi="Georgia" w:cs="Georgia" w:eastAsia="Georgia"/>
          <w:b w:val="0"/>
          <w:i w:val="0"/>
          <w:sz w:val="22"/>
        </w:rPr>
        <w:t>More than 1.3 million Afghans who hold Proof of Registration cards from the UN refugee agency, UNHCR, have also been told to move outside the capital Islamabad and the neighbouring city of Rawalpindi.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ONLY HE HELPS!</w:t>
      </w:r>
    </w:p>
    <w:p>
      <w:pPr>
        <w:spacing w:before="0" w:after="160" w:line="300" w:lineRule="exact"/>
        <w:jc w:val="center"/>
      </w:pPr>
      <w:r>
        <w:rPr>
          <w:rFonts w:ascii="Georgia" w:hAnsi="Georgia" w:cs="Georgia" w:eastAsia="Georgia"/>
          <w:b w:val="0"/>
          <w:i/>
          <w:sz w:val="16"/>
        </w:rPr>
        <w:t>Page 18 of the original. Heading read from the printed headline artwork.</w:t>
      </w:r>
    </w:p>
    <w:p>
      <w:pPr>
        <w:spacing w:before="0" w:after="120" w:line="300" w:lineRule="exact"/>
        <w:jc w:val="both"/>
      </w:pPr>
      <w:r>
        <w:rPr>
          <w:rFonts w:ascii="Georgia" w:hAnsi="Georgia" w:cs="Georgia" w:eastAsia="Georgia"/>
          <w:b w:val="0"/>
          <w:i w:val="0"/>
          <w:sz w:val="22"/>
        </w:rPr>
        <w:t>"And, there is no help except from Allah. Verily, He is Mighty, The Wise." (Al-Anfaal, Aayat 10) Hamas and others who believe that they are waging a valid Jihad should understand that no one but Allah Ta'ala can provide aid. Qatar, Egypt, Jordan, Saudi Arabia, the Gulf Puppet States, the toothless dog known as the International Community, the United Nations, the International Criminal Court, the Clown entity known as Organization of Islamic States, and all other entities who profess sympathy, are all helpless and hopeless puppets of the Yahood and Nasaara.</w:t>
      </w:r>
    </w:p>
    <w:p>
      <w:pPr>
        <w:spacing w:before="0" w:after="120" w:line="300" w:lineRule="exact"/>
        <w:jc w:val="both"/>
      </w:pPr>
      <w:r>
        <w:rPr>
          <w:rFonts w:ascii="Georgia" w:hAnsi="Georgia" w:cs="Georgia" w:eastAsia="Georgia"/>
          <w:b w:val="0"/>
          <w:i w:val="0"/>
          <w:sz w:val="22"/>
        </w:rPr>
        <w:t>All of these entities are kuffaar. All the regimes in sway in the Lands of Islam are kuffaar. Help cannot be expected to be forthcoming from them. All of these Taaghooti governments in Muslim lands are in cahoots with the Yahood and Nasaara. All of them have ties with Israel and the USA. Help cannot be expected from them. These rubbish regimes will not even cut diplomatic ties with Israel and America regardless of the genocide being brutally executed in Palestine.</w:t>
      </w:r>
    </w:p>
    <w:p>
      <w:pPr>
        <w:spacing w:before="0" w:after="120" w:line="300" w:lineRule="exact"/>
        <w:jc w:val="both"/>
      </w:pPr>
      <w:r>
        <w:rPr>
          <w:rFonts w:ascii="Georgia" w:hAnsi="Georgia" w:cs="Georgia" w:eastAsia="Georgia"/>
          <w:b w:val="0"/>
          <w:i w:val="0"/>
          <w:sz w:val="22"/>
        </w:rPr>
        <w:t>Since the victims are seeking help from the enemies of Islam, Allah Ta'ala has abandoned them. "And if Allah abandons you, then who can help you be- sides Him?"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VICTORY DEPENDS ON TAQWA</w:t>
      </w:r>
    </w:p>
    <w:p>
      <w:pPr>
        <w:spacing w:before="0" w:after="160" w:line="300" w:lineRule="exact"/>
        <w:jc w:val="center"/>
      </w:pPr>
      <w:r>
        <w:rPr>
          <w:rFonts w:ascii="Georgia" w:hAnsi="Georgia" w:cs="Georgia" w:eastAsia="Georgia"/>
          <w:b w:val="0"/>
          <w:i/>
          <w:sz w:val="16"/>
        </w:rPr>
        <w:t>Page 18, 19 of the original. Heading read from the printed headline artwork.</w:t>
      </w:r>
    </w:p>
    <w:p>
      <w:pPr>
        <w:spacing w:before="0" w:after="120" w:line="300" w:lineRule="exact"/>
        <w:jc w:val="both"/>
      </w:pPr>
      <w:r>
        <w:rPr>
          <w:rFonts w:ascii="Georgia" w:hAnsi="Georgia" w:cs="Georgia" w:eastAsia="Georgia"/>
          <w:b w:val="0"/>
          <w:i w:val="0"/>
          <w:sz w:val="22"/>
        </w:rPr>
        <w:t>Question I came across the following extract a while ago: In 1857, many Indian Ulama declared 'Jihad with the sword' against the British. There was a noted Aalim in Deoband, Maulana Shaikh Muhammad (Rahmatullah alayh), whose opinion op- posed that of the Ulama who favoured jihad. He claimed that, far from it being a duty binding on Muslims to wage jihad against the British, given the prevailing conditions, it was not even permissible according to the Shariah.</w:t>
      </w:r>
    </w:p>
    <w:p>
      <w:pPr>
        <w:spacing w:before="0" w:after="120" w:line="300" w:lineRule="exact"/>
        <w:jc w:val="both"/>
      </w:pPr>
      <w:r>
        <w:rPr>
          <w:rFonts w:ascii="Georgia" w:hAnsi="Georgia" w:cs="Georgia" w:eastAsia="Georgia"/>
          <w:b w:val="0"/>
          <w:i w:val="0"/>
          <w:sz w:val="22"/>
        </w:rPr>
        <w:t>Hence, a consultative meeting was held in Deoband, in which, among others, Maulana Rashid Ahmad Gangohi (Rahmatullah alayh) and Maulana Muhammad Qasim Nanotvi (Rahmatullah alayh) (both of whom were soon to be closely involved in the establishment of the Darul Uloom at Deoband) also participated. Describing this discussion, Maulana Husain Ahmad Madani (Rahmatullah alayh) writes in his autobiography titled, Naqsh-e-Hayat: "In this meeting, the issue of Jihad was discussed.</w:t>
      </w:r>
    </w:p>
    <w:p>
      <w:pPr>
        <w:spacing w:before="0" w:after="120" w:line="300" w:lineRule="exact"/>
        <w:jc w:val="both"/>
      </w:pPr>
      <w:r>
        <w:rPr>
          <w:rFonts w:ascii="Georgia" w:hAnsi="Georgia" w:cs="Georgia" w:eastAsia="Georgia"/>
          <w:b w:val="0"/>
          <w:i w:val="0"/>
          <w:sz w:val="22"/>
        </w:rPr>
        <w:t>Very courteously, Hazrat Nanotvi asked Maulana Shaikh Muhammad, "Hazrat, what is the reason that you do not declare jihad to be a binding duty (farz), nor even permissible (jaa'iz)?" He replied, "We do not have the weapons and instruments for jihad. We are lacking in resources." Maulana Nanotvi then said, "Do we not have even such resources as [the Muslims had] during the battle of Badr?" At this, Maulana Shaikh Muhammad remained silent." (Naqsh-eHayat, 1954, Vol. 2, p. 42)" Why did Moulana Shaikh Muhammad (Rahmatullah alayh) remain silent?</w:t>
      </w:r>
    </w:p>
    <w:p>
      <w:pPr>
        <w:spacing w:before="0" w:after="120" w:line="300" w:lineRule="exact"/>
        <w:jc w:val="both"/>
      </w:pPr>
      <w:r>
        <w:rPr>
          <w:rFonts w:ascii="Georgia" w:hAnsi="Georgia" w:cs="Georgia" w:eastAsia="Georgia"/>
          <w:b w:val="0"/>
          <w:i w:val="0"/>
          <w:sz w:val="22"/>
        </w:rPr>
        <w:t>Is it appropriate/correct to compare the 1857 Mujaahideen with the Ashaab-e-Badr (Radhiyallaahu Ta'ala 'anhum)? I've found this sort of 'comparison' (which I feel is an incorrect term for this) countless times. I recall reading a similar 'comparison' in For Friends of Moulana Maseehullah (Rahmatullaahi 'Alayh). Similarly, in various articles/books in the Majlis as well, such a 'comparison' appears.</w:t>
      </w:r>
    </w:p>
    <w:p>
      <w:pPr>
        <w:spacing w:before="0" w:after="120" w:line="300" w:lineRule="exact"/>
        <w:jc w:val="both"/>
      </w:pPr>
      <w:r>
        <w:rPr>
          <w:rFonts w:ascii="Georgia" w:hAnsi="Georgia" w:cs="Georgia" w:eastAsia="Georgia"/>
          <w:b w:val="0"/>
          <w:i w:val="0"/>
          <w:sz w:val="22"/>
        </w:rPr>
        <w:t>Please comment.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The analogy with Badr is incorrect. Hence, Shaikh Muhammad (Rahmatullah alayh) remained silent. However, due to the premises on which he had based his opinion being erroneous, he could not venture the appropriate response, hence his silence. He had based his view on the lack or comparative pauci- ty of weaponry. But this is grossly incorrect.</w:t>
      </w:r>
    </w:p>
    <w:p>
      <w:pPr>
        <w:spacing w:before="0" w:after="120" w:line="300" w:lineRule="exact"/>
        <w:jc w:val="both"/>
      </w:pPr>
      <w:r>
        <w:rPr>
          <w:rFonts w:ascii="Georgia" w:hAnsi="Georgia" w:cs="Georgia" w:eastAsia="Georgia"/>
          <w:b w:val="0"/>
          <w:i w:val="0"/>
          <w:sz w:val="22"/>
        </w:rPr>
        <w:t>The success and victories of the Battles of the Sahaabah and early Muslims were not at all reliant on superiority/abundance of weaponry and numerical superiority. We do not know to which extent of need and importance Shaikh Muhammad regarded "the resources". If his focus was only on this aspect, then obviously he was in error. His silence is indeed a conundrum.</w:t>
      </w:r>
    </w:p>
    <w:p>
      <w:pPr>
        <w:spacing w:before="0" w:after="120" w:line="300" w:lineRule="exact"/>
        <w:jc w:val="both"/>
      </w:pPr>
      <w:r>
        <w:rPr>
          <w:rFonts w:ascii="Georgia" w:hAnsi="Georgia" w:cs="Georgia" w:eastAsia="Georgia"/>
          <w:b w:val="0"/>
          <w:i w:val="0"/>
          <w:sz w:val="22"/>
        </w:rPr>
        <w:t>Why did he not respond? The analogy with the Sahaabah will be correct only if the Muslim Ummah as a whole is Muttaqeen and obedient to the Shariah. For such fighters, it will be correct to remind them of the extreme paucity of weaponry of the Sahaabah. Their victories were not reliant on material superiority. If we had been present in that Shura, we would have sided with Shaikh Muhammad but from a different perspective.</w:t>
      </w:r>
    </w:p>
    <w:p>
      <w:pPr>
        <w:spacing w:before="0" w:after="120" w:line="300" w:lineRule="exact"/>
        <w:jc w:val="both"/>
      </w:pPr>
      <w:r>
        <w:rPr>
          <w:rFonts w:ascii="Georgia" w:hAnsi="Georgia" w:cs="Georgia" w:eastAsia="Georgia"/>
          <w:b w:val="0"/>
          <w:i w:val="0"/>
          <w:sz w:val="22"/>
        </w:rPr>
        <w:t>We would have advised the other Hadhraat: The time for Jihad is not opportune because the level of Imaan of the masses is putrid and on the verge of kufr. We have to concentrate on the Islaah of the Ummah. We cannot compare our current Ummah with the Sahaabah. To be like the Sahaabah, Tawakkul is imperative. Tawakkul is the effect of Islaah of the Nafs.</w:t>
      </w:r>
    </w:p>
    <w:p>
      <w:pPr>
        <w:spacing w:before="0" w:after="120" w:line="300" w:lineRule="exact"/>
        <w:jc w:val="both"/>
      </w:pPr>
      <w:r>
        <w:rPr>
          <w:rFonts w:ascii="Georgia" w:hAnsi="Georgia" w:cs="Georgia" w:eastAsia="Georgia"/>
          <w:b w:val="0"/>
          <w:i w:val="0"/>
          <w:sz w:val="22"/>
        </w:rPr>
        <w:t>The Ummah has to be first prepared, then will follow Jihad. That was what Rasulullah (Sallallahu alayhi wasallam) had done in the first 10 years of Nubuwwat. It was only Islaah and Ibaadat. Military preparedness and abundance of ammunition and weapons will fail and Muslims will not achieve success as long as they have not developed the required degree of Roohaaniyat.</w:t>
      </w:r>
    </w:p>
    <w:p>
      <w:pPr>
        <w:spacing w:before="0" w:after="120" w:line="300" w:lineRule="exact"/>
        <w:jc w:val="both"/>
      </w:pPr>
      <w:r>
        <w:rPr>
          <w:rFonts w:ascii="Georgia" w:hAnsi="Georgia" w:cs="Georgia" w:eastAsia="Georgia"/>
          <w:b w:val="0"/>
          <w:i w:val="0"/>
          <w:sz w:val="22"/>
        </w:rPr>
        <w:t>Spiritual stamina is imperative for Muslim victory. The lack or paucity of weapons at Badr was complemented with the highest level of Imaan from which stems Roohaaniyat. History has proven the failure of the Jihad campaigns in India. It was because the masses were absolutely corrupt. Once Hadhrat Maasihullah (Rahmatullah alayh) said that if in this age the greatest Wali becomes Ameerul Mu'mineen, he will fail because of the evil and villainy of the masses.</w:t>
      </w:r>
    </w:p>
    <w:p>
      <w:pPr>
        <w:spacing w:before="0" w:after="120" w:line="300" w:lineRule="exact"/>
        <w:jc w:val="both"/>
      </w:pPr>
      <w:r>
        <w:rPr>
          <w:rFonts w:ascii="Georgia" w:hAnsi="Georgia" w:cs="Georgia" w:eastAsia="Georgia"/>
          <w:b w:val="0"/>
          <w:i w:val="0"/>
          <w:sz w:val="22"/>
        </w:rPr>
        <w:t>The very first requisite is Inaabat Ilallaah.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ADMISSION BY THE YAHOOD</w:t>
      </w:r>
    </w:p>
    <w:p>
      <w:pPr>
        <w:spacing w:before="0" w:after="160" w:line="300" w:lineRule="exact"/>
        <w:jc w:val="center"/>
      </w:pPr>
      <w:r>
        <w:rPr>
          <w:rFonts w:ascii="Georgia" w:hAnsi="Georgia" w:cs="Georgia" w:eastAsia="Georgia"/>
          <w:b w:val="0"/>
          <w:i/>
          <w:sz w:val="16"/>
        </w:rPr>
        <w:t>Page 19 of the original</w:t>
      </w:r>
    </w:p>
    <w:p>
      <w:pPr>
        <w:pStyle w:val="Heading3"/>
        <w:spacing w:before="200" w:after="120" w:line="300" w:lineRule="exact"/>
        <w:jc w:val="left"/>
      </w:pPr>
      <w:r>
        <w:rPr>
          <w:rFonts w:ascii="Georgia" w:hAnsi="Georgia" w:cs="Georgia" w:eastAsia="Georgia"/>
          <w:b/>
          <w:i w:val="0"/>
          <w:color w:val="2E74B5"/>
          <w:sz w:val="24"/>
        </w:rPr>
        <w:t>ADMISSION BY THE YAHOOD</w:t>
      </w:r>
    </w:p>
    <w:p>
      <w:pPr>
        <w:spacing w:before="0" w:after="120" w:line="300" w:lineRule="exact"/>
        <w:jc w:val="both"/>
      </w:pPr>
      <w:r>
        <w:rPr>
          <w:rFonts w:ascii="Georgia" w:hAnsi="Georgia" w:cs="Georgia" w:eastAsia="Georgia"/>
          <w:b w:val="0"/>
          <w:i w:val="0"/>
          <w:sz w:val="22"/>
        </w:rPr>
        <w:t>Israel is now "unable to subdue Hamas", according to Likud lawmaker Amit Halevi who was quoted by the Israeli media outlet Yedioth Ahronoth. "We have been fighting a war for 20 months with failed plans and Israel is not successful in destroying Hamas. We knew in all wars how to subjugate our enemies, but we are now unable to subdue Hamas.</w:t>
      </w:r>
    </w:p>
    <w:p>
      <w:pPr>
        <w:spacing w:before="0" w:after="120" w:line="300" w:lineRule="exact"/>
        <w:jc w:val="both"/>
      </w:pPr>
      <w:r>
        <w:rPr>
          <w:rFonts w:ascii="Georgia" w:hAnsi="Georgia" w:cs="Georgia" w:eastAsia="Georgia"/>
          <w:b w:val="0"/>
          <w:i w:val="0"/>
          <w:sz w:val="22"/>
        </w:rPr>
        <w:t>"This is a war of deception and they lied to us regarding their accomplishments." (Al Jazeera)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BOOTLICKING MOLVIS OF INDIA TURNING SWAMIS AND PUNDITS</w:t>
      </w:r>
    </w:p>
    <w:p>
      <w:pPr>
        <w:spacing w:before="0" w:after="160" w:line="300" w:lineRule="exact"/>
        <w:jc w:val="center"/>
      </w:pPr>
      <w:r>
        <w:rPr>
          <w:rFonts w:ascii="Georgia" w:hAnsi="Georgia" w:cs="Georgia" w:eastAsia="Georgia"/>
          <w:b w:val="0"/>
          <w:i/>
          <w:sz w:val="16"/>
        </w:rPr>
        <w:t>Page 20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"O People of Imaan? Do not take the Yahood and Nasaara</w:t>
      </w:r>
    </w:p>
    <w:p>
      <w:pPr>
        <w:spacing w:before="0" w:after="120" w:line="300" w:lineRule="exact"/>
        <w:jc w:val="both"/>
      </w:pPr>
      <w:r>
        <w:rPr>
          <w:rFonts w:ascii="Georgia" w:hAnsi="Georgia" w:cs="Georgia" w:eastAsia="Georgia"/>
          <w:b w:val="0"/>
          <w:i w:val="0"/>
          <w:sz w:val="22"/>
        </w:rPr>
        <w:t>"We stand shoulder to shoulder" with the Indian armed forces against Pakistan. This miserable molvi turned Pundit, further said: "At a time when our borders are under threat, we stand shoulder to shoulder with our brave soldiers." His 'brave soldiers' are the idol and cow worshipping Hindu mushrikeen whose boots he is licking out of fear for the 'calamity' which Hindus always inflict on the Muslims of India.</w:t>
      </w:r>
    </w:p>
    <w:p>
      <w:pPr>
        <w:spacing w:before="0" w:after="120" w:line="300" w:lineRule="exact"/>
        <w:jc w:val="both"/>
      </w:pPr>
      <w:r>
        <w:rPr>
          <w:rFonts w:ascii="Georgia" w:hAnsi="Georgia" w:cs="Georgia" w:eastAsia="Georgia"/>
          <w:b w:val="0"/>
          <w:i w:val="0"/>
          <w:sz w:val="22"/>
        </w:rPr>
        <w:t>But, Hindus lynching Muslims, raping Muslim women, burning Muslim property and the like are part of life for Muslims in India. No amount of bootlicking these vile mushrikeen will make them the friends of Muslims. The stated and declared policy of the Hindu Mushrikeen is to convert all Muslims to Hinduism and all Musaajid into temples of idol-worship.</w:t>
      </w:r>
    </w:p>
    <w:p>
      <w:pPr>
        <w:spacing w:before="0" w:after="120" w:line="300" w:lineRule="exact"/>
        <w:jc w:val="both"/>
      </w:pPr>
      <w:r>
        <w:rPr>
          <w:rFonts w:ascii="Georgia" w:hAnsi="Georgia" w:cs="Georgia" w:eastAsia="Georgia"/>
          <w:b w:val="0"/>
          <w:i w:val="0"/>
          <w:sz w:val="22"/>
        </w:rPr>
        <w:t>These are the enemies of Allah Ta'ala whom these molvi pundits and swamis are seeking to placate by means of bootlicking with the despicable overtures displayed by the scoundrel molvis who have all along concealed the Mardh (Disease) of nifaaq in their hearts. The one miserable son of Iblees, molvi Muzammil, now Swami, went into the gutter depths of kufr by declaring war against Jibraeel (Alayhis salaam) and Allah Ta'ala.</w:t>
      </w:r>
    </w:p>
    <w:p>
      <w:pPr>
        <w:spacing w:before="0" w:after="120" w:line="300" w:lineRule="exact"/>
        <w:jc w:val="both"/>
      </w:pPr>
      <w:r>
        <w:rPr>
          <w:rFonts w:ascii="Georgia" w:hAnsi="Georgia" w:cs="Georgia" w:eastAsia="Georgia"/>
          <w:b w:val="0"/>
          <w:i w:val="0"/>
          <w:sz w:val="22"/>
        </w:rPr>
        <w:t>Bootlicking and hindlicking Modi, swami muzammil said that even if Jibraeel (Alayhis salaam) had to come to India from Pakistan, the molvis of the rotten, munaafiq Jamiat of India together with other ulama and talaba would fight them (i.e. Jibraeel and Allah Ta'ala). It is quite obvious that shaitaan had driven these molvis into insanity by urinating into their brains, hence their Aql has become indurate with kufr.</w:t>
      </w:r>
    </w:p>
    <w:p>
      <w:pPr>
        <w:spacing w:before="0" w:after="120" w:line="300" w:lineRule="exact"/>
        <w:jc w:val="both"/>
      </w:pPr>
      <w:r>
        <w:rPr>
          <w:rFonts w:ascii="Georgia" w:hAnsi="Georgia" w:cs="Georgia" w:eastAsia="Georgia"/>
          <w:b w:val="0"/>
          <w:i w:val="0"/>
          <w:sz w:val="22"/>
        </w:rPr>
        <w:t>They are incapable of understanding the kufr rubbish which they vomit and excrete. Declaring war against Jibraeel (Alayhis salaam) is tantamount to declaring war on Allah Azza Wa Jal. The Qur'aan Majeed explicitly states that the enemy of Jibraeel is the enemy of Allah and thus he is among the kaafireen.</w:t>
      </w:r>
    </w:p>
    <w:p>
      <w:pPr>
        <w:spacing w:before="120" w:after="120" w:line="300" w:lineRule="exact"/>
        <w:ind w:left="720" w:right="720"/>
        <w:jc w:val="center"/>
      </w:pPr>
      <w:r>
        <w:rPr>
          <w:rFonts w:ascii="Georgia" w:hAnsi="Georgia" w:cs="Georgia" w:eastAsia="Georgia"/>
          <w:b w:val="0"/>
          <w:i/>
          <w:sz w:val="22"/>
        </w:rPr>
        <w:t>(and the idol and cowworshipping Hindus) as friends. They are friends of</w:t>
      </w:r>
    </w:p>
    <w:p>
      <w:pPr>
        <w:spacing w:before="120" w:after="120" w:line="300" w:lineRule="exact"/>
        <w:ind w:left="720" w:right="720"/>
        <w:jc w:val="center"/>
      </w:pPr>
      <w:r>
        <w:rPr>
          <w:rFonts w:ascii="Georgia" w:hAnsi="Georgia" w:cs="Georgia" w:eastAsia="Georgia"/>
          <w:b w:val="0"/>
          <w:i/>
          <w:sz w:val="22"/>
        </w:rPr>
        <w:t>each other. Whoever of you who befriends them, is</w:t>
      </w:r>
    </w:p>
    <w:p>
      <w:pPr>
        <w:spacing w:before="120" w:after="120" w:line="300" w:lineRule="exact"/>
        <w:ind w:left="720" w:right="720"/>
        <w:jc w:val="center"/>
      </w:pPr>
      <w:r>
        <w:rPr>
          <w:rFonts w:ascii="Georgia" w:hAnsi="Georgia" w:cs="Georgia" w:eastAsia="Georgia"/>
          <w:b w:val="0"/>
          <w:i/>
          <w:sz w:val="22"/>
        </w:rPr>
        <w:t>in reality of them. Verily, Allah does not guide a commu-</w:t>
      </w:r>
    </w:p>
    <w:p>
      <w:pPr>
        <w:spacing w:before="0" w:after="120" w:line="300" w:lineRule="exact"/>
        <w:jc w:val="both"/>
      </w:pPr>
      <w:r>
        <w:rPr>
          <w:rFonts w:ascii="Georgia" w:hAnsi="Georgia" w:cs="Georgia" w:eastAsia="Georgia"/>
          <w:b w:val="0"/>
          <w:i w:val="0"/>
          <w:sz w:val="22"/>
        </w:rPr>
        <w:t>nity of zaalimeen (oppressors)." (Al-Maaidah, Aayat 51) "You will see those in whose</w:t>
      </w:r>
    </w:p>
    <w:p>
      <w:pPr>
        <w:spacing w:before="120" w:after="120" w:line="300" w:lineRule="exact"/>
        <w:ind w:left="720" w:right="720"/>
        <w:jc w:val="center"/>
      </w:pPr>
      <w:r>
        <w:rPr>
          <w:rFonts w:ascii="Georgia" w:hAnsi="Georgia" w:cs="Georgia" w:eastAsia="Georgia"/>
          <w:b w:val="0"/>
          <w:i/>
          <w:sz w:val="22"/>
        </w:rPr>
        <w:t>hearts is a disease (the disease of nifaaq and kufr) racing among them (the kuffaar),</w:t>
      </w:r>
    </w:p>
    <w:p>
      <w:pPr>
        <w:spacing w:before="0" w:after="120" w:line="300" w:lineRule="exact"/>
        <w:jc w:val="both"/>
      </w:pPr>
      <w:r>
        <w:rPr>
          <w:rFonts w:ascii="Georgia" w:hAnsi="Georgia" w:cs="Georgia" w:eastAsia="Georgia"/>
          <w:b w:val="0"/>
          <w:i w:val="0"/>
          <w:sz w:val="22"/>
        </w:rPr>
        <w:t>saying: 'We fear that some calamity will befall us." (Al-Maaidah, Aayat 52) The Molvis of Jamiatul Juhala wal Murtaddeen (the so-called Jamiatul Ulama of India), such as Mahmood Madani and Muzammil and others of the same satanic ilk have shamelessly and flagrantly declared their 100% support for the mushrik Modi and the cow and idol worshipping Hindus of India.</w:t>
      </w:r>
    </w:p>
    <w:p>
      <w:pPr>
        <w:spacing w:before="0" w:after="120" w:line="300" w:lineRule="exact"/>
        <w:jc w:val="both"/>
      </w:pPr>
      <w:r>
        <w:rPr>
          <w:rFonts w:ascii="Georgia" w:hAnsi="Georgia" w:cs="Georgia" w:eastAsia="Georgia"/>
          <w:b w:val="0"/>
          <w:i w:val="0"/>
          <w:sz w:val="22"/>
        </w:rPr>
        <w:t>They have announced their antagonism for the Muslims of Pakistan. Highlighting and emphasizing his bootlicking of the Hindu mushrikken, Pundit Madani stated: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INDIA'S PAHALGAM FALSE FLAG MASSACRE</w:t>
      </w:r>
    </w:p>
    <w:p>
      <w:pPr>
        <w:spacing w:before="0" w:after="160" w:line="300" w:lineRule="exact"/>
        <w:jc w:val="center"/>
      </w:pPr>
      <w:r>
        <w:rPr>
          <w:rFonts w:ascii="Georgia" w:hAnsi="Georgia" w:cs="Georgia" w:eastAsia="Georgia"/>
          <w:b w:val="0"/>
          <w:i/>
          <w:sz w:val="16"/>
        </w:rPr>
        <w:t>Page 20, 21, 22 of the original. Heading read from the printed headline artwork.</w:t>
      </w:r>
    </w:p>
    <w:p>
      <w:pPr>
        <w:spacing w:before="0" w:after="120" w:line="300" w:lineRule="exact"/>
        <w:jc w:val="both"/>
      </w:pPr>
      <w:r>
        <w:rPr>
          <w:rFonts w:ascii="Georgia" w:hAnsi="Georgia" w:cs="Georgia" w:eastAsia="Georgia"/>
          <w:b w:val="0"/>
          <w:i w:val="0"/>
          <w:sz w:val="22"/>
        </w:rPr>
        <w:t>India removes its top military spy after RAW leaks Analysts say removal will cause psychological pressure on Indian military Our Correspondent/APPMay 03, 2025</w:t>
      </w:r>
    </w:p>
    <w:p>
      <w:pPr>
        <w:pStyle w:val="Heading3"/>
        <w:spacing w:before="200" w:after="120" w:line="300" w:lineRule="exact"/>
        <w:jc w:val="left"/>
      </w:pPr>
      <w:r>
        <w:rPr>
          <w:rFonts w:ascii="Georgia" w:hAnsi="Georgia" w:cs="Georgia" w:eastAsia="Georgia"/>
          <w:b/>
          <w:i w:val="0"/>
          <w:color w:val="2E74B5"/>
          <w:sz w:val="24"/>
        </w:rPr>
        <w:t>ISLAMABAD:</w:t>
      </w:r>
    </w:p>
    <w:p>
      <w:pPr>
        <w:spacing w:before="0" w:after="120" w:line="300" w:lineRule="exact"/>
        <w:jc w:val="both"/>
      </w:pPr>
      <w:r>
        <w:rPr>
          <w:rFonts w:ascii="Georgia" w:hAnsi="Georgia" w:cs="Georgia" w:eastAsia="Georgia"/>
          <w:b w:val="0"/>
          <w:i w:val="0"/>
          <w:sz w:val="22"/>
        </w:rPr>
        <w:t>In a stunning blow to India's credibility, Lt Gen DS Rana, the director general of the Defence Intelligence Agency (DIA), was abruptly removed from his post and transferred to Andaman and Nicobar Islands, after a leaked document exposed a false-flag operation in Pahalgam, it was learnt on Friday. The role of India's premier intelligence agency, the Research and Analysis Wing (RAW), in the Pahalgam false flag operation was exposed this week through a document that was leaked through the social media app 'Telegram'.</w:t>
      </w:r>
    </w:p>
    <w:p>
      <w:pPr>
        <w:spacing w:before="0" w:after="120" w:line="300" w:lineRule="exact"/>
        <w:jc w:val="both"/>
      </w:pPr>
      <w:r>
        <w:rPr>
          <w:rFonts w:ascii="Georgia" w:hAnsi="Georgia" w:cs="Georgia" w:eastAsia="Georgia"/>
          <w:b w:val="0"/>
          <w:i w:val="0"/>
          <w:sz w:val="22"/>
        </w:rPr>
        <w:t>Sources said that the document was a clear evidence of the involvement of the Indian government in the attack in Indian Illegally Occupied Jammu and Kashmir (IIOJK) tourist resort of Pahalgam on April 22 in which 26 tourists were shot dead. The leaked document detailed India's covert plan to stage an attack in Pahalgam — a desperate attempt to malign Pakistan and justify military aggression.</w:t>
      </w:r>
    </w:p>
    <w:p>
      <w:pPr>
        <w:spacing w:before="0" w:after="120" w:line="300" w:lineRule="exact"/>
        <w:jc w:val="both"/>
      </w:pPr>
      <w:r>
        <w:rPr>
          <w:rFonts w:ascii="Georgia" w:hAnsi="Georgia" w:cs="Georgia" w:eastAsia="Georgia"/>
          <w:b w:val="0"/>
          <w:i w:val="0"/>
          <w:sz w:val="22"/>
        </w:rPr>
        <w:t>However, the operation collapsed spectacularly when the classified papers surfaced in the media, publicly humiliating RAW and Narendra Modi government. The RAW document leak showed that it was a government-hatched conspiracy with instructions that Pakistan would be blamed 36 hours after the attack. According to sources, a series of removal of senior Indian officers followed the leak.</w:t>
      </w:r>
    </w:p>
    <w:p>
      <w:pPr>
        <w:spacing w:before="0" w:after="120" w:line="300" w:lineRule="exact"/>
        <w:jc w:val="both"/>
      </w:pPr>
      <w:r>
        <w:rPr>
          <w:rFonts w:ascii="Georgia" w:hAnsi="Georgia" w:cs="Georgia" w:eastAsia="Georgia"/>
          <w:b w:val="0"/>
          <w:i w:val="0"/>
          <w:sz w:val="22"/>
        </w:rPr>
        <w:t>Reports said that the document had been entrusted to Lt Gen Rana for personal safekeeping, adding that Indian investigation had indicated that it was leaked from his office. Rana's new posting in areas know as 'Kala Pani' is seen as a "punitive action". Rana's transfer is another panic-driven purge within India's security apparatus. Previously, Lt-Gen MV Sachinder Kumar was removed as Northern Commander after the Pahalgam debacle.</w:t>
      </w:r>
    </w:p>
    <w:p>
      <w:pPr>
        <w:spacing w:before="0" w:after="120" w:line="300" w:lineRule="exact"/>
        <w:jc w:val="both"/>
      </w:pPr>
      <w:r>
        <w:rPr>
          <w:rFonts w:ascii="Georgia" w:hAnsi="Georgia" w:cs="Georgia" w:eastAsia="Georgia"/>
          <w:b w:val="0"/>
          <w:i w:val="0"/>
          <w:sz w:val="22"/>
        </w:rPr>
        <w:t>Indian Air Force's Deputy Air Marshal Sujeet Pushpakar Dharkar was also dismissed. Defence analysts and experts said that Pahalgam was not just a failure but also an international embarrassment for India. They added that these removals would cause psychological pressure on Indian military leadership and personnel. Brig (retd) Mahmood Shah, former law and order secretary for erstwhile FederallyAdministered Tribal Areas (Fata) said the Modi government was badly trapped in a conspiracy of its own making, and was being mocked even in India today.</w:t>
      </w:r>
    </w:p>
    <w:p>
      <w:pPr>
        <w:spacing w:before="0" w:after="120" w:line="300" w:lineRule="exact"/>
        <w:jc w:val="both"/>
      </w:pPr>
      <w:r>
        <w:rPr>
          <w:rFonts w:ascii="Georgia" w:hAnsi="Georgia" w:cs="Georgia" w:eastAsia="Georgia"/>
          <w:b w:val="0"/>
          <w:i w:val="0"/>
          <w:sz w:val="22"/>
        </w:rPr>
        <w:t>It was a serious crime that tarnished the global image of India, Dr Ejaz Khan, former chairman of the International Relations Department at the University of Peshawar, commented. The leaked document exposed ugly face of India as it plotted flags operations against its own citizens, he added.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OCTOBER FALSE FLAG OF ISRAEL</w:t>
      </w:r>
    </w:p>
    <w:p>
      <w:pPr>
        <w:spacing w:before="0" w:after="160" w:line="300" w:lineRule="exact"/>
        <w:jc w:val="center"/>
      </w:pPr>
      <w:r>
        <w:rPr>
          <w:rFonts w:ascii="Georgia" w:hAnsi="Georgia" w:cs="Georgia" w:eastAsia="Georgia"/>
          <w:b w:val="0"/>
          <w:i/>
          <w:sz w:val="16"/>
        </w:rPr>
        <w:t>Page 21 of the original. Heading read from the printed headline artwork.</w:t>
      </w:r>
    </w:p>
    <w:p>
      <w:pPr>
        <w:spacing w:before="0" w:after="120" w:line="300" w:lineRule="exact"/>
        <w:jc w:val="both"/>
      </w:pPr>
      <w:r>
        <w:rPr>
          <w:rFonts w:ascii="Georgia" w:hAnsi="Georgia" w:cs="Georgia" w:eastAsia="Georgia"/>
          <w:b w:val="0"/>
          <w:i w:val="0"/>
          <w:sz w:val="22"/>
        </w:rPr>
        <w:t>Time will prove that just as September 11, 2001 was a false flag plotted as a prelude for the invasion of Afghanistan by the USA, and just as Phalgham is a false flag for initiating a war with Pakistan at the behest of the USA, so too was the October 7 2023 a false flag operation plotted for the current genocide being executed in Palestine.</w:t>
      </w:r>
    </w:p>
    <w:p>
      <w:pPr>
        <w:spacing w:before="0" w:after="120" w:line="300" w:lineRule="exact"/>
        <w:jc w:val="both"/>
      </w:pPr>
      <w:r>
        <w:rPr>
          <w:rFonts w:ascii="Georgia" w:hAnsi="Georgia" w:cs="Georgia" w:eastAsia="Georgia"/>
          <w:b w:val="0"/>
          <w:i w:val="0"/>
          <w:sz w:val="22"/>
        </w:rPr>
        <w:t>There is no other interpretation for the occurrence of October…… in Israel. It was a massive satanic plot to justify the current massacre and expulsion of all Palestinians firstly from Gaza, then from the Westbank in the Zionist pursuit of creating 'Greater Israel'. Regarding these false flag conspiracies, the Qur'aan Majeed states:</w:t>
      </w:r>
    </w:p>
    <w:p>
      <w:pPr>
        <w:spacing w:before="120" w:after="120" w:line="300" w:lineRule="exact"/>
        <w:ind w:left="720" w:right="720"/>
        <w:jc w:val="center"/>
      </w:pPr>
      <w:r>
        <w:rPr>
          <w:rFonts w:ascii="Georgia" w:hAnsi="Georgia" w:cs="Georgia" w:eastAsia="Georgia"/>
          <w:b w:val="0"/>
          <w:i/>
          <w:sz w:val="22"/>
        </w:rPr>
        <w:t>"They (the kuffaar) plotted (their conspiracy) while their</w:t>
      </w:r>
    </w:p>
    <w:p>
      <w:pPr>
        <w:spacing w:before="120" w:after="120" w:line="300" w:lineRule="exact"/>
        <w:ind w:left="720" w:right="720"/>
        <w:jc w:val="center"/>
      </w:pPr>
      <w:r>
        <w:rPr>
          <w:rFonts w:ascii="Georgia" w:hAnsi="Georgia" w:cs="Georgia" w:eastAsia="Georgia"/>
          <w:b w:val="0"/>
          <w:i/>
          <w:sz w:val="22"/>
        </w:rPr>
        <w:t>plot was by Allah. Indeed their plot moves even moun-</w:t>
      </w:r>
    </w:p>
    <w:p>
      <w:pPr>
        <w:spacing w:before="120" w:after="120" w:line="300" w:lineRule="exact"/>
        <w:ind w:left="720" w:right="720"/>
        <w:jc w:val="center"/>
      </w:pPr>
      <w:r>
        <w:rPr>
          <w:rFonts w:ascii="Georgia" w:hAnsi="Georgia" w:cs="Georgia" w:eastAsia="Georgia"/>
          <w:b w:val="0"/>
          <w:i/>
          <w:sz w:val="22"/>
        </w:rPr>
        <w:t>tains. (Ibraaheem, Aayat 46) "They plot and Allah also</w:t>
      </w:r>
    </w:p>
    <w:p>
      <w:pPr>
        <w:spacing w:before="120" w:after="120" w:line="300" w:lineRule="exact"/>
        <w:ind w:left="720" w:right="720"/>
        <w:jc w:val="center"/>
      </w:pPr>
      <w:r>
        <w:rPr>
          <w:rFonts w:ascii="Georgia" w:hAnsi="Georgia" w:cs="Georgia" w:eastAsia="Georgia"/>
          <w:b w:val="0"/>
          <w:i/>
          <w:sz w:val="22"/>
        </w:rPr>
        <w:t>plots, and Allah is the best of plotters."</w:t>
      </w:r>
    </w:p>
    <w:p>
      <w:pPr>
        <w:spacing w:before="0" w:after="120" w:line="300" w:lineRule="exact"/>
        <w:jc w:val="both"/>
      </w:pPr>
      <w:r>
        <w:rPr>
          <w:rFonts w:ascii="Georgia" w:hAnsi="Georgia" w:cs="Georgia" w:eastAsia="Georgia"/>
          <w:b w:val="0"/>
          <w:i w:val="0"/>
          <w:sz w:val="22"/>
        </w:rPr>
        <w:t>The meaning of their conspiracies being 'by Allah' is that their plots will run the divine course prescribed by Allah Ta'ala. While they plot, Allah Ta'ala ultimately thwarts their pernicious satanic schemes, hence these plotters without exception miscalculate the 'efficacy' of their plots. The September 11 plot was for justifying the invasion of Afghanistan.</w:t>
      </w:r>
    </w:p>
    <w:p>
      <w:pPr>
        <w:spacing w:before="0" w:after="120" w:line="300" w:lineRule="exact"/>
        <w:jc w:val="both"/>
      </w:pPr>
      <w:r>
        <w:rPr>
          <w:rFonts w:ascii="Georgia" w:hAnsi="Georgia" w:cs="Georgia" w:eastAsia="Georgia"/>
          <w:b w:val="0"/>
          <w:i w:val="0"/>
          <w:sz w:val="22"/>
        </w:rPr>
        <w:t>However, the US plotters miscalculated. They had laboured under the notion that their devilish exercise would be over in a matter of weeks. But Allah Ta'ala trapped and bogged them down in Afghanistan for more than 20 years. While they massacred tens of thousand of Afghans, the kuffaar coalition suffered thousands of causalities. The plotters suffered losses of tens of billions of dollars, and when they had to flee from Afghanistan like dogs with their tails between their legs, they were compelled to abandon billions of dollars of military equipment which fell into the hands of the Taliban.</w:t>
      </w:r>
    </w:p>
    <w:p>
      <w:pPr>
        <w:spacing w:before="0" w:after="120" w:line="300" w:lineRule="exact"/>
        <w:jc w:val="both"/>
      </w:pPr>
      <w:r>
        <w:rPr>
          <w:rFonts w:ascii="Georgia" w:hAnsi="Georgia" w:cs="Georgia" w:eastAsia="Georgia"/>
          <w:b w:val="0"/>
          <w:i w:val="0"/>
          <w:sz w:val="22"/>
        </w:rPr>
        <w:t>The US and Israeli plotters who have embarked on the plot of exterminating the Palestinian Muslims have also miscalculated. It never occurred to them that they would be bogged down in Gaza for years. Two years of brutal bombing, massacring and murdering tens of thousands of civilians, mostly women and children, and despite the total destruction of the country, the evil Yahood Satanists have failed to eliminate Hamas, which was their declared objective.</w:t>
      </w:r>
    </w:p>
    <w:p>
      <w:pPr>
        <w:spacing w:before="0" w:after="120" w:line="300" w:lineRule="exact"/>
        <w:jc w:val="both"/>
      </w:pPr>
      <w:r>
        <w:rPr>
          <w:rFonts w:ascii="Georgia" w:hAnsi="Georgia" w:cs="Georgia" w:eastAsia="Georgia"/>
          <w:b w:val="0"/>
          <w:i w:val="0"/>
          <w:sz w:val="22"/>
        </w:rPr>
        <w:t>They had miscalculated. According to the calculation of the satanic plotters, the Israeli brutal operation would eliminate Hamas within days or weeks. Thus their plot has been thwarted. Hamas is still strong and the Yahood are suffering substantial losses in men and military equipment. In addition to their battle losses, the whole of Israel is in disastrous disarray in every sphere of life.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https://tribune.com.pk/ story/2543659/india-removes-itstop-military-spy-after-raw-leak…</w:t>
      </w:r>
    </w:p>
    <w:p>
      <w:pPr>
        <w:spacing w:before="0" w:after="160" w:line="300" w:lineRule="exact"/>
        <w:jc w:val="center"/>
      </w:pPr>
      <w:r>
        <w:rPr>
          <w:rFonts w:ascii="Georgia" w:hAnsi="Georgia" w:cs="Georgia" w:eastAsia="Georgia"/>
          <w:b w:val="0"/>
          <w:i/>
          <w:sz w:val="16"/>
        </w:rPr>
        <w:t>Page 22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https://tribune.com.pk/ story/2543659/india-removes-itstop-military-spy-after-raw-leak The very modus operandi of this operation demonstrates its falsity. Hitherto, from the inception of Mujahideen incursions and actions in Kashmir since many decades, only army personnel were engaged by the fighters. There is not a single case of the Mujahideen attacking civilians in Kashmir.</w:t>
      </w:r>
    </w:p>
    <w:p>
      <w:pPr>
        <w:spacing w:before="0" w:after="120" w:line="300" w:lineRule="exact"/>
        <w:jc w:val="both"/>
      </w:pPr>
      <w:r>
        <w:rPr>
          <w:rFonts w:ascii="Georgia" w:hAnsi="Georgia" w:cs="Georgia" w:eastAsia="Georgia"/>
          <w:b w:val="0"/>
          <w:i w:val="0"/>
          <w:sz w:val="22"/>
        </w:rPr>
        <w:t>The fight was only with the Hindu mushrik one million strong army which has been bogged down in Kashmir for more than 70 years. The Phalgam incident is the very first in which civilians were attacked and killed. This by itself is adequate for understanding the nature of the operation. It was a Hindu mushrik false flag of the Modi idol and cow worshipper regime.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ARMIES OF ALLAH</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"No one knows the armies of dents of Al-Qassam province witnessed a rare and dramatic phenomenon described as a 'wall of dust' that swept through the region on Sunday, reducing visibility to near zero and prompting widespread safety warnings…. On social media showed the sky turning orange as the storm surged forward like a towering wave, blocking out sunlight……..These walls can reach 2,000 metres and wind speeds of 100 km/h, posing major hazards to both air and land transportation……." (End</w:t>
      </w:r>
    </w:p>
    <w:p>
      <w:pPr>
        <w:spacing w:before="120" w:after="120" w:line="300" w:lineRule="exact"/>
        <w:ind w:left="720" w:right="720"/>
        <w:jc w:val="center"/>
      </w:pPr>
      <w:r>
        <w:rPr>
          <w:rFonts w:ascii="Georgia" w:hAnsi="Georgia" w:cs="Georgia" w:eastAsia="Georgia"/>
          <w:b w:val="0"/>
          <w:i/>
          <w:sz w:val="22"/>
        </w:rPr>
        <w:t>Allah except He." (Al-Muddath-thir, Aayat 31) "And to Allah belong the ar-</w:t>
      </w:r>
    </w:p>
    <w:p>
      <w:pPr>
        <w:spacing w:before="0" w:after="120" w:line="300" w:lineRule="exact"/>
        <w:jc w:val="both"/>
      </w:pPr>
      <w:r>
        <w:rPr>
          <w:rFonts w:ascii="Georgia" w:hAnsi="Georgia" w:cs="Georgia" w:eastAsia="Georgia"/>
          <w:b w:val="0"/>
          <w:i w:val="0"/>
          <w:sz w:val="22"/>
        </w:rPr>
        <w:t>mies of the heavens and the earth. Allah is Mighty and Wise." (Al-Fatah, Aayat 7)</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"MASSIVE DUST STORM HITS SAUDI ARABIA, KUWAIT AND JORDAN, TRIGGERING TRAVEL CHAOS AND FLASH FLOODS</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In central Saudi Arabia, resi- of Gulf News report) This phenomenon is also one of the minor punishments of Allah Ta'ala – a punishment acting as a warning for greater Punishment if not understood and heeded. Allah Ta'ala says in the Qur'aan Majeed: "We will most assuredly give</w:t>
      </w:r>
    </w:p>
    <w:p>
      <w:pPr>
        <w:spacing w:before="120" w:after="120" w:line="300" w:lineRule="exact"/>
        <w:ind w:left="720" w:right="720"/>
        <w:jc w:val="center"/>
      </w:pPr>
      <w:r>
        <w:rPr>
          <w:rFonts w:ascii="Georgia" w:hAnsi="Georgia" w:cs="Georgia" w:eastAsia="Georgia"/>
          <w:b w:val="0"/>
          <w:i/>
          <w:sz w:val="22"/>
        </w:rPr>
        <w:t>them to taste of the Lesser punishment, not the</w:t>
      </w:r>
    </w:p>
    <w:p>
      <w:pPr>
        <w:spacing w:before="0" w:after="120" w:line="300" w:lineRule="exact"/>
        <w:jc w:val="both"/>
      </w:pPr>
      <w:r>
        <w:rPr>
          <w:rFonts w:ascii="Georgia" w:hAnsi="Georgia" w:cs="Georgia" w:eastAsia="Georgia"/>
          <w:b w:val="0"/>
          <w:i w:val="0"/>
          <w:sz w:val="22"/>
        </w:rPr>
        <w:t>greater punishment, So that (they understand) and return (to the obedience of Allah)."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GAZA: KUFFAAR EXPERTS SAY</w:t>
      </w:r>
    </w:p>
    <w:p>
      <w:pPr>
        <w:spacing w:before="0" w:after="160" w:line="300" w:lineRule="exact"/>
        <w:jc w:val="center"/>
      </w:pPr>
      <w:r>
        <w:rPr>
          <w:rFonts w:ascii="Georgia" w:hAnsi="Georgia" w:cs="Georgia" w:eastAsia="Georgia"/>
          <w:b w:val="0"/>
          <w:i/>
          <w:sz w:val="16"/>
        </w:rPr>
        <w:t>Page 23, 24 of the original. Heading read from the printed headline artwork.</w:t>
      </w:r>
    </w:p>
    <w:p>
      <w:pPr>
        <w:spacing w:before="0" w:after="120" w:line="300" w:lineRule="exact"/>
        <w:jc w:val="both"/>
      </w:pPr>
      <w:r>
        <w:rPr>
          <w:rFonts w:ascii="Georgia" w:hAnsi="Georgia" w:cs="Georgia" w:eastAsia="Georgia"/>
          <w:b w:val="0"/>
          <w:i w:val="0"/>
          <w:sz w:val="22"/>
        </w:rPr>
        <w:t>By Prof Michel Chossudovsky Global Research, May 14, 2025 As outlined by Felicity Arbuthnot with foresight 11 years ago in a December, 30 2013 article: "Israel is set to become a major exporter of gas and some oil, "If All Goes to Plan"". Arbuthnot was referring to the ownership of Gaza's maritime natural gas reserves, which belong to the State of Palestine.</w:t>
      </w:r>
    </w:p>
    <w:p>
      <w:pPr>
        <w:spacing w:before="0" w:after="120" w:line="300" w:lineRule="exact"/>
        <w:jc w:val="both"/>
      </w:pPr>
      <w:r>
        <w:rPr>
          <w:rFonts w:ascii="Georgia" w:hAnsi="Georgia" w:cs="Georgia" w:eastAsia="Georgia"/>
          <w:b w:val="0"/>
          <w:i w:val="0"/>
          <w:sz w:val="22"/>
        </w:rPr>
        <w:t>At the time of writing, the Netanyahu government is planning to appropriate these maritime gas reserves. What this signifies is that Israel is intent upon annexing Gaza as well as destroying an entire country. All Things are NOT GoingWell for Netanyahu. Washington's intent is to eventually scrap "The Greater Israel" project. Confrontation between Netanyahu and Trump is currently unfolding, sofar behind closed doors.</w:t>
      </w:r>
    </w:p>
    <w:p>
      <w:pPr>
        <w:spacing w:before="0" w:after="120" w:line="300" w:lineRule="exact"/>
        <w:jc w:val="both"/>
      </w:pPr>
      <w:r>
        <w:rPr>
          <w:rFonts w:ascii="Georgia" w:hAnsi="Georgia" w:cs="Georgia" w:eastAsia="Georgia"/>
          <w:b w:val="0"/>
          <w:i w:val="0"/>
          <w:sz w:val="22"/>
        </w:rPr>
        <w:t>Washington's unspoken intent is to transform Gaza into an "American Territory" to prevent the Netanyahu government from appropriating Gaza's maritime gas fields. The management of the latter is already underway under the auspices of Is- rael's Ministry of Energy. Secret negotiations are currently unfolding (Reuters May 7, 2025) regarding the creation of a "U.S led administration" (aka American Territory).</w:t>
      </w:r>
    </w:p>
    <w:p>
      <w:pPr>
        <w:spacing w:before="0" w:after="120" w:line="300" w:lineRule="exact"/>
        <w:jc w:val="both"/>
      </w:pPr>
      <w:r>
        <w:rPr>
          <w:rFonts w:ascii="Georgia" w:hAnsi="Georgia" w:cs="Georgia" w:eastAsia="Georgia"/>
          <w:b w:val="0"/>
          <w:i w:val="0"/>
          <w:sz w:val="22"/>
        </w:rPr>
        <w:t>"The "high-level" consultations have centered around a transitional government headed by a U.S. official that would oversee Gaza until it had been demilitarized and stabilized… There would be no fixed timeline for how long such a U.S.-led administration would last, which would depend on the situation on the ground, …." (Reuters May 7, 2025) We can expect a shift in the Zionist narrative.</w:t>
      </w:r>
    </w:p>
    <w:p>
      <w:pPr>
        <w:spacing w:before="0" w:after="120" w:line="300" w:lineRule="exact"/>
        <w:jc w:val="both"/>
      </w:pPr>
      <w:r>
        <w:rPr>
          <w:rFonts w:ascii="Georgia" w:hAnsi="Georgia" w:cs="Georgia" w:eastAsia="Georgia"/>
          <w:b w:val="0"/>
          <w:i w:val="0"/>
          <w:sz w:val="22"/>
        </w:rPr>
        <w:t>Netanyahu is a proxy. Is regime change in Israel contemplated? While Israel has invaded part of Syria's Southern territories, the U.S project consists in transforming Gaza into a U.S terri- tory under U.S laws. This project would be part of broader US agenda which consists in the militarization of the entire Eastern Mediterranean coast line, namely the Levant extending from the Egypt-Gaza border to the Northern tip of Syria.</w:t>
      </w:r>
    </w:p>
    <w:p>
      <w:pPr>
        <w:spacing w:before="0" w:after="120" w:line="300" w:lineRule="exact"/>
        <w:jc w:val="both"/>
      </w:pPr>
      <w:r>
        <w:rPr>
          <w:rFonts w:ascii="Georgia" w:hAnsi="Georgia" w:cs="Georgia" w:eastAsia="Georgia"/>
          <w:b w:val="0"/>
          <w:i w:val="0"/>
          <w:sz w:val="22"/>
        </w:rPr>
        <w:t>As outlined, Israel's Ministry of Energy and Infrastructure has already awarded licenses to six Israeli and international companies "to explore for natural gas in areas that are considered Palestinian maritime areas under international law". That announcement was made 3 weeks after October 7, 2023.</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PROTEST MARCHES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The Ulama in India are organizing protest marches to protest against the new Waqf Bill which aims to confiscate all Waqf properties. Shoud I join these protest marches? The Ulama here argue that as long as the niyyat is sincere and the objective is to defend the Shariah, the marches are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Protest marches are of the ways of the kuffaar. Our tareeqah – the method of the Deen - is either Jihad or Sabr and Dua. When we lack the power to wage Jihad then we adopt Sabr and make dua. If our Duas are not accepted by Allah Ta'ala, then to a far greater degree will the kuffaar method of protest marches not be of any avail. Niyyat (Intention) is not sufficient for the acceptability of an act. Along with a sincere niyyat, the method adopted should also conform to the Shariah. Since protest marches do not conform to the Shariah, the niyyat does not suffice. Therefore abstain. Make dua.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24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proper to say that Americans deserved the Fires? What about the innocents? Is it permissible to have pity for them?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Most certainly the Americans deserved the punishment of the Fires which are the Athaab of Allah Ta'ala. How can anyone not believe that they deserved it when Allah Ta'ala decreed that they deserve the punishment? Allah Ta'ala says in the Qur'aan in many verses: "We have not committed zulm (injustice) on them. But, in reality, they were unjust to themselves." Thus, every person who was apprehended by the Fires was not innocent. Allah Ta'ala had decreed him/her to be apprehended by His Punishment. Grief and sorrow are natural in people. Naturally feeling sorry is not sinful. When Allah Ta'ala destroyed the nations of Nooh, Aad, Thamud, etc, their respective Nabis afterwards grieved when they observed the scenes of devastation. Then they exclaimed: "How can I grieve over a nation of disbelievers?" Such statements were expressions of grief.</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Majdool dates are grown in the Kalahari province of South Africa. It is said that the owner is an Israeli Jew. These dates are now available even in Madinah. May we buy these majdool dates?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madjool dates are the product of an Israeli firm. There is no surprise in this Israeli product being imported by Saudi Arabia. The kufr regime of Saudi Arabia is in cahoots with Israel. Abstain from Israeli products as far as is possible.</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explain the Hadith pertaining to Ghazwah Hind. Has this Battle already been fought?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Regarding the identity of the group mentioned in the Hadith pertaining to Ghazwah Hind, there is no clarity. It is ambiguous. Although the Muslims had invaded India and conquered a large party of it during the Khilaafat of Hadhrat Muaawiyah (Radhiyallahu anhu) and subsequent Khulafa, the popular view is that it refers to Imaam Mahdi (Alayhis salaam) who will conquer the entire Hind. Allah knows best.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