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77</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13 were joined in this issue.</w:t>
      </w:r>
    </w:p>
    <w:p>
      <w:pPr>
        <w:spacing w:before="0" w:after="80" w:line="300" w:lineRule="exact"/>
        <w:jc w:val="left"/>
      </w:pPr>
      <w:r>
        <w:rPr>
          <w:rFonts w:ascii="Georgia" w:hAnsi="Georgia" w:cs="Georgia" w:eastAsia="Georgia"/>
          <w:b w:val="0"/>
          <w:i w:val="0"/>
          <w:sz w:val="18"/>
        </w:rPr>
        <w:t>Headings: 20 read from the PDF's own text, 29 read from the printed headline artwork, 0 taken from the Majlis's running head, and 6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516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98.49% of the original's words are present and 95.4%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Al-Hag (page 1)</w:t>
      </w:r>
    </w:p>
    <w:p>
      <w:pPr>
        <w:spacing w:before="0" w:after="40" w:line="300" w:lineRule="exact"/>
        <w:jc w:val="left"/>
      </w:pPr>
      <w:r>
        <w:rPr>
          <w:rFonts w:ascii="Georgia" w:hAnsi="Georgia" w:cs="Georgia" w:eastAsia="Georgia"/>
          <w:b w:val="0"/>
          <w:i w:val="0"/>
          <w:sz w:val="20"/>
        </w:rPr>
        <w:t>2. "WHY WILL ISRAEL NEVER WIN" (page 1)</w:t>
      </w:r>
    </w:p>
    <w:p>
      <w:pPr>
        <w:spacing w:before="0" w:after="40" w:line="300" w:lineRule="exact"/>
        <w:jc w:val="left"/>
      </w:pPr>
      <w:r>
        <w:rPr>
          <w:rFonts w:ascii="Georgia" w:hAnsi="Georgia" w:cs="Georgia" w:eastAsia="Georgia"/>
          <w:b w:val="0"/>
          <w:i w:val="0"/>
          <w:sz w:val="20"/>
        </w:rPr>
        <w:t>3. STARVATION! (page 1, 2)</w:t>
      </w:r>
    </w:p>
    <w:p>
      <w:pPr>
        <w:spacing w:before="0" w:after="40" w:line="300" w:lineRule="exact"/>
        <w:jc w:val="left"/>
      </w:pPr>
      <w:r>
        <w:rPr>
          <w:rFonts w:ascii="Georgia" w:hAnsi="Georgia" w:cs="Georgia" w:eastAsia="Georgia"/>
          <w:b w:val="0"/>
          <w:i w:val="0"/>
          <w:sz w:val="20"/>
        </w:rPr>
        <w:t>4. AN ATHAAB OF ALLAH AZZA WA JAL (page 1, 23)</w:t>
      </w:r>
    </w:p>
    <w:p>
      <w:pPr>
        <w:spacing w:before="0" w:after="40" w:line="300" w:lineRule="exact"/>
        <w:jc w:val="left"/>
      </w:pPr>
      <w:r>
        <w:rPr>
          <w:rFonts w:ascii="Georgia" w:hAnsi="Georgia" w:cs="Georgia" w:eastAsia="Georgia"/>
          <w:b w:val="0"/>
          <w:i w:val="0"/>
          <w:sz w:val="20"/>
        </w:rPr>
        <w:t>5. "ISRAEL'S HOBBY KILLING BABIES IN GAZA" (page 2)</w:t>
      </w:r>
    </w:p>
    <w:p>
      <w:pPr>
        <w:spacing w:before="0" w:after="40" w:line="300" w:lineRule="exact"/>
        <w:jc w:val="left"/>
      </w:pPr>
      <w:r>
        <w:rPr>
          <w:rFonts w:ascii="Georgia" w:hAnsi="Georgia" w:cs="Georgia" w:eastAsia="Georgia"/>
          <w:b w:val="0"/>
          <w:i w:val="0"/>
          <w:sz w:val="20"/>
        </w:rPr>
        <w:t>6. ISRAELI BRUTALITY (page 2)</w:t>
      </w:r>
    </w:p>
    <w:p>
      <w:pPr>
        <w:spacing w:before="0" w:after="40" w:line="300" w:lineRule="exact"/>
        <w:jc w:val="left"/>
      </w:pPr>
      <w:r>
        <w:rPr>
          <w:rFonts w:ascii="Georgia" w:hAnsi="Georgia" w:cs="Georgia" w:eastAsia="Georgia"/>
          <w:b w:val="0"/>
          <w:i w:val="0"/>
          <w:sz w:val="20"/>
        </w:rPr>
        <w:t>7. CEASEFIRE - THE EFFECT OF DEFEAT (page 3)</w:t>
      </w:r>
    </w:p>
    <w:p>
      <w:pPr>
        <w:spacing w:before="0" w:after="40" w:line="300" w:lineRule="exact"/>
        <w:jc w:val="left"/>
      </w:pPr>
      <w:r>
        <w:rPr>
          <w:rFonts w:ascii="Georgia" w:hAnsi="Georgia" w:cs="Georgia" w:eastAsia="Georgia"/>
          <w:b w:val="0"/>
          <w:i w:val="0"/>
          <w:sz w:val="20"/>
        </w:rPr>
        <w:t>8. "YEMEN DEFEATS AMERICA" (page 3, 4)</w:t>
      </w:r>
    </w:p>
    <w:p>
      <w:pPr>
        <w:spacing w:before="0" w:after="40" w:line="300" w:lineRule="exact"/>
        <w:jc w:val="left"/>
      </w:pPr>
      <w:r>
        <w:rPr>
          <w:rFonts w:ascii="Georgia" w:hAnsi="Georgia" w:cs="Georgia" w:eastAsia="Georgia"/>
          <w:b w:val="0"/>
          <w:i w:val="0"/>
          <w:sz w:val="20"/>
        </w:rPr>
        <w:t>9. ISRAEL IS TRAPPED (page 4)</w:t>
      </w:r>
    </w:p>
    <w:p>
      <w:pPr>
        <w:spacing w:before="0" w:after="40" w:line="300" w:lineRule="exact"/>
        <w:jc w:val="left"/>
      </w:pPr>
      <w:r>
        <w:rPr>
          <w:rFonts w:ascii="Georgia" w:hAnsi="Georgia" w:cs="Georgia" w:eastAsia="Georgia"/>
          <w:b w:val="0"/>
          <w:i w:val="0"/>
          <w:sz w:val="20"/>
        </w:rPr>
        <w:t>10. After more than 600 days of incessant bombing, devastating the entire Land of Gazzah,… (page 5) [no printed headline]</w:t>
      </w:r>
    </w:p>
    <w:p>
      <w:pPr>
        <w:spacing w:before="0" w:after="40" w:line="300" w:lineRule="exact"/>
        <w:jc w:val="left"/>
      </w:pPr>
      <w:r>
        <w:rPr>
          <w:rFonts w:ascii="Georgia" w:hAnsi="Georgia" w:cs="Georgia" w:eastAsia="Georgia"/>
          <w:b w:val="0"/>
          <w:i w:val="0"/>
          <w:sz w:val="20"/>
        </w:rPr>
        <w:t>11. CRIMINAL NETANYAHU ADMITS HIRING PALESTINIAN GANGSTERS (page 5)</w:t>
      </w:r>
    </w:p>
    <w:p>
      <w:pPr>
        <w:spacing w:before="0" w:after="40" w:line="300" w:lineRule="exact"/>
        <w:jc w:val="left"/>
      </w:pPr>
      <w:r>
        <w:rPr>
          <w:rFonts w:ascii="Georgia" w:hAnsi="Georgia" w:cs="Georgia" w:eastAsia="Georgia"/>
          <w:b w:val="0"/>
          <w:i w:val="0"/>
          <w:sz w:val="20"/>
        </w:rPr>
        <w:t>12. nal attacks and stealing aid from trucks as starvation stalks the entire territory due to… (page 5) [no printed headline]</w:t>
      </w:r>
    </w:p>
    <w:p>
      <w:pPr>
        <w:spacing w:before="0" w:after="40" w:line="300" w:lineRule="exact"/>
        <w:jc w:val="left"/>
      </w:pPr>
      <w:r>
        <w:rPr>
          <w:rFonts w:ascii="Georgia" w:hAnsi="Georgia" w:cs="Georgia" w:eastAsia="Georgia"/>
          <w:b w:val="0"/>
          <w:i w:val="0"/>
          <w:sz w:val="20"/>
        </w:rPr>
        <w:t>13. THE AUSTRALIAN IMAAM WRONGLY ACCUSED (page 6)</w:t>
      </w:r>
    </w:p>
    <w:p>
      <w:pPr>
        <w:spacing w:before="0" w:after="40" w:line="300" w:lineRule="exact"/>
        <w:jc w:val="left"/>
      </w:pPr>
      <w:r>
        <w:rPr>
          <w:rFonts w:ascii="Georgia" w:hAnsi="Georgia" w:cs="Georgia" w:eastAsia="Georgia"/>
          <w:b w:val="0"/>
          <w:i w:val="0"/>
          <w:sz w:val="20"/>
        </w:rPr>
        <w:t>14. A CONUNDRUM IS SOLVED (page 6)</w:t>
      </w:r>
    </w:p>
    <w:p>
      <w:pPr>
        <w:spacing w:before="0" w:after="40" w:line="300" w:lineRule="exact"/>
        <w:jc w:val="left"/>
      </w:pPr>
      <w:r>
        <w:rPr>
          <w:rFonts w:ascii="Georgia" w:hAnsi="Georgia" w:cs="Georgia" w:eastAsia="Georgia"/>
          <w:b w:val="0"/>
          <w:i w:val="0"/>
          <w:sz w:val="20"/>
        </w:rPr>
        <w:t>15. IT IS ALLAH'S PUNISHMENT (page 7)</w:t>
      </w:r>
    </w:p>
    <w:p>
      <w:pPr>
        <w:spacing w:before="0" w:after="40" w:line="300" w:lineRule="exact"/>
        <w:jc w:val="left"/>
      </w:pPr>
      <w:r>
        <w:rPr>
          <w:rFonts w:ascii="Georgia" w:hAnsi="Georgia" w:cs="Georgia" w:eastAsia="Georgia"/>
          <w:b w:val="0"/>
          <w:i w:val="0"/>
          <w:sz w:val="20"/>
        </w:rPr>
        <w:t>16. THE ICC KANGAROO COURT (page 7, 8)</w:t>
      </w:r>
    </w:p>
    <w:p>
      <w:pPr>
        <w:spacing w:before="0" w:after="40" w:line="300" w:lineRule="exact"/>
        <w:jc w:val="left"/>
      </w:pPr>
      <w:r>
        <w:rPr>
          <w:rFonts w:ascii="Georgia" w:hAnsi="Georgia" w:cs="Georgia" w:eastAsia="Georgia"/>
          <w:b w:val="0"/>
          <w:i w:val="0"/>
          <w:sz w:val="20"/>
        </w:rPr>
        <w:t>17. THE ISRAELI SUICIDAL DISINTEGRATION (page 8)</w:t>
      </w:r>
    </w:p>
    <w:p>
      <w:pPr>
        <w:spacing w:before="0" w:after="40" w:line="300" w:lineRule="exact"/>
        <w:jc w:val="left"/>
      </w:pPr>
      <w:r>
        <w:rPr>
          <w:rFonts w:ascii="Georgia" w:hAnsi="Georgia" w:cs="Georgia" w:eastAsia="Georgia"/>
          <w:b w:val="0"/>
          <w:i w:val="0"/>
          <w:sz w:val="20"/>
        </w:rPr>
        <w:t>18. YAHUDI CASUALITIES (page 9)</w:t>
      </w:r>
    </w:p>
    <w:p>
      <w:pPr>
        <w:spacing w:before="0" w:after="40" w:line="300" w:lineRule="exact"/>
        <w:jc w:val="left"/>
      </w:pPr>
      <w:r>
        <w:rPr>
          <w:rFonts w:ascii="Georgia" w:hAnsi="Georgia" w:cs="Georgia" w:eastAsia="Georgia"/>
          <w:b w:val="0"/>
          <w:i w:val="0"/>
          <w:sz w:val="20"/>
        </w:rPr>
        <w:t>19. ALLAH IS IN CHARGE (page 9)</w:t>
      </w:r>
    </w:p>
    <w:p>
      <w:pPr>
        <w:spacing w:before="0" w:after="40" w:line="300" w:lineRule="exact"/>
        <w:jc w:val="left"/>
      </w:pPr>
      <w:r>
        <w:rPr>
          <w:rFonts w:ascii="Georgia" w:hAnsi="Georgia" w:cs="Georgia" w:eastAsia="Georgia"/>
          <w:b w:val="0"/>
          <w:i w:val="0"/>
          <w:sz w:val="20"/>
        </w:rPr>
        <w:t>20. US WARSHIP IN FLIGHT (page 10)</w:t>
      </w:r>
    </w:p>
    <w:p>
      <w:pPr>
        <w:spacing w:before="0" w:after="40" w:line="300" w:lineRule="exact"/>
        <w:jc w:val="left"/>
      </w:pPr>
      <w:r>
        <w:rPr>
          <w:rFonts w:ascii="Georgia" w:hAnsi="Georgia" w:cs="Georgia" w:eastAsia="Georgia"/>
          <w:b w:val="0"/>
          <w:i w:val="0"/>
          <w:sz w:val="20"/>
        </w:rPr>
        <w:t>21. TRUMP'S DEAL WITH THE HOUTIS (page 10, 11)</w:t>
      </w:r>
    </w:p>
    <w:p>
      <w:pPr>
        <w:spacing w:before="0" w:after="40" w:line="300" w:lineRule="exact"/>
        <w:jc w:val="left"/>
      </w:pPr>
      <w:r>
        <w:rPr>
          <w:rFonts w:ascii="Georgia" w:hAnsi="Georgia" w:cs="Georgia" w:eastAsia="Georgia"/>
          <w:b w:val="0"/>
          <w:i w:val="0"/>
          <w:sz w:val="20"/>
        </w:rPr>
        <w:t>22. Trump announces deal to stop bombing Houthis, end shipping attacks (page 11, 12)</w:t>
      </w:r>
    </w:p>
    <w:p>
      <w:pPr>
        <w:spacing w:before="0" w:after="40" w:line="300" w:lineRule="exact"/>
        <w:jc w:val="left"/>
      </w:pPr>
      <w:r>
        <w:rPr>
          <w:rFonts w:ascii="Georgia" w:hAnsi="Georgia" w:cs="Georgia" w:eastAsia="Georgia"/>
          <w:b w:val="0"/>
          <w:i w:val="0"/>
          <w:sz w:val="20"/>
        </w:rPr>
        <w:t>23. HAMAS UNDEFEATED (page 12, 13, 14)</w:t>
      </w:r>
    </w:p>
    <w:p>
      <w:pPr>
        <w:spacing w:before="0" w:after="40" w:line="300" w:lineRule="exact"/>
        <w:jc w:val="left"/>
      </w:pPr>
      <w:r>
        <w:rPr>
          <w:rFonts w:ascii="Georgia" w:hAnsi="Georgia" w:cs="Georgia" w:eastAsia="Georgia"/>
          <w:b w:val="0"/>
          <w:i w:val="0"/>
          <w:sz w:val="20"/>
        </w:rPr>
        <w:t>24. THE TESTIMONY OF A TAJIK MUSLIM (page 14)</w:t>
      </w:r>
    </w:p>
    <w:p>
      <w:pPr>
        <w:spacing w:before="0" w:after="40" w:line="300" w:lineRule="exact"/>
        <w:jc w:val="left"/>
      </w:pPr>
      <w:r>
        <w:rPr>
          <w:rFonts w:ascii="Georgia" w:hAnsi="Georgia" w:cs="Georgia" w:eastAsia="Georgia"/>
          <w:b w:val="0"/>
          <w:i w:val="0"/>
          <w:sz w:val="20"/>
        </w:rPr>
        <w:t>25. The oppression is so extreme it's indescribable. (page 14) [no printed headline]</w:t>
      </w:r>
    </w:p>
    <w:p>
      <w:pPr>
        <w:spacing w:before="0" w:after="40" w:line="300" w:lineRule="exact"/>
        <w:jc w:val="left"/>
      </w:pPr>
      <w:r>
        <w:rPr>
          <w:rFonts w:ascii="Georgia" w:hAnsi="Georgia" w:cs="Georgia" w:eastAsia="Georgia"/>
          <w:b w:val="0"/>
          <w:i w:val="0"/>
          <w:sz w:val="20"/>
        </w:rPr>
        <w:t>26. THE IRANIAN KUFFAAR EXPEL OVER HALF A MILLION (page 15)</w:t>
      </w:r>
    </w:p>
    <w:p>
      <w:pPr>
        <w:spacing w:before="0" w:after="40" w:line="300" w:lineRule="exact"/>
        <w:jc w:val="left"/>
      </w:pPr>
      <w:r>
        <w:rPr>
          <w:rFonts w:ascii="Georgia" w:hAnsi="Georgia" w:cs="Georgia" w:eastAsia="Georgia"/>
          <w:b w:val="0"/>
          <w:i w:val="0"/>
          <w:sz w:val="20"/>
        </w:rPr>
        <w:t>27. THE COVID &amp; INTERFAITH CARTEL OF MUNAAFIQEEN DO NOT FORGET THEM! (page 15, 19)</w:t>
      </w:r>
    </w:p>
    <w:p>
      <w:pPr>
        <w:spacing w:before="0" w:after="40" w:line="300" w:lineRule="exact"/>
        <w:jc w:val="left"/>
      </w:pPr>
      <w:r>
        <w:rPr>
          <w:rFonts w:ascii="Georgia" w:hAnsi="Georgia" w:cs="Georgia" w:eastAsia="Georgia"/>
          <w:b w:val="0"/>
          <w:i w:val="0"/>
          <w:sz w:val="20"/>
        </w:rPr>
        <w:t>28. ALLAH IS ALEEM (page 16)</w:t>
      </w:r>
    </w:p>
    <w:p>
      <w:pPr>
        <w:spacing w:before="0" w:after="40" w:line="300" w:lineRule="exact"/>
        <w:jc w:val="left"/>
      </w:pPr>
      <w:r>
        <w:rPr>
          <w:rFonts w:ascii="Georgia" w:hAnsi="Georgia" w:cs="Georgia" w:eastAsia="Georgia"/>
          <w:b w:val="0"/>
          <w:i w:val="0"/>
          <w:sz w:val="20"/>
        </w:rPr>
        <w:t>29. ALLAH"S HELP (page 16)</w:t>
      </w:r>
    </w:p>
    <w:p>
      <w:pPr>
        <w:spacing w:before="0" w:after="40" w:line="300" w:lineRule="exact"/>
        <w:jc w:val="left"/>
      </w:pPr>
      <w:r>
        <w:rPr>
          <w:rFonts w:ascii="Georgia" w:hAnsi="Georgia" w:cs="Georgia" w:eastAsia="Georgia"/>
          <w:b w:val="0"/>
          <w:i w:val="0"/>
          <w:sz w:val="20"/>
        </w:rPr>
        <w:t>30. YOUR ENEMIES (page 16)</w:t>
      </w:r>
    </w:p>
    <w:p>
      <w:pPr>
        <w:spacing w:before="0" w:after="40" w:line="300" w:lineRule="exact"/>
        <w:jc w:val="left"/>
      </w:pPr>
      <w:r>
        <w:rPr>
          <w:rFonts w:ascii="Georgia" w:hAnsi="Georgia" w:cs="Georgia" w:eastAsia="Georgia"/>
          <w:b w:val="0"/>
          <w:i w:val="0"/>
          <w:sz w:val="20"/>
        </w:rPr>
        <w:t>31. HIS ARMIES (page 16)</w:t>
      </w:r>
    </w:p>
    <w:p>
      <w:pPr>
        <w:spacing w:before="0" w:after="40" w:line="300" w:lineRule="exact"/>
        <w:jc w:val="left"/>
      </w:pPr>
      <w:r>
        <w:rPr>
          <w:rFonts w:ascii="Georgia" w:hAnsi="Georgia" w:cs="Georgia" w:eastAsia="Georgia"/>
          <w:b w:val="0"/>
          <w:i w:val="0"/>
          <w:sz w:val="20"/>
        </w:rPr>
        <w:t>32. DID THEY AID ALLAH? (page 16, 17)</w:t>
      </w:r>
    </w:p>
    <w:p>
      <w:pPr>
        <w:spacing w:before="0" w:after="40" w:line="300" w:lineRule="exact"/>
        <w:jc w:val="left"/>
      </w:pPr>
      <w:r>
        <w:rPr>
          <w:rFonts w:ascii="Georgia" w:hAnsi="Georgia" w:cs="Georgia" w:eastAsia="Georgia"/>
          <w:b w:val="0"/>
          <w:i w:val="0"/>
          <w:sz w:val="20"/>
        </w:rPr>
        <w:t>33. UN court denies Mladic, who led Bosnia's Srebrenica massacre, early release (page 17)</w:t>
      </w:r>
    </w:p>
    <w:p>
      <w:pPr>
        <w:spacing w:before="0" w:after="40" w:line="300" w:lineRule="exact"/>
        <w:jc w:val="left"/>
      </w:pPr>
      <w:r>
        <w:rPr>
          <w:rFonts w:ascii="Georgia" w:hAnsi="Georgia" w:cs="Georgia" w:eastAsia="Georgia"/>
          <w:b w:val="0"/>
          <w:i w:val="0"/>
          <w:sz w:val="20"/>
        </w:rPr>
        <w:t>34. COMMENT (page 17, 18)</w:t>
      </w:r>
    </w:p>
    <w:p>
      <w:pPr>
        <w:spacing w:before="0" w:after="40" w:line="300" w:lineRule="exact"/>
        <w:jc w:val="left"/>
      </w:pPr>
      <w:r>
        <w:rPr>
          <w:rFonts w:ascii="Georgia" w:hAnsi="Georgia" w:cs="Georgia" w:eastAsia="Georgia"/>
          <w:b w:val="0"/>
          <w:i w:val="0"/>
          <w:sz w:val="20"/>
        </w:rPr>
        <w:t>35. "And, there is no help except from Allah. (page 18) [no printed headline]</w:t>
      </w:r>
    </w:p>
    <w:p>
      <w:pPr>
        <w:spacing w:before="0" w:after="40" w:line="300" w:lineRule="exact"/>
        <w:jc w:val="left"/>
      </w:pPr>
      <w:r>
        <w:rPr>
          <w:rFonts w:ascii="Georgia" w:hAnsi="Georgia" w:cs="Georgia" w:eastAsia="Georgia"/>
          <w:b w:val="0"/>
          <w:i w:val="0"/>
          <w:sz w:val="20"/>
        </w:rPr>
        <w:t>36. HIS PUNISHMENT (page 18)</w:t>
      </w:r>
    </w:p>
    <w:p>
      <w:pPr>
        <w:spacing w:before="0" w:after="40" w:line="300" w:lineRule="exact"/>
        <w:jc w:val="left"/>
      </w:pPr>
      <w:r>
        <w:rPr>
          <w:rFonts w:ascii="Georgia" w:hAnsi="Georgia" w:cs="Georgia" w:eastAsia="Georgia"/>
          <w:b w:val="0"/>
          <w:i w:val="0"/>
          <w:sz w:val="20"/>
        </w:rPr>
        <w:t>37. THE MUTAWAK- KILEEN (page 18)</w:t>
      </w:r>
    </w:p>
    <w:p>
      <w:pPr>
        <w:spacing w:before="0" w:after="40" w:line="300" w:lineRule="exact"/>
        <w:jc w:val="left"/>
      </w:pPr>
      <w:r>
        <w:rPr>
          <w:rFonts w:ascii="Georgia" w:hAnsi="Georgia" w:cs="Georgia" w:eastAsia="Georgia"/>
          <w:b w:val="0"/>
          <w:i w:val="0"/>
          <w:sz w:val="20"/>
        </w:rPr>
        <w:t>38. WHAT WERE THEY SUPPOSED TO HAVE DONE? (page 19)</w:t>
      </w:r>
    </w:p>
    <w:p>
      <w:pPr>
        <w:spacing w:before="0" w:after="40" w:line="300" w:lineRule="exact"/>
        <w:jc w:val="left"/>
      </w:pPr>
      <w:r>
        <w:rPr>
          <w:rFonts w:ascii="Georgia" w:hAnsi="Georgia" w:cs="Georgia" w:eastAsia="Georgia"/>
          <w:b w:val="0"/>
          <w:i w:val="0"/>
          <w:sz w:val="20"/>
        </w:rPr>
        <w:t>39. NO ACCIDENTS (page 19)</w:t>
      </w:r>
    </w:p>
    <w:p>
      <w:pPr>
        <w:spacing w:before="0" w:after="40" w:line="300" w:lineRule="exact"/>
        <w:jc w:val="left"/>
      </w:pPr>
      <w:r>
        <w:rPr>
          <w:rFonts w:ascii="Georgia" w:hAnsi="Georgia" w:cs="Georgia" w:eastAsia="Georgia"/>
          <w:b w:val="0"/>
          <w:i w:val="0"/>
          <w:sz w:val="20"/>
        </w:rPr>
        <w:t>40. THE COVID &amp; INTERFAITH CARTEL OF MUNAAFIQEEN (page 19)</w:t>
      </w:r>
    </w:p>
    <w:p>
      <w:pPr>
        <w:spacing w:before="0" w:after="40" w:line="300" w:lineRule="exact"/>
        <w:jc w:val="left"/>
      </w:pPr>
      <w:r>
        <w:rPr>
          <w:rFonts w:ascii="Georgia" w:hAnsi="Georgia" w:cs="Georgia" w:eastAsia="Georgia"/>
          <w:b w:val="0"/>
          <w:i w:val="0"/>
          <w:sz w:val="20"/>
        </w:rPr>
        <w:t>41. Israeli antiwar protest- ers rally near Gaza The Israeli military veterans' activist… (page 19) [no printed headline]</w:t>
      </w:r>
    </w:p>
    <w:p>
      <w:pPr>
        <w:spacing w:before="0" w:after="40" w:line="300" w:lineRule="exact"/>
        <w:jc w:val="left"/>
      </w:pPr>
      <w:r>
        <w:rPr>
          <w:rFonts w:ascii="Georgia" w:hAnsi="Georgia" w:cs="Georgia" w:eastAsia="Georgia"/>
          <w:b w:val="0"/>
          <w:i w:val="0"/>
          <w:sz w:val="20"/>
        </w:rPr>
        <w:t>42. AIDING THE MU'MINEEN (page 20)</w:t>
      </w:r>
    </w:p>
    <w:p>
      <w:pPr>
        <w:spacing w:before="0" w:after="40" w:line="300" w:lineRule="exact"/>
        <w:jc w:val="left"/>
      </w:pPr>
      <w:r>
        <w:rPr>
          <w:rFonts w:ascii="Georgia" w:hAnsi="Georgia" w:cs="Georgia" w:eastAsia="Georgia"/>
          <w:b w:val="0"/>
          <w:i w:val="0"/>
          <w:sz w:val="20"/>
        </w:rPr>
        <w:t>43. BRUTALITY OF THE ISMAIL SHIAHS (page 20)</w:t>
      </w:r>
    </w:p>
    <w:p>
      <w:pPr>
        <w:spacing w:before="0" w:after="40" w:line="300" w:lineRule="exact"/>
        <w:jc w:val="left"/>
      </w:pPr>
      <w:r>
        <w:rPr>
          <w:rFonts w:ascii="Georgia" w:hAnsi="Georgia" w:cs="Georgia" w:eastAsia="Georgia"/>
          <w:b w:val="0"/>
          <w:i w:val="0"/>
          <w:sz w:val="20"/>
        </w:rPr>
        <w:t>44. "OUR AID" (page 20)</w:t>
      </w:r>
    </w:p>
    <w:p>
      <w:pPr>
        <w:spacing w:before="0" w:after="40" w:line="300" w:lineRule="exact"/>
        <w:jc w:val="left"/>
      </w:pPr>
      <w:r>
        <w:rPr>
          <w:rFonts w:ascii="Georgia" w:hAnsi="Georgia" w:cs="Georgia" w:eastAsia="Georgia"/>
          <w:b w:val="0"/>
          <w:i w:val="0"/>
          <w:sz w:val="20"/>
        </w:rPr>
        <w:t>45. DOMINATION IS FOR THE SULAHA (page 20)</w:t>
      </w:r>
    </w:p>
    <w:p>
      <w:pPr>
        <w:spacing w:before="0" w:after="40" w:line="300" w:lineRule="exact"/>
        <w:jc w:val="left"/>
      </w:pPr>
      <w:r>
        <w:rPr>
          <w:rFonts w:ascii="Georgia" w:hAnsi="Georgia" w:cs="Georgia" w:eastAsia="Georgia"/>
          <w:b w:val="0"/>
          <w:i w:val="0"/>
          <w:sz w:val="20"/>
        </w:rPr>
        <w:t>46. IN THE WAKE OF THE WESTERN KUFR LIFESTYLE (page 20)</w:t>
      </w:r>
    </w:p>
    <w:p>
      <w:pPr>
        <w:spacing w:before="0" w:after="40" w:line="300" w:lineRule="exact"/>
        <w:jc w:val="left"/>
      </w:pPr>
      <w:r>
        <w:rPr>
          <w:rFonts w:ascii="Georgia" w:hAnsi="Georgia" w:cs="Georgia" w:eastAsia="Georgia"/>
          <w:b w:val="0"/>
          <w:i w:val="0"/>
          <w:sz w:val="20"/>
        </w:rPr>
        <w:t>47. 'IIm (Knowledge) of the Deen is not for the Dunya (page 21, 22)</w:t>
      </w:r>
    </w:p>
    <w:p>
      <w:pPr>
        <w:spacing w:before="0" w:after="40" w:line="300" w:lineRule="exact"/>
        <w:jc w:val="left"/>
      </w:pPr>
      <w:r>
        <w:rPr>
          <w:rFonts w:ascii="Georgia" w:hAnsi="Georgia" w:cs="Georgia" w:eastAsia="Georgia"/>
          <w:b w:val="0"/>
          <w:i w:val="0"/>
          <w:sz w:val="20"/>
        </w:rPr>
        <w:t>48. Soldiers plead with reporters on IDF press tour of Gaza to publicize that they're burnt out (page 22)</w:t>
      </w:r>
    </w:p>
    <w:p>
      <w:pPr>
        <w:spacing w:before="0" w:after="40" w:line="300" w:lineRule="exact"/>
        <w:jc w:val="left"/>
      </w:pPr>
      <w:r>
        <w:rPr>
          <w:rFonts w:ascii="Georgia" w:hAnsi="Georgia" w:cs="Georgia" w:eastAsia="Georgia"/>
          <w:b w:val="0"/>
          <w:i w:val="0"/>
          <w:sz w:val="20"/>
        </w:rPr>
        <w:t>49. northern Gaza city of Beit Hanoun organized by the IDF. (page 22) [no printed headline]</w:t>
      </w:r>
    </w:p>
    <w:p>
      <w:pPr>
        <w:spacing w:before="0" w:after="40" w:line="300" w:lineRule="exact"/>
        <w:jc w:val="left"/>
      </w:pPr>
      <w:r>
        <w:rPr>
          <w:rFonts w:ascii="Georgia" w:hAnsi="Georgia" w:cs="Georgia" w:eastAsia="Georgia"/>
          <w:b w:val="0"/>
          <w:i w:val="0"/>
          <w:sz w:val="20"/>
        </w:rPr>
        <w:t>50. THE KUFFAAR STATE OF IRAN (page 22)</w:t>
      </w:r>
    </w:p>
    <w:p>
      <w:pPr>
        <w:spacing w:before="0" w:after="40" w:line="300" w:lineRule="exact"/>
        <w:jc w:val="left"/>
      </w:pPr>
      <w:r>
        <w:rPr>
          <w:rFonts w:ascii="Georgia" w:hAnsi="Georgia" w:cs="Georgia" w:eastAsia="Georgia"/>
          <w:b w:val="0"/>
          <w:i w:val="0"/>
          <w:sz w:val="20"/>
        </w:rPr>
        <w:t>51. SAKHRATULLAAH (page 23)</w:t>
      </w:r>
    </w:p>
    <w:p>
      <w:pPr>
        <w:spacing w:before="0" w:after="40" w:line="300" w:lineRule="exact"/>
        <w:jc w:val="left"/>
      </w:pPr>
      <w:r>
        <w:rPr>
          <w:rFonts w:ascii="Georgia" w:hAnsi="Georgia" w:cs="Georgia" w:eastAsia="Georgia"/>
          <w:b w:val="0"/>
          <w:i w:val="0"/>
          <w:sz w:val="20"/>
        </w:rPr>
        <w:t>52. NO AID FROM ANYWHERE (page 23)</w:t>
      </w:r>
    </w:p>
    <w:p>
      <w:pPr>
        <w:spacing w:before="0" w:after="40" w:line="300" w:lineRule="exact"/>
        <w:jc w:val="left"/>
      </w:pPr>
      <w:r>
        <w:rPr>
          <w:rFonts w:ascii="Georgia" w:hAnsi="Georgia" w:cs="Georgia" w:eastAsia="Georgia"/>
          <w:b w:val="0"/>
          <w:i w:val="0"/>
          <w:sz w:val="20"/>
        </w:rPr>
        <w:t>53. NO AID FROM ANYWHERE (page 23, 24)</w:t>
      </w:r>
    </w:p>
    <w:p>
      <w:pPr>
        <w:spacing w:before="0" w:after="40" w:line="300" w:lineRule="exact"/>
        <w:jc w:val="left"/>
      </w:pPr>
      <w:r>
        <w:rPr>
          <w:rFonts w:ascii="Georgia" w:hAnsi="Georgia" w:cs="Georgia" w:eastAsia="Georgia"/>
          <w:b w:val="0"/>
          <w:i w:val="0"/>
          <w:sz w:val="20"/>
        </w:rPr>
        <w:t>54. THE ARMIES OF ALLAH (page 24)</w:t>
      </w:r>
    </w:p>
    <w:p>
      <w:pPr>
        <w:spacing w:before="0" w:after="40" w:line="300" w:lineRule="exact"/>
        <w:jc w:val="left"/>
      </w:pPr>
      <w:r>
        <w:rPr>
          <w:rFonts w:ascii="Georgia" w:hAnsi="Georgia" w:cs="Georgia" w:eastAsia="Georgia"/>
          <w:b w:val="0"/>
          <w:i w:val="0"/>
          <w:sz w:val="20"/>
        </w:rPr>
        <w:t>55. "MORE ASTRAY THAN ANIMALS" (page 24)</w:t>
      </w:r>
    </w:p>
    <w:p>
      <w:r>
        <w:br w:type="page"/>
      </w:r>
    </w:p>
    <w:p>
      <w:pPr>
        <w:pStyle w:val="Heading1"/>
        <w:spacing w:before="360" w:after="200" w:line="300" w:lineRule="exact"/>
        <w:jc w:val="center"/>
      </w:pPr>
      <w:r>
        <w:rPr>
          <w:rFonts w:ascii="Georgia" w:hAnsi="Georgia" w:cs="Georgia" w:eastAsia="Georgia"/>
          <w:b/>
          <w:i w:val="0"/>
          <w:color w:val="1F3864"/>
          <w:sz w:val="32"/>
        </w:rPr>
        <w:t>Al-Hag</w:t>
      </w:r>
    </w:p>
    <w:p>
      <w:pPr>
        <w:spacing w:before="0" w:after="160" w:line="300" w:lineRule="exact"/>
        <w:jc w:val="center"/>
      </w:pPr>
      <w:r>
        <w:rPr>
          <w:rFonts w:ascii="Georgia" w:hAnsi="Georgia" w:cs="Georgia" w:eastAsia="Georgia"/>
          <w:b w:val="0"/>
          <w:i/>
          <w:sz w:val="16"/>
        </w:rPr>
        <w:t>Page 1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BULLETIN No. 77</w:t>
      </w:r>
    </w:p>
    <w:p>
      <w:pPr>
        <w:spacing w:before="0" w:after="120" w:line="300" w:lineRule="exact"/>
        <w:jc w:val="both"/>
      </w:pPr>
      <w:r>
        <w:rPr>
          <w:rFonts w:ascii="Georgia" w:hAnsi="Georgia" w:cs="Georgia" w:eastAsia="Georgia"/>
          <w:b w:val="0"/>
          <w:i w:val="0"/>
          <w:sz w:val="22"/>
        </w:rPr>
        <w:t>Rabiul Awwal 1447 / September 2025</w:t>
      </w:r>
    </w:p>
    <w:p>
      <w:pPr>
        <w:pStyle w:val="Heading3"/>
        <w:spacing w:before="200" w:after="120" w:line="300" w:lineRule="exact"/>
        <w:jc w:val="left"/>
      </w:pPr>
      <w:r>
        <w:rPr>
          <w:rFonts w:ascii="Georgia" w:hAnsi="Georgia" w:cs="Georgia" w:eastAsia="Georgia"/>
          <w:b/>
          <w:i w:val="0"/>
          <w:color w:val="2E74B5"/>
          <w:sz w:val="24"/>
        </w:rPr>
        <w:t>THE BAND OF HAQ</w:t>
      </w:r>
    </w:p>
    <w:p>
      <w:pPr>
        <w:spacing w:before="0" w:after="120" w:line="300" w:lineRule="exact"/>
        <w:jc w:val="both"/>
      </w:pPr>
      <w:r>
        <w:rPr>
          <w:rFonts w:ascii="Georgia" w:hAnsi="Georgia" w:cs="Georgia" w:eastAsia="Georgia"/>
          <w:b w:val="0"/>
          <w:i w:val="0"/>
          <w:sz w:val="22"/>
        </w:rPr>
        <w:t>"There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"WHY WILL ISRAEL NEVER WIN"</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By a BritishMilitary Expert A British military expert said, There is a secret power in Gaza that is making the war last so long. It is not possible because of Hamas fighters alone. A US military expert said, The amount of weapons that America and various European countries have supplied to Israel is enough to destroy an area ten times the size of Gaza.</w:t>
      </w:r>
    </w:p>
    <w:p>
      <w:pPr>
        <w:spacing w:before="0" w:after="120" w:line="300" w:lineRule="exact"/>
        <w:jc w:val="both"/>
      </w:pPr>
      <w:r>
        <w:rPr>
          <w:rFonts w:ascii="Georgia" w:hAnsi="Georgia" w:cs="Georgia" w:eastAsia="Georgia"/>
          <w:b w:val="0"/>
          <w:i w:val="0"/>
          <w:sz w:val="22"/>
        </w:rPr>
        <w:t>This amount of weapons is equivalent to six nuclear bombs that can completely destroy a place. He added, the skies over Gaza are now filled with Israeli, American, British, French and German surveillance drones and spy planes of various types. Which record every move- ment with great precision. Yet the wonder is, How these fighters come out and destroy Israeli military vehicles!</w:t>
      </w:r>
    </w:p>
    <w:p>
      <w:pPr>
        <w:spacing w:before="0" w:after="120" w:line="300" w:lineRule="exact"/>
        <w:jc w:val="both"/>
      </w:pPr>
      <w:r>
        <w:rPr>
          <w:rFonts w:ascii="Georgia" w:hAnsi="Georgia" w:cs="Georgia" w:eastAsia="Georgia"/>
          <w:b w:val="0"/>
          <w:i w:val="0"/>
          <w:sz w:val="22"/>
        </w:rPr>
        <w:t>Shoot and kill soldiers! Plant explosives and attack in such a way that almost a third of the Israeli army's vehicles have been destroyed. Thousands of soldiers have been killed and wounded. However, these surveillance drones and aircraft cannot find them or if they can, they are very few. Another said, The total area of Gaza is 365 square kilometers. 75% of it is highly populated.</w:t>
      </w:r>
    </w:p>
    <w:p>
      <w:pPr>
        <w:spacing w:before="0" w:after="120" w:line="300" w:lineRule="exact"/>
        <w:jc w:val="both"/>
      </w:pPr>
      <w:r>
        <w:rPr>
          <w:rFonts w:ascii="Georgia" w:hAnsi="Georgia" w:cs="Georgia" w:eastAsia="Georgia"/>
          <w:b w:val="0"/>
          <w:i w:val="0"/>
          <w:sz w:val="22"/>
        </w:rPr>
        <w:t>Thousands of bombs and missiles have been dropped from aircraft. Simultaneous attacks have been carried out from land, sea and air. Heavy fire has been rained down from F-15, F-35 and Apache helicopters. Almost all types of weapons have been used excessively. I have seen videos where children in Gaza are seen playing with unexploded missiles.</w:t>
      </w:r>
    </w:p>
    <w:p>
      <w:pPr>
        <w:spacing w:before="0" w:after="120" w:line="300" w:lineRule="exact"/>
        <w:jc w:val="both"/>
      </w:pPr>
      <w:r>
        <w:rPr>
          <w:rFonts w:ascii="Georgia" w:hAnsi="Georgia" w:cs="Georgia" w:eastAsia="Georgia"/>
          <w:b w:val="0"/>
          <w:i w:val="0"/>
          <w:sz w:val="22"/>
        </w:rPr>
        <w:t>Another said, a miracle is happening here. These fighters are invisible. This is the power of God. It is terrifying to see how they go and plant bombs on tanks. They have no fear, their willpower is strong, and they will succeed. Children in Gaza are playing with unexploded missiles. If this were happening in our country, bomb squads, engineering units, and explosives experts would come and surround them.</w:t>
      </w:r>
    </w:p>
    <w:p>
      <w:pPr>
        <w:spacing w:before="0" w:after="120" w:line="300" w:lineRule="exact"/>
        <w:jc w:val="both"/>
      </w:pPr>
      <w:r>
        <w:rPr>
          <w:rFonts w:ascii="Georgia" w:hAnsi="Georgia" w:cs="Georgia" w:eastAsia="Georgia"/>
          <w:b w:val="0"/>
          <w:i w:val="0"/>
          <w:sz w:val="22"/>
        </w:rPr>
        <w:t>But nothing happens here, as if they are being protected by an invisible force. These fighters are not ordinary people. Where did they get such training? Israel is embroiled in a war that they cannot win. It will take years to rebuild their army.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STARVATION!</w:t>
      </w:r>
    </w:p>
    <w:p>
      <w:pPr>
        <w:spacing w:before="0" w:after="160" w:line="300" w:lineRule="exact"/>
        <w:jc w:val="center"/>
      </w:pPr>
      <w:r>
        <w:rPr>
          <w:rFonts w:ascii="Georgia" w:hAnsi="Georgia" w:cs="Georgia" w:eastAsia="Georgia"/>
          <w:b w:val="0"/>
          <w:i/>
          <w:sz w:val="16"/>
        </w:rPr>
        <w:t>Page 1, 2 of the original. Heading read from the printed headline artwork.</w:t>
      </w:r>
    </w:p>
    <w:p>
      <w:pPr>
        <w:spacing w:before="0" w:after="120" w:line="300" w:lineRule="exact"/>
        <w:jc w:val="both"/>
      </w:pPr>
      <w:r>
        <w:rPr>
          <w:rFonts w:ascii="Georgia" w:hAnsi="Georgia" w:cs="Georgia" w:eastAsia="Georgia"/>
          <w:b w:val="0"/>
          <w:i w:val="0"/>
          <w:sz w:val="22"/>
        </w:rPr>
        <w:t>(End of the Expert's comment) During the second world war Japan was riding on the crest of a wave of victory against the western powers. When two atomic bombs were dropped, one on Hiroshima and one on Nagasaki, the shock of the devastation compelled Japan to surrender unconditionally. That was the effect of two such nuclear bombs which by today's standards are obsolete.</w:t>
      </w:r>
    </w:p>
    <w:p>
      <w:pPr>
        <w:spacing w:before="0" w:after="120" w:line="300" w:lineRule="exact"/>
        <w:jc w:val="both"/>
      </w:pPr>
      <w:r>
        <w:rPr>
          <w:rFonts w:ascii="Georgia" w:hAnsi="Georgia" w:cs="Georgia" w:eastAsia="Georgia"/>
          <w:b w:val="0"/>
          <w:i w:val="0"/>
          <w:sz w:val="22"/>
        </w:rPr>
        <w:t>In Gazzah, in addition to Israel's tank invasion, the devastation caused by the airforce equates to that of six nuclear bombs. Yet, purely by the grace and aid of Allah Azza Wa Jal, Hamas remains resilient and continues the resistance after more than 18 months of brutal genocide perpetrated by the Israeli savages. Even the Christian military expert is constrained to say: "A miracle is happening here.</w:t>
      </w:r>
    </w:p>
    <w:p>
      <w:pPr>
        <w:spacing w:before="0" w:after="120" w:line="300" w:lineRule="exact"/>
        <w:jc w:val="both"/>
      </w:pPr>
      <w:r>
        <w:rPr>
          <w:rFonts w:ascii="Georgia" w:hAnsi="Georgia" w:cs="Georgia" w:eastAsia="Georgia"/>
          <w:b w:val="0"/>
          <w:i w:val="0"/>
          <w:sz w:val="22"/>
        </w:rPr>
        <w:t>These fighters are invisible. This is the power of God."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 ATHAAB OF ALLAH AZZA WA JAL</w:t>
      </w:r>
    </w:p>
    <w:p>
      <w:pPr>
        <w:spacing w:before="0" w:after="160" w:line="300" w:lineRule="exact"/>
        <w:jc w:val="center"/>
      </w:pPr>
      <w:r>
        <w:rPr>
          <w:rFonts w:ascii="Georgia" w:hAnsi="Georgia" w:cs="Georgia" w:eastAsia="Georgia"/>
          <w:b w:val="0"/>
          <w:i/>
          <w:sz w:val="16"/>
        </w:rPr>
        <w:t>Page 1, 23 of the original</w:t>
      </w:r>
    </w:p>
    <w:p>
      <w:pPr>
        <w:spacing w:before="0" w:after="120" w:line="300" w:lineRule="exact"/>
        <w:jc w:val="both"/>
      </w:pPr>
      <w:r>
        <w:rPr>
          <w:rFonts w:ascii="Georgia" w:hAnsi="Georgia" w:cs="Georgia" w:eastAsia="Georgia"/>
          <w:b w:val="0"/>
          <w:i w:val="0"/>
          <w:sz w:val="22"/>
        </w:rPr>
        <w:t>"Allah cites the similitude of a town that was peaceful</w:t>
      </w:r>
    </w:p>
    <w:p>
      <w:pPr>
        <w:spacing w:before="120" w:after="120" w:line="300" w:lineRule="exact"/>
        <w:ind w:left="720" w:right="720"/>
        <w:jc w:val="center"/>
      </w:pPr>
      <w:r>
        <w:rPr>
          <w:rFonts w:ascii="Georgia" w:hAnsi="Georgia" w:cs="Georgia" w:eastAsia="Georgia"/>
          <w:b w:val="0"/>
          <w:i/>
          <w:sz w:val="22"/>
        </w:rPr>
        <w:t>and tranquil. Their rizq (food, etc.) came to them</w:t>
      </w:r>
    </w:p>
    <w:p>
      <w:pPr>
        <w:spacing w:before="0" w:after="120" w:line="300" w:lineRule="exact"/>
        <w:jc w:val="both"/>
      </w:pPr>
      <w:r>
        <w:rPr>
          <w:rFonts w:ascii="Georgia" w:hAnsi="Georgia" w:cs="Georgia" w:eastAsia="Georgia"/>
          <w:b w:val="0"/>
          <w:i w:val="0"/>
          <w:sz w:val="22"/>
        </w:rPr>
        <w:t>from every avenue in abundance. However, they</w:t>
      </w:r>
    </w:p>
    <w:p>
      <w:pPr>
        <w:spacing w:before="120" w:after="120" w:line="300" w:lineRule="exact"/>
        <w:ind w:left="720" w:right="720"/>
        <w:jc w:val="center"/>
      </w:pPr>
      <w:r>
        <w:rPr>
          <w:rFonts w:ascii="Georgia" w:hAnsi="Georgia" w:cs="Georgia" w:eastAsia="Georgia"/>
          <w:b w:val="0"/>
          <w:i/>
          <w:sz w:val="22"/>
        </w:rPr>
        <w:t>became ungrateful of the bounties of Allah. Then Allah</w:t>
      </w:r>
    </w:p>
    <w:p>
      <w:pPr>
        <w:spacing w:before="0" w:after="120" w:line="300" w:lineRule="exact"/>
        <w:jc w:val="both"/>
      </w:pPr>
      <w:r>
        <w:rPr>
          <w:rFonts w:ascii="Georgia" w:hAnsi="Georgia" w:cs="Georgia" w:eastAsia="Georgia"/>
          <w:b w:val="0"/>
          <w:i w:val="0"/>
          <w:sz w:val="22"/>
        </w:rPr>
        <w:t>afflicted them with the garment of hunger (starvation) and fear because of their deeds (evil deeds)." (An-Nahl, Aayat 112) This Aayat of the Qur'aan Majeed has specific and general reference. Specifically, it refers to the people of Makkah who had rejected the Risaalat of Rasulullah (Sallallahu alayhi wasallam). In the wake of their kufr, the Athaab of Allah Ta'ala settled on them.</w:t>
      </w:r>
    </w:p>
    <w:p>
      <w:pPr>
        <w:spacing w:before="0" w:after="120" w:line="300" w:lineRule="exact"/>
        <w:jc w:val="both"/>
      </w:pPr>
      <w:r>
        <w:rPr>
          <w:rFonts w:ascii="Georgia" w:hAnsi="Georgia" w:cs="Georgia" w:eastAsia="Georgia"/>
          <w:b w:val="0"/>
          <w:i w:val="0"/>
          <w:sz w:val="22"/>
        </w:rPr>
        <w:t>The Athaab was in the form of starvation. The punishment of starvation endured for seven years. They were reduced to consume burnt bones and carrion. Starvation is one form of Punishment of Allah Ta'ala. When Muslims go on wild rampages of kufr, denying and abrogating the Shariah, substituting it with the law of Taaghut, and blindly emulating the kuffaar, then the Athaab of Allah Azza Wa Jal becomes halaal for them.</w:t>
      </w:r>
    </w:p>
    <w:p>
      <w:pPr>
        <w:spacing w:before="0" w:after="120" w:line="300" w:lineRule="exact"/>
        <w:jc w:val="both"/>
      </w:pPr>
      <w:r>
        <w:rPr>
          <w:rFonts w:ascii="Georgia" w:hAnsi="Georgia" w:cs="Georgia" w:eastAsia="Georgia"/>
          <w:b w:val="0"/>
          <w:i w:val="0"/>
          <w:sz w:val="22"/>
        </w:rPr>
        <w:t>Allah Ta'ala inflicts His Athaab via any of His innumerable agents and armies. Among His armies are the kuffaar, famine, starvation, natural disasters, etc., etc. "Only He knows His armies."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"ISRAEL'S HOBBY KILLING BABIES IN GAZA"</w:t>
      </w:r>
    </w:p>
    <w:p>
      <w:pPr>
        <w:spacing w:before="0" w:after="160" w:line="300" w:lineRule="exact"/>
        <w:jc w:val="center"/>
      </w:pPr>
      <w:r>
        <w:rPr>
          <w:rFonts w:ascii="Georgia" w:hAnsi="Georgia" w:cs="Georgia" w:eastAsia="Georgia"/>
          <w:b w:val="0"/>
          <w:i/>
          <w:sz w:val="16"/>
        </w:rPr>
        <w:t>Page 2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ACCORDING TO A TOP ISRAELI ARMY GENERAL</w:t>
      </w:r>
    </w:p>
    <w:p>
      <w:pPr>
        <w:spacing w:before="0" w:after="120" w:line="300" w:lineRule="exact"/>
        <w:jc w:val="both"/>
      </w:pPr>
      <w:r>
        <w:rPr>
          <w:rFonts w:ascii="Georgia" w:hAnsi="Georgia" w:cs="Georgia" w:eastAsia="Georgia"/>
          <w:b w:val="0"/>
          <w:i w:val="0"/>
          <w:sz w:val="22"/>
        </w:rPr>
        <w:t>Yair Golan, a former IDF deputy chief of staff and the present head of The Democrats Party, said: "Israel is on the way to becoming a pariah state, like South Africa was, if we don't return to acting like a sane country…..A sane country does not fight against civilians, does not kill babies as a hobby, and does not give itself the aim of expelling populations." Golan further said: "The government is full of vengeful types with no morals and no ability to run a country in a time of crisis.</w:t>
      </w:r>
    </w:p>
    <w:p>
      <w:pPr>
        <w:spacing w:before="0" w:after="120" w:line="300" w:lineRule="exact"/>
        <w:jc w:val="both"/>
      </w:pPr>
      <w:r>
        <w:rPr>
          <w:rFonts w:ascii="Georgia" w:hAnsi="Georgia" w:cs="Georgia" w:eastAsia="Georgia"/>
          <w:b w:val="0"/>
          <w:i w:val="0"/>
          <w:sz w:val="22"/>
        </w:rPr>
        <w:t>This endangers our existence." (They are worse than barbar- ians and savages –Al-Haq) Yair Golan retired from the IDF after 38 years of active military duty. In his criticism, he said: "This war is the realization of the fantasies of Ben Gvir and Smotrich, and if we allow them to put this into action, we will become a pariah state…….the government is crooked.</w:t>
      </w:r>
    </w:p>
    <w:p>
      <w:pPr>
        <w:spacing w:before="0" w:after="120" w:line="300" w:lineRule="exact"/>
        <w:jc w:val="both"/>
      </w:pPr>
      <w:r>
        <w:rPr>
          <w:rFonts w:ascii="Georgia" w:hAnsi="Georgia" w:cs="Georgia" w:eastAsia="Georgia"/>
          <w:b w:val="0"/>
          <w:i w:val="0"/>
          <w:sz w:val="22"/>
        </w:rPr>
        <w:t>The war must be ended, the hostages returned and Israel rehabilitated." (In reality, there is no war. It is a campaign of mass murder, massacre and genocide. It is the mass killing of unarmed civilians from the safety of planes and tanks. It is the brutal killing of thousands of babies, tens of thousands of women, children, and unarmed men. –Al-Haq) Moshe Ya'alon, a former defense minister and former IDF chief accused that "politicians were corrupting the military and sabotaging its moral compass." These admissions and concessions of top Yahudi army and political personnel bear the loudest testimony to Israeli brutality, inhumanity and Satanism.</w:t>
      </w:r>
    </w:p>
    <w:p>
      <w:pPr>
        <w:spacing w:before="0" w:after="120" w:line="300" w:lineRule="exact"/>
        <w:jc w:val="both"/>
      </w:pPr>
      <w:r>
        <w:rPr>
          <w:rFonts w:ascii="Georgia" w:hAnsi="Georgia" w:cs="Georgia" w:eastAsia="Georgia"/>
          <w:b w:val="0"/>
          <w:i w:val="0"/>
          <w:sz w:val="22"/>
        </w:rPr>
        <w:t>When even Yahudi army generals and politicians publicly and loudly declare that killing babies is the hobby of the Israeli military and government, there is no need for further evidence to confirm the most brutal genocide of recent times being enacted by the Yahudi Satanists who in reality are subsatanists and sub-swines.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ISRAELI BRUTALITY</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Former US soldier alleges war crimes committed by Israeli army, US contractors in Gaza A former US soldier who worked for the notorious Israeliand US-backed GHF has told the BBC that he had "without question … witnessed war crimes" in the kill- ing of civilians seeking food aid. Anthony Aguilar told the BBC that he saw Israeli soldiers and US contractors use live ammunition, artillery, mortar rounds, and tank fire on civilians at food distribution sites.</w:t>
      </w:r>
    </w:p>
    <w:p>
      <w:pPr>
        <w:spacing w:before="0" w:after="120" w:line="300" w:lineRule="exact"/>
        <w:jc w:val="both"/>
      </w:pPr>
      <w:r>
        <w:rPr>
          <w:rFonts w:ascii="Georgia" w:hAnsi="Georgia" w:cs="Georgia" w:eastAsia="Georgia"/>
          <w:b w:val="0"/>
          <w:i w:val="0"/>
          <w:sz w:val="22"/>
        </w:rPr>
        <w:t>"In my entire career, I have never witnessed the level of brutality and use of indiscriminate and unnecessary force against a civilian population until I was in Gaza at the hands of the [Israeli army] and US contractors," he was quoted by the BBC as saying. Al Jazeera had previously reported similar incidents, quoting Palestinian witnesses who were among those seeking food aid from the GHF.</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CEASEFIRE - THE EFFECT OF DEFEAT</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"Do not become cowardly and clared the ceasefire. It quoted three US officials as saying that Gen. Michael E. Kurilla, the head of Central Command, had proposed a campaign of eight to 10 months in which strikes would take out Houthi air defense systems, after which the US would use targeted assassinations — modeled on Israel's campaign against the Hezbollah terror group in Lebanon.</w:t>
      </w:r>
    </w:p>
    <w:p>
      <w:pPr>
        <w:spacing w:before="0" w:after="120" w:line="300" w:lineRule="exact"/>
        <w:jc w:val="both"/>
      </w:pPr>
      <w:r>
        <w:rPr>
          <w:rFonts w:ascii="Georgia" w:hAnsi="Georgia" w:cs="Georgia" w:eastAsia="Georgia"/>
          <w:b w:val="0"/>
          <w:i w:val="0"/>
          <w:sz w:val="22"/>
        </w:rPr>
        <w:t>While the Saudis backed the plan and provided a list of a dozen top Houthi officials for assassination, the United Arab Emirates was more wary, the report said. Trump eventually approved strikes on air defense and Houthi leaders. But the US president, who has a low tolerance for extended military campaigns in the Middle East, gave the military just 30 days to come up with results.</w:t>
      </w:r>
    </w:p>
    <w:p>
      <w:pPr>
        <w:spacing w:before="0" w:after="120" w:line="300" w:lineRule="exact"/>
        <w:jc w:val="both"/>
      </w:pPr>
      <w:r>
        <w:rPr>
          <w:rFonts w:ascii="Georgia" w:hAnsi="Georgia" w:cs="Georgia" w:eastAsia="Georgia"/>
          <w:b w:val="0"/>
          <w:i w:val="0"/>
          <w:sz w:val="22"/>
        </w:rPr>
        <w:t>At 31 days and a $1 billion bill, the president asked for a progress report, administration officials said. But it showed that the US was heading into an expensive, indefinite military campaign. Voices in the intelligence community noted that though there was "some degradation" of the Houthis' abilities, the group could easily regain them, the report said, citing unnamed officials.</w:t>
      </w:r>
    </w:p>
    <w:p>
      <w:pPr>
        <w:spacing w:before="0" w:after="120" w:line="300" w:lineRule="exact"/>
        <w:jc w:val="both"/>
      </w:pPr>
      <w:r>
        <w:rPr>
          <w:rFonts w:ascii="Georgia" w:hAnsi="Georgia" w:cs="Georgia" w:eastAsia="Georgia"/>
          <w:b w:val="0"/>
          <w:i w:val="0"/>
          <w:sz w:val="22"/>
        </w:rPr>
        <w:t>The Houthis had shot down several multi-million dollar US drones and were still firing at naval ships, among them an aircraft carrier. Some Pentagon planners were concerned do not call for Salaam (peace/</w:t>
      </w:r>
    </w:p>
    <w:p>
      <w:pPr>
        <w:spacing w:before="120" w:after="120" w:line="300" w:lineRule="exact"/>
        <w:ind w:left="720" w:right="720"/>
        <w:jc w:val="center"/>
      </w:pPr>
      <w:r>
        <w:rPr>
          <w:rFonts w:ascii="Georgia" w:hAnsi="Georgia" w:cs="Georgia" w:eastAsia="Georgia"/>
          <w:b w:val="0"/>
          <w:i/>
          <w:sz w:val="22"/>
        </w:rPr>
        <w:t>ceasefire/truce). (Ultimately), you will be victorious. Allah is</w:t>
      </w:r>
    </w:p>
    <w:p>
      <w:pPr>
        <w:spacing w:before="0" w:after="120" w:line="300" w:lineRule="exact"/>
        <w:jc w:val="both"/>
      </w:pPr>
      <w:r>
        <w:rPr>
          <w:rFonts w:ascii="Georgia" w:hAnsi="Georgia" w:cs="Georgia" w:eastAsia="Georgia"/>
          <w:b w:val="0"/>
          <w:i w:val="0"/>
          <w:sz w:val="22"/>
        </w:rPr>
        <w:t>with you, and He will not de- stroy your good deeds." (Muhammad, Aayat 35) Even the so-called American superpower, was constrained by defeat to enter into a ceasfire agreement with the 'ragtag' Houti force.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"YEMEN DEFEATS AMERICA"</w:t>
      </w:r>
    </w:p>
    <w:p>
      <w:pPr>
        <w:spacing w:before="0" w:after="160" w:line="300" w:lineRule="exact"/>
        <w:jc w:val="center"/>
      </w:pPr>
      <w:r>
        <w:rPr>
          <w:rFonts w:ascii="Georgia" w:hAnsi="Georgia" w:cs="Georgia" w:eastAsia="Georgia"/>
          <w:b w:val="0"/>
          <w:i/>
          <w:sz w:val="16"/>
        </w:rPr>
        <w:t>Page 3, 4 of the original</w:t>
      </w:r>
    </w:p>
    <w:p>
      <w:pPr>
        <w:spacing w:before="0" w:after="120" w:line="300" w:lineRule="exact"/>
        <w:jc w:val="both"/>
      </w:pPr>
      <w:r>
        <w:rPr>
          <w:rFonts w:ascii="Georgia" w:hAnsi="Georgia" w:cs="Georgia" w:eastAsia="Georgia"/>
          <w:b w:val="0"/>
          <w:i w:val="0"/>
          <w:sz w:val="22"/>
        </w:rPr>
        <w:t>How a floundering US campaign against the Houthis reportedly led Trump to a truce US president wanted results within 30 days, but after $1 billion spent, several drones and two fighter jets lost, Yemeni rebels were still firing back, The New York Times reports By ToI Staff 13 May 2025, 9:53 am US President Donald Trump's sudden announcement of a truce with Yemen's Houthi rebels after two months of an intense bombing campaign came because the military operation was struggling and showed no sign of reaching an imminent conclusion, the New York Times reported Monday, citing US officials.</w:t>
      </w:r>
    </w:p>
    <w:p>
      <w:pPr>
        <w:spacing w:before="0" w:after="120" w:line="300" w:lineRule="exact"/>
        <w:jc w:val="both"/>
      </w:pPr>
      <w:r>
        <w:rPr>
          <w:rFonts w:ascii="Georgia" w:hAnsi="Georgia" w:cs="Georgia" w:eastAsia="Georgia"/>
          <w:b w:val="0"/>
          <w:i w:val="0"/>
          <w:sz w:val="22"/>
        </w:rPr>
        <w:t>According to the report, though US airstrikes caused some damage, the Houthis had moved significant assets to underground bunkers, limiting the offensive's effects, and were still firing back at US Navy ships when Trump de- that the number of precision munitions used was depleting stockpiles that might be needed elsewhere. US officials said that aside from the seven MQ-9 drones the Houthis shot down — each with a $30 million price tag — the Yemeni group nearly hit several F-16 jets and an F-35 stealth fighter, raising the specter of US casualties.</w:t>
      </w:r>
    </w:p>
    <w:p>
      <w:pPr>
        <w:spacing w:before="0" w:after="120" w:line="300" w:lineRule="exact"/>
        <w:jc w:val="both"/>
      </w:pPr>
      <w:r>
        <w:rPr>
          <w:rFonts w:ascii="Georgia" w:hAnsi="Georgia" w:cs="Georgia" w:eastAsia="Georgia"/>
          <w:b w:val="0"/>
          <w:i w:val="0"/>
          <w:sz w:val="22"/>
        </w:rPr>
        <w:t>On April 28, the USS Truman aircraft carrier was forced to make a sharp turn to avoid Houthi fire, several officials said, a move that caused, in part, a fighter jet to fall overboard. Over the next week, a Houthi missile hit Ben Gurion airport in Israel, and another F -18 jet fell overboard from the aircraft carrier. A US official said that in late April, a video call between US Defense Secretary Pete Hegseth and Saudi and Emirati officials did not produce agreement on how to move forward.</w:t>
      </w:r>
    </w:p>
    <w:p>
      <w:pPr>
        <w:spacing w:before="0" w:after="120" w:line="300" w:lineRule="exact"/>
        <w:jc w:val="both"/>
      </w:pPr>
      <w:r>
        <w:rPr>
          <w:rFonts w:ascii="Georgia" w:hAnsi="Georgia" w:cs="Georgia" w:eastAsia="Georgia"/>
          <w:b w:val="0"/>
          <w:i w:val="0"/>
          <w:sz w:val="22"/>
        </w:rPr>
        <w:t>American and Arab officials said that Steve Witkoff, Trump's Middle East envoy, brought up an Omani suggestion that the US stop the bombing, and the Houthis would agree to halt firing at US ships in the Red Sea as an offramp. The deal would not include an agreement to stop firing at other shipping that the Houthis see as tied to Israel, a campaign, along with the direct attacks on Israel, that the Iranbacked group launched in support of Gaza amid the ongoing war there.</w:t>
      </w:r>
    </w:p>
    <w:p>
      <w:pPr>
        <w:spacing w:before="0" w:after="120" w:line="300" w:lineRule="exact"/>
        <w:jc w:val="both"/>
      </w:pPr>
      <w:r>
        <w:rPr>
          <w:rFonts w:ascii="Georgia" w:hAnsi="Georgia" w:cs="Georgia" w:eastAsia="Georgia"/>
          <w:b w:val="0"/>
          <w:i w:val="0"/>
          <w:sz w:val="22"/>
        </w:rPr>
        <w:t>By May 5, Trump was ready to end the campaign, according to over a dozen current and former officials with knowledge of talks in the president's national security circle. His announcement of a truce with the Houthis came two days later. Houthis and their supporters spread the news on social media with the hashtag, "Yemen defeats America." A White House spokeswoman said in a statement to The New York Times that "President Trump successfully delivered a cease-fire, which is another good deal for America and our security." According to the NYT, the developments indicated that some in the US national security team underestimated the tenacity of the Houthis and overestimated Trump's willingness to engage in a military conflict in the Middle East.</w:t>
      </w:r>
    </w:p>
    <w:p>
      <w:pPr>
        <w:spacing w:before="0" w:after="120" w:line="300" w:lineRule="exact"/>
        <w:jc w:val="both"/>
      </w:pPr>
      <w:r>
        <w:rPr>
          <w:rFonts w:ascii="Georgia" w:hAnsi="Georgia" w:cs="Georgia" w:eastAsia="Georgia"/>
          <w:b w:val="0"/>
          <w:i w:val="0"/>
          <w:sz w:val="22"/>
        </w:rPr>
        <w:t>It noted that during his first term, Trump had worked to bring US troops home from Syria, Afghanistan, and Iraq. In addition, Gen. Dan Caine, chairman of the Joint Chiefs of Staff, as well as his predecessors, had worried that fighting the Houthis would draw resources from the Asia-Pacific region. Trump's sudden halt to the campaign had surprised Israel, which was still carrying out its own strikes against the Houthis.</w:t>
      </w:r>
    </w:p>
    <w:p>
      <w:pPr>
        <w:spacing w:before="0" w:after="120" w:line="300" w:lineRule="exact"/>
        <w:jc w:val="both"/>
      </w:pPr>
      <w:r>
        <w:rPr>
          <w:rFonts w:ascii="Georgia" w:hAnsi="Georgia" w:cs="Georgia" w:eastAsia="Georgia"/>
          <w:b w:val="0"/>
          <w:i w:val="0"/>
          <w:sz w:val="22"/>
        </w:rPr>
        <w:t>The Houthis — whose slogan calls for "Death to America, Death to Israel, [and] a Curse on the Jews" — first began attacking Israel and maritime traffic in November 2023, a month after the October 7 Hamas massacre. The Houthis held their fire when a ceasefire was reached between Israel and Hamas in January 2025. By that point, they had fired over 40 ballistic missiles and dozens of attack drones and cruise missiles at Israel, including one that killed a civilian and wounded several others in Tel Aviv in July, prompting Israel's first strike in Yemen.</w:t>
      </w:r>
    </w:p>
    <w:p>
      <w:pPr>
        <w:spacing w:before="0" w:after="120" w:line="300" w:lineRule="exact"/>
        <w:jc w:val="both"/>
      </w:pPr>
      <w:r>
        <w:rPr>
          <w:rFonts w:ascii="Georgia" w:hAnsi="Georgia" w:cs="Georgia" w:eastAsia="Georgia"/>
          <w:b w:val="0"/>
          <w:i w:val="0"/>
          <w:sz w:val="22"/>
        </w:rPr>
        <w:t>Since March 18, when the IDF resumed its offensive against Hamas in the Gaza Strip, the Houthis have launched some 29 ballistic missiles and at least 10 drones at Israel. The sirens warning of missile attacks have sent hundreds of thousands of Israelis rushing to shelters at all hours of the day and night. On May 4, two days before Trump announced his truce with the Yemeni terror group, a Houthi ballistic missile beat Israel's defenses and impacted inside the grounds of Ben Gurion Airport, causing damage and minor injuries, and prompting most foreign airlines to institute an ongoing suspension of Israel flights. https://www.timesofisrael.com/how-afloundering-us-campaign-against-thehouthis-reportedly-led-trump-to-a-truc (End of report) In the midst of committing the murderous genocide in Gazzah together with Israel, the U.S.A. was compelled to announce a ceasefire with the Houtis.</w:t>
      </w:r>
    </w:p>
    <w:p>
      <w:pPr>
        <w:spacing w:before="0" w:after="120" w:line="300" w:lineRule="exact"/>
        <w:jc w:val="both"/>
      </w:pPr>
      <w:r>
        <w:rPr>
          <w:rFonts w:ascii="Georgia" w:hAnsi="Georgia" w:cs="Georgia" w:eastAsia="Georgia"/>
          <w:b w:val="0"/>
          <w:i w:val="0"/>
          <w:sz w:val="22"/>
        </w:rPr>
        <w:t>Thus, it loudly proclaimed its defeat – defeat inflicted on the superpower by a tiny 'ragtag' group termed 'terrorists' by the Clown Trump and his coalition.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ISRAEL IS TRAPPED</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Hamas Statement: "Netanyahu excels at sabotaging negotiation rounds, one after another, and does not want to reach any agreement. Our resistance fighters are waging a war of attrition that surprises the enemy daily with innovative field tactics, causing it to lose the initiative and disrupting its calculations, de- spite its superior firepower and air superiority.</w:t>
      </w:r>
    </w:p>
    <w:p>
      <w:pPr>
        <w:spacing w:before="0" w:after="120" w:line="300" w:lineRule="exact"/>
        <w:jc w:val="both"/>
      </w:pPr>
      <w:r>
        <w:rPr>
          <w:rFonts w:ascii="Georgia" w:hAnsi="Georgia" w:cs="Georgia" w:eastAsia="Georgia"/>
          <w:b w:val="0"/>
          <w:i w:val="0"/>
          <w:sz w:val="22"/>
        </w:rPr>
        <w:t>The longer the war continues, the deeper the occupation army sinks into Gaza's quicksand, and the more exposed it becomes to the qualitative strikes of the resistance. The criminal Netanyahu is dragging his army and his entity into an absurd war with no horizon; its continuation not only threatens the lives of pris- oners and soldiers but also portends a strategic disaster for his entity.</w:t>
      </w:r>
    </w:p>
    <w:p>
      <w:pPr>
        <w:spacing w:before="0" w:after="120" w:line="300" w:lineRule="exact"/>
        <w:jc w:val="both"/>
      </w:pPr>
      <w:r>
        <w:rPr>
          <w:rFonts w:ascii="Georgia" w:hAnsi="Georgia" w:cs="Georgia" w:eastAsia="Georgia"/>
          <w:b w:val="0"/>
          <w:i w:val="0"/>
          <w:sz w:val="22"/>
        </w:rPr>
        <w:t>The "absolute victory" that Netanyahu promotes is a great illusion, to cover up a resounding field and political defeat. Islamic Resistance Movement — Hamas Monday: 19 Muharram 1447 AH Corresponding to: July 14, 2025 AD"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After more than 600 days of incessant bombing, devastating the entire Land of Gazzah,…</w:t>
      </w:r>
    </w:p>
    <w:p>
      <w:pPr>
        <w:spacing w:before="0" w:after="160" w:line="300" w:lineRule="exact"/>
        <w:jc w:val="center"/>
      </w:pPr>
      <w:r>
        <w:rPr>
          <w:rFonts w:ascii="Georgia" w:hAnsi="Georgia" w:cs="Georgia" w:eastAsia="Georgia"/>
          <w:b w:val="0"/>
          <w:i/>
          <w:sz w:val="16"/>
        </w:rPr>
        <w:t>Page 5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After more than 600 days of incessant bombing, devastating the entire Land of Gazzah, murdering tens of thousands of civilians, mostly women and children, brutally injuring hundreds of thousands, destroying the entire civilian infrastructure and perpetrating the worst case genocide of this century, Israel has conceded the failure of its military and airforce against Hamas.</w:t>
      </w:r>
    </w:p>
    <w:p>
      <w:pPr>
        <w:spacing w:before="0" w:after="120" w:line="300" w:lineRule="exact"/>
        <w:jc w:val="both"/>
      </w:pPr>
      <w:r>
        <w:rPr>
          <w:rFonts w:ascii="Georgia" w:hAnsi="Georgia" w:cs="Georgia" w:eastAsia="Georgia"/>
          <w:b w:val="0"/>
          <w:i w:val="0"/>
          <w:sz w:val="22"/>
        </w:rPr>
        <w:t>Hamas remains a resilient force offering resolute resistance with such tenacity which has now compelled Israel to seek the assistance of treacherous Palestinian gangsters. The Israeli armed forces having failed to defeat Hamas, Netanyahu now believes that the Palestinian gangsters and criminals will be able to achieve the Israeli goal which the Israeli military and airforce have miserably failed to achieve.</w:t>
      </w:r>
    </w:p>
    <w:p>
      <w:pPr>
        <w:spacing w:before="0" w:after="120" w:line="300" w:lineRule="exact"/>
        <w:jc w:val="both"/>
      </w:pPr>
      <w:r>
        <w:rPr>
          <w:rFonts w:ascii="Georgia" w:hAnsi="Georgia" w:cs="Georgia" w:eastAsia="Georgia"/>
          <w:b w:val="0"/>
          <w:i w:val="0"/>
          <w:sz w:val="22"/>
        </w:rPr>
        <w:t>Netanyahu believes that the goal which his million man military and his airforce with the most advanced and sophisticated weaponry, and backed 100% by the U.S. have failed to achieve, will be achieved by the 100 member criminal Palestinian gang. The mass murders and massacres have indeed deranged the brains of the Israelis who are devoid of human souls.</w:t>
      </w:r>
    </w:p>
    <w:p>
      <w:pPr>
        <w:spacing w:before="0" w:after="120" w:line="300" w:lineRule="exact"/>
        <w:jc w:val="both"/>
      </w:pPr>
      <w:r>
        <w:rPr>
          <w:rFonts w:ascii="Georgia" w:hAnsi="Georgia" w:cs="Georgia" w:eastAsia="Georgia"/>
          <w:b w:val="0"/>
          <w:i w:val="0"/>
          <w:sz w:val="22"/>
        </w:rPr>
        <w:t>Thus they think like animals. In fact, according to the Qur'aan they are "worse than animals".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CRIMINAL NETANYAHU ADMITS HIRING PALESTINIAN GANGSTERS</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CRIMINAL NETANYAHU ADMITS HIRING PALESTINIAN GANGSTERS "Published On 5 Jun 2025 Israel's Prime Minister Benjamin Netanyahu has said the country is using armed gangs in Gaza to help fight Hamas, his admission coming after a new wave of military strikes on the besieged Gaza Strip that left at least 52 Palestinians dead. Netanyahu said the government had "activated" powerful local clans in the enclave on the advice of "security officials", his video statement posted to X on Thursday coming hours after former Defence Minister Avigdor Lieberman accused him of deploying the tactic.</w:t>
      </w:r>
    </w:p>
    <w:p>
      <w:pPr>
        <w:spacing w:before="0" w:after="120" w:line="300" w:lineRule="exact"/>
        <w:jc w:val="both"/>
      </w:pPr>
      <w:r>
        <w:rPr>
          <w:rFonts w:ascii="Georgia" w:hAnsi="Georgia" w:cs="Georgia" w:eastAsia="Georgia"/>
          <w:b w:val="0"/>
          <w:i w:val="0"/>
          <w:sz w:val="22"/>
        </w:rPr>
        <w:t>The statement marked the government's first public acknowledgement that it had backed the armed Palestinian groups based around powerful families, which stand accused by aid workers of carrying out crimi-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nal attacks and stealing aid from trucks as starvation stalks the entire territory due to…</w:t>
      </w:r>
    </w:p>
    <w:p>
      <w:pPr>
        <w:spacing w:before="0" w:after="160" w:line="300" w:lineRule="exact"/>
        <w:jc w:val="center"/>
      </w:pPr>
      <w:r>
        <w:rPr>
          <w:rFonts w:ascii="Georgia" w:hAnsi="Georgia" w:cs="Georgia" w:eastAsia="Georgia"/>
          <w:b w:val="0"/>
          <w:i/>
          <w:sz w:val="16"/>
        </w:rPr>
        <w:t>Page 5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nal attacks and stealing aid from trucks as starvation stalks the entire territory due to a punishing Israeli blockade. An Israeli official cited by news agency The Associated Press said that one of the groups Netanyahu was referring to was the so-called Popular Forces, led by Yasser Abu Shabab, a local clan leader in Rafah. Last month, Israeli newspaper Haaretz reported on the group's activities – though it was named the "Anti-Terror Service" in the report – saying that sources in Gaza claimed it consisted of roughly 100 armed men operating with the tacit approval of the Israeli military.</w:t>
      </w:r>
    </w:p>
    <w:p>
      <w:pPr>
        <w:spacing w:before="0" w:after="120" w:line="300" w:lineRule="exact"/>
        <w:jc w:val="both"/>
      </w:pPr>
      <w:r>
        <w:rPr>
          <w:rFonts w:ascii="Georgia" w:hAnsi="Georgia" w:cs="Georgia" w:eastAsia="Georgia"/>
          <w:b w:val="0"/>
          <w:i w:val="0"/>
          <w:sz w:val="22"/>
        </w:rPr>
        <w:t>In recent weeks, the Abu Shabab group announced online that its fighters were helping protect supply shipments to new USand Israel-backed distribution centres run by the shadowy Gaza Humanitarian Foundation (GHF). "The Israeli opposition claims that there was no consultation within the Israeli government or the Israeli cabinet," said Al Jazeera's Hamdah Salhut, reporting from Jordan's capital Amman.</w:t>
      </w:r>
    </w:p>
    <w:p>
      <w:pPr>
        <w:spacing w:before="0" w:after="120" w:line="300" w:lineRule="exact"/>
        <w:jc w:val="both"/>
      </w:pPr>
      <w:r>
        <w:rPr>
          <w:rFonts w:ascii="Georgia" w:hAnsi="Georgia" w:cs="Georgia" w:eastAsia="Georgia"/>
          <w:b w:val="0"/>
          <w:i w:val="0"/>
          <w:sz w:val="22"/>
        </w:rPr>
        <w:t>"Netanyahu says that these armed gangs … could essentially help the Israelis defeat Hamas in Gaza." "But it's not going down well within Israel, where people are saying that these are armed criminal enterprises within the Gaza Strip. That they should not be armed and that these are Israeli weapons that are being put in their hands," she said." Indeed, the Israeli Yahoodis have descended into the dregs of the sewer drain like rats.</w:t>
      </w:r>
    </w:p>
    <w:p>
      <w:pPr>
        <w:spacing w:before="0" w:after="120" w:line="300" w:lineRule="exact"/>
        <w:jc w:val="both"/>
      </w:pPr>
      <w:r>
        <w:rPr>
          <w:rFonts w:ascii="Georgia" w:hAnsi="Georgia" w:cs="Georgia" w:eastAsia="Georgia"/>
          <w:b w:val="0"/>
          <w:i w:val="0"/>
          <w:sz w:val="22"/>
        </w:rPr>
        <w:t>With the functioning of their brains irreparably deranged in the wake of their brutality and barbarism, they are now looking askance at a small band of hardened criminals and gangsters to rescue them from the morass in which they are sinking to their doom. The enlisting of Palestinian gangsters has appalled even some sensible Yahoodis.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AUSTRALIAN IMAAM WRONGLY ACCUSED</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An Imaam in Australia has been accused of 'antisemitism' for having recited the Qunoot-e-Naazilah invocation (Dua) during the Jumuah Khutbah. The moron kuffaar Yahood say that the Imaam is vilifying Jews for having "called on Allah to kill all oppressors". "The Australian (newspaper) has reported that Zoud (i.e. Sheikh Ahmed Zoud) in recent days issued a public prayer in which he called on Allah to 'deal with tyrants and the oppressors', asking Him to 'count them one by one, kill them all and leave none of them behind." In fact, Nabi Nooh (Alayhis salaam), had made this Dua many millennia ago.</w:t>
      </w:r>
    </w:p>
    <w:p>
      <w:pPr>
        <w:spacing w:before="0" w:after="120" w:line="300" w:lineRule="exact"/>
        <w:jc w:val="both"/>
      </w:pPr>
      <w:r>
        <w:rPr>
          <w:rFonts w:ascii="Georgia" w:hAnsi="Georgia" w:cs="Georgia" w:eastAsia="Georgia"/>
          <w:b w:val="0"/>
          <w:i w:val="0"/>
          <w:sz w:val="22"/>
        </w:rPr>
        <w:t>Stating his Invocation, the Qur'aan Majeed says: "O my Rabb! Leave not a single one of the kaafireen on earth. Most as- suredly, if You leave them, they will only mislead Your servants and give birth to only immoral disbelievers." (Surah Nooh, Verses 26 &amp; 27) The newspaper noted that while Zoud didn't mention Jews in his latest comments, his invocation could be interpreted as targeting Jewish people as a whole.</w:t>
      </w:r>
    </w:p>
    <w:p>
      <w:pPr>
        <w:spacing w:before="0" w:after="120" w:line="300" w:lineRule="exact"/>
        <w:jc w:val="both"/>
      </w:pPr>
      <w:r>
        <w:rPr>
          <w:rFonts w:ascii="Georgia" w:hAnsi="Georgia" w:cs="Georgia" w:eastAsia="Georgia"/>
          <w:b w:val="0"/>
          <w:i w:val="0"/>
          <w:sz w:val="22"/>
        </w:rPr>
        <w:t>The issue is not the Imaam and his comments. The issue is Islam which the kuffaar abhor. The Invocation made by the Imaam is a standard prayer (Dua) observed by Muslims all over the world. It has been in vogue in the Ummah since the very era of Rasulullah (Sallallahu alayhi wasallam) more than 14 centuries ago. This Dua which the Imaam had made is the Sunnah and it shall always be made when Muslims are oppressed and brutalized by oppressors re- gardless of the nationality and religion of the oppressors and tyrants.</w:t>
      </w:r>
    </w:p>
    <w:p>
      <w:pPr>
        <w:spacing w:before="0" w:after="120" w:line="300" w:lineRule="exact"/>
        <w:jc w:val="both"/>
      </w:pPr>
      <w:r>
        <w:rPr>
          <w:rFonts w:ascii="Georgia" w:hAnsi="Georgia" w:cs="Georgia" w:eastAsia="Georgia"/>
          <w:b w:val="0"/>
          <w:i w:val="0"/>
          <w:sz w:val="22"/>
        </w:rPr>
        <w:t>Thus, the 'oppressors and tyrants' mentioned in the Qunoot Invocation bring within its scope the Clown Trump, Netanyahu and his gangsters, Putin, the China oppressors of Muslims, Modi and his Hindu gangs of cow and idol worshippers, the MBS regime of Saudi Arabia, the Sisi regime of Egypt, the regimes of Tunisia, Algeria and Morocco, and others of whatever hue and persuasion they may be.</w:t>
      </w:r>
    </w:p>
    <w:p>
      <w:pPr>
        <w:spacing w:before="0" w:after="120" w:line="300" w:lineRule="exact"/>
        <w:jc w:val="both"/>
      </w:pPr>
      <w:r>
        <w:rPr>
          <w:rFonts w:ascii="Georgia" w:hAnsi="Georgia" w:cs="Georgia" w:eastAsia="Georgia"/>
          <w:b w:val="0"/>
          <w:i w:val="0"/>
          <w:sz w:val="22"/>
        </w:rPr>
        <w:t>All of them are oppressors and tyrants, hence the Dua covers them all. Muslims always invoke Allah Ta'ala to punish and eliminate all oppressors and tyrants. This Invocation is not a speciality and monopoly of the Australian Imaam. The Imaam has not innovated it.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CONUNDRUM IS SOLVED</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We have heard from some of our Akaabir Ulama that when Imaam Mahdi (Alayhis salaam) makes his appearance, there will be Ulama who will be issuing fatwa against him, calling him an imposter, etc. This claim was indeed a conundrum for us. How will it be possible for Ulama to issue fatwas against Imaam Mahdi (Alayhis salaam)? However, this conundrum has now been solved.</w:t>
      </w:r>
    </w:p>
    <w:p>
      <w:pPr>
        <w:spacing w:before="0" w:after="120" w:line="300" w:lineRule="exact"/>
        <w:jc w:val="both"/>
      </w:pPr>
      <w:r>
        <w:rPr>
          <w:rFonts w:ascii="Georgia" w:hAnsi="Georgia" w:cs="Georgia" w:eastAsia="Georgia"/>
          <w:b w:val="0"/>
          <w:i w:val="0"/>
          <w:sz w:val="22"/>
        </w:rPr>
        <w:t>Despite the claim having been incomprehensible, the reaction and statements of todays swami and pundit molvis of the India Jamiat has made it comprehensible. When molvis who have now become swamis and pundits, have the naked, stupid and satanic temerity of displaying their dunderhead stupidity of declaring war against Jibraeel (Alayhis salaam) and Allah Azza Wa Jal, and proudly claiming to be standing 'shoulder to shoulder' with the mushrik Hindus against the Muslims of Pakistan, then there is no longer any conundrum.</w:t>
      </w:r>
    </w:p>
    <w:p>
      <w:pPr>
        <w:spacing w:before="0" w:after="120" w:line="300" w:lineRule="exact"/>
        <w:jc w:val="both"/>
      </w:pPr>
      <w:r>
        <w:rPr>
          <w:rFonts w:ascii="Georgia" w:hAnsi="Georgia" w:cs="Georgia" w:eastAsia="Georgia"/>
          <w:b w:val="0"/>
          <w:i w:val="0"/>
          <w:sz w:val="22"/>
        </w:rPr>
        <w:t>These are the type of 'ulama' who will issue fatwas against Imaam Mahdi (Alayhis salaam) in their bootlicking endeavours to placate the kuffaar rulers. They will join the ranks of Dajjaal. The miscreant munaafiq 'ulama' who will align themselves with Dajjaal against Imaam Mahdi (Alayhis salaam) will be of the ilk of the molvis of the current Jamiatul Juhala wal Murtaddeen (the so-called Jamiatul Ulama-e-Hind) of India.</w:t>
      </w:r>
    </w:p>
    <w:p>
      <w:pPr>
        <w:spacing w:before="0" w:after="120" w:line="300" w:lineRule="exact"/>
        <w:jc w:val="both"/>
      </w:pPr>
      <w:r>
        <w:rPr>
          <w:rFonts w:ascii="Georgia" w:hAnsi="Georgia" w:cs="Georgia" w:eastAsia="Georgia"/>
          <w:b w:val="0"/>
          <w:i w:val="0"/>
          <w:sz w:val="22"/>
        </w:rPr>
        <w:t>They will be molvis such as Swami Muzammil and Pundit Madani.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IT IS ALLAH'S PUNISHMENT</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What is happening in the Middle East? How can such a small nation as Israel pummel all the Arab countries with impunity? What interpretation is there for this state of affairs?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There is no conundrum underlying the impunity and impudicity of the U.S.A's puppet state Israel. Those who are flummoxed and in a quandary regarding the military successes of Israel and the humiliating and terrible defeats of the Muslim countries are oblivious of the teachings of the Qur'aan. Their focus is only on the dunya, and that too extremely superficial. Commenting on the deficient focus of people, the Qur'aan Majeed states: "They know only the zaahir of the dunya whilst they are oblivious (ghaafil) of the Aakhirah." (Ar-Room, Aayat 7) Not only is their focus only on the dunya, their understanding of the affairs of even this mundane life is extremely superficial, hence they are in a quandary. The Qur'aan Majeed states explicitly that it is Allah Ta'ala who grants power to nations, and it is He who snatches away power. It is Allah Ta'ala who grants honour to people, and it is He who humiliates them. There is no conundrum in what is transpiring in Palestine and in the Muslim countries, and all over the world. It is the Athaab of Allah Ta'ala. Allah Ta'ala is empowering and allowing the Jews and the Christians to per- petrate their brutality. It is the Athaab of Allah Ta'ala. Without the decree of Allah Azza Wa Jal, not an ant can move. Thus, the Qur'aan Majeed states: "Not a leaf drops (from a tree) but He is aware…. It is rec- orded in a Clear Book." When such is the all embracing, all-encompassing knowledge and power of Allah Ta'ala, then there is no puzzle, no conundrum for the Mu'min. Muslims have become traitors to Allah Ta'ala. He is now punishing us for our treachery. The kuffaar are part of the Army of Allah Azza Wa Jal. The Qur'aan states: "No one knows the armies of Allah, except He." Thus, whatever is transpiring in the lands of Islam today, is Divine Punishment which will run its prescribed course.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ICC KANGAROO COURT</w:t>
      </w:r>
    </w:p>
    <w:p>
      <w:pPr>
        <w:spacing w:before="0" w:after="160" w:line="300" w:lineRule="exact"/>
        <w:jc w:val="center"/>
      </w:pPr>
      <w:r>
        <w:rPr>
          <w:rFonts w:ascii="Georgia" w:hAnsi="Georgia" w:cs="Georgia" w:eastAsia="Georgia"/>
          <w:b w:val="0"/>
          <w:i/>
          <w:sz w:val="16"/>
        </w:rPr>
        <w:t>Page 7, 8 of the original. Heading read from the printed headline artwork.</w:t>
      </w:r>
    </w:p>
    <w:p>
      <w:pPr>
        <w:spacing w:before="0" w:after="120" w:line="300" w:lineRule="exact"/>
        <w:jc w:val="both"/>
      </w:pPr>
      <w:r>
        <w:rPr>
          <w:rFonts w:ascii="Georgia" w:hAnsi="Georgia" w:cs="Georgia" w:eastAsia="Georgia"/>
          <w:b w:val="0"/>
          <w:i w:val="0"/>
          <w:sz w:val="22"/>
        </w:rPr>
        <w:t>A stupidly glorified kangaroo court designated ICC by the western powers of oppression, has issued stupid 'arrest warrants' for two Taliban leaders "on charges of abuses against women". The kangaroo court's prosecutor is one murtad dubbed 'karim khan' masquerading as a Muslim. Since the Taliban have assumed control, there is complete peace in Afghanistan.</w:t>
      </w:r>
    </w:p>
    <w:p>
      <w:pPr>
        <w:spacing w:before="0" w:after="120" w:line="300" w:lineRule="exact"/>
        <w:jc w:val="both"/>
      </w:pPr>
      <w:r>
        <w:rPr>
          <w:rFonts w:ascii="Georgia" w:hAnsi="Georgia" w:cs="Georgia" w:eastAsia="Georgia"/>
          <w:b w:val="0"/>
          <w:i w:val="0"/>
          <w:sz w:val="22"/>
        </w:rPr>
        <w:t>Crime is unknown or extremely negligible. The ludicrousness of the kangaroo court's silly 'arrest warrants' is indeed mind boggling. While genocide is being perpetrated elsewhere – in Palestine – the morons of the kangaroo court are seeking to disturb the peace existing in Afghanistan. The first person who is supposed to be arrested in terms of the kangaroo court's conception of war crimes and genocide is the clown, Trump who is the primary felon responsible for the genocide in Palestine.</w:t>
      </w:r>
    </w:p>
    <w:p>
      <w:pPr>
        <w:spacing w:before="0" w:after="120" w:line="300" w:lineRule="exact"/>
        <w:jc w:val="both"/>
      </w:pPr>
      <w:r>
        <w:rPr>
          <w:rFonts w:ascii="Georgia" w:hAnsi="Georgia" w:cs="Georgia" w:eastAsia="Georgia"/>
          <w:b w:val="0"/>
          <w:i w:val="0"/>
          <w:sz w:val="22"/>
        </w:rPr>
        <w:t>While Netanyahu is in the forefront of the flagitious crimes, brutality and genocide, he is Trump's puppet. Minus US support and provision of billions of dollars of military equipment every month, the paper, backyard 'state' of Israel will not be able to subsist for a week. Despite Trump being the vilest felon and war criminal of this century, the morons of the ICC kangaroo court turn a blind eye and a deaf ear to the reality of the genocide.</w:t>
      </w:r>
    </w:p>
    <w:p>
      <w:pPr>
        <w:spacing w:before="0" w:after="120" w:line="300" w:lineRule="exact"/>
        <w:jc w:val="both"/>
      </w:pPr>
      <w:r>
        <w:rPr>
          <w:rFonts w:ascii="Georgia" w:hAnsi="Georgia" w:cs="Georgia" w:eastAsia="Georgia"/>
          <w:b w:val="0"/>
          <w:i w:val="0"/>
          <w:sz w:val="22"/>
        </w:rPr>
        <w:t>Although the kangaroo court has issued a warrant for the arrest of Netanyahu, the puppet, it is merely cosmetic without any intent of having the rubbish Yahood arrested. That is why the barbarian is able to travel to America without member states of the kangaroo court effecting the arrest ordered by the morons of the ICC. Yet the morons issue 'arrest warrants' for the Taliban who are governing the affairs of the country strictly within the framework of the Shariah of Islam.</w:t>
      </w:r>
    </w:p>
    <w:p>
      <w:pPr>
        <w:spacing w:before="0" w:after="120" w:line="300" w:lineRule="exact"/>
        <w:jc w:val="both"/>
      </w:pPr>
      <w:r>
        <w:rPr>
          <w:rFonts w:ascii="Georgia" w:hAnsi="Georgia" w:cs="Georgia" w:eastAsia="Georgia"/>
          <w:b w:val="0"/>
          <w:i w:val="0"/>
          <w:sz w:val="22"/>
        </w:rPr>
        <w:t>The truth underlying the issue is western hatred for Islam. Their target is Islam. Now under the stupid cover of 'women's rights', the kangaroo court is attempting to assist the enemies of Islam (the Yahood and Nasaara) against those true Muslims who are upholding the Standard of Islam. The bottom line underlying the kangaroo court's stupid warrants is HATRED FOR ISLAM.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ISRAELI SUICIDAL DISINTEGRATION</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By the Yahudi, Lior BenShaul, Political Analyst at Yedioth Ahronoth "The Beginning of the End: Israel Will Collapse Within Two Years... and Israelis Will Flee Like Rats" By Lior Ben-Shaul, Political Analyst at Yedioth Ahronoth Who would have thought that a state founded on the ashes of a world war, nourished by unlimited Western support, would reach this dark moment?</w:t>
      </w:r>
    </w:p>
    <w:p>
      <w:pPr>
        <w:spacing w:before="0" w:after="120" w:line="300" w:lineRule="exact"/>
        <w:jc w:val="both"/>
      </w:pPr>
      <w:r>
        <w:rPr>
          <w:rFonts w:ascii="Georgia" w:hAnsi="Georgia" w:cs="Georgia" w:eastAsia="Georgia"/>
          <w:b w:val="0"/>
          <w:i w:val="0"/>
          <w:sz w:val="22"/>
        </w:rPr>
        <w:t>Yes, I say it clearly and without embellishment: Israel will collapse within two years. What we are experiencing today is not just a "security crisis" or a "political stalemate." It is an existential earthquake that is destroying the foundations of the Zionist project. Hamas has not only won on the battlefield; it has also shattered the myth of the "invincible state" and exposed our fragility to the world.</w:t>
      </w:r>
    </w:p>
    <w:p>
      <w:pPr>
        <w:spacing w:before="0" w:after="120" w:line="300" w:lineRule="exact"/>
        <w:jc w:val="both"/>
      </w:pPr>
      <w:r>
        <w:rPr>
          <w:rFonts w:ascii="Georgia" w:hAnsi="Georgia" w:cs="Georgia" w:eastAsia="Georgia"/>
          <w:b w:val="0"/>
          <w:i w:val="0"/>
          <w:sz w:val="22"/>
        </w:rPr>
        <w:t>We are drowning, and people are fleeing. Flights to Europe, the United States, and Canada are fully booked. Embassies are inundated with immigration applications. Families are silently selling their possessions. Parents are sending their children abroad to study, with no inten- tion of returning. We are not emigrating... we are fleeing. Yes, we are fleeing like rats from a sinking ship.</w:t>
      </w:r>
    </w:p>
    <w:p>
      <w:pPr>
        <w:spacing w:before="0" w:after="120" w:line="300" w:lineRule="exact"/>
        <w:jc w:val="both"/>
      </w:pPr>
      <w:r>
        <w:rPr>
          <w:rFonts w:ascii="Georgia" w:hAnsi="Georgia" w:cs="Georgia" w:eastAsia="Georgia"/>
          <w:b w:val="0"/>
          <w:i w:val="0"/>
          <w:sz w:val="22"/>
        </w:rPr>
        <w:t>Scenes of humiliation have become daily: – Soldiers crying in front of the cameras. – Settlers fleeing from the south and the north. – Ministers shouting and threatening… to no avail. – And an entire nation living on tranquilizers. What kind of country is this whose capital and settlements are bombarded daily and which is unable to respond?</w:t>
      </w:r>
    </w:p>
    <w:p>
      <w:pPr>
        <w:spacing w:before="0" w:after="120" w:line="300" w:lineRule="exact"/>
        <w:jc w:val="both"/>
      </w:pPr>
      <w:r>
        <w:rPr>
          <w:rFonts w:ascii="Georgia" w:hAnsi="Georgia" w:cs="Georgia" w:eastAsia="Georgia"/>
          <w:b w:val="0"/>
          <w:i w:val="0"/>
          <w:sz w:val="22"/>
        </w:rPr>
        <w:t>What kind of army is this that fails to "bring Gaza to its knees" despite thousands of airstrikes? What kind of leadership is this that speaks of victory while destruction gnaws at us from within? Hamas has exposed everything. It has exposed our cowardice and fanned the flames of hatred that are consuming us. In the north, Hezbollah is preparing for the final blow.</w:t>
      </w:r>
    </w:p>
    <w:p>
      <w:pPr>
        <w:spacing w:before="0" w:after="120" w:line="300" w:lineRule="exact"/>
        <w:jc w:val="both"/>
      </w:pPr>
      <w:r>
        <w:rPr>
          <w:rFonts w:ascii="Georgia" w:hAnsi="Georgia" w:cs="Georgia" w:eastAsia="Georgia"/>
          <w:b w:val="0"/>
          <w:i w:val="0"/>
          <w:sz w:val="22"/>
        </w:rPr>
        <w:t>In the West Bank, the intifada is approaching. Inside, the Arabs are restoring their confidence. But we? We are divided, afraid, and decaying. We are today an entity without a project, without a compass, without justification. A state devoid of morals, that kills civilians and arrests children, then asks the world to applaud it. In two years, Israel will cease to exist as we know it.</w:t>
      </w:r>
    </w:p>
    <w:p>
      <w:pPr>
        <w:spacing w:before="0" w:after="120" w:line="300" w:lineRule="exact"/>
        <w:jc w:val="both"/>
      </w:pPr>
      <w:r>
        <w:rPr>
          <w:rFonts w:ascii="Georgia" w:hAnsi="Georgia" w:cs="Georgia" w:eastAsia="Georgia"/>
          <w:b w:val="0"/>
          <w:i w:val="0"/>
          <w:sz w:val="22"/>
        </w:rPr>
        <w:t>It may become a "besieged fortress state," or an "armed Jewish enclave" living off the crumbs of American protection. Or it may collapse completely, and the land will be returned to its owners. Am I exaggerating? Ask history. Every colonial project based on murder and lies has collapsed. Every entity founded on injustice has fallen. The clock is ticking.</w:t>
      </w:r>
    </w:p>
    <w:p>
      <w:pPr>
        <w:spacing w:before="0" w:after="120" w:line="300" w:lineRule="exact"/>
        <w:jc w:val="both"/>
      </w:pPr>
      <w:r>
        <w:rPr>
          <w:rFonts w:ascii="Georgia" w:hAnsi="Georgia" w:cs="Georgia" w:eastAsia="Georgia"/>
          <w:b w:val="0"/>
          <w:i w:val="0"/>
          <w:sz w:val="22"/>
        </w:rPr>
        <w:t>And when Israel falls—and it will—the world will talk about that moment when a nucleararmed state abandoned its humanity and lost everything. As for us, if we don't wake up now, we will be remembered as the most foolish nation that lived in the illusion of power while the world watched it collapse.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YAHUDI CASUALITIES</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As we've been reporting, five Israeli soldiers were killed and 14 wounded in Beit Hanoon in northern Gaza, the latest military casualties since the start of the war: At least 887 officers and soldiers have been killed since October 2023, including 443 during ground operations in the Gaza Strip. Some 6,060 officers and soldiers have been wounded since the start of the war, including 2,768 during ground operations in Gaza.</w:t>
      </w:r>
    </w:p>
    <w:p>
      <w:pPr>
        <w:spacing w:before="0" w:after="120" w:line="300" w:lineRule="exact"/>
        <w:jc w:val="both"/>
      </w:pPr>
      <w:r>
        <w:rPr>
          <w:rFonts w:ascii="Georgia" w:hAnsi="Georgia" w:cs="Georgia" w:eastAsia="Georgia"/>
          <w:b w:val="0"/>
          <w:i w:val="0"/>
          <w:sz w:val="22"/>
        </w:rPr>
        <w:t>A total of 158 officers and soldiers are still receiving treatment in hospitals due to wounds sustained during fighting in Gaza, with 18 in serious condition. Since the beginning of 2025, 50 officers and soldiers have been killed in Gaza and at least 118 others wounded. Reporting from Amman, Jordan Al Jazeera is reporting from Jordan because it has been banned in Israel and the occupied West Bank.</w:t>
      </w:r>
    </w:p>
    <w:p>
      <w:pPr>
        <w:spacing w:before="0" w:after="120" w:line="300" w:lineRule="exact"/>
        <w:jc w:val="both"/>
      </w:pPr>
      <w:r>
        <w:rPr>
          <w:rFonts w:ascii="Georgia" w:hAnsi="Georgia" w:cs="Georgia" w:eastAsia="Georgia"/>
          <w:b w:val="0"/>
          <w:i w:val="0"/>
          <w:sz w:val="22"/>
        </w:rPr>
        <w:t>The Israeli army has announced the killing of five soldiers in northern Gaza. Fourteen others were injured, including at least two described as being in critical condition. A preliminary investigation has been opened, and what we understand is that the Israeli soldiers were attacked; then the unit that tried to come to their rescue was also attacked, and then a third group of sol- diers that tried to extract them was also attacked.</w:t>
      </w:r>
    </w:p>
    <w:p>
      <w:pPr>
        <w:spacing w:before="0" w:after="120" w:line="300" w:lineRule="exact"/>
        <w:jc w:val="both"/>
      </w:pPr>
      <w:r>
        <w:rPr>
          <w:rFonts w:ascii="Georgia" w:hAnsi="Georgia" w:cs="Georgia" w:eastAsia="Georgia"/>
          <w:b w:val="0"/>
          <w:i w:val="0"/>
          <w:sz w:val="22"/>
        </w:rPr>
        <w:t>So this was a complex attack that happened 500 metres (1,640 feet) away from the northern fence of Gaza. Beit Hanoon is an area that has been under Israeli military occupation since the beginning of the war in October 2023. So there is a lot of commentary about that by Israeli politicians – that this is a completely outrageous event and, right now, according to some in the opposition, the military is in Gaza and the soldiers are dying not to protect Israel but to protect Netanyahu's coalition government.</w:t>
      </w:r>
    </w:p>
    <w:p>
      <w:pPr>
        <w:spacing w:before="0" w:after="120" w:line="300" w:lineRule="exact"/>
        <w:jc w:val="both"/>
      </w:pPr>
      <w:r>
        <w:rPr>
          <w:rFonts w:ascii="Georgia" w:hAnsi="Georgia" w:cs="Georgia" w:eastAsia="Georgia"/>
          <w:b w:val="0"/>
          <w:i w:val="0"/>
          <w:sz w:val="22"/>
        </w:rPr>
        <w:t>SOURCE: AL JAZEERA AND NEWS AGENCIES 8 Jul 2025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 IS IN CHARGE</w:t>
      </w:r>
    </w:p>
    <w:p>
      <w:pPr>
        <w:spacing w:before="0" w:after="160" w:line="300" w:lineRule="exact"/>
        <w:jc w:val="center"/>
      </w:pPr>
      <w:r>
        <w:rPr>
          <w:rFonts w:ascii="Georgia" w:hAnsi="Georgia" w:cs="Georgia" w:eastAsia="Georgia"/>
          <w:b w:val="0"/>
          <w:i/>
          <w:sz w:val="16"/>
        </w:rPr>
        <w:t>Page 9 of the original</w:t>
      </w:r>
    </w:p>
    <w:p>
      <w:pPr>
        <w:spacing w:before="120" w:after="120" w:line="300" w:lineRule="exact"/>
        <w:ind w:left="720" w:right="720"/>
        <w:jc w:val="center"/>
      </w:pPr>
      <w:r>
        <w:rPr>
          <w:rFonts w:ascii="Georgia" w:hAnsi="Georgia" w:cs="Georgia" w:eastAsia="Georgia"/>
          <w:b w:val="0"/>
          <w:i/>
          <w:sz w:val="22"/>
        </w:rPr>
        <w:t>"Do not think that Allah is ghaafil regarding the actions of the zaalimoon. We are merely giving them respite until the day that their eyes will be riveted upwards. They will be running with their heads upwards without their eyes being able to return to them, and their hearts will be empty (hawaa)."</w:t>
      </w:r>
    </w:p>
    <w:p>
      <w:pPr>
        <w:spacing w:before="0" w:after="120" w:line="300" w:lineRule="exact"/>
        <w:jc w:val="both"/>
      </w:pPr>
      <w:r>
        <w:rPr>
          <w:rFonts w:ascii="Georgia" w:hAnsi="Georgia" w:cs="Georgia" w:eastAsia="Georgia"/>
          <w:b w:val="0"/>
          <w:i w:val="0"/>
          <w:sz w:val="22"/>
        </w:rPr>
        <w:t>(Ibraaheem, Aayats 42, 43) "Verily, Allah is Samee' (The Hearer) and Baseer (The One Who sees)." (Qur'aan) While Muslims are grieved and cry over the brutalities the Yahood and Nasaara are perptarting in Palestine, it is absolutely necessary to understand that the Real Ochestrator of the events and upheavals is Allah Azza Wa Jal. Allah Ta'ala is Samee' (The One Who Hears).</w:t>
      </w:r>
    </w:p>
    <w:p>
      <w:pPr>
        <w:spacing w:before="0" w:after="120" w:line="300" w:lineRule="exact"/>
        <w:jc w:val="both"/>
      </w:pPr>
      <w:r>
        <w:rPr>
          <w:rFonts w:ascii="Georgia" w:hAnsi="Georgia" w:cs="Georgia" w:eastAsia="Georgia"/>
          <w:b w:val="0"/>
          <w:i w:val="0"/>
          <w:sz w:val="22"/>
        </w:rPr>
        <w:t>He is Baseer (The One Who Sees). He is Hakeem (The Wise). He is Qaadir (AllPowerful), and He is Aadil (Just). Thus Allah Ta'ala is allowing the Yahudi and Nasaara savages to perpetrate their brutalities. What is happening in Palestine and all over in creation is by the decree of Allah Ta'ala. The Athaab of Allah Ta'ala will run its prescribed course, then it will end and the savages and barbarians will be eliminated.</w:t>
      </w:r>
    </w:p>
    <w:p>
      <w:pPr>
        <w:spacing w:before="0" w:after="120" w:line="300" w:lineRule="exact"/>
        <w:jc w:val="both"/>
      </w:pPr>
      <w:r>
        <w:rPr>
          <w:rFonts w:ascii="Georgia" w:hAnsi="Georgia" w:cs="Georgia" w:eastAsia="Georgia"/>
          <w:b w:val="0"/>
          <w:i w:val="0"/>
          <w:sz w:val="22"/>
        </w:rPr>
        <w:t>Allah Ta'ala is not oblivious (ghaafil) of the happenings in His creation.</w:t>
      </w:r>
    </w:p>
    <w:p>
      <w:pPr>
        <w:spacing w:before="120" w:after="120" w:line="300" w:lineRule="exact"/>
        <w:ind w:left="720" w:right="720"/>
        <w:jc w:val="center"/>
      </w:pPr>
      <w:r>
        <w:rPr>
          <w:rFonts w:ascii="Georgia" w:hAnsi="Georgia" w:cs="Georgia" w:eastAsia="Georgia"/>
          <w:b w:val="0"/>
          <w:i/>
          <w:sz w:val="22"/>
        </w:rPr>
        <w:t>"Not a leaf drops (from a tree) but He is</w:t>
      </w:r>
    </w:p>
    <w:p>
      <w:pPr>
        <w:spacing w:before="120" w:after="120" w:line="300" w:lineRule="exact"/>
        <w:ind w:left="720" w:right="720"/>
        <w:jc w:val="center"/>
      </w:pPr>
      <w:r>
        <w:rPr>
          <w:rFonts w:ascii="Georgia" w:hAnsi="Georgia" w:cs="Georgia" w:eastAsia="Georgia"/>
          <w:b w:val="0"/>
          <w:i/>
          <w:sz w:val="22"/>
        </w:rPr>
        <w:t>aware. There is not a seed in the darkness of the earth (underground)</w:t>
      </w:r>
    </w:p>
    <w:p>
      <w:pPr>
        <w:spacing w:before="120" w:after="120" w:line="300" w:lineRule="exact"/>
        <w:ind w:left="720" w:right="720"/>
        <w:jc w:val="center"/>
      </w:pPr>
      <w:r>
        <w:rPr>
          <w:rFonts w:ascii="Georgia" w:hAnsi="Georgia" w:cs="Georgia" w:eastAsia="Georgia"/>
          <w:b w:val="0"/>
          <w:i/>
          <w:sz w:val="22"/>
        </w:rPr>
        <w:t>nor anything moist or dry, but it is recorded in</w:t>
      </w:r>
    </w:p>
    <w:p>
      <w:pPr>
        <w:spacing w:before="0" w:after="120" w:line="300" w:lineRule="exact"/>
        <w:jc w:val="both"/>
      </w:pPr>
      <w:r>
        <w:rPr>
          <w:rFonts w:ascii="Georgia" w:hAnsi="Georgia" w:cs="Georgia" w:eastAsia="Georgia"/>
          <w:b w:val="0"/>
          <w:i w:val="0"/>
          <w:sz w:val="22"/>
        </w:rPr>
        <w:t>a Clear Book." (Qur'aan). Whatever happens, no matter how colossal or how infinitesimal, it is by His intervention and decree. Our function is to reform ourselves, submit to His Shariah, adopt the Sunnah and to engage in constant dua. Waste not time, brains and hearts to revile the barbarians. There is no benefit in futility.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US WARSHIP IN FLIGHT</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Second US Navy jet is lost at sea from Truman aircraft carrier By Natasha Bertrand, Katie Bo Lillis and Zachary Cohen, CNN Updated 9:53 PM EDT, Tue May 6, 2025 CNN — Another F/A-18 Super Hornet fighter jet from the USS Harry S. Truman aircraft carrier has been lost in the Red Sea, the second jet lost from the carrier in just over a week, five people familiar with the matter told CNN.</w:t>
      </w:r>
    </w:p>
    <w:p>
      <w:pPr>
        <w:spacing w:before="0" w:after="120" w:line="300" w:lineRule="exact"/>
        <w:jc w:val="both"/>
      </w:pPr>
      <w:r>
        <w:rPr>
          <w:rFonts w:ascii="Georgia" w:hAnsi="Georgia" w:cs="Georgia" w:eastAsia="Georgia"/>
          <w:b w:val="0"/>
          <w:i w:val="0"/>
          <w:sz w:val="22"/>
        </w:rPr>
        <w:t>It is not entirely clear what happened yet, as the investigation is ongoing, but two of the people said there was some kind of arrestment failure as the jet was trying to land on the carrier and the pilot and weapons systems officer had to eject. They were recovered by a rescue helicopter and are both alive, but they suffered minor injuries, one of the people said.</w:t>
      </w:r>
    </w:p>
    <w:p>
      <w:pPr>
        <w:spacing w:before="0" w:after="120" w:line="300" w:lineRule="exact"/>
        <w:jc w:val="both"/>
      </w:pPr>
      <w:r>
        <w:rPr>
          <w:rFonts w:ascii="Georgia" w:hAnsi="Georgia" w:cs="Georgia" w:eastAsia="Georgia"/>
          <w:b w:val="0"/>
          <w:i w:val="0"/>
          <w:sz w:val="22"/>
        </w:rPr>
        <w:t>The jet crashed into the sea and has not been recovered, two of the people familiar with the incident said. Separately, the Iran-backed Houthi rebel group "took a shot" at the Truman on Tuesday, four of the people said, despite President Donald Trump announcing an apparent ceasefire with the group hours earlier. It is not clear whether the two incidents are related.</w:t>
      </w:r>
    </w:p>
    <w:p>
      <w:pPr>
        <w:spacing w:before="0" w:after="120" w:line="300" w:lineRule="exact"/>
        <w:jc w:val="both"/>
      </w:pPr>
      <w:r>
        <w:rPr>
          <w:rFonts w:ascii="Georgia" w:hAnsi="Georgia" w:cs="Georgia" w:eastAsia="Georgia"/>
          <w:b w:val="0"/>
          <w:i w:val="0"/>
          <w:sz w:val="22"/>
        </w:rPr>
        <w:t>The Office of the Secretary of Defense referred all questions about the incidents to the Navy and US Central Command. CNN has reached out to the Navy and CENTCOM for comment. The loss of the fighter jet comes one week after another F/A-18 jet fell overboard the Truman. That time, initial reports indicated that the Truman made a hard turn to evade Houthi fire, which contributed to the fighter jet falling overboard.</w:t>
      </w:r>
    </w:p>
    <w:p>
      <w:pPr>
        <w:spacing w:before="0" w:after="120" w:line="300" w:lineRule="exact"/>
        <w:jc w:val="both"/>
      </w:pPr>
      <w:r>
        <w:rPr>
          <w:rFonts w:ascii="Georgia" w:hAnsi="Georgia" w:cs="Georgia" w:eastAsia="Georgia"/>
          <w:b w:val="0"/>
          <w:i w:val="0"/>
          <w:sz w:val="22"/>
        </w:rPr>
        <w:t>An individual F/A-18 fighter jet costs more than $60 million, according to the Navy. US Naval assets in the Red Sea have repeatedly come under Houthi fire since the Houthis began their attacks against Red Sea shipping in November 2023. In early 2024, a US destroyer in the Red Sea had to use its Phalanx Close-In Weapon System, its last line of defense to missile attacks, when a Houthi-fired cruise missile got as near as a mile away – and therefore seconds from impact.</w:t>
      </w:r>
    </w:p>
    <w:p>
      <w:pPr>
        <w:spacing w:before="0" w:after="120" w:line="300" w:lineRule="exact"/>
        <w:jc w:val="both"/>
      </w:pPr>
      <w:r>
        <w:rPr>
          <w:rFonts w:ascii="Georgia" w:hAnsi="Georgia" w:cs="Georgia" w:eastAsia="Georgia"/>
          <w:b w:val="0"/>
          <w:i w:val="0"/>
          <w:sz w:val="22"/>
        </w:rPr>
        <w:t>The Truman aircraft carrier in particular, though, has been plagued with problems as part of its Red Sea deployment. In December, another F/A-18 fighter jet was operating from the Truman when it was "mistakenly fired" upon by the USS Gettysburg and crashed into the Red Sea. Both aviators ejected safely at the time.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TRUMP'S DEAL WITH THE HOUTIS</w:t>
      </w:r>
    </w:p>
    <w:p>
      <w:pPr>
        <w:spacing w:before="0" w:after="160" w:line="300" w:lineRule="exact"/>
        <w:jc w:val="center"/>
      </w:pPr>
      <w:r>
        <w:rPr>
          <w:rFonts w:ascii="Georgia" w:hAnsi="Georgia" w:cs="Georgia" w:eastAsia="Georgia"/>
          <w:b w:val="0"/>
          <w:i/>
          <w:sz w:val="16"/>
        </w:rPr>
        <w:t>Page 10, 11 of the original. Heading read from the printed headline artwork.</w:t>
      </w:r>
    </w:p>
    <w:p>
      <w:pPr>
        <w:spacing w:before="0" w:after="120" w:line="300" w:lineRule="exact"/>
        <w:jc w:val="both"/>
      </w:pPr>
      <w:r>
        <w:rPr>
          <w:rFonts w:ascii="Georgia" w:hAnsi="Georgia" w:cs="Georgia" w:eastAsia="Georgia"/>
          <w:b w:val="0"/>
          <w:i w:val="0"/>
          <w:sz w:val="22"/>
        </w:rPr>
        <w:t>The ceasefire deal between the U.S. and the Houtis is indeed an illustrious portrayal of the language which the brutal U.S. and Israeli aggressors and murderers understand. It reveals that the world's 'great' superpower headed by a brutal Clown was overwhelmed by a small 'rag-tag' group of 'terrorists' who had compelled the U.S. to plead for a ceasefire.</w:t>
      </w:r>
    </w:p>
    <w:p>
      <w:pPr>
        <w:spacing w:before="0" w:after="120" w:line="300" w:lineRule="exact"/>
        <w:jc w:val="both"/>
      </w:pPr>
      <w:r>
        <w:rPr>
          <w:rFonts w:ascii="Georgia" w:hAnsi="Georgia" w:cs="Georgia" w:eastAsia="Georgia"/>
          <w:b w:val="0"/>
          <w:i w:val="0"/>
          <w:sz w:val="22"/>
        </w:rPr>
        <w:t>Unable to defeat the Houtis despite the intensive murderous aerial bombardment, the U.S. was forced to plead for cessation of Houti attacks on its ships. The Houti attacks on the US warship had caused the loss of two US naval aircraft. Fearing an imminent Houti attack on the ship, the USS Harry Truman aircraft carrier, itself, the U.S. hastened to drag Oman into the picture to plead with the Houtis for a ceasefire.</w:t>
      </w:r>
    </w:p>
    <w:p>
      <w:pPr>
        <w:spacing w:before="0" w:after="120" w:line="300" w:lineRule="exact"/>
        <w:jc w:val="both"/>
      </w:pPr>
      <w:r>
        <w:rPr>
          <w:rFonts w:ascii="Georgia" w:hAnsi="Georgia" w:cs="Georgia" w:eastAsia="Georgia"/>
          <w:b w:val="0"/>
          <w:i w:val="0"/>
          <w:sz w:val="22"/>
        </w:rPr>
        <w:t>In the current context of the genocide perpetrated by the U.S. and Israel in Palestine, it was totally unexpected and unintelligent to expect the miserable, savages of the 'great' superpower to demean themselves so disgrace- fully by means of a ceasefire with a small band of 'terrorists' who had constrained the American warship to turn tail and flee the scene after having lost two of its planes due to Houti action.</w:t>
      </w:r>
    </w:p>
    <w:p>
      <w:pPr>
        <w:spacing w:before="0" w:after="120" w:line="300" w:lineRule="exact"/>
        <w:jc w:val="both"/>
      </w:pPr>
      <w:r>
        <w:rPr>
          <w:rFonts w:ascii="Georgia" w:hAnsi="Georgia" w:cs="Georgia" w:eastAsia="Georgia"/>
          <w:b w:val="0"/>
          <w:i w:val="0"/>
          <w:sz w:val="22"/>
        </w:rPr>
        <w:t>The Truman had made a hard turn in its flight to evade Houti fire, resulting in the fighter jet falling overboard. The barbarians understand only the language of Fire. That is why the Qur'aan commands Muslims to always make the best Fire preparations for the cartel of devils. But the problem today is that there are no Muslim regimes in the lands of Islam.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Trump announces deal to stop bombing Houthis, end shipping attacks</w:t>
      </w:r>
    </w:p>
    <w:p>
      <w:pPr>
        <w:spacing w:before="0" w:after="160" w:line="300" w:lineRule="exact"/>
        <w:jc w:val="center"/>
      </w:pPr>
      <w:r>
        <w:rPr>
          <w:rFonts w:ascii="Georgia" w:hAnsi="Georgia" w:cs="Georgia" w:eastAsia="Georgia"/>
          <w:b w:val="0"/>
          <w:i/>
          <w:sz w:val="16"/>
        </w:rPr>
        <w:t>Page 11, 12 of the original. Heading read from the printed headline artwork.</w:t>
      </w:r>
    </w:p>
    <w:p>
      <w:pPr>
        <w:spacing w:before="0" w:after="120" w:line="300" w:lineRule="exact"/>
        <w:jc w:val="both"/>
      </w:pPr>
      <w:r>
        <w:rPr>
          <w:rFonts w:ascii="Georgia" w:hAnsi="Georgia" w:cs="Georgia" w:eastAsia="Georgia"/>
          <w:b w:val="0"/>
          <w:i w:val="0"/>
          <w:sz w:val="22"/>
        </w:rPr>
        <w:t>By Steve Holland, Jarrett Renshaw, Jaidaa Taha and Menna Alaaeldin May 6, 202511:32 PM GMT+2 Summary Trump says US will stop bombing Houthis 'effective immediately' Oman says it mediated ceasefire deal between Houthis and US Houthi attacks on Israel were not mentioned by Oman or Trump Houthis warn that Zionists should 'stay in shelters' Say U.S. halt of 'aggression' will be evaluated WASHINGTON/CAIRO, May 6 (Reuters) - President Donald Trump announced on Tuesday the U.S. will stop bombing the Houthis in Yemen, saying that the Iran-aligned group had agreed to stop interrupting important shipping lanes in the Middle East.</w:t>
      </w:r>
    </w:p>
    <w:p>
      <w:pPr>
        <w:spacing w:before="0" w:after="120" w:line="300" w:lineRule="exact"/>
        <w:jc w:val="both"/>
      </w:pPr>
      <w:r>
        <w:rPr>
          <w:rFonts w:ascii="Georgia" w:hAnsi="Georgia" w:cs="Georgia" w:eastAsia="Georgia"/>
          <w:b w:val="0"/>
          <w:i w:val="0"/>
          <w:sz w:val="22"/>
        </w:rPr>
        <w:t>After Trump made the announcement, Oman said it had mediated the ceasefire deal, marking a major shift in Houthi policy since the start of Israel's war in Gaza in October 2023. Under the agreement, neither the U.S. nor the Houthis would target the other, including U.S. vessels in the Red Sea and Bab al-Mandab Strait, Oman said in a statement.</w:t>
      </w:r>
    </w:p>
    <w:p>
      <w:pPr>
        <w:spacing w:before="0" w:after="120" w:line="300" w:lineRule="exact"/>
        <w:jc w:val="both"/>
      </w:pPr>
      <w:r>
        <w:rPr>
          <w:rFonts w:ascii="Georgia" w:hAnsi="Georgia" w:cs="Georgia" w:eastAsia="Georgia"/>
          <w:b w:val="0"/>
          <w:i w:val="0"/>
          <w:sz w:val="22"/>
        </w:rPr>
        <w:t>The statement from Oman did not mention whether the Houthis had agreed to stop attacks on Israel. The head of Yemen's Houthi Supreme Political Council, Mahdi alMashat, said the group would continue to support Gaza and that such attacks would continue. "To all Zionists from now on, stay in shelters or leave to your countries immediately as your failed government will not be able to protect you after today," Houthi-run Al Masirah TV cited him as saying.</w:t>
      </w:r>
    </w:p>
    <w:p>
      <w:pPr>
        <w:spacing w:before="0" w:after="120" w:line="300" w:lineRule="exact"/>
        <w:jc w:val="both"/>
      </w:pPr>
      <w:r>
        <w:rPr>
          <w:rFonts w:ascii="Georgia" w:hAnsi="Georgia" w:cs="Georgia" w:eastAsia="Georgia"/>
          <w:b w:val="0"/>
          <w:i w:val="0"/>
          <w:sz w:val="22"/>
        </w:rPr>
        <w:t>Separately, the head of Yemen's Houthi supreme revolutionary committee, Mohammed Ali al-Houthi, said the U.S. halt of "aggression" against Yemen would be evaluated, according to a post on X. The U.S. intensified strikes on Yemen's Iran-backed Houthis this year, to stop attacks on Red Sea shipping. Rights activists have raised concerns over civilian casualties.</w:t>
      </w:r>
    </w:p>
    <w:p>
      <w:pPr>
        <w:spacing w:before="0" w:after="120" w:line="300" w:lineRule="exact"/>
        <w:jc w:val="both"/>
      </w:pPr>
      <w:r>
        <w:rPr>
          <w:rFonts w:ascii="Georgia" w:hAnsi="Georgia" w:cs="Georgia" w:eastAsia="Georgia"/>
          <w:b w:val="0"/>
          <w:i w:val="0"/>
          <w:sz w:val="22"/>
        </w:rPr>
        <w:t>"They said please don't bomb us any more and we're not going to attack your ships," Trump said of the Houthis during an Oval Office meeting with Canadian Prime Minister Mark Carney. "And I will accept their word, and we are going to stop the bombing of the Houthis effective immediately." Qatar and Kuwait welcomed the ceasefire deal in separate statements on Tuesday, expressing hopes for the step to secure freedom of navigation.</w:t>
      </w:r>
    </w:p>
    <w:p>
      <w:pPr>
        <w:spacing w:before="0" w:after="120" w:line="300" w:lineRule="exact"/>
        <w:jc w:val="both"/>
      </w:pPr>
      <w:r>
        <w:rPr>
          <w:rFonts w:ascii="Georgia" w:hAnsi="Georgia" w:cs="Georgia" w:eastAsia="Georgia"/>
          <w:b w:val="0"/>
          <w:i w:val="0"/>
          <w:sz w:val="22"/>
        </w:rPr>
        <w:t>The Houthis have been firing at Israel and at shipping in the Red Sea since Israel began its military offensive against Hamas in Gaza after the Palestinian militant group's deadly attack on Israel on October 7, 2023. The U.S. military has said it has struck more than 1,000 targets since its current operation in Yemen, known as Operation Rough Rider, started on March 15.</w:t>
      </w:r>
    </w:p>
    <w:p>
      <w:pPr>
        <w:spacing w:before="0" w:after="120" w:line="300" w:lineRule="exact"/>
        <w:jc w:val="both"/>
      </w:pPr>
      <w:r>
        <w:rPr>
          <w:rFonts w:ascii="Georgia" w:hAnsi="Georgia" w:cs="Georgia" w:eastAsia="Georgia"/>
          <w:b w:val="0"/>
          <w:i w:val="0"/>
          <w:sz w:val="22"/>
        </w:rPr>
        <w:t>The strikes, the U.S. military said, have killed "hundreds of Houthi fighters and numerous Houthi leaders." HOUTHI, ISRAELI STRIKES Tensions have been high since the Gaza war began, but have risen further since a Houthi missile landed near Israel's Ben Gurion Airport on Sunday, prompting Israeli airstrikes on Yemen's Hodeidah port on Monday.</w:t>
      </w:r>
    </w:p>
    <w:p>
      <w:pPr>
        <w:spacing w:before="0" w:after="120" w:line="300" w:lineRule="exact"/>
        <w:jc w:val="both"/>
      </w:pPr>
      <w:r>
        <w:rPr>
          <w:rFonts w:ascii="Georgia" w:hAnsi="Georgia" w:cs="Georgia" w:eastAsia="Georgia"/>
          <w:b w:val="0"/>
          <w:i w:val="0"/>
          <w:sz w:val="22"/>
        </w:rPr>
        <w:t>The Israeli military carried out an airstrike on Yemen's main airport in Sanaa on Tuesday, its second attack in two days on Iran-aligned Houthi rebels after a surge in tensions between the group and Israel. Under former President Joe Biden's administration, the U.S. and Britain retaliated with air strikes against Houthi targets in an effort to keep open the crucial Red Sea trading route - the path for about 15% of global shipping traffic.</w:t>
      </w:r>
    </w:p>
    <w:p>
      <w:pPr>
        <w:spacing w:before="0" w:after="120" w:line="300" w:lineRule="exact"/>
        <w:jc w:val="both"/>
      </w:pPr>
      <w:r>
        <w:rPr>
          <w:rFonts w:ascii="Georgia" w:hAnsi="Georgia" w:cs="Georgia" w:eastAsia="Georgia"/>
          <w:b w:val="0"/>
          <w:i w:val="0"/>
          <w:sz w:val="22"/>
        </w:rPr>
        <w:t>Trump did not say whether Britain had agreed also to the ceasefire. After Trump became U.S. president in January, he decided to significantly intensify air strikes against the Houthis. The campaign came after the Houthis said they would resume attacks on Israeli ships passing through the Red Sea and Arabian Sea, the Bab al-Mandab Strait and the Gulf of Aden.</w:t>
      </w:r>
    </w:p>
    <w:p>
      <w:pPr>
        <w:spacing w:before="0" w:after="120" w:line="300" w:lineRule="exact"/>
        <w:jc w:val="both"/>
      </w:pPr>
      <w:r>
        <w:rPr>
          <w:rFonts w:ascii="Georgia" w:hAnsi="Georgia" w:cs="Georgia" w:eastAsia="Georgia"/>
          <w:b w:val="0"/>
          <w:i w:val="0"/>
          <w:sz w:val="22"/>
        </w:rPr>
        <w:t>On April 28, a suspected U.S. airstrike hit a migrant center in Yemen, and Houthi TV says 68 people were killed in one of the deadliest attacks in six weeks of intensified U.S. strikes. Reporting By Steve Holland, Jarrett Renshaw, Doina Chiacu; additional reporting by David Brunnstrom, Idrees Ali and Ryan Jones in Washington and Jaidaa Taha and Menna Alaa El Din in Cairo; Editing by Chizu Nomiyama and David Gregorio https://www.reuters.com/world/trump-saysus-will-stop-bombing-houthis-afteragreement-struck-2025-05-06/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HAMAS UNDEFEATED</w:t>
      </w:r>
    </w:p>
    <w:p>
      <w:pPr>
        <w:spacing w:before="0" w:after="160" w:line="300" w:lineRule="exact"/>
        <w:jc w:val="center"/>
      </w:pPr>
      <w:r>
        <w:rPr>
          <w:rFonts w:ascii="Georgia" w:hAnsi="Georgia" w:cs="Georgia" w:eastAsia="Georgia"/>
          <w:b w:val="0"/>
          <w:i/>
          <w:sz w:val="16"/>
        </w:rPr>
        <w:t>Page 12, 13, 14 of the original. Heading read from the printed headline artwork.</w:t>
      </w:r>
    </w:p>
    <w:p>
      <w:pPr>
        <w:spacing w:before="0" w:after="120" w:line="300" w:lineRule="exact"/>
        <w:jc w:val="both"/>
      </w:pPr>
      <w:r>
        <w:rPr>
          <w:rFonts w:ascii="Georgia" w:hAnsi="Georgia" w:cs="Georgia" w:eastAsia="Georgia"/>
          <w:b w:val="0"/>
          <w:i w:val="0"/>
          <w:sz w:val="22"/>
        </w:rPr>
        <w:t>Battered but not beaten, Hamas embraces guerilla tactics with deadly force By Oren Liebermann and Dana Karni, CNN Published 6:00 AM EDT, Sat July 12, 2025 CNN — The deadly surprise attack in Gaza was almost as shocking as its location. On Monday night, a group of Israeli soldiers walked across a route used by tanks and armored vehicles about a mile from the border fence when a bomb exploded.</w:t>
      </w:r>
    </w:p>
    <w:p>
      <w:pPr>
        <w:spacing w:before="0" w:after="120" w:line="300" w:lineRule="exact"/>
        <w:jc w:val="both"/>
      </w:pPr>
      <w:r>
        <w:rPr>
          <w:rFonts w:ascii="Georgia" w:hAnsi="Georgia" w:cs="Georgia" w:eastAsia="Georgia"/>
          <w:b w:val="0"/>
          <w:i w:val="0"/>
          <w:sz w:val="22"/>
        </w:rPr>
        <w:t>Remotely operated, it tore into the troops from the Netzah Yehuda battalion, a unit made up of ultra-Orthodox soldiers. More Israeli forces rushed to their aid as a second bomb exploded, also remotely operat- ed. When a third bomb went off moments later, it came with a hail of small arms fire from a Hamas cell that had been hiding nearby.</w:t>
      </w:r>
    </w:p>
    <w:p>
      <w:pPr>
        <w:spacing w:before="0" w:after="120" w:line="300" w:lineRule="exact"/>
        <w:jc w:val="both"/>
      </w:pPr>
      <w:r>
        <w:rPr>
          <w:rFonts w:ascii="Georgia" w:hAnsi="Georgia" w:cs="Georgia" w:eastAsia="Georgia"/>
          <w:b w:val="0"/>
          <w:i w:val="0"/>
          <w:sz w:val="22"/>
        </w:rPr>
        <w:t>Within minutes, five Israeli soldiers had been killed and 14 more wounded, some with critical injuries. The attack took place in the city of Beit Hanoun in Gaza's northeast corner, easily visible from the Israeli city of Sderot, in territory that was supposed to be under Israeli military control. An initial investigation found the Hamas cell placed the bombs within the previous 24 hours, preparing an ambush against Israeli forces, who likely believed they were operating in relative safety so close to Israeli territory.</w:t>
      </w:r>
    </w:p>
    <w:p>
      <w:pPr>
        <w:spacing w:before="0" w:after="120" w:line="300" w:lineRule="exact"/>
        <w:jc w:val="both"/>
      </w:pPr>
      <w:r>
        <w:rPr>
          <w:rFonts w:ascii="Georgia" w:hAnsi="Georgia" w:cs="Georgia" w:eastAsia="Georgia"/>
          <w:b w:val="0"/>
          <w:i w:val="0"/>
          <w:sz w:val="22"/>
        </w:rPr>
        <w:t>The complex attack highlights a Hamas shift to guerilla-style tactics as the militant group, battered and weakened after nearly 21 months of war, wages an insurgency campaign against the Israeli military. But even in its depleted state, Hamas has continued to mount deadly attacks against Israeli forces in the strip. Throughout the war, Israeli forces have had to return to parts of Gaza multiple times as Hamas reemerges in areas Israel claimed it had cleared.</w:t>
      </w:r>
    </w:p>
    <w:p>
      <w:pPr>
        <w:spacing w:before="0" w:after="120" w:line="300" w:lineRule="exact"/>
        <w:jc w:val="both"/>
      </w:pPr>
      <w:r>
        <w:rPr>
          <w:rFonts w:ascii="Georgia" w:hAnsi="Georgia" w:cs="Georgia" w:eastAsia="Georgia"/>
          <w:b w:val="0"/>
          <w:i w:val="0"/>
          <w:sz w:val="22"/>
        </w:rPr>
        <w:t>The recent string of attacks shows that Israel's goal of eradicating Hamas remains very elusive. Hamas' military wing, the AlQassam Brigades, said Monday's attack happened "in an area the occupation thought was safe after leaving no stone unturned." In a statement, Hamas described the war as a "battle of attrition" waged against Israel, one in which it would attempt to add to the soldiers it seized during the Oct. 7 attacks.</w:t>
      </w:r>
    </w:p>
    <w:p>
      <w:pPr>
        <w:spacing w:before="0" w:after="120" w:line="300" w:lineRule="exact"/>
        <w:jc w:val="both"/>
      </w:pPr>
      <w:r>
        <w:rPr>
          <w:rFonts w:ascii="Georgia" w:hAnsi="Georgia" w:cs="Georgia" w:eastAsia="Georgia"/>
          <w:b w:val="0"/>
          <w:i w:val="0"/>
          <w:sz w:val="22"/>
        </w:rPr>
        <w:t>"Even if it miraculously succeeded recently in freeing its soldiers from hell, it may fail later, leaving us with additional prisoners," Hamas said. On Wednesday, Hamas militants targeted an Israeli military engineering vehicle in Khan Younis, launching a rocket-propelled grenade and charging the vehicle as the driver tried to flee, as seen in a video of the attack released by Hamas.</w:t>
      </w:r>
    </w:p>
    <w:p>
      <w:pPr>
        <w:spacing w:before="0" w:after="120" w:line="300" w:lineRule="exact"/>
        <w:jc w:val="both"/>
      </w:pPr>
      <w:r>
        <w:rPr>
          <w:rFonts w:ascii="Georgia" w:hAnsi="Georgia" w:cs="Georgia" w:eastAsia="Georgia"/>
          <w:b w:val="0"/>
          <w:i w:val="0"/>
          <w:sz w:val="22"/>
        </w:rPr>
        <w:t>According to the Israeli military, the militants tried to abduct the soldier, killing him in the process. The attempt was thwarted by Israeli forces operating in the area. In a statement posted on Telegram two days later, the AlQassam Brigades vowed "the fate of the next soldier will be better as our new prisoner." The brutal, grinding war of Gaza contrasts sharply with Israel's quick and precise operation in Iran, a campaign carried out by air and on land without any military casualties.</w:t>
      </w:r>
    </w:p>
    <w:p>
      <w:pPr>
        <w:spacing w:before="0" w:after="120" w:line="300" w:lineRule="exact"/>
        <w:jc w:val="both"/>
      </w:pPr>
      <w:r>
        <w:rPr>
          <w:rFonts w:ascii="Georgia" w:hAnsi="Georgia" w:cs="Georgia" w:eastAsia="Georgia"/>
          <w:b w:val="0"/>
          <w:i w:val="0"/>
          <w:sz w:val="22"/>
        </w:rPr>
        <w:t>Since the end of the 12day Israel-Iran conflict, at least 19 soldiers have been killed in Gaza, according to the Israel Defense Forces (IDF), including the attack in Beit Hanoun. On the day of the Israel-Iran ceasefire, a Hamas militant threw an incendiary device down the open hatch of an armored engineering vehicle in southern Gaza, killing all seven soldiers inside.</w:t>
      </w:r>
    </w:p>
    <w:p>
      <w:pPr>
        <w:spacing w:before="0" w:after="120" w:line="300" w:lineRule="exact"/>
        <w:jc w:val="both"/>
      </w:pPr>
      <w:r>
        <w:rPr>
          <w:rFonts w:ascii="Georgia" w:hAnsi="Georgia" w:cs="Georgia" w:eastAsia="Georgia"/>
          <w:b w:val="0"/>
          <w:i w:val="0"/>
          <w:sz w:val="22"/>
        </w:rPr>
        <w:t>The attack was one of the deadliest incidents in months for the IDF in Gaza. Former IDF Chief of Staff Lt. Gen. Herzi Halevi said in January that Israel had killed 20,000 Hamas fighters since the beginning of the war. Israel has also assassinated much of the terror organization's top leadership. But Hamas has recruited new fighters as well, a senior Israeli military official said earlier this year, replenishing their ranks.</w:t>
      </w:r>
    </w:p>
    <w:p>
      <w:pPr>
        <w:spacing w:before="0" w:after="120" w:line="300" w:lineRule="exact"/>
        <w:jc w:val="both"/>
      </w:pPr>
      <w:r>
        <w:rPr>
          <w:rFonts w:ascii="Georgia" w:hAnsi="Georgia" w:cs="Georgia" w:eastAsia="Georgia"/>
          <w:b w:val="0"/>
          <w:i w:val="0"/>
          <w:sz w:val="22"/>
        </w:rPr>
        <w:t>In March, Israel's public broadcast, Kan News, reported that Hamas had recruited "hundreds" of new fighters. What remains is a loosely organized group of militant cells, able to carry out hit-andrun attacks, using what remains of Gaza's underground tunnel network to move and stay hidden, according to Retired Maj. Gen Israel Ziv, former head of the IDF's Operations Directorate.</w:t>
      </w:r>
    </w:p>
    <w:p>
      <w:pPr>
        <w:spacing w:before="0" w:after="120" w:line="300" w:lineRule="exact"/>
        <w:jc w:val="both"/>
      </w:pPr>
      <w:r>
        <w:rPr>
          <w:rFonts w:ascii="Georgia" w:hAnsi="Georgia" w:cs="Georgia" w:eastAsia="Georgia"/>
          <w:b w:val="0"/>
          <w:i w:val="0"/>
          <w:sz w:val="22"/>
        </w:rPr>
        <w:t>Hamas has had time to study how the IDF operates, Ziv told CNN, and they are turning that to their advantage. "Their war is built around our weaknesses. They don't defend territory — they seek targets," he said. Ziv said the strain on Israel's military manpower has allowed Hamas to exploit vulnerabilities, even in its weakened state. "Hamas has undergone a transformation — it has become a guerrilla organization operating in small cells.</w:t>
      </w:r>
    </w:p>
    <w:p>
      <w:pPr>
        <w:spacing w:before="0" w:after="120" w:line="300" w:lineRule="exact"/>
        <w:jc w:val="both"/>
      </w:pPr>
      <w:r>
        <w:rPr>
          <w:rFonts w:ascii="Georgia" w:hAnsi="Georgia" w:cs="Georgia" w:eastAsia="Georgia"/>
          <w:b w:val="0"/>
          <w:i w:val="0"/>
          <w:sz w:val="22"/>
        </w:rPr>
        <w:t>It has an abundance of explosives, much of it from the munitions the IDF has dropped there. This is a war of IEDs. Hamas is creating ambushes and taking initiative by controlling key bottlenecks," said Ziv. Operating as decentralized, independent groups has made it harder for Israel to target a cohesive leadership structure. Last month, an Israeli military official told CNN that it has become more difficult to effectively target what remains of Hamas.</w:t>
      </w:r>
    </w:p>
    <w:p>
      <w:pPr>
        <w:spacing w:before="0" w:after="120" w:line="300" w:lineRule="exact"/>
        <w:jc w:val="both"/>
      </w:pPr>
      <w:r>
        <w:rPr>
          <w:rFonts w:ascii="Georgia" w:hAnsi="Georgia" w:cs="Georgia" w:eastAsia="Georgia"/>
          <w:b w:val="0"/>
          <w:i w:val="0"/>
          <w:sz w:val="22"/>
        </w:rPr>
        <w:t>"It's harder now to achieve tactical goals," the official said. Hamas long ago expended the vast majority of its rocket arsenal, able now to launch only sporadic rockets that have near -zero impact. But their ability to move among the ruins of Gaza, armed with improvised explosive devices culled from tens of thousands of Israeli munitions, has turned the rubble of the besieged enclave into a source of resilience.</w:t>
      </w:r>
    </w:p>
    <w:p>
      <w:pPr>
        <w:spacing w:before="0" w:after="120" w:line="300" w:lineRule="exact"/>
        <w:jc w:val="both"/>
      </w:pPr>
      <w:r>
        <w:rPr>
          <w:rFonts w:ascii="Georgia" w:hAnsi="Georgia" w:cs="Georgia" w:eastAsia="Georgia"/>
          <w:b w:val="0"/>
          <w:i w:val="0"/>
          <w:sz w:val="22"/>
        </w:rPr>
        <w:t>Challenged by armed gangs in southern Gaza and a population that has expressed open anger at Hamas, the militant group has nevertheless found a way to continue the fight, exacting a deadly price with each passing week that goes by without a ceasefire. Even with talks ongoing in Doha and signs of some progress, a ceasefire remains elusive, with mediators so far unable to bridge the key gaps between the sides.</w:t>
      </w:r>
    </w:p>
    <w:p>
      <w:pPr>
        <w:spacing w:before="0" w:after="120" w:line="300" w:lineRule="exact"/>
        <w:jc w:val="both"/>
      </w:pPr>
      <w:r>
        <w:rPr>
          <w:rFonts w:ascii="Georgia" w:hAnsi="Georgia" w:cs="Georgia" w:eastAsia="Georgia"/>
          <w:b w:val="0"/>
          <w:i w:val="0"/>
          <w:sz w:val="22"/>
        </w:rPr>
        <w:t>Prime Minister Benjamin Netanyahu said during his recent trip to Wash- ington, DC that Hamas must lay down its arms, ceding its military and governing capability, or Israel will resume the war. But Hamas has shown no willingness to make such major concessions in negotiations, and the recent attacks are an indication of the power they still retain. https://s-6cc224-i.sgizmo.com/s3/iO2WXkbIE6A1Ah1yMR0-8141136/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TESTIMONY OF A TAJIK MUSLIM</w:t>
      </w:r>
    </w:p>
    <w:p>
      <w:pPr>
        <w:spacing w:before="0" w:after="160" w:line="300" w:lineRule="exact"/>
        <w:jc w:val="center"/>
      </w:pPr>
      <w:r>
        <w:rPr>
          <w:rFonts w:ascii="Georgia" w:hAnsi="Georgia" w:cs="Georgia" w:eastAsia="Georgia"/>
          <w:b w:val="0"/>
          <w:i/>
          <w:sz w:val="16"/>
        </w:rPr>
        <w:t>Page 14 of the original. Heading read from the printed headline artwork.</w:t>
      </w:r>
    </w:p>
    <w:p>
      <w:pPr>
        <w:spacing w:before="0" w:after="120" w:line="300" w:lineRule="exact"/>
        <w:jc w:val="both"/>
      </w:pPr>
      <w:r>
        <w:rPr>
          <w:rFonts w:ascii="Georgia" w:hAnsi="Georgia" w:cs="Georgia" w:eastAsia="Georgia"/>
          <w:b w:val="0"/>
          <w:i w:val="0"/>
          <w:sz w:val="22"/>
        </w:rPr>
        <w:t>The life of torture in Tajikistan DOAM Jul 23, 2025 Is Tajikistan Next After East Turkestan? The current situation in Tajikistan is no different from that in East Turkestan. If someone wears a Hijab or grows a beard, they get fined the first time, and imprisoned the second time. Mosques exist, but they are empty. If too many people gather in a mosque, it gets shut down, or everyone present is fined individually.</w:t>
      </w:r>
    </w:p>
    <w:p>
      <w:pPr>
        <w:spacing w:before="0" w:after="120" w:line="300" w:lineRule="exact"/>
        <w:jc w:val="both"/>
      </w:pPr>
      <w:r>
        <w:rPr>
          <w:rFonts w:ascii="Georgia" w:hAnsi="Georgia" w:cs="Georgia" w:eastAsia="Georgia"/>
          <w:b w:val="0"/>
          <w:i w:val="0"/>
          <w:sz w:val="22"/>
        </w:rPr>
        <w:t>If you pray somewhere other than a mosque or your home, you're immediately summoned. You just keep going and paying fines. Some of my relatives were fined just for praying at a gas station. When I arrived in Tajikistan, one of our own people had just been arrested — the reason was laughable. He had gone to Uzbekistan and taken a picture with Uzbekistan's palace cleric, Sufi Solikhon Domla, and uploaded it to some website.</w:t>
      </w:r>
    </w:p>
    <w:p>
      <w:pPr>
        <w:spacing w:before="0" w:after="120" w:line="300" w:lineRule="exact"/>
        <w:jc w:val="both"/>
      </w:pPr>
      <w:r>
        <w:rPr>
          <w:rFonts w:ascii="Georgia" w:hAnsi="Georgia" w:cs="Georgia" w:eastAsia="Georgia"/>
          <w:b w:val="0"/>
          <w:i w:val="0"/>
          <w:sz w:val="22"/>
        </w:rPr>
        <w:t>Because of this, he had to pay $20,000. If he hadn't, they said he would've been sentenced to 15 years in prison. There is a mosque right in front of our house. A palace-appointed Imam used to lead prayers there. Even though he was submissive, they still summoned him from time to time, beat him, took his money, and then let him go. At most, 4 or 5 elderly people attend that mosque for prayers.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oppression is so extreme it's indescribable.</w:t>
      </w:r>
    </w:p>
    <w:p>
      <w:pPr>
        <w:spacing w:before="0" w:after="160" w:line="300" w:lineRule="exact"/>
        <w:jc w:val="center"/>
      </w:pPr>
      <w:r>
        <w:rPr>
          <w:rFonts w:ascii="Georgia" w:hAnsi="Georgia" w:cs="Georgia" w:eastAsia="Georgia"/>
          <w:b w:val="0"/>
          <w:i/>
          <w:sz w:val="16"/>
        </w:rPr>
        <w:t>Page 14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oppression is so extreme it's indescribable. In Uzbekistan, Ahlus Sunnah has mostly been eliminated, and here, they're wiping out everyone indiscriminately. One of our people is in Germany. He recognised the truth and refused to return. They summoned his father, tortured him, and extracted thousands of dollars. He had several livestock and cars — they were all sold to raise the money.</w:t>
      </w:r>
    </w:p>
    <w:p>
      <w:pPr>
        <w:spacing w:before="0" w:after="120" w:line="300" w:lineRule="exact"/>
        <w:jc w:val="both"/>
      </w:pPr>
      <w:r>
        <w:rPr>
          <w:rFonts w:ascii="Georgia" w:hAnsi="Georgia" w:cs="Georgia" w:eastAsia="Georgia"/>
          <w:b w:val="0"/>
          <w:i w:val="0"/>
          <w:sz w:val="22"/>
        </w:rPr>
        <w:t>Once they saw there was no money left, they let him go. They even said, "You can leave for now. If we get bored, we'll summon you again." In Tajikistan, if a person is irreligious, they might live somewhat peacefully. But a Muslim cannot live in peace. Sooner or later, they will be summoned, tortured, fined, or imprisoned. The people have become extremely fearful.</w:t>
      </w:r>
    </w:p>
    <w:p>
      <w:pPr>
        <w:spacing w:before="0" w:after="120" w:line="300" w:lineRule="exact"/>
        <w:jc w:val="both"/>
      </w:pPr>
      <w:r>
        <w:rPr>
          <w:rFonts w:ascii="Georgia" w:hAnsi="Georgia" w:cs="Georgia" w:eastAsia="Georgia"/>
          <w:b w:val="0"/>
          <w:i w:val="0"/>
          <w:sz w:val="22"/>
        </w:rPr>
        <w:t>When I was summoned, the neighborhood chief told some of my relatives: "They are calling your nephew from the top." My uncle got scared and said: "We don't know anything. Please don't involve us." He managed to get out of it. The fear among the people is similar to that of Bani Israel, who endured years of oppression under Pharaoh. Even when a Prophet stood before them, they were too afraid to fight.</w:t>
      </w:r>
    </w:p>
    <w:p>
      <w:pPr>
        <w:spacing w:before="0" w:after="120" w:line="300" w:lineRule="exact"/>
        <w:jc w:val="both"/>
      </w:pPr>
      <w:r>
        <w:rPr>
          <w:rFonts w:ascii="Georgia" w:hAnsi="Georgia" w:cs="Georgia" w:eastAsia="Georgia"/>
          <w:b w:val="0"/>
          <w:i w:val="0"/>
          <w:sz w:val="22"/>
        </w:rPr>
        <w:t>They said, "Go, you and your Lord, and fight. We're staying here." Even now, if a prophet were to stand before this nation and say, "Let's fight this hellish tyrant," they wouldn't budge. Recently, I was in a taxi with five others. We passed a billboard with the tyrant's hand raised. Inside the car, the brainwashed passengers looked at the poster and raised their hands too.</w:t>
      </w:r>
    </w:p>
    <w:p>
      <w:pPr>
        <w:spacing w:before="0" w:after="120" w:line="300" w:lineRule="exact"/>
        <w:jc w:val="both"/>
      </w:pPr>
      <w:r>
        <w:rPr>
          <w:rFonts w:ascii="Georgia" w:hAnsi="Georgia" w:cs="Georgia" w:eastAsia="Georgia"/>
          <w:b w:val="0"/>
          <w:i w:val="0"/>
          <w:sz w:val="22"/>
        </w:rPr>
        <w:t>They shouted: "This is God's partner! This is a great man!" SubhanAllah. They insult and call those who criticise the tyrant "troublemakers" and "filthy." They say you shouldn't speak badly about him — SubhanAllah. In Tajikistan, listening to a religious lecture can result in a fine or prison. If a lecture is found on your phone, you pay $300 per recording.</w:t>
      </w:r>
    </w:p>
    <w:p>
      <w:pPr>
        <w:spacing w:before="0" w:after="120" w:line="300" w:lineRule="exact"/>
        <w:jc w:val="both"/>
      </w:pPr>
      <w:r>
        <w:rPr>
          <w:rFonts w:ascii="Georgia" w:hAnsi="Georgia" w:cs="Georgia" w:eastAsia="Georgia"/>
          <w:b w:val="0"/>
          <w:i w:val="0"/>
          <w:sz w:val="22"/>
        </w:rPr>
        <w:t>More lectures mean more fines. If you can't pay, you go to jail. Right before I came back home, there was a misguided man who listened to a lecture, and by Allah's guidance, began to pray and gave up alcohol. After starting to listen to religious lectures, they arrested him and sentenced him to 8 years in prison. No one bothered him when he was drinking, but the moment he started to practise Islam, they threw him in jail.</w:t>
      </w:r>
    </w:p>
    <w:p>
      <w:pPr>
        <w:spacing w:before="0" w:after="120" w:line="300" w:lineRule="exact"/>
        <w:jc w:val="both"/>
      </w:pPr>
      <w:r>
        <w:rPr>
          <w:rFonts w:ascii="Georgia" w:hAnsi="Georgia" w:cs="Georgia" w:eastAsia="Georgia"/>
          <w:b w:val="0"/>
          <w:i w:val="0"/>
          <w:sz w:val="22"/>
        </w:rPr>
        <w:t>What more proof of oppression do you need? I can't even imagine the torture that happens inside prison. One wonders whether those working for this government are even human beings. Brothers in Uzbekistan — beware. You could be next.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IRANIAN KUFFAAR EXPEL OVER HALF A MILLION</w:t>
      </w:r>
    </w:p>
    <w:p>
      <w:pPr>
        <w:spacing w:before="0" w:after="160" w:line="300" w:lineRule="exact"/>
        <w:jc w:val="center"/>
      </w:pPr>
      <w:r>
        <w:rPr>
          <w:rFonts w:ascii="Georgia" w:hAnsi="Georgia" w:cs="Georgia" w:eastAsia="Georgia"/>
          <w:b w:val="0"/>
          <w:i/>
          <w:sz w:val="16"/>
        </w:rPr>
        <w:t>Page 15 of the original. Heading read from the printed headline artwork.</w:t>
      </w:r>
    </w:p>
    <w:p>
      <w:pPr>
        <w:spacing w:before="0" w:after="120" w:line="300" w:lineRule="exact"/>
        <w:jc w:val="both"/>
      </w:pPr>
      <w:r>
        <w:rPr>
          <w:rFonts w:ascii="Georgia" w:hAnsi="Georgia" w:cs="Georgia" w:eastAsia="Georgia"/>
          <w:b w:val="0"/>
          <w:i w:val="0"/>
          <w:sz w:val="22"/>
        </w:rPr>
        <w:t>Since the cessation of the 12 day war with Israel, in 16 days, the kufr regime of Iran has expelled over half a million Afghaani Muslim citizens of the country. This shockingly lamentable act of ZULM (cruelty/injustice and oppression) will not go by unpunished by Allah Ta'ala. Iran has already tasted a small measure of Divine Punishment inflicted by Allah Azza Wa Jal via the agency of the Israeli Yahood and the US Christians.</w:t>
      </w:r>
    </w:p>
    <w:p>
      <w:pPr>
        <w:spacing w:before="0" w:after="120" w:line="300" w:lineRule="exact"/>
        <w:jc w:val="both"/>
      </w:pPr>
      <w:r>
        <w:rPr>
          <w:rFonts w:ascii="Georgia" w:hAnsi="Georgia" w:cs="Georgia" w:eastAsia="Georgia"/>
          <w:b w:val="0"/>
          <w:i w:val="0"/>
          <w:sz w:val="22"/>
        </w:rPr>
        <w:t>All forces in creation are cogs in the Divine Machinery of Chastisement. The Qur'aan states: "No one knows the armies of your Rabb, except He (Allah)." The kuffaar too are a cog in this Divine Machinery of Athaab. The expulsion of over half a million Muslim citizens for whom Iran was Home, is further confirmation for the flagitious hatred Shiahs harbour for Muslims.</w:t>
      </w:r>
    </w:p>
    <w:p>
      <w:pPr>
        <w:spacing w:before="0" w:after="120" w:line="300" w:lineRule="exact"/>
        <w:jc w:val="both"/>
      </w:pPr>
      <w:r>
        <w:rPr>
          <w:rFonts w:ascii="Georgia" w:hAnsi="Georgia" w:cs="Georgia" w:eastAsia="Georgia"/>
          <w:b w:val="0"/>
          <w:i w:val="0"/>
          <w:sz w:val="22"/>
        </w:rPr>
        <w:t>Regarding zulm, Rasulullah (Sallallahu alayhi wasallam) said:</w:t>
      </w:r>
    </w:p>
    <w:p>
      <w:pPr>
        <w:spacing w:before="120" w:after="120" w:line="300" w:lineRule="exact"/>
        <w:ind w:left="720" w:right="720"/>
        <w:jc w:val="center"/>
      </w:pPr>
      <w:r>
        <w:rPr>
          <w:rFonts w:ascii="Georgia" w:hAnsi="Georgia" w:cs="Georgia" w:eastAsia="Georgia"/>
          <w:b w:val="0"/>
          <w:i/>
          <w:sz w:val="22"/>
        </w:rPr>
        <w:t>"Beware of the Curse of the Mazloom (oppressed). It rises above the clouds and the Por-</w:t>
      </w:r>
    </w:p>
    <w:p>
      <w:pPr>
        <w:spacing w:before="0" w:after="120" w:line="300" w:lineRule="exact"/>
        <w:jc w:val="both"/>
      </w:pPr>
      <w:r>
        <w:rPr>
          <w:rFonts w:ascii="Georgia" w:hAnsi="Georgia" w:cs="Georgia" w:eastAsia="Georgia"/>
          <w:b w:val="0"/>
          <w:i w:val="0"/>
          <w:sz w:val="22"/>
        </w:rPr>
        <w:t>tals of the Heaven are opened</w:t>
      </w:r>
    </w:p>
    <w:p>
      <w:pPr>
        <w:spacing w:before="120" w:after="120" w:line="300" w:lineRule="exact"/>
        <w:ind w:left="720" w:right="720"/>
        <w:jc w:val="center"/>
      </w:pPr>
      <w:r>
        <w:rPr>
          <w:rFonts w:ascii="Georgia" w:hAnsi="Georgia" w:cs="Georgia" w:eastAsia="Georgia"/>
          <w:b w:val="0"/>
          <w:i/>
          <w:sz w:val="22"/>
        </w:rPr>
        <w:t>for it. Then your Rabb says: "By My Grandeur and Might!</w:t>
      </w:r>
    </w:p>
    <w:p>
      <w:pPr>
        <w:spacing w:before="120" w:after="120" w:line="300" w:lineRule="exact"/>
        <w:ind w:left="720" w:right="720"/>
        <w:jc w:val="center"/>
      </w:pPr>
      <w:r>
        <w:rPr>
          <w:rFonts w:ascii="Georgia" w:hAnsi="Georgia" w:cs="Georgia" w:eastAsia="Georgia"/>
          <w:b w:val="0"/>
          <w:i/>
          <w:sz w:val="22"/>
        </w:rPr>
        <w:t>I shall aid you even if it be</w:t>
      </w:r>
    </w:p>
    <w:p>
      <w:pPr>
        <w:spacing w:before="0" w:after="120" w:line="300" w:lineRule="exact"/>
        <w:jc w:val="both"/>
      </w:pPr>
      <w:r>
        <w:rPr>
          <w:rFonts w:ascii="Georgia" w:hAnsi="Georgia" w:cs="Georgia" w:eastAsia="Georgia"/>
          <w:b w:val="0"/>
          <w:i w:val="0"/>
          <w:sz w:val="22"/>
        </w:rPr>
        <w:t>after some time." Never shall these Shiah kuffaar Zaalimeen escape the Punishment of Divine Wrath. After this horrible act of Zulm perpetrated on over half a million Muslims in just 16 days, what sympathy can Muslims have for Iran if the Yahood and Nasaara pulverize Iran? By nature Shiahs are brutal, just like the Yahood. What Israel has not yet achieved after 21 months of incessant bombing, massacre, destruction and genocide, namely the expulsion of the Palestinians from Gazzah, Iran has perpetrated it in 16 days by expelling over half a million Muslims from Iran.</w:t>
      </w:r>
    </w:p>
    <w:p>
      <w:pPr>
        <w:spacing w:before="0" w:after="120" w:line="300" w:lineRule="exact"/>
        <w:jc w:val="both"/>
      </w:pPr>
      <w:r>
        <w:rPr>
          <w:rFonts w:ascii="Georgia" w:hAnsi="Georgia" w:cs="Georgia" w:eastAsia="Georgia"/>
          <w:b w:val="0"/>
          <w:i w:val="0"/>
          <w:sz w:val="22"/>
        </w:rPr>
        <w:t>Iran is not exclusively for Shiahs. It has been a land of Islam for centuries. However, when the kuffaar Shiahs gained power, they massacred and expelled the Muslim population just as they are currently doing. In a flapdoodle attempt to justify their inhuman treatment and expulsion of the Muslims, they stupidly dangle the charge of 'spying'.</w:t>
      </w:r>
    </w:p>
    <w:p>
      <w:pPr>
        <w:spacing w:before="0" w:after="120" w:line="300" w:lineRule="exact"/>
        <w:jc w:val="both"/>
      </w:pPr>
      <w:r>
        <w:rPr>
          <w:rFonts w:ascii="Georgia" w:hAnsi="Georgia" w:cs="Georgia" w:eastAsia="Georgia"/>
          <w:b w:val="0"/>
          <w:i w:val="0"/>
          <w:sz w:val="22"/>
        </w:rPr>
        <w:t>While numerous Iranian Shiah have hitherto been arrested on espionage charges for Israel, no Afghaanis have been arrested. Assuming that a handful of Afghaanis were on the spy payroll of Israel, never does it justify the expulsion of the entire Muslim community from their homeland. Will Iran expel the entire Shiah population because dozens of Iranian Shiahs have been arrested for having spied for Israel and due to their spying, Iran's nuclear facilities have been demolished?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COVID &amp; INTERFAITH CARTEL OF MUNAAFIQEEN DO NOT FORGET THEM!</w:t>
      </w:r>
    </w:p>
    <w:p>
      <w:pPr>
        <w:spacing w:before="0" w:after="160" w:line="300" w:lineRule="exact"/>
        <w:jc w:val="center"/>
      </w:pPr>
      <w:r>
        <w:rPr>
          <w:rFonts w:ascii="Georgia" w:hAnsi="Georgia" w:cs="Georgia" w:eastAsia="Georgia"/>
          <w:b w:val="0"/>
          <w:i/>
          <w:sz w:val="16"/>
        </w:rPr>
        <w:t>Page 15, 19 of the original. Heading read from the printed headline artwork.</w:t>
      </w:r>
    </w:p>
    <w:p>
      <w:pPr>
        <w:spacing w:before="0" w:after="120" w:line="300" w:lineRule="exact"/>
        <w:jc w:val="both"/>
      </w:pPr>
      <w:r>
        <w:rPr>
          <w:rFonts w:ascii="Georgia" w:hAnsi="Georgia" w:cs="Georgia" w:eastAsia="Georgia"/>
          <w:b w:val="0"/>
          <w:i w:val="0"/>
          <w:sz w:val="22"/>
        </w:rPr>
        <w:t>This vile cartel of shaitaani agents consists of the like of Reverend, Abraham Bham, Menk, MJC carrion characters, Darush Shaitaan (Durban) molvis, most UK molvis and numerous others of similar ilk. They are the munaafiqeen who had closed the Musaajid days before the government had ordered the satanic clo- sure. They are the agents of shaitaan who had vehemently proclaimed the Musaajid to be carriers of disease.</w:t>
      </w:r>
    </w:p>
    <w:p>
      <w:pPr>
        <w:spacing w:before="0" w:after="120" w:line="300" w:lineRule="exact"/>
        <w:jc w:val="both"/>
      </w:pPr>
      <w:r>
        <w:rPr>
          <w:rFonts w:ascii="Georgia" w:hAnsi="Georgia" w:cs="Georgia" w:eastAsia="Georgia"/>
          <w:b w:val="0"/>
          <w:i w:val="0"/>
          <w:sz w:val="22"/>
        </w:rPr>
        <w:t>They had even thrown out The Qur'aan Majeed copies from the Musaajid. They had banned performance of Salaat in the Musaajid which were under their control. They are the vilest specimens of devils who had gone to the kuffaar court to beg for an order to close the Musaajid and to ban Salaat in the Musaajid. They are the satanic louts who had prohibited Jumuah Salaat specifically.</w:t>
      </w:r>
    </w:p>
    <w:p>
      <w:pPr>
        <w:spacing w:before="0" w:after="120" w:line="300" w:lineRule="exact"/>
        <w:jc w:val="both"/>
      </w:pPr>
      <w:r>
        <w:rPr>
          <w:rFonts w:ascii="Georgia" w:hAnsi="Georgia" w:cs="Georgia" w:eastAsia="Georgia"/>
          <w:b w:val="0"/>
          <w:i w:val="0"/>
          <w:sz w:val="22"/>
        </w:rPr>
        <w:t>It is this Cartel of Rubbish who had abolished the Sunnah and had introduced and justified the shaitaani kuffaar covid protocols in violent conflict with the proclamation of Rasulullah (Sallallahu alayhi wasallam) regarding the issue of disease contagiousness. It is necessary to remember these scoundrels to avoid performing Salaat behind them.</w:t>
      </w:r>
    </w:p>
    <w:p>
      <w:pPr>
        <w:spacing w:before="0" w:after="120" w:line="300" w:lineRule="exact"/>
        <w:jc w:val="both"/>
      </w:pPr>
      <w:r>
        <w:rPr>
          <w:rFonts w:ascii="Georgia" w:hAnsi="Georgia" w:cs="Georgia" w:eastAsia="Georgia"/>
          <w:b w:val="0"/>
          <w:i w:val="0"/>
          <w:sz w:val="22"/>
        </w:rPr>
        <w:t>They are munaafiqs who had sold the Deen down the sewer drain for the boodle which the Bill Gates cronies were doling out to the bootlickers. This Cartel of Louts is also in the forefront of the Kufr Interfaith Trap set up by the Yahood and Nasaara to subvert and destroy Islam. Beware of them!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 IS ALEEM</w:t>
      </w:r>
    </w:p>
    <w:p>
      <w:pPr>
        <w:spacing w:before="0" w:after="160" w:line="300" w:lineRule="exact"/>
        <w:jc w:val="center"/>
      </w:pPr>
      <w:r>
        <w:rPr>
          <w:rFonts w:ascii="Georgia" w:hAnsi="Georgia" w:cs="Georgia" w:eastAsia="Georgia"/>
          <w:b w:val="0"/>
          <w:i/>
          <w:sz w:val="16"/>
        </w:rPr>
        <w:t>Page 16 of the original</w:t>
      </w:r>
    </w:p>
    <w:p>
      <w:pPr>
        <w:pStyle w:val="Heading3"/>
        <w:spacing w:before="200" w:after="120" w:line="300" w:lineRule="exact"/>
        <w:jc w:val="left"/>
      </w:pPr>
      <w:r>
        <w:rPr>
          <w:rFonts w:ascii="Georgia" w:hAnsi="Georgia" w:cs="Georgia" w:eastAsia="Georgia"/>
          <w:b/>
          <w:i w:val="0"/>
          <w:color w:val="2E74B5"/>
          <w:sz w:val="24"/>
        </w:rPr>
        <w:t>AND QAADIR</w:t>
      </w:r>
    </w:p>
    <w:p>
      <w:pPr>
        <w:spacing w:before="0" w:after="120" w:line="300" w:lineRule="exact"/>
        <w:jc w:val="both"/>
      </w:pPr>
      <w:r>
        <w:rPr>
          <w:rFonts w:ascii="Georgia" w:hAnsi="Georgia" w:cs="Georgia" w:eastAsia="Georgia"/>
          <w:b w:val="0"/>
          <w:i w:val="0"/>
          <w:sz w:val="22"/>
        </w:rPr>
        <w:t>Allah Azza wa Jal is Aleem (The All-Knower) and He is Qaadir (All Powerful) "He (Allah) knows whatever is in the heavens and whatever is in the earth. Allah has power over all things." (Aal Imraan, Aayat 29) Despite Allah Ta'ala being fully aware of the atrocities, massacres, brutalities and genocide ravaging GazPalestine, and despite Him having the Power to terminate the calamity forthwith, He is allowing it.</w:t>
      </w:r>
    </w:p>
    <w:p>
      <w:pPr>
        <w:spacing w:before="0" w:after="120" w:line="300" w:lineRule="exact"/>
        <w:jc w:val="both"/>
      </w:pPr>
      <w:r>
        <w:rPr>
          <w:rFonts w:ascii="Georgia" w:hAnsi="Georgia" w:cs="Georgia" w:eastAsia="Georgia"/>
          <w:b w:val="0"/>
          <w:i w:val="0"/>
          <w:sz w:val="22"/>
        </w:rPr>
        <w:t>The Qur'aan Majeed states: "When Allah intends something, He (simply) says: 'KUN! (Be!), and it is there (in existence)."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ALLAH"S HELP</w:t>
      </w:r>
    </w:p>
    <w:p>
      <w:pPr>
        <w:spacing w:before="0" w:after="160" w:line="300" w:lineRule="exact"/>
        <w:jc w:val="center"/>
      </w:pPr>
      <w:r>
        <w:rPr>
          <w:rFonts w:ascii="Georgia" w:hAnsi="Georgia" w:cs="Georgia" w:eastAsia="Georgia"/>
          <w:b w:val="0"/>
          <w:i/>
          <w:sz w:val="16"/>
        </w:rPr>
        <w:t>Page 16 of the original</w:t>
      </w:r>
    </w:p>
    <w:p>
      <w:pPr>
        <w:spacing w:before="0" w:after="120" w:line="300" w:lineRule="exact"/>
        <w:jc w:val="both"/>
      </w:pPr>
      <w:r>
        <w:rPr>
          <w:rFonts w:ascii="Georgia" w:hAnsi="Georgia" w:cs="Georgia" w:eastAsia="Georgia"/>
          <w:b w:val="0"/>
          <w:i w:val="0"/>
          <w:sz w:val="22"/>
        </w:rPr>
        <w:t>"If Allah helps you, no one</w:t>
      </w:r>
    </w:p>
    <w:p>
      <w:pPr>
        <w:spacing w:before="120" w:after="120" w:line="300" w:lineRule="exact"/>
        <w:ind w:left="720" w:right="720"/>
        <w:jc w:val="center"/>
      </w:pPr>
      <w:r>
        <w:rPr>
          <w:rFonts w:ascii="Georgia" w:hAnsi="Georgia" w:cs="Georgia" w:eastAsia="Georgia"/>
          <w:b w:val="0"/>
          <w:i/>
          <w:sz w:val="22"/>
        </w:rPr>
        <w:t>can defeat you. And if He abandons you, then who is</w:t>
      </w:r>
    </w:p>
    <w:p>
      <w:pPr>
        <w:spacing w:before="0" w:after="120" w:line="300" w:lineRule="exact"/>
        <w:jc w:val="both"/>
      </w:pPr>
      <w:r>
        <w:rPr>
          <w:rFonts w:ascii="Georgia" w:hAnsi="Georgia" w:cs="Georgia" w:eastAsia="Georgia"/>
          <w:b w:val="0"/>
          <w:i w:val="0"/>
          <w:sz w:val="22"/>
        </w:rPr>
        <w:t>there besides Him to help you? Therefore, the Mu'minoon should repose ta-</w:t>
      </w:r>
    </w:p>
    <w:p>
      <w:pPr>
        <w:spacing w:before="120" w:after="120" w:line="300" w:lineRule="exact"/>
        <w:ind w:left="720" w:right="720"/>
        <w:jc w:val="center"/>
      </w:pPr>
      <w:r>
        <w:rPr>
          <w:rFonts w:ascii="Georgia" w:hAnsi="Georgia" w:cs="Georgia" w:eastAsia="Georgia"/>
          <w:b w:val="0"/>
          <w:i/>
          <w:sz w:val="22"/>
        </w:rPr>
        <w:t>wakkul (trust) on Allah." (Aal Imraan, Aayat 160)</w:t>
      </w:r>
    </w:p>
    <w:p>
      <w:pPr>
        <w:spacing w:before="0" w:after="120" w:line="300" w:lineRule="exact"/>
        <w:jc w:val="both"/>
      </w:pPr>
      <w:r>
        <w:rPr>
          <w:rFonts w:ascii="Georgia" w:hAnsi="Georgia" w:cs="Georgia" w:eastAsia="Georgia"/>
          <w:b w:val="0"/>
          <w:i w:val="0"/>
          <w:sz w:val="22"/>
        </w:rPr>
        <w:t>Undoubtedly, Allah Ta'ala has hitherto withheld His help from Palestine. The reality is that Allah Azza Wa Jal has abandoned the Palestinians. Why? The answer is no conundrum. Apply your intelligence and you will readily understand the cause for Divine Abandonment.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YOUR ENEMIES</w:t>
      </w:r>
    </w:p>
    <w:p>
      <w:pPr>
        <w:spacing w:before="0" w:after="160" w:line="300" w:lineRule="exact"/>
        <w:jc w:val="center"/>
      </w:pPr>
      <w:r>
        <w:rPr>
          <w:rFonts w:ascii="Georgia" w:hAnsi="Georgia" w:cs="Georgia" w:eastAsia="Georgia"/>
          <w:b w:val="0"/>
          <w:i/>
          <w:sz w:val="16"/>
        </w:rPr>
        <w:t>Page 16 of the original</w:t>
      </w:r>
    </w:p>
    <w:p>
      <w:pPr>
        <w:spacing w:before="120" w:after="120" w:line="300" w:lineRule="exact"/>
        <w:ind w:left="720" w:right="720"/>
        <w:jc w:val="center"/>
      </w:pPr>
      <w:r>
        <w:rPr>
          <w:rFonts w:ascii="Georgia" w:hAnsi="Georgia" w:cs="Georgia" w:eastAsia="Georgia"/>
          <w:b w:val="0"/>
          <w:i/>
          <w:sz w:val="22"/>
        </w:rPr>
        <w:t>"Allah is aware of your enemies. Allah suffices as a</w:t>
      </w:r>
    </w:p>
    <w:p>
      <w:pPr>
        <w:spacing w:before="0" w:after="120" w:line="300" w:lineRule="exact"/>
        <w:jc w:val="both"/>
      </w:pPr>
      <w:r>
        <w:rPr>
          <w:rFonts w:ascii="Georgia" w:hAnsi="Georgia" w:cs="Georgia" w:eastAsia="Georgia"/>
          <w:b w:val="0"/>
          <w:i w:val="0"/>
          <w:sz w:val="22"/>
        </w:rPr>
        <w:t>Friend. Allah suffices as a Helper." (An-Nisaa', Aayat 45) But Muslims are befriending their own enemies. Muslims have appointed the Yahood and Nasaara as their leaders, hence Allah Ta'ala has made them our rulers. The UN, the Yahood/Nasaara pro-Palestine institutions, the munaafiq 'islamic' countries and organizations and the figment of the international community, are not the friends of Muslims.</w:t>
      </w:r>
    </w:p>
    <w:p>
      <w:pPr>
        <w:spacing w:before="0" w:after="120" w:line="300" w:lineRule="exact"/>
        <w:jc w:val="both"/>
      </w:pPr>
      <w:r>
        <w:rPr>
          <w:rFonts w:ascii="Georgia" w:hAnsi="Georgia" w:cs="Georgia" w:eastAsia="Georgia"/>
          <w:b w:val="0"/>
          <w:i w:val="0"/>
          <w:sz w:val="22"/>
        </w:rPr>
        <w:t>All kufr is of the same breed regardless of their variegated persuasions. Since Muslims have no trust on Allah Ta'ala, they do not believe that only Allah Ta'ala suffices as our Helper, hence they look askance at shadows and phantoms for assistance which is never forthcoming.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HIS ARMIES</w:t>
      </w:r>
    </w:p>
    <w:p>
      <w:pPr>
        <w:spacing w:before="0" w:after="160" w:line="300" w:lineRule="exact"/>
        <w:jc w:val="center"/>
      </w:pPr>
      <w:r>
        <w:rPr>
          <w:rFonts w:ascii="Georgia" w:hAnsi="Georgia" w:cs="Georgia" w:eastAsia="Georgia"/>
          <w:b w:val="0"/>
          <w:i/>
          <w:sz w:val="16"/>
        </w:rPr>
        <w:t>Page 16 of the original</w:t>
      </w:r>
    </w:p>
    <w:p>
      <w:pPr>
        <w:spacing w:before="0" w:after="120" w:line="300" w:lineRule="exact"/>
        <w:jc w:val="both"/>
      </w:pPr>
      <w:r>
        <w:rPr>
          <w:rFonts w:ascii="Georgia" w:hAnsi="Georgia" w:cs="Georgia" w:eastAsia="Georgia"/>
          <w:b w:val="0"/>
          <w:i w:val="0"/>
          <w:sz w:val="22"/>
        </w:rPr>
        <w:t>"And unto Allah belong the</w:t>
      </w:r>
    </w:p>
    <w:p>
      <w:pPr>
        <w:spacing w:before="120" w:after="120" w:line="300" w:lineRule="exact"/>
        <w:ind w:left="720" w:right="720"/>
        <w:jc w:val="center"/>
      </w:pPr>
      <w:r>
        <w:rPr>
          <w:rFonts w:ascii="Georgia" w:hAnsi="Georgia" w:cs="Georgia" w:eastAsia="Georgia"/>
          <w:b w:val="0"/>
          <w:i/>
          <w:sz w:val="22"/>
        </w:rPr>
        <w:t>armies of the heavens and the earth. Allah is Aware and</w:t>
      </w:r>
    </w:p>
    <w:p>
      <w:pPr>
        <w:spacing w:before="120" w:after="120" w:line="300" w:lineRule="exact"/>
        <w:ind w:left="720" w:right="720"/>
        <w:jc w:val="center"/>
      </w:pPr>
      <w:r>
        <w:rPr>
          <w:rFonts w:ascii="Georgia" w:hAnsi="Georgia" w:cs="Georgia" w:eastAsia="Georgia"/>
          <w:b w:val="0"/>
          <w:i/>
          <w:sz w:val="22"/>
        </w:rPr>
        <w:t>the Wise." (Al-Fatah, Aayat 4) "The armies of the heavens</w:t>
      </w:r>
    </w:p>
    <w:p>
      <w:pPr>
        <w:spacing w:before="0" w:after="120" w:line="300" w:lineRule="exact"/>
        <w:jc w:val="both"/>
      </w:pPr>
      <w:r>
        <w:rPr>
          <w:rFonts w:ascii="Georgia" w:hAnsi="Georgia" w:cs="Georgia" w:eastAsia="Georgia"/>
          <w:b w:val="0"/>
          <w:i w:val="0"/>
          <w:sz w:val="22"/>
        </w:rPr>
        <w:t>and earth belong to Allah." (Al-Fath, Aayat 7) Earthquakes, tsunamis, hurricanes, tornadoes, wildfires, locusts, the kuffaar and all forces in creation are among the 'Armies of Allah'. He activates his armies as He deems fit. However, Allah Azza Wa Jal is not allowing any of His armies to go to the aid of the Palestinians. "Verily, in this is a lesson for the people of intelligence."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DID THEY AID ALLAH?</w:t>
      </w:r>
    </w:p>
    <w:p>
      <w:pPr>
        <w:spacing w:before="0" w:after="160" w:line="300" w:lineRule="exact"/>
        <w:jc w:val="center"/>
      </w:pPr>
      <w:r>
        <w:rPr>
          <w:rFonts w:ascii="Georgia" w:hAnsi="Georgia" w:cs="Georgia" w:eastAsia="Georgia"/>
          <w:b w:val="0"/>
          <w:i/>
          <w:sz w:val="16"/>
        </w:rPr>
        <w:t>Page 16, 17 of the original. Heading read from the printed headline artwork.</w:t>
      </w:r>
    </w:p>
    <w:p>
      <w:pPr>
        <w:spacing w:before="0" w:after="120" w:line="300" w:lineRule="exact"/>
        <w:jc w:val="both"/>
      </w:pPr>
      <w:r>
        <w:rPr>
          <w:rFonts w:ascii="Georgia" w:hAnsi="Georgia" w:cs="Georgia" w:eastAsia="Georgia"/>
          <w:b w:val="0"/>
          <w:i w:val="0"/>
          <w:sz w:val="22"/>
        </w:rPr>
        <w:t>"Most assuredly, Allah will</w:t>
      </w:r>
    </w:p>
    <w:p>
      <w:pPr>
        <w:spacing w:before="120" w:after="120" w:line="300" w:lineRule="exact"/>
        <w:ind w:left="720" w:right="720"/>
        <w:jc w:val="center"/>
      </w:pPr>
      <w:r>
        <w:rPr>
          <w:rFonts w:ascii="Georgia" w:hAnsi="Georgia" w:cs="Georgia" w:eastAsia="Georgia"/>
          <w:b w:val="0"/>
          <w:i/>
          <w:sz w:val="22"/>
        </w:rPr>
        <w:t>aid those who aid Him. Verily, Allah is powerful and</w:t>
      </w:r>
    </w:p>
    <w:p>
      <w:pPr>
        <w:spacing w:before="0" w:after="120" w:line="300" w:lineRule="exact"/>
        <w:jc w:val="both"/>
      </w:pPr>
      <w:r>
        <w:rPr>
          <w:rFonts w:ascii="Georgia" w:hAnsi="Georgia" w:cs="Georgia" w:eastAsia="Georgia"/>
          <w:b w:val="0"/>
          <w:i w:val="0"/>
          <w:sz w:val="22"/>
        </w:rPr>
        <w:t>mighty." (Al-Hajj, Aayat 40)</w:t>
      </w:r>
    </w:p>
    <w:p>
      <w:pPr>
        <w:spacing w:before="120" w:after="120" w:line="300" w:lineRule="exact"/>
        <w:ind w:left="720" w:right="720"/>
        <w:jc w:val="center"/>
      </w:pPr>
      <w:r>
        <w:rPr>
          <w:rFonts w:ascii="Georgia" w:hAnsi="Georgia" w:cs="Georgia" w:eastAsia="Georgia"/>
          <w:b w:val="0"/>
          <w:i/>
          <w:sz w:val="22"/>
        </w:rPr>
        <w:t>"O People of Imaan! If you help Allah (His Deen), He</w:t>
      </w:r>
    </w:p>
    <w:p>
      <w:pPr>
        <w:spacing w:before="120" w:after="120" w:line="300" w:lineRule="exact"/>
        <w:ind w:left="720" w:right="720"/>
        <w:jc w:val="center"/>
      </w:pPr>
      <w:r>
        <w:rPr>
          <w:rFonts w:ascii="Georgia" w:hAnsi="Georgia" w:cs="Georgia" w:eastAsia="Georgia"/>
          <w:b w:val="0"/>
          <w:i/>
          <w:sz w:val="22"/>
        </w:rPr>
        <w:t>will help you and plant your feet firmly (against</w:t>
      </w:r>
    </w:p>
    <w:p>
      <w:pPr>
        <w:spacing w:before="0" w:after="120" w:line="300" w:lineRule="exact"/>
        <w:jc w:val="both"/>
      </w:pPr>
      <w:r>
        <w:rPr>
          <w:rFonts w:ascii="Georgia" w:hAnsi="Georgia" w:cs="Georgia" w:eastAsia="Georgia"/>
          <w:b w:val="0"/>
          <w:i w:val="0"/>
          <w:sz w:val="22"/>
        </w:rPr>
        <w:t>your enemy)." (Muhammad, Aayat 7) The Palestinians whom Allah Ta'ala had placed in charge of the Holy Land, had miserably failed to aid the Deen of Allah Ta'ala. Since 1948 with the inception of the Yahudi state, Allah Ta'ala had granted the Palestinians respite of almost 80 years to prepare themselves morally and spiritually along the Path of the Sahaabah – the Sunnah of Rasulullah (Sallallahu alayhi wasallam).</w:t>
      </w:r>
    </w:p>
    <w:p>
      <w:pPr>
        <w:spacing w:before="0" w:after="120" w:line="300" w:lineRule="exact"/>
        <w:jc w:val="both"/>
      </w:pPr>
      <w:r>
        <w:rPr>
          <w:rFonts w:ascii="Georgia" w:hAnsi="Georgia" w:cs="Georgia" w:eastAsia="Georgia"/>
          <w:b w:val="0"/>
          <w:i w:val="0"/>
          <w:sz w:val="22"/>
        </w:rPr>
        <w:t>But what did they do during this period of Respite? They drifted further and further from the Deen, ultimately abandoning the Shariah, replacing it with kufr/ taaghuti law and eliminating the Sunnah to make way for the immoral western lifestyle. During this evil process of metamorphosis, they gained the impression that their friends and helpers are Iran, China and the ghost known as the international community.</w:t>
      </w:r>
    </w:p>
    <w:p>
      <w:pPr>
        <w:spacing w:before="0" w:after="120" w:line="300" w:lineRule="exact"/>
        <w:jc w:val="both"/>
      </w:pPr>
      <w:r>
        <w:rPr>
          <w:rFonts w:ascii="Georgia" w:hAnsi="Georgia" w:cs="Georgia" w:eastAsia="Georgia"/>
          <w:b w:val="0"/>
          <w:i w:val="0"/>
          <w:sz w:val="22"/>
        </w:rPr>
        <w:t>Today all these phantoms have disappeared into the realm of oblivion and nonexistence. Since the Palestinians, as well as the Ummah all over the world, have abandoned Islam –its Shariah and Sunnah – Allah Ta'ala has withheld His aid. The consequences of Divine Abandonment are too grotesque, and heartrendering to even contemplate. We are seeing it every day in Palestine.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UN court denies Mladic, who led Bosnia's Srebrenica massacre, early release</w:t>
      </w:r>
    </w:p>
    <w:p>
      <w:pPr>
        <w:spacing w:before="0" w:after="160" w:line="300" w:lineRule="exact"/>
        <w:jc w:val="center"/>
      </w:pPr>
      <w:r>
        <w:rPr>
          <w:rFonts w:ascii="Georgia" w:hAnsi="Georgia" w:cs="Georgia" w:eastAsia="Georgia"/>
          <w:b w:val="0"/>
          <w:i/>
          <w:sz w:val="16"/>
        </w:rPr>
        <w:t>Page 17 of the original. Heading read from the printed headline artwork.</w:t>
      </w:r>
    </w:p>
    <w:p>
      <w:pPr>
        <w:spacing w:before="0" w:after="120" w:line="300" w:lineRule="exact"/>
        <w:jc w:val="both"/>
      </w:pPr>
      <w:r>
        <w:rPr>
          <w:rFonts w:ascii="Georgia" w:hAnsi="Georgia" w:cs="Georgia" w:eastAsia="Georgia"/>
          <w:b w:val="0"/>
          <w:i w:val="0"/>
          <w:sz w:val="22"/>
        </w:rPr>
        <w:t>Ratko Mladic filed the request to be released on health grounds last month, saying he only had a few months to live. Published On 30 Jul 2025 A United Nations war crimes court has denied a request from Ratko Mladic, an infamous Bosnian Serb military leader during the 1992 to 1995 Yugoslav wars, who oversaw the Srebrenica massacre, to be released early to Serbia on health grounds.</w:t>
      </w:r>
    </w:p>
    <w:p>
      <w:pPr>
        <w:spacing w:before="0" w:after="120" w:line="300" w:lineRule="exact"/>
        <w:jc w:val="both"/>
      </w:pPr>
      <w:r>
        <w:rPr>
          <w:rFonts w:ascii="Georgia" w:hAnsi="Georgia" w:cs="Georgia" w:eastAsia="Georgia"/>
          <w:b w:val="0"/>
          <w:i w:val="0"/>
          <w:sz w:val="22"/>
        </w:rPr>
        <w:t>Judge Graciela Gatti Santana at the International Residual Mechanism for Criminal Tribunals, the court tasked with handling remaining cases from the Yugoslav war crimes tribunal, said on Tuesday that Mladic's condition did not meet the threshold of an "acute terminal illness" required for early release. Mladic, known as the "Butcher of Bosnia", was sentenced to life imprisonment in 2017 over genocide, war crimes and crimes against hu- manity.</w:t>
      </w:r>
    </w:p>
    <w:p>
      <w:pPr>
        <w:spacing w:before="0" w:after="120" w:line="300" w:lineRule="exact"/>
        <w:jc w:val="both"/>
      </w:pPr>
      <w:r>
        <w:rPr>
          <w:rFonts w:ascii="Georgia" w:hAnsi="Georgia" w:cs="Georgia" w:eastAsia="Georgia"/>
          <w:b w:val="0"/>
          <w:i w:val="0"/>
          <w:sz w:val="22"/>
        </w:rPr>
        <w:t>He had filed a request to be freed on June 3, 2025, saying he only had a few months to live… "The information before me demonstrates that the compelling humanitarian circumstances invoked by Mladic as a basis for his release are not substantiated." Mladic, 83, was sentenced by the UN tribunal for the former Yugoslavia for his role in terrorising the civilian population during the 43-month siege of the Bosnian capital Sarajevo and the 1995 Srebrenica massacre.</w:t>
      </w:r>
    </w:p>
    <w:p>
      <w:pPr>
        <w:spacing w:before="0" w:after="120" w:line="300" w:lineRule="exact"/>
        <w:jc w:val="both"/>
      </w:pPr>
      <w:r>
        <w:rPr>
          <w:rFonts w:ascii="Georgia" w:hAnsi="Georgia" w:cs="Georgia" w:eastAsia="Georgia"/>
          <w:b w:val="0"/>
          <w:i w:val="0"/>
          <w:sz w:val="22"/>
        </w:rPr>
        <w:t>Some 8,000 Muslim men and boys were slaughtered in Srebrenica by Bosnian Serb forces in July that year. The Srebrenica genocide was the bloody crescendo of the Bosnian war, which erupted during Yugoslavia's dissolution, as Bosnian Serbs sought to carve out Serb-dominated areas by ethnic cleansing against the country's two other main ethnic populations – Croats and Muslim Bosniaks.</w:t>
      </w:r>
    </w:p>
    <w:p>
      <w:pPr>
        <w:spacing w:before="0" w:after="120" w:line="300" w:lineRule="exact"/>
        <w:jc w:val="both"/>
      </w:pPr>
      <w:r>
        <w:rPr>
          <w:rFonts w:ascii="Georgia" w:hAnsi="Georgia" w:cs="Georgia" w:eastAsia="Georgia"/>
          <w:b w:val="0"/>
          <w:i w:val="0"/>
          <w:sz w:val="22"/>
        </w:rPr>
        <w:t>Until the Russia-Ukraine war, the Bosnian war was considered the most violent conflict in Europe since the end of World War II. Mladic has long been described by his lawyers as sick and frail. In their latest request, they said he suffered from an incurable illness and that "his remaining life expectancy is measured in months," according to a filing seen by the AFP news agency… Mladic was arrested in Serbia in 2011 after 16 years on the run and is serving his sentence in The Hague.</w:t>
      </w:r>
    </w:p>
    <w:p>
      <w:pPr>
        <w:spacing w:before="0" w:after="120" w:line="300" w:lineRule="exact"/>
        <w:jc w:val="both"/>
      </w:pPr>
      <w:r>
        <w:rPr>
          <w:rFonts w:ascii="Georgia" w:hAnsi="Georgia" w:cs="Georgia" w:eastAsia="Georgia"/>
          <w:b w:val="0"/>
          <w:i w:val="0"/>
          <w:sz w:val="22"/>
        </w:rPr>
        <w:t>SOURCE: AL JAZEERA AND NEWS AGENCIES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COMMENT</w:t>
      </w:r>
    </w:p>
    <w:p>
      <w:pPr>
        <w:spacing w:before="0" w:after="160" w:line="300" w:lineRule="exact"/>
        <w:jc w:val="center"/>
      </w:pPr>
      <w:r>
        <w:rPr>
          <w:rFonts w:ascii="Georgia" w:hAnsi="Georgia" w:cs="Georgia" w:eastAsia="Georgia"/>
          <w:b w:val="0"/>
          <w:i/>
          <w:sz w:val="16"/>
        </w:rPr>
        <w:t>Page 17, 18 of the original</w:t>
      </w:r>
    </w:p>
    <w:p>
      <w:pPr>
        <w:spacing w:before="0" w:after="120" w:line="300" w:lineRule="exact"/>
        <w:jc w:val="both"/>
      </w:pPr>
      <w:r>
        <w:rPr>
          <w:rFonts w:ascii="Georgia" w:hAnsi="Georgia" w:cs="Georgia" w:eastAsia="Georgia"/>
          <w:b w:val="0"/>
          <w:i w:val="0"/>
          <w:sz w:val="22"/>
        </w:rPr>
        <w:t>Now the savage butcher who had engineered the brutal massacre of 8000 Bosnian Muslims is crying for mercy on 'humanitarian grounds'. Now when he is rotting with diseases in prison, he begins to understand the existence of something termed 'humanitarian'. All of these savage, barbaric butchers, including Netanyahu, the son of the Devil, and the cunning Clown Trump, are among the worst of cowards and sub-satanist specimens of creation.</w:t>
      </w:r>
    </w:p>
    <w:p>
      <w:pPr>
        <w:spacing w:before="0" w:after="120" w:line="300" w:lineRule="exact"/>
        <w:jc w:val="both"/>
      </w:pPr>
      <w:r>
        <w:rPr>
          <w:rFonts w:ascii="Georgia" w:hAnsi="Georgia" w:cs="Georgia" w:eastAsia="Georgia"/>
          <w:b w:val="0"/>
          <w:i w:val="0"/>
          <w:sz w:val="22"/>
        </w:rPr>
        <w:t>The chap now shamelessly pleads 'humanitarian' grounds which he did not understand while brutaly and mercilessly</w:t>
      </w:r>
    </w:p>
    <w:p>
      <w:pPr>
        <w:pStyle w:val="Heading3"/>
        <w:spacing w:before="200" w:after="120" w:line="300" w:lineRule="exact"/>
        <w:jc w:val="left"/>
      </w:pPr>
      <w:r>
        <w:rPr>
          <w:rFonts w:ascii="Georgia" w:hAnsi="Georgia" w:cs="Georgia" w:eastAsia="Georgia"/>
          <w:b/>
          <w:i w:val="0"/>
          <w:color w:val="2E74B5"/>
          <w:sz w:val="24"/>
        </w:rPr>
        <w:t>HIS AID</w:t>
      </w:r>
    </w:p>
    <w:p>
      <w:pPr>
        <w:spacing w:before="120" w:after="120" w:line="300" w:lineRule="exact"/>
        <w:ind w:left="720" w:right="720"/>
        <w:jc w:val="center"/>
      </w:pPr>
      <w:r>
        <w:rPr>
          <w:rFonts w:ascii="Georgia" w:hAnsi="Georgia" w:cs="Georgia" w:eastAsia="Georgia"/>
          <w:b w:val="0"/>
          <w:i/>
          <w:sz w:val="22"/>
        </w:rPr>
        <w:t>"Allah aids whoever He wills with His help. Verily, in this is</w:t>
      </w:r>
    </w:p>
    <w:p>
      <w:pPr>
        <w:spacing w:before="0" w:after="120" w:line="300" w:lineRule="exact"/>
        <w:jc w:val="both"/>
      </w:pPr>
      <w:r>
        <w:rPr>
          <w:rFonts w:ascii="Georgia" w:hAnsi="Georgia" w:cs="Georgia" w:eastAsia="Georgia"/>
          <w:b w:val="0"/>
          <w:i w:val="0"/>
          <w:sz w:val="22"/>
        </w:rPr>
        <w:t>butchering the thousands of unarmed Muslim civilians. Trump, Netanyahu and their vile savage confederates will not escape the Divine Punishment which has been decreed for them. They will then all cry and ask for mercy on 'humanitarian' grounds.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"And, there is no help except from Allah.</w:t>
      </w:r>
    </w:p>
    <w:p>
      <w:pPr>
        <w:spacing w:before="0" w:after="160" w:line="300" w:lineRule="exact"/>
        <w:jc w:val="center"/>
      </w:pPr>
      <w:r>
        <w:rPr>
          <w:rFonts w:ascii="Georgia" w:hAnsi="Georgia" w:cs="Georgia" w:eastAsia="Georgia"/>
          <w:b w:val="0"/>
          <w:i/>
          <w:sz w:val="16"/>
        </w:rPr>
        <w:t>Page 18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"And, there is no help except from Allah. Verily, He is Mighty, The Wise." (Al-Anfaal, Aayat 10) Hamas and others who believe that they are waging a valid Jihad should understand that no one but Allah Ta'ala can provide aid. Qatar, Egypt, Jordan, Saudi Arabia, the Gulf Puppet States, the toothless dog known as the International Community, the United Nations, the International Criminal Court, the Clown entity known as Organization of Islamic States, and all other entities who profess sympathy, are all helpless and hopeless puppets of the Yahood and Nasaara.</w:t>
      </w:r>
    </w:p>
    <w:p>
      <w:pPr>
        <w:spacing w:before="0" w:after="120" w:line="300" w:lineRule="exact"/>
        <w:jc w:val="both"/>
      </w:pPr>
      <w:r>
        <w:rPr>
          <w:rFonts w:ascii="Georgia" w:hAnsi="Georgia" w:cs="Georgia" w:eastAsia="Georgia"/>
          <w:b w:val="0"/>
          <w:i w:val="0"/>
          <w:sz w:val="22"/>
        </w:rPr>
        <w:t>All of these entities are kuffaar. All the regimes in sway in the Lands of Islam are kuffaar. Help cannot be expected to be forthcoming from them. All of these Taaghooti governments in Muslim lands are in cahoots with the Yahood and Nasaara. All of them have ties with Israel and the USA. Help cannot be expected from them. These rubbish regimes will not even cut diplomatic ties with Israel and America regardless of the genocide being brutally executed in Palestine.</w:t>
      </w:r>
    </w:p>
    <w:p>
      <w:pPr>
        <w:spacing w:before="0" w:after="120" w:line="300" w:lineRule="exact"/>
        <w:jc w:val="both"/>
      </w:pPr>
      <w:r>
        <w:rPr>
          <w:rFonts w:ascii="Georgia" w:hAnsi="Georgia" w:cs="Georgia" w:eastAsia="Georgia"/>
          <w:b w:val="0"/>
          <w:i w:val="0"/>
          <w:sz w:val="22"/>
        </w:rPr>
        <w:t>Since the victims are seeking help from the enemies of Islam, Allah Ta'ala has abandoned them. "And if Allah abandons you, then who can help you be- sides Him?"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HIS PUNISHMENT</w:t>
      </w:r>
    </w:p>
    <w:p>
      <w:pPr>
        <w:spacing w:before="0" w:after="160" w:line="300" w:lineRule="exact"/>
        <w:jc w:val="center"/>
      </w:pPr>
      <w:r>
        <w:rPr>
          <w:rFonts w:ascii="Georgia" w:hAnsi="Georgia" w:cs="Georgia" w:eastAsia="Georgia"/>
          <w:b w:val="0"/>
          <w:i/>
          <w:sz w:val="16"/>
        </w:rPr>
        <w:t>Page 18 of the original</w:t>
      </w:r>
    </w:p>
    <w:p>
      <w:pPr>
        <w:spacing w:before="0" w:after="120" w:line="300" w:lineRule="exact"/>
        <w:jc w:val="both"/>
      </w:pPr>
      <w:r>
        <w:rPr>
          <w:rFonts w:ascii="Georgia" w:hAnsi="Georgia" w:cs="Georgia" w:eastAsia="Georgia"/>
          <w:b w:val="0"/>
          <w:i w:val="0"/>
          <w:sz w:val="22"/>
        </w:rPr>
        <w:t>One form of Athaab (Punishment) for Muslims is the snatching away of the Holy Lands and handing them to the Kuffaar. This is the fate of Palestine and now the Holy Land of Shaam. The gross rebellion of Muslims against Allah Ta'ala has justified this Athaab. Since Muslims now lack the qualification for governing a land, due to their abandonment of the Deen and adoption of the law of Taaghoot, Allah Ta'ala has handed the Land of Shaam to the kuffaar.</w:t>
      </w:r>
    </w:p>
    <w:p>
      <w:pPr>
        <w:spacing w:before="0" w:after="120" w:line="300" w:lineRule="exact"/>
        <w:jc w:val="both"/>
      </w:pPr>
      <w:r>
        <w:rPr>
          <w:rFonts w:ascii="Georgia" w:hAnsi="Georgia" w:cs="Georgia" w:eastAsia="Georgia"/>
          <w:b w:val="0"/>
          <w:i w:val="0"/>
          <w:sz w:val="22"/>
        </w:rPr>
        <w:t>The Jolani chap parading as the ruler of Syria is in reality the puppet of the Yahood and Nasaara. Syria has become a kind of an American satellite backyard state which is incrementally plunging into strife and anarchy, It is destined to become a replica of Libya. It is in the interests of the Yahood and Nasaara to arm all the rival groups and sects to keep them trapped in internecine fighting.</w:t>
      </w:r>
    </w:p>
    <w:p>
      <w:pPr>
        <w:spacing w:before="0" w:after="120" w:line="300" w:lineRule="exact"/>
        <w:jc w:val="both"/>
      </w:pPr>
      <w:r>
        <w:rPr>
          <w:rFonts w:ascii="Georgia" w:hAnsi="Georgia" w:cs="Georgia" w:eastAsia="Georgia"/>
          <w:b w:val="0"/>
          <w:i w:val="0"/>
          <w:sz w:val="22"/>
        </w:rPr>
        <w:t>This state of anarchy enable the USA to safely siphon off the wealth of its puppet states. The Qur'aan informs us that in bygone times Allah Ta'ala had imposed the domination of the kuffaar on Bani Israaeel and had granted the mushrikeen the control of Palestine. Thus did they desecrate and destroy Musjidul Aqsa six times in history.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MUTAWAK- KILEEN</w:t>
      </w:r>
    </w:p>
    <w:p>
      <w:pPr>
        <w:spacing w:before="0" w:after="160" w:line="300" w:lineRule="exact"/>
        <w:jc w:val="center"/>
      </w:pPr>
      <w:r>
        <w:rPr>
          <w:rFonts w:ascii="Georgia" w:hAnsi="Georgia" w:cs="Georgia" w:eastAsia="Georgia"/>
          <w:b w:val="0"/>
          <w:i/>
          <w:sz w:val="16"/>
        </w:rPr>
        <w:t>Page 18 of the original</w:t>
      </w:r>
    </w:p>
    <w:p>
      <w:pPr>
        <w:pStyle w:val="Heading3"/>
        <w:spacing w:before="200" w:after="120" w:line="300" w:lineRule="exact"/>
        <w:jc w:val="left"/>
      </w:pPr>
      <w:r>
        <w:rPr>
          <w:rFonts w:ascii="Georgia" w:hAnsi="Georgia" w:cs="Georgia" w:eastAsia="Georgia"/>
          <w:b/>
          <w:i w:val="0"/>
          <w:color w:val="2E74B5"/>
          <w:sz w:val="24"/>
        </w:rPr>
        <w:t>THE MUTAWAK- KILEEN</w:t>
      </w:r>
    </w:p>
    <w:p>
      <w:pPr>
        <w:spacing w:before="0" w:after="120" w:line="300" w:lineRule="exact"/>
        <w:jc w:val="both"/>
      </w:pPr>
      <w:r>
        <w:rPr>
          <w:rFonts w:ascii="Georgia" w:hAnsi="Georgia" w:cs="Georgia" w:eastAsia="Georgia"/>
          <w:b w:val="0"/>
          <w:i w:val="0"/>
          <w:sz w:val="22"/>
        </w:rPr>
        <w:t>(Those whose trust is on Al- lah) "Verily, Allah loves the Mutawakkileen. If Allah aids you, no one can defeat you, and if He abandons you, then who is there to help you besides Him? (Therefore) the Mu'minoon should repose trust on Him." (Aal Imraan, Aayat 160)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WHAT WERE THEY SUPPOSED TO HAVE DONE?</w:t>
      </w:r>
    </w:p>
    <w:p>
      <w:pPr>
        <w:spacing w:before="0" w:after="160" w:line="300" w:lineRule="exact"/>
        <w:jc w:val="center"/>
      </w:pPr>
      <w:r>
        <w:rPr>
          <w:rFonts w:ascii="Georgia" w:hAnsi="Georgia" w:cs="Georgia" w:eastAsia="Georgia"/>
          <w:b w:val="0"/>
          <w:i/>
          <w:sz w:val="16"/>
        </w:rPr>
        <w:t>Page 19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"They (the Muttaqeen) are those who, if We grant them authority on earth, they establish Salaat, pay Zakaat, command virtue and prohibit evil. And the final result (of success) is with Allah."</w:t>
      </w:r>
    </w:p>
    <w:p>
      <w:pPr>
        <w:spacing w:before="0" w:after="120" w:line="300" w:lineRule="exact"/>
        <w:jc w:val="both"/>
      </w:pPr>
      <w:r>
        <w:rPr>
          <w:rFonts w:ascii="Georgia" w:hAnsi="Georgia" w:cs="Georgia" w:eastAsia="Georgia"/>
          <w:b w:val="0"/>
          <w:i w:val="0"/>
          <w:sz w:val="22"/>
        </w:rPr>
        <w:t>(Al-Hajj, 41) They were supposed to have instituted the Qur'aanic Shariah as their Law and Constitution. They were supposed to have established the Sunnah as the lifestyle. They were supposed to have executed the command of Amr Bil Ma'roof Nahy Anil Munkar. But, what did they do? They did everything in diametric conflict with the Command of Allah Ta'ala, hence Allah Ta'ala has inflicted His Athaab in the form of Yahood-Nasaara genocide which is being perpetrated today on a massive scale in Palestine while the world</w:t>
      </w:r>
    </w:p>
    <w:p>
      <w:pPr>
        <w:spacing w:before="120" w:after="120" w:line="300" w:lineRule="exact"/>
        <w:ind w:left="720" w:right="720"/>
        <w:jc w:val="center"/>
      </w:pPr>
      <w:r>
        <w:rPr>
          <w:rFonts w:ascii="Georgia" w:hAnsi="Georgia" w:cs="Georgia" w:eastAsia="Georgia"/>
          <w:b w:val="0"/>
          <w:i/>
          <w:sz w:val="22"/>
        </w:rPr>
        <w:t>looks on impotent. "If Allah helps you, then none can defeat you. And, if He abandons you, then who is there besides Him to help you?" (Qur'aan)</w:t>
      </w:r>
    </w:p>
    <w:p>
      <w:pPr>
        <w:spacing w:before="120" w:after="120" w:line="300" w:lineRule="exact"/>
        <w:ind w:left="720" w:right="720"/>
        <w:jc w:val="center"/>
      </w:pPr>
      <w:r>
        <w:rPr>
          <w:rFonts w:ascii="Georgia" w:hAnsi="Georgia" w:cs="Georgia" w:eastAsia="Georgia"/>
          <w:b w:val="0"/>
          <w:i/>
          <w:sz w:val="22"/>
        </w:rPr>
        <w:t>"Do not follow the kaafireen and the munaafiqeen. Ignore their harassment and repose trust on Allah. Allah suffices as a Helper."</w:t>
      </w:r>
    </w:p>
    <w:p>
      <w:pPr>
        <w:spacing w:before="0" w:after="120" w:line="300" w:lineRule="exact"/>
        <w:jc w:val="both"/>
      </w:pPr>
      <w:r>
        <w:rPr>
          <w:rFonts w:ascii="Georgia" w:hAnsi="Georgia" w:cs="Georgia" w:eastAsia="Georgia"/>
          <w:b w:val="0"/>
          <w:i w:val="0"/>
          <w:sz w:val="22"/>
        </w:rPr>
        <w:t>(Al-Ahzaab, Aayat 48)</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 ACCIDENTS</w:t>
      </w:r>
    </w:p>
    <w:p>
      <w:pPr>
        <w:spacing w:before="0" w:after="160" w:line="300" w:lineRule="exact"/>
        <w:jc w:val="center"/>
      </w:pPr>
      <w:r>
        <w:rPr>
          <w:rFonts w:ascii="Georgia" w:hAnsi="Georgia" w:cs="Georgia" w:eastAsia="Georgia"/>
          <w:b w:val="0"/>
          <w:i/>
          <w:sz w:val="16"/>
        </w:rPr>
        <w:t>Page 19 of the original</w:t>
      </w:r>
    </w:p>
    <w:p>
      <w:pPr>
        <w:spacing w:before="0" w:after="120" w:line="300" w:lineRule="exact"/>
        <w:jc w:val="both"/>
      </w:pPr>
      <w:r>
        <w:rPr>
          <w:rFonts w:ascii="Georgia" w:hAnsi="Georgia" w:cs="Georgia" w:eastAsia="Georgia"/>
          <w:b w:val="0"/>
          <w:i w:val="0"/>
          <w:sz w:val="22"/>
        </w:rPr>
        <w:t>"Everything is recorded in a Clear Kitaab." (Qur'aan)</w:t>
      </w:r>
    </w:p>
    <w:p>
      <w:pPr>
        <w:spacing w:before="120" w:after="120" w:line="300" w:lineRule="exact"/>
        <w:ind w:left="720" w:right="720"/>
        <w:jc w:val="center"/>
      </w:pPr>
      <w:r>
        <w:rPr>
          <w:rFonts w:ascii="Georgia" w:hAnsi="Georgia" w:cs="Georgia" w:eastAsia="Georgia"/>
          <w:b w:val="0"/>
          <w:i/>
          <w:sz w:val="22"/>
        </w:rPr>
        <w:t>"There is no calamity/ misfortune (befalling anyone) except with the permission of Allah. He who believes in Al-</w:t>
      </w:r>
    </w:p>
    <w:p>
      <w:pPr>
        <w:spacing w:before="120" w:after="120" w:line="300" w:lineRule="exact"/>
        <w:ind w:left="720" w:right="720"/>
        <w:jc w:val="center"/>
      </w:pPr>
      <w:r>
        <w:rPr>
          <w:rFonts w:ascii="Georgia" w:hAnsi="Georgia" w:cs="Georgia" w:eastAsia="Georgia"/>
          <w:b w:val="0"/>
          <w:i/>
          <w:sz w:val="22"/>
        </w:rPr>
        <w:t>lah, Allah guides his heart. And Allah is aware of every-</w:t>
      </w:r>
    </w:p>
    <w:p>
      <w:pPr>
        <w:spacing w:before="120" w:after="120" w:line="300" w:lineRule="exact"/>
        <w:ind w:left="720" w:right="720"/>
        <w:jc w:val="center"/>
      </w:pPr>
      <w:r>
        <w:rPr>
          <w:rFonts w:ascii="Georgia" w:hAnsi="Georgia" w:cs="Georgia" w:eastAsia="Georgia"/>
          <w:b w:val="0"/>
          <w:i/>
          <w:sz w:val="22"/>
        </w:rPr>
        <w:t>thing. Obey Allah and obey the Rasool. If you turn away (from the Deen), then on Our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COVID &amp; INTERFAITH CARTEL OF MUNAAFIQEEN</w:t>
      </w:r>
    </w:p>
    <w:p>
      <w:pPr>
        <w:spacing w:before="0" w:after="160" w:line="300" w:lineRule="exact"/>
        <w:jc w:val="center"/>
      </w:pPr>
      <w:r>
        <w:rPr>
          <w:rFonts w:ascii="Georgia" w:hAnsi="Georgia" w:cs="Georgia" w:eastAsia="Georgia"/>
          <w:b w:val="0"/>
          <w:i/>
          <w:sz w:val="16"/>
        </w:rPr>
        <w:t>Page 19 of the original. Heading read from the printed headline artwork.</w:t>
      </w:r>
    </w:p>
    <w:p>
      <w:pPr>
        <w:spacing w:before="0" w:after="120" w:line="300" w:lineRule="exact"/>
        <w:jc w:val="both"/>
      </w:pPr>
      <w:r>
        <w:rPr>
          <w:rFonts w:ascii="Georgia" w:hAnsi="Georgia" w:cs="Georgia" w:eastAsia="Georgia"/>
          <w:b w:val="0"/>
          <w:i w:val="0"/>
          <w:sz w:val="22"/>
        </w:rPr>
        <w:t>Messengers is only the Clear</w:t>
      </w:r>
    </w:p>
    <w:p>
      <w:pPr>
        <w:spacing w:before="120" w:after="120" w:line="300" w:lineRule="exact"/>
        <w:ind w:left="720" w:right="720"/>
        <w:jc w:val="center"/>
      </w:pPr>
      <w:r>
        <w:rPr>
          <w:rFonts w:ascii="Georgia" w:hAnsi="Georgia" w:cs="Georgia" w:eastAsia="Georgia"/>
          <w:b w:val="0"/>
          <w:i/>
          <w:sz w:val="22"/>
        </w:rPr>
        <w:t>Delivery (of the Message of Allah). Allah! There is no deity but He, and on Allah should</w:t>
      </w:r>
    </w:p>
    <w:p>
      <w:pPr>
        <w:spacing w:before="0" w:after="120" w:line="300" w:lineRule="exact"/>
        <w:jc w:val="both"/>
      </w:pPr>
      <w:r>
        <w:rPr>
          <w:rFonts w:ascii="Georgia" w:hAnsi="Georgia" w:cs="Georgia" w:eastAsia="Georgia"/>
          <w:b w:val="0"/>
          <w:i w:val="0"/>
          <w:sz w:val="22"/>
        </w:rPr>
        <w:t>the Mu'minoon have trust." (At-Taghaabun, 11, 12 &amp; 13) Everything, down to the most infinitesimal occurrence, is the effect of the decree of Allah Azza Wa Jal. He says in the Qur'aan Majeed: "Not a leaf drops (from a tree), but He is aware." The Maut of a leaf, of an ant and an insect arrives at the appointed time by the command of Allah Ta'ala.</w:t>
      </w:r>
    </w:p>
    <w:p>
      <w:pPr>
        <w:spacing w:before="0" w:after="120" w:line="300" w:lineRule="exact"/>
        <w:jc w:val="both"/>
      </w:pPr>
      <w:r>
        <w:rPr>
          <w:rFonts w:ascii="Georgia" w:hAnsi="Georgia" w:cs="Georgia" w:eastAsia="Georgia"/>
          <w:b w:val="0"/>
          <w:i w:val="0"/>
          <w:sz w:val="22"/>
        </w:rPr>
        <w:t>He says that all of this is "Recorded in a Clear Kitaab" – in Looh Mahfuz. Thus, the Mu'min readily understands that whatever is transpiring in Gazzah/Palestine and all over creation and in all the millions of universes, is by the decree of Allah Azza Wa Jal. There are no accidents in His creation. The calamity in Gazzah is therefore not unfathomable despite its heartrending effect.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Israeli antiwar protest- ers rally near Gaza The Israeli military veterans' activist…</w:t>
      </w:r>
    </w:p>
    <w:p>
      <w:pPr>
        <w:spacing w:before="0" w:after="160" w:line="300" w:lineRule="exact"/>
        <w:jc w:val="center"/>
      </w:pPr>
      <w:r>
        <w:rPr>
          <w:rFonts w:ascii="Georgia" w:hAnsi="Georgia" w:cs="Georgia" w:eastAsia="Georgia"/>
          <w:b w:val="0"/>
          <w:i/>
          <w:sz w:val="16"/>
        </w:rPr>
        <w:t>Page 19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Israeli antiwar protest- ers rally near Gaza The Israeli military veterans' activist group Breaking the Silence has shared video clips of protesters participating in a march near the boundary between Gaza and Israel and calling for a halt to the war. "We come here to end this terrible war," says one of the Israeli participants. "It's a disgusting humanitarian catastrophe that we are responsible for, and it's about time this war has ended," he says.</w:t>
      </w:r>
    </w:p>
    <w:p>
      <w:pPr>
        <w:spacing w:before="0" w:after="120" w:line="300" w:lineRule="exact"/>
        <w:jc w:val="both"/>
      </w:pPr>
      <w:r>
        <w:rPr>
          <w:rFonts w:ascii="Georgia" w:hAnsi="Georgia" w:cs="Georgia" w:eastAsia="Georgia"/>
          <w:b w:val="0"/>
          <w:i w:val="0"/>
          <w:sz w:val="22"/>
        </w:rPr>
        <w:t>Protesters held signs calling for the killing to stop while some banged on drums and other instruments. (Al Jazeera)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AIDING THE MU'MINEEN</w:t>
      </w:r>
    </w:p>
    <w:p>
      <w:pPr>
        <w:spacing w:before="0" w:after="160" w:line="300" w:lineRule="exact"/>
        <w:jc w:val="center"/>
      </w:pPr>
      <w:r>
        <w:rPr>
          <w:rFonts w:ascii="Georgia" w:hAnsi="Georgia" w:cs="Georgia" w:eastAsia="Georgia"/>
          <w:b w:val="0"/>
          <w:i/>
          <w:sz w:val="16"/>
        </w:rPr>
        <w:t>Page 20 of the original. Heading read from the printed headline artwork.</w:t>
      </w:r>
    </w:p>
    <w:p>
      <w:pPr>
        <w:spacing w:before="0" w:after="120" w:line="300" w:lineRule="exact"/>
        <w:jc w:val="both"/>
      </w:pPr>
      <w:r>
        <w:rPr>
          <w:rFonts w:ascii="Georgia" w:hAnsi="Georgia" w:cs="Georgia" w:eastAsia="Georgia"/>
          <w:b w:val="0"/>
          <w:i w:val="0"/>
          <w:sz w:val="22"/>
        </w:rPr>
        <w:t>is the obligation of Allah Azza Wa Jal. Stating this bounden obligation, the Qur'aan Majeed says:</w:t>
      </w:r>
    </w:p>
    <w:p>
      <w:pPr>
        <w:spacing w:before="120" w:after="120" w:line="300" w:lineRule="exact"/>
        <w:ind w:left="720" w:right="720"/>
        <w:jc w:val="center"/>
      </w:pPr>
      <w:r>
        <w:rPr>
          <w:rFonts w:ascii="Georgia" w:hAnsi="Georgia" w:cs="Georgia" w:eastAsia="Georgia"/>
          <w:b w:val="0"/>
          <w:i/>
          <w:sz w:val="22"/>
        </w:rPr>
        <w:t>"Providing the Mu'mineen with aid has been the obli-</w:t>
      </w:r>
    </w:p>
    <w:p>
      <w:pPr>
        <w:spacing w:before="0" w:after="120" w:line="300" w:lineRule="exact"/>
        <w:jc w:val="both"/>
      </w:pPr>
      <w:r>
        <w:rPr>
          <w:rFonts w:ascii="Georgia" w:hAnsi="Georgia" w:cs="Georgia" w:eastAsia="Georgia"/>
          <w:b w:val="0"/>
          <w:i w:val="0"/>
          <w:sz w:val="22"/>
        </w:rPr>
        <w:t>gation on Us." (Ar-Room, Aayat 47) The denial of Allah's aid for the Muslims of Palestine and elsewhere testifies that Muslims are no longer the Mu'mineen who are entitled to the help of Allah Ta'ala. Helping the Mu'mineen is the stated obligation of Allah Ta'ala. Thus, it is clear that Muslims are no longer the Mu'mineen in the meaning of the Qur'aan.</w:t>
      </w:r>
    </w:p>
    <w:p>
      <w:pPr>
        <w:spacing w:before="0" w:after="120" w:line="300" w:lineRule="exact"/>
        <w:jc w:val="both"/>
      </w:pPr>
      <w:r>
        <w:rPr>
          <w:rFonts w:ascii="Georgia" w:hAnsi="Georgia" w:cs="Georgia" w:eastAsia="Georgia"/>
          <w:b w:val="0"/>
          <w:i w:val="0"/>
          <w:sz w:val="22"/>
        </w:rPr>
        <w:t>"Never will Allah grant the kuffaar domination over the Mu'mineen." (An-Nisaa', Aayat 141) The imperative need to qualify for Divine Aid is to become Mu'mineen in the way the Sahaabah were Mu'mineen.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BRUTALITY OF THE ISMAIL SHIAHS</w:t>
      </w:r>
    </w:p>
    <w:p>
      <w:pPr>
        <w:spacing w:before="0" w:after="160" w:line="300" w:lineRule="exact"/>
        <w:jc w:val="center"/>
      </w:pPr>
      <w:r>
        <w:rPr>
          <w:rFonts w:ascii="Georgia" w:hAnsi="Georgia" w:cs="Georgia" w:eastAsia="Georgia"/>
          <w:b w:val="0"/>
          <w:i/>
          <w:sz w:val="16"/>
        </w:rPr>
        <w:t>Page 20 of the original</w:t>
      </w:r>
    </w:p>
    <w:p>
      <w:pPr>
        <w:pStyle w:val="Heading3"/>
        <w:spacing w:before="200" w:after="120" w:line="300" w:lineRule="exact"/>
        <w:jc w:val="left"/>
      </w:pPr>
      <w:r>
        <w:rPr>
          <w:rFonts w:ascii="Georgia" w:hAnsi="Georgia" w:cs="Georgia" w:eastAsia="Georgia"/>
          <w:b/>
          <w:i w:val="0"/>
          <w:color w:val="2E74B5"/>
          <w:sz w:val="24"/>
        </w:rPr>
        <w:t>BRUTALITY OF THE ISMAIL SHIAHS</w:t>
      </w:r>
    </w:p>
    <w:p>
      <w:pPr>
        <w:spacing w:before="0" w:after="120" w:line="300" w:lineRule="exact"/>
        <w:jc w:val="both"/>
      </w:pPr>
      <w:r>
        <w:rPr>
          <w:rFonts w:ascii="Georgia" w:hAnsi="Georgia" w:cs="Georgia" w:eastAsia="Georgia"/>
          <w:b w:val="0"/>
          <w:i w:val="0"/>
          <w:sz w:val="22"/>
        </w:rPr>
        <w:t>In the year 317 Hijri (930 CE) an Ismaili Shiah sect, the Qarmatians, attacked Makkah Mukarramah during the Hajj season. Numerous Hujjaaj were massacred. Dead bodies were dumped in the ZamZam Well and the Ka'bah was looted. The Hajr-e-Aswad (Black Stone) was stolen by these vile Shiahs and taken to their base in Eastern Arabia. Later, after a ransom was paid, the Stone was returned.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"OUR AID"</w:t>
      </w:r>
    </w:p>
    <w:p>
      <w:pPr>
        <w:spacing w:before="0" w:after="160" w:line="300" w:lineRule="exact"/>
        <w:jc w:val="center"/>
      </w:pPr>
      <w:r>
        <w:rPr>
          <w:rFonts w:ascii="Georgia" w:hAnsi="Georgia" w:cs="Georgia" w:eastAsia="Georgia"/>
          <w:b w:val="0"/>
          <w:i/>
          <w:sz w:val="16"/>
        </w:rPr>
        <w:t>Page 20 of the original</w:t>
      </w:r>
    </w:p>
    <w:p>
      <w:pPr>
        <w:spacing w:before="0" w:after="120" w:line="300" w:lineRule="exact"/>
        <w:jc w:val="both"/>
      </w:pPr>
      <w:r>
        <w:rPr>
          <w:rFonts w:ascii="Georgia" w:hAnsi="Georgia" w:cs="Georgia" w:eastAsia="Georgia"/>
          <w:b w:val="0"/>
          <w:i w:val="0"/>
          <w:sz w:val="22"/>
        </w:rPr>
        <w:t>"Verily, We shall aid our Messengers and the</w:t>
      </w:r>
    </w:p>
    <w:p>
      <w:pPr>
        <w:spacing w:before="120" w:after="120" w:line="300" w:lineRule="exact"/>
        <w:ind w:left="720" w:right="720"/>
        <w:jc w:val="center"/>
      </w:pPr>
      <w:r>
        <w:rPr>
          <w:rFonts w:ascii="Georgia" w:hAnsi="Georgia" w:cs="Georgia" w:eastAsia="Georgia"/>
          <w:b w:val="0"/>
          <w:i/>
          <w:sz w:val="22"/>
        </w:rPr>
        <w:t>People of Imaan in this worldly life and on</w:t>
      </w:r>
    </w:p>
    <w:p>
      <w:pPr>
        <w:spacing w:before="0" w:after="120" w:line="300" w:lineRule="exact"/>
        <w:jc w:val="both"/>
      </w:pPr>
      <w:r>
        <w:rPr>
          <w:rFonts w:ascii="Georgia" w:hAnsi="Georgia" w:cs="Georgia" w:eastAsia="Georgia"/>
          <w:b w:val="0"/>
          <w:i w:val="0"/>
          <w:sz w:val="22"/>
        </w:rPr>
        <w:t>the Day when witness- es shall stand." (Al-Mu'min, Aayat 51) Allah Ta'ala has promised His aid for the Ambiya (Alayhimus salaam) and for the Mu'mineen in this world as well as in the Aakhirat when the Malaaikah will stand to testify for establishing the truth of the Ambiya and the true Believers. But the Ummah today is not seeing the fulfilment of the Divine Promise.</w:t>
      </w:r>
    </w:p>
    <w:p>
      <w:pPr>
        <w:spacing w:before="0" w:after="120" w:line="300" w:lineRule="exact"/>
        <w:jc w:val="both"/>
      </w:pPr>
      <w:r>
        <w:rPr>
          <w:rFonts w:ascii="Georgia" w:hAnsi="Georgia" w:cs="Georgia" w:eastAsia="Georgia"/>
          <w:b w:val="0"/>
          <w:i w:val="0"/>
          <w:sz w:val="22"/>
        </w:rPr>
        <w:t>There is no mystery underlying the denial of aid promised by Allah Ta'ala. The precondition for Allah's aid is valid Imaan. Alas! That condition is today lacking, hence Muslims should not expect fulfilment of the Divine Promise.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DOMINATION IS FOR THE SULAHA</w:t>
      </w:r>
    </w:p>
    <w:p>
      <w:pPr>
        <w:spacing w:before="0" w:after="160" w:line="300" w:lineRule="exact"/>
        <w:jc w:val="center"/>
      </w:pPr>
      <w:r>
        <w:rPr>
          <w:rFonts w:ascii="Georgia" w:hAnsi="Georgia" w:cs="Georgia" w:eastAsia="Georgia"/>
          <w:b w:val="0"/>
          <w:i/>
          <w:sz w:val="16"/>
        </w:rPr>
        <w:t>Page 20 of the original</w:t>
      </w:r>
    </w:p>
    <w:p>
      <w:pPr>
        <w:spacing w:before="120" w:after="120" w:line="300" w:lineRule="exact"/>
        <w:ind w:left="720" w:right="720"/>
        <w:jc w:val="center"/>
      </w:pPr>
      <w:r>
        <w:rPr>
          <w:rFonts w:ascii="Georgia" w:hAnsi="Georgia" w:cs="Georgia" w:eastAsia="Georgia"/>
          <w:b w:val="0"/>
          <w:i/>
          <w:sz w:val="22"/>
        </w:rPr>
        <w:t>"Verily, We have decreed in the Zaboor after the Thikr that My Saalih (Pious) servants will inherit the earth."</w:t>
      </w:r>
    </w:p>
    <w:p>
      <w:pPr>
        <w:spacing w:before="0" w:after="120" w:line="300" w:lineRule="exact"/>
        <w:jc w:val="both"/>
      </w:pPr>
      <w:r>
        <w:rPr>
          <w:rFonts w:ascii="Georgia" w:hAnsi="Georgia" w:cs="Georgia" w:eastAsia="Georgia"/>
          <w:b w:val="0"/>
          <w:i w:val="0"/>
          <w:sz w:val="22"/>
        </w:rPr>
        <w:t>(Al-Ambiya, Aayat 105) The 'Thikr' here refers to Looh Mahfuz. Inheriting the earth refers to political power and domination. Political domination is granted by Allah Ta'ala to His Saalih (Pious) servants. Since the Muslims of this era are lacking in this attribute, they no longer are entitled to political power and domination. Hence, Allah Ta'ala is punishing Muslims with kuffaar domination.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 THE WAKE OF THE WESTERN KUFR LIFESTYLE</w:t>
      </w:r>
    </w:p>
    <w:p>
      <w:pPr>
        <w:spacing w:before="0" w:after="160" w:line="300" w:lineRule="exact"/>
        <w:jc w:val="center"/>
      </w:pPr>
      <w:r>
        <w:rPr>
          <w:rFonts w:ascii="Georgia" w:hAnsi="Georgia" w:cs="Georgia" w:eastAsia="Georgia"/>
          <w:b w:val="0"/>
          <w:i/>
          <w:sz w:val="16"/>
        </w:rPr>
        <w:t>Page 20 of the original</w:t>
      </w:r>
    </w:p>
    <w:p>
      <w:pPr>
        <w:pStyle w:val="Heading3"/>
        <w:spacing w:before="200" w:after="120" w:line="300" w:lineRule="exact"/>
        <w:jc w:val="left"/>
      </w:pPr>
      <w:r>
        <w:rPr>
          <w:rFonts w:ascii="Georgia" w:hAnsi="Georgia" w:cs="Georgia" w:eastAsia="Georgia"/>
          <w:b/>
          <w:i w:val="0"/>
          <w:color w:val="2E74B5"/>
          <w:sz w:val="24"/>
        </w:rPr>
        <w:t>IN THE WAKE OF THE WESTERN KUFR LIFESTYLE</w:t>
      </w:r>
    </w:p>
    <w:p>
      <w:pPr>
        <w:spacing w:before="0" w:after="120" w:line="300" w:lineRule="exact"/>
        <w:jc w:val="both"/>
      </w:pPr>
      <w:r>
        <w:rPr>
          <w:rFonts w:ascii="Georgia" w:hAnsi="Georgia" w:cs="Georgia" w:eastAsia="Georgia"/>
          <w:b w:val="0"/>
          <w:i w:val="0"/>
          <w:sz w:val="22"/>
        </w:rPr>
        <w:t>Short-lived marriages on the rise in Saudi Arabia as 65% of divorces occur within the first year The data shows divorces reached 12.6% of all registered marriages this year Last updated: July 12, 2025 | 11:52 Huda Ata, Special to Gulf News Al Baha region topped the divorce rate charts with 36% share, followed by Riyadh at 21.7%.Agency. For represen- tational purpose only.</w:t>
      </w:r>
    </w:p>
    <w:p>
      <w:pPr>
        <w:spacing w:before="0" w:after="120" w:line="300" w:lineRule="exact"/>
        <w:jc w:val="both"/>
      </w:pPr>
      <w:r>
        <w:rPr>
          <w:rFonts w:ascii="Georgia" w:hAnsi="Georgia" w:cs="Georgia" w:eastAsia="Georgia"/>
          <w:b w:val="0"/>
          <w:i w:val="0"/>
          <w:sz w:val="22"/>
        </w:rPr>
        <w:t>Dubai: Saudi Arabia recorded approximately 57,595 divorce cases in 2025, averaging 157 divorces per day, or one every nine minutes, according to newly released data from the Ministry of Justice and the General Authority for Statistics. The data shows divorces reached 12.6 per cent of all registered marriages this year, with over 65 per cent of cases occurring within the first year of marriage, highlighting a trend of early separation despite expensive weddings and high emotional investment.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'IIm (Knowledge) of the Deen is not for the Dunya</w:t>
      </w:r>
    </w:p>
    <w:p>
      <w:pPr>
        <w:spacing w:before="0" w:after="160" w:line="300" w:lineRule="exact"/>
        <w:jc w:val="center"/>
      </w:pPr>
      <w:r>
        <w:rPr>
          <w:rFonts w:ascii="Georgia" w:hAnsi="Georgia" w:cs="Georgia" w:eastAsia="Georgia"/>
          <w:b w:val="0"/>
          <w:i/>
          <w:sz w:val="16"/>
        </w:rPr>
        <w:t>Page 21, 22 of the original. Heading read from the printed headline artwork.</w:t>
      </w:r>
    </w:p>
    <w:p>
      <w:pPr>
        <w:spacing w:before="0" w:after="120" w:line="300" w:lineRule="exact"/>
        <w:jc w:val="both"/>
      </w:pPr>
      <w:r>
        <w:rPr>
          <w:rFonts w:ascii="Georgia" w:hAnsi="Georgia" w:cs="Georgia" w:eastAsia="Georgia"/>
          <w:b w:val="0"/>
          <w:i w:val="0"/>
          <w:sz w:val="22"/>
        </w:rPr>
        <w:t>Shaykh Yahya bin Mu'aaz rahmatullahi alayh (211-251 AH ~ 830–871 CE) was once asked: 'When is 'Ilm (Deeni Knowledge), Hilm (perseverance) and Wisdom (Hikmah) taken away from a person?' By 'Ilm is meant only knowledge of the Glorious Qur'an and Sunnah; it does not mean any form of secular education. Hilm implies a lofty stage of patience (sabr) where despite having the power and ability to extract revenge, one restrains oneself.</w:t>
      </w:r>
    </w:p>
    <w:p>
      <w:pPr>
        <w:spacing w:before="0" w:after="120" w:line="300" w:lineRule="exact"/>
        <w:jc w:val="both"/>
      </w:pPr>
      <w:r>
        <w:rPr>
          <w:rFonts w:ascii="Georgia" w:hAnsi="Georgia" w:cs="Georgia" w:eastAsia="Georgia"/>
          <w:b w:val="0"/>
          <w:i w:val="0"/>
          <w:sz w:val="22"/>
        </w:rPr>
        <w:t>Hikmah (spiritual wisdom) is a celestial light (Nur) from Allah Ta'ala about which Rasulullah (sallallahu alayhi wasallam) said: 'Beware of the firaasat (spiritual wisdom) of the Mu'min, for he sees with the Light of Allah Ta'ala.' (Tirmidhi) So, when Shaykh Yahya bin Mu'aaz rahmatullahi alayh was asked, 'When are these three treasures taken away from a person?' He replied: 'When a person (of 'Ilm, Hilm and Hikmah) desires and seeks dunya (world) through these three treasures.' This is amongst the signs of Qiyaamah (Day of Judgement) as Rasulullah (sallallahu alayhi wasallam) had predicted: 'Ilm of Deen will be taught for reasons other than the Deen.' (Tirmidhi) The purpose of pursuing 'Ilm is to gain the Pleasure of Allah Ta'ala by knowing how to obey the Laws and Commands of Allah Ta'ala.</w:t>
      </w:r>
    </w:p>
    <w:p>
      <w:pPr>
        <w:spacing w:before="0" w:after="120" w:line="300" w:lineRule="exact"/>
        <w:jc w:val="both"/>
      </w:pPr>
      <w:r>
        <w:rPr>
          <w:rFonts w:ascii="Georgia" w:hAnsi="Georgia" w:cs="Georgia" w:eastAsia="Georgia"/>
          <w:b w:val="0"/>
          <w:i w:val="0"/>
          <w:sz w:val="22"/>
        </w:rPr>
        <w:t>Rasulullah (sallallahu alayhi wasallam) also said: "…And the dunya (wealth, rank) will be pursued and searched with the Amal (deeds) of the Akhirah." Deen will be used as a front for the acquisition of worldly and nafsaani objectives, and this is what we are finding nowadays. Today, we find all over, an abundance of different kinds of programmes and projects taking place in the name of Deen, whereas the true purpose is nafsaani gratification.</w:t>
      </w:r>
    </w:p>
    <w:p>
      <w:pPr>
        <w:spacing w:before="0" w:after="120" w:line="300" w:lineRule="exact"/>
        <w:jc w:val="both"/>
      </w:pPr>
      <w:r>
        <w:rPr>
          <w:rFonts w:ascii="Georgia" w:hAnsi="Georgia" w:cs="Georgia" w:eastAsia="Georgia"/>
          <w:b w:val="0"/>
          <w:i w:val="0"/>
          <w:sz w:val="22"/>
        </w:rPr>
        <w:t>The purpose is dunya; the purpose is wealth, name and fame. Take for example all these Qira'at Competitions, with Qurr'a coming from foreign countries, being paid large amounts of money for reciting. Rasulullah (sallallahu alayhi wasallam) said: "Read the Qur'an and act by it. And do not abandon it, do not exceed its limits, do not eat with it (i.e. money) and do not seek more by using it." (Sahih) Allah Ta'ala has sent the Glorious Qur'an for our Hidayah (guidance) and for our success in the Akhirah (Hereafter) by making amal (practice) upon it.</w:t>
      </w:r>
    </w:p>
    <w:p>
      <w:pPr>
        <w:spacing w:before="0" w:after="120" w:line="300" w:lineRule="exact"/>
        <w:jc w:val="both"/>
      </w:pPr>
      <w:r>
        <w:rPr>
          <w:rFonts w:ascii="Georgia" w:hAnsi="Georgia" w:cs="Georgia" w:eastAsia="Georgia"/>
          <w:b w:val="0"/>
          <w:i w:val="0"/>
          <w:sz w:val="22"/>
        </w:rPr>
        <w:t>But now people are using it for competitions and online classes, charging fees. They are using Deen in order to gain dunya. Similarly, we now have Iftaar (break-fast) programs - gluttonous programs wherein all types of exotic foods are served for merriment at the time of Iftaar, even delaying Maghrib Salah for over thirty minutes or more – enjoying themselves with their gluttony in total conflict with the Sunnah.</w:t>
      </w:r>
    </w:p>
    <w:p>
      <w:pPr>
        <w:spacing w:before="0" w:after="120" w:line="300" w:lineRule="exact"/>
        <w:jc w:val="both"/>
      </w:pPr>
      <w:r>
        <w:rPr>
          <w:rFonts w:ascii="Georgia" w:hAnsi="Georgia" w:cs="Georgia" w:eastAsia="Georgia"/>
          <w:b w:val="0"/>
          <w:i w:val="0"/>
          <w:sz w:val="22"/>
        </w:rPr>
        <w:t>What did Rasulullah (sallallahu alayhi wasallam) instruct us to have at the time of Iftaar? Three dates and water. This is Iftaar. Everything else is shaitaaniyat. Another recent development is programmes by Molvis to attract youth. Yet more competitions involving applications (and 'compulsory' registration of personal contact details). The young person who goes for Salaah for a certain number of days receives a prize.</w:t>
      </w:r>
    </w:p>
    <w:p>
      <w:pPr>
        <w:spacing w:before="0" w:after="120" w:line="300" w:lineRule="exact"/>
        <w:jc w:val="both"/>
      </w:pPr>
      <w:r>
        <w:rPr>
          <w:rFonts w:ascii="Georgia" w:hAnsi="Georgia" w:cs="Georgia" w:eastAsia="Georgia"/>
          <w:b w:val="0"/>
          <w:i w:val="0"/>
          <w:sz w:val="22"/>
        </w:rPr>
        <w:t>This is how youth are being satanically motivated and attracted to the Masjid. Their niyyat is corrupted. They perform Salaat for the shaitaani prizes, not for Allah Ta'ala. Rasulullah (sallallahu alayhi wasallam) showed us the correct Sunnah way of motivation: "Command your children to pray when they become seven years old, and beat them for it (prayer) when they become ten years old and arrange their beds (to sleep) separately." (Aboo Dawood) Instead of prizes like toys and money, the child should be disciplined and reprimanded: "Hang your whip where the members of your household can see it." This should act as a deterrent – create healthy fear, this is the Sunnah way.</w:t>
      </w:r>
    </w:p>
    <w:p>
      <w:pPr>
        <w:spacing w:before="0" w:after="120" w:line="300" w:lineRule="exact"/>
        <w:jc w:val="both"/>
      </w:pPr>
      <w:r>
        <w:rPr>
          <w:rFonts w:ascii="Georgia" w:hAnsi="Georgia" w:cs="Georgia" w:eastAsia="Georgia"/>
          <w:b w:val="0"/>
          <w:i w:val="0"/>
          <w:sz w:val="22"/>
        </w:rPr>
        <w:t>All these (new) programs are now organized in name of Deen, which is used as a cover to earn the carrion of the dunya. Another such stunt is the 'Mess/Mass Itiqaaf' organized by Maulanas and Shuyookh. In essence, these functions are merry making parties where the entire Masjid is transformed into a picnic camp. "…And the dunya will be pursued and searched with the Amal (deeds) of the Akhirah." The words of Rasulullah (sallallahu alayhi wasallam) must materialise.</w:t>
      </w:r>
    </w:p>
    <w:p>
      <w:pPr>
        <w:spacing w:before="0" w:after="120" w:line="300" w:lineRule="exact"/>
        <w:jc w:val="both"/>
      </w:pPr>
      <w:r>
        <w:rPr>
          <w:rFonts w:ascii="Georgia" w:hAnsi="Georgia" w:cs="Georgia" w:eastAsia="Georgia"/>
          <w:b w:val="0"/>
          <w:i w:val="0"/>
          <w:sz w:val="22"/>
        </w:rPr>
        <w:t>His predictions will come to pass and we are seeing it in our time. All these programs are headed by so-called learned people, socalled Alims, and as Rasulullah (sallallahu alayhi wasallam) also predicted: 'Ilm of Deen will be taught other than for reasons of Deen.' (Tirmidhi) The intention is name, fame or money. It is therefore essential to rectify ones niyyah (intention) whilst pursuing 'Ilm, so as not to ruin one's Aakhirah.</w:t>
      </w:r>
    </w:p>
    <w:p>
      <w:pPr>
        <w:spacing w:before="0" w:after="120" w:line="300" w:lineRule="exact"/>
        <w:jc w:val="both"/>
      </w:pPr>
      <w:r>
        <w:rPr>
          <w:rFonts w:ascii="Georgia" w:hAnsi="Georgia" w:cs="Georgia" w:eastAsia="Georgia"/>
          <w:b w:val="0"/>
          <w:i w:val="0"/>
          <w:sz w:val="22"/>
        </w:rPr>
        <w:t>'Ilm is only for one purpose, for the Pleasure (Ridha) of Allah Ta'ala. The way for acquiring this Pleasure of Allah Ta'ala is by practicing the Aa'mal of Deen correctly. This is the objective of 'Ilm. The purpose is not for gaining a certificate or title of Maulana, Mufti, etc. The Sahabah (radhiyallahu anhum), 'Ulama, Fuqaha/ Sulahaa, Taa'bieen did not have such certificates.</w:t>
      </w:r>
    </w:p>
    <w:p>
      <w:pPr>
        <w:spacing w:before="0" w:after="120" w:line="300" w:lineRule="exact"/>
        <w:jc w:val="both"/>
      </w:pPr>
      <w:r>
        <w:rPr>
          <w:rFonts w:ascii="Georgia" w:hAnsi="Georgia" w:cs="Georgia" w:eastAsia="Georgia"/>
          <w:b w:val="0"/>
          <w:i w:val="0"/>
          <w:sz w:val="22"/>
        </w:rPr>
        <w:t>The systems nowadays in Deeni Madaris, Darul Ulooms are all modelled along the style of Kuffar colleges and universities. This is why nowadays there is no barakah (blessings) in 'Ilm.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Soldiers plead with reporters on IDF press tour of Gaza to publicize that they're burnt out</w:t>
      </w:r>
    </w:p>
    <w:p>
      <w:pPr>
        <w:spacing w:before="0" w:after="160" w:line="300" w:lineRule="exact"/>
        <w:jc w:val="center"/>
      </w:pPr>
      <w:r>
        <w:rPr>
          <w:rFonts w:ascii="Georgia" w:hAnsi="Georgia" w:cs="Georgia" w:eastAsia="Georgia"/>
          <w:b w:val="0"/>
          <w:i/>
          <w:sz w:val="16"/>
        </w:rPr>
        <w:t>Page 22 of the original</w:t>
      </w:r>
    </w:p>
    <w:p>
      <w:pPr>
        <w:spacing w:before="0" w:after="120" w:line="300" w:lineRule="exact"/>
        <w:jc w:val="both"/>
      </w:pPr>
      <w:r>
        <w:rPr>
          <w:rFonts w:ascii="Georgia" w:hAnsi="Georgia" w:cs="Georgia" w:eastAsia="Georgia"/>
          <w:b w:val="0"/>
          <w:i w:val="0"/>
          <w:sz w:val="22"/>
        </w:rPr>
        <w:t>Soldiers plead with reporters on IDF press tour of Gaza to publicize that they're burnt out Today, 1:37 am 1 August 2025 The Haaretz daily quotes several soldiers currently serving in Gaza who share how burnt out they are after serving several hundred days of reserve duty. "Don't forget to talk about the reservists and active duty soldiers and how exhausted we are," one of them tells the paper during a press tour of the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northern Gaza city of Beit Hanoun organized by the IDF.</w:t>
      </w:r>
    </w:p>
    <w:p>
      <w:pPr>
        <w:spacing w:before="0" w:after="160" w:line="300" w:lineRule="exact"/>
        <w:jc w:val="center"/>
      </w:pPr>
      <w:r>
        <w:rPr>
          <w:rFonts w:ascii="Georgia" w:hAnsi="Georgia" w:cs="Georgia" w:eastAsia="Georgia"/>
          <w:b w:val="0"/>
          <w:i/>
          <w:sz w:val="16"/>
        </w:rPr>
        <w:t>Page 22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northern Gaza city of Beit Hanoun organized by the IDF. "I've already [informed the army] that I'm not going back to Gaza after this tour. I'm done with Gaza. People don't understand what burnout is. They think it's just a matter of giving us a few more hours of sleep, but it's much more than that. People here are exhausted," he says. "There are not enough forces to carry out the missions.</w:t>
      </w:r>
    </w:p>
    <w:p>
      <w:pPr>
        <w:spacing w:before="0" w:after="120" w:line="300" w:lineRule="exact"/>
        <w:jc w:val="both"/>
      </w:pPr>
      <w:r>
        <w:rPr>
          <w:rFonts w:ascii="Georgia" w:hAnsi="Georgia" w:cs="Georgia" w:eastAsia="Georgia"/>
          <w:b w:val="0"/>
          <w:i w:val="0"/>
          <w:sz w:val="22"/>
        </w:rPr>
        <w:t>Tell the public what we are going through and shed light on the difficult conditions," another soldier says. Toward the end of the tour, two officers could be heard giving an order to troops over the radio to open fire so that the videographers could have some footage of "fighting." Shortly thereafter, extended machine gun fire could be heard in the background.</w:t>
      </w:r>
    </w:p>
    <w:p>
      <w:pPr>
        <w:spacing w:before="0" w:after="120" w:line="300" w:lineRule="exact"/>
        <w:jc w:val="both"/>
      </w:pPr>
      <w:r>
        <w:rPr>
          <w:rFonts w:ascii="Georgia" w:hAnsi="Georgia" w:cs="Georgia" w:eastAsia="Georgia"/>
          <w:b w:val="0"/>
          <w:i w:val="0"/>
          <w:sz w:val="22"/>
        </w:rPr>
        <w:t>When asked whether the shooting was a show for the media, the officers leading the tour had a hard time containing their smiles https:// www.timesofisrael.com/ liveblog-august-1-202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KUFFAAR STATE OF IRAN</w:t>
      </w:r>
    </w:p>
    <w:p>
      <w:pPr>
        <w:spacing w:before="0" w:after="160" w:line="300" w:lineRule="exact"/>
        <w:jc w:val="center"/>
      </w:pPr>
      <w:r>
        <w:rPr>
          <w:rFonts w:ascii="Georgia" w:hAnsi="Georgia" w:cs="Georgia" w:eastAsia="Georgia"/>
          <w:b w:val="0"/>
          <w:i/>
          <w:sz w:val="16"/>
        </w:rPr>
        <w:t>Page 22 of the original. Heading read from the printed headline artwork.</w:t>
      </w:r>
    </w:p>
    <w:p>
      <w:pPr>
        <w:spacing w:before="0" w:after="120" w:line="300" w:lineRule="exact"/>
        <w:jc w:val="both"/>
      </w:pPr>
      <w:r>
        <w:rPr>
          <w:rFonts w:ascii="Georgia" w:hAnsi="Georgia" w:cs="Georgia" w:eastAsia="Georgia"/>
          <w:b w:val="0"/>
          <w:i w:val="0"/>
          <w:sz w:val="22"/>
        </w:rPr>
        <w:t>Iran formerly was an Islamic state. The Safavid Shiah dynasty established the Isthna Ashri (Twelvers - those who believe in the 12 imaams) Shiah religion in Iran. Prior to this satanic dynasty Iran was predominantly Muslim. Massive and brutal persecution and oppression of Muslims by the Shiahs changed the land into a Shiah state. The current expulsion of hundreds of thousands of Afghaani Muslims from Iran is a continuation of the oppression of the Shiah kuffaar.</w:t>
      </w:r>
    </w:p>
    <w:p>
      <w:pPr>
        <w:spacing w:before="0" w:after="120" w:line="300" w:lineRule="exact"/>
        <w:jc w:val="both"/>
      </w:pPr>
      <w:r>
        <w:rPr>
          <w:rFonts w:ascii="Georgia" w:hAnsi="Georgia" w:cs="Georgia" w:eastAsia="Georgia"/>
          <w:b w:val="0"/>
          <w:i w:val="0"/>
          <w:sz w:val="22"/>
        </w:rPr>
        <w:t>In 16 days after the 12 day IranIsrael war, Iran has expelled more than half a million Muslims, and the cruel process is still continuing.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SAKHRATULLAAH</w:t>
      </w:r>
    </w:p>
    <w:p>
      <w:pPr>
        <w:spacing w:before="0" w:after="160" w:line="300" w:lineRule="exact"/>
        <w:jc w:val="center"/>
      </w:pPr>
      <w:r>
        <w:rPr>
          <w:rFonts w:ascii="Georgia" w:hAnsi="Georgia" w:cs="Georgia" w:eastAsia="Georgia"/>
          <w:b w:val="0"/>
          <w:i/>
          <w:sz w:val="16"/>
        </w:rPr>
        <w:t>Page 23 of the original</w:t>
      </w:r>
    </w:p>
    <w:p>
      <w:pPr>
        <w:pStyle w:val="Heading3"/>
        <w:spacing w:before="200" w:after="120" w:line="300" w:lineRule="exact"/>
        <w:jc w:val="left"/>
      </w:pPr>
      <w:r>
        <w:rPr>
          <w:rFonts w:ascii="Georgia" w:hAnsi="Georgia" w:cs="Georgia" w:eastAsia="Georgia"/>
          <w:b/>
          <w:i w:val="0"/>
          <w:color w:val="2E74B5"/>
          <w:sz w:val="24"/>
        </w:rPr>
        <w:t>AL-HAQ BULLETIN 77</w:t>
      </w:r>
    </w:p>
    <w:p>
      <w:pPr>
        <w:spacing w:before="0" w:after="120" w:line="300" w:lineRule="exact"/>
        <w:jc w:val="both"/>
      </w:pPr>
      <w:r>
        <w:rPr>
          <w:rFonts w:ascii="Georgia" w:hAnsi="Georgia" w:cs="Georgia" w:eastAsia="Georgia"/>
          <w:b w:val="0"/>
          <w:i w:val="0"/>
          <w:sz w:val="22"/>
        </w:rPr>
        <w:t>(THE ROCK OF ALLAH) From the era of Hadhrat Nabi Ibraaheem, the Qiblah of the Mu'mineen was Sakhratullah (The Rock of Allah). After leaving Egypt, Nabi Ibraaheem (Alayhis salaam) settled in Palestine where he developed the city of Baitil Maqdis. A man by the name Khaleelullah who was a descendent of Saam Ibn Nooh (Alayhis salaam), linked up with Nabi Ibraaheem (Alayhis salaam) and assisted him in the development of the city.</w:t>
      </w:r>
    </w:p>
    <w:p>
      <w:pPr>
        <w:spacing w:before="0" w:after="120" w:line="300" w:lineRule="exact"/>
        <w:jc w:val="both"/>
      </w:pPr>
      <w:r>
        <w:rPr>
          <w:rFonts w:ascii="Georgia" w:hAnsi="Georgia" w:cs="Georgia" w:eastAsia="Georgia"/>
          <w:b w:val="0"/>
          <w:i w:val="0"/>
          <w:sz w:val="22"/>
        </w:rPr>
        <w:t>Hadhrat Jibraeel (Alayhis salaam) appeared with a stone from Jannat and planted it at the location of Baitil Maqdis. Henceforth this stone became the direction of the Qiblah for all Believers. Its name was Sakhratullaah (The Rock of Allah). The original or first Qiblah was reverted to after Rasulullah (Sallallahu alayhi wasallam) migrated to Madinah Munawaarah.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 AID FROM ANYWHERE</w:t>
      </w:r>
    </w:p>
    <w:p>
      <w:pPr>
        <w:spacing w:before="0" w:after="160" w:line="300" w:lineRule="exact"/>
        <w:jc w:val="center"/>
      </w:pPr>
      <w:r>
        <w:rPr>
          <w:rFonts w:ascii="Georgia" w:hAnsi="Georgia" w:cs="Georgia" w:eastAsia="Georgia"/>
          <w:b w:val="0"/>
          <w:i/>
          <w:sz w:val="16"/>
        </w:rPr>
        <w:t>Page 23 of the original. Heading read from the printed headline artwork.</w:t>
      </w:r>
    </w:p>
    <w:p>
      <w:pPr>
        <w:spacing w:before="0" w:after="120" w:line="300" w:lineRule="exact"/>
        <w:jc w:val="both"/>
      </w:pPr>
      <w:r>
        <w:rPr>
          <w:rFonts w:ascii="Georgia" w:hAnsi="Georgia" w:cs="Georgia" w:eastAsia="Georgia"/>
          <w:b w:val="0"/>
          <w:i w:val="0"/>
          <w:sz w:val="22"/>
        </w:rPr>
        <w:t>"O People of Intelligence! Take lesson!" (Qur'aan) Victoria Rose, a British consultant plastic Surgeon who's recently returned from Nasser Hospital in Khan Younis. Asked about the long-term struggles faced by the thousands of wounded people and what care they would have, she replied that "there really is no way" that these patients can be rehabilitated under the current circumstances.</w:t>
      </w:r>
    </w:p>
    <w:p>
      <w:pPr>
        <w:spacing w:before="0" w:after="120" w:line="300" w:lineRule="exact"/>
        <w:jc w:val="both"/>
      </w:pPr>
      <w:r>
        <w:rPr>
          <w:rFonts w:ascii="Georgia" w:hAnsi="Georgia" w:cs="Georgia" w:eastAsia="Georgia"/>
          <w:b w:val="0"/>
          <w:i w:val="0"/>
          <w:sz w:val="22"/>
        </w:rPr>
        <w:t>"There's virtually no infrastructure left; I think 69 percent of all buildings in Gaza have been destroyed and 94 percent of all hospitals have been completely or partially destroyed – and that will include all the physiotherapy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 AID FROM ANYWHERE</w:t>
      </w:r>
    </w:p>
    <w:p>
      <w:pPr>
        <w:spacing w:before="0" w:after="160" w:line="300" w:lineRule="exact"/>
        <w:jc w:val="center"/>
      </w:pPr>
      <w:r>
        <w:rPr>
          <w:rFonts w:ascii="Georgia" w:hAnsi="Georgia" w:cs="Georgia" w:eastAsia="Georgia"/>
          <w:b w:val="0"/>
          <w:i/>
          <w:sz w:val="16"/>
        </w:rPr>
        <w:t>Page 23, 24 of the original. Heading read from the printed headline artwork.</w:t>
      </w:r>
    </w:p>
    <w:p>
      <w:pPr>
        <w:spacing w:before="0" w:after="120" w:line="300" w:lineRule="exact"/>
        <w:jc w:val="both"/>
      </w:pPr>
      <w:r>
        <w:rPr>
          <w:rFonts w:ascii="Georgia" w:hAnsi="Georgia" w:cs="Georgia" w:eastAsia="Georgia"/>
          <w:b w:val="0"/>
          <w:i w:val="0"/>
          <w:sz w:val="22"/>
        </w:rPr>
        <w:t>centres," she told Al Jazeera. Rose also said that most patients actually need secondary surgery. "A lot of what we do when we are out there is the limb-saving injuries, so cleaning the wounds and getting them closed – but a lot of that involves shortening bones, performing operations that will need a second part to restore function. "And that really is the worry, is that there are lots of people already waiting for those surgeries and we just don't know where they are and we don't have the facilities to operate on them." Commenting on the deepening starvation across Gaza, Rose said the toll this takes on the people trying to recover from this kind of injuries is "absolutely huge".</w:t>
      </w:r>
    </w:p>
    <w:p>
      <w:pPr>
        <w:spacing w:before="0" w:after="120" w:line="300" w:lineRule="exact"/>
        <w:jc w:val="both"/>
      </w:pPr>
      <w:r>
        <w:rPr>
          <w:rFonts w:ascii="Georgia" w:hAnsi="Georgia" w:cs="Georgia" w:eastAsia="Georgia"/>
          <w:b w:val="0"/>
          <w:i w:val="0"/>
          <w:sz w:val="22"/>
        </w:rPr>
        <w:t>"The pictures that we are seeing now are showing very latestage malnutrition which is basically un-survivable from," she said, explaining that infection rates "are soaring" as people suffering from malnutrition gradually lose the ability to mount immune responses. "Coupled with the fact that aid is not getting in in any form – so not only are we not seeing adequate food supplies, we are not seeing adequate medical supplies, and certainly when we were there in June we did not have the antibiotics that we required to fight these sort of infections – so it compounds the problem.</w:t>
      </w:r>
    </w:p>
    <w:p>
      <w:pPr>
        <w:spacing w:before="0" w:after="120" w:line="300" w:lineRule="exact"/>
        <w:jc w:val="both"/>
      </w:pPr>
      <w:r>
        <w:rPr>
          <w:rFonts w:ascii="Georgia" w:hAnsi="Georgia" w:cs="Georgia" w:eastAsia="Georgia"/>
          <w:b w:val="0"/>
          <w:i w:val="0"/>
          <w:sz w:val="22"/>
        </w:rPr>
        <w:t>"The malnutrition, the lack of aid – it's making these injuries un-survivable." "When we were there, we were operating every day without a break for the 24 days; I was averaging about 12 patients a day and my colleagues had separate operating lists," Rose said. "The bulk of what we saw initially was all bomb blast injuries and then in the latter part of the trip we started to see a lot of the gunshot wounds from the GHF shootings," she added.</w:t>
      </w:r>
    </w:p>
    <w:p>
      <w:pPr>
        <w:spacing w:before="0" w:after="120" w:line="300" w:lineRule="exact"/>
        <w:jc w:val="both"/>
      </w:pPr>
      <w:r>
        <w:rPr>
          <w:rFonts w:ascii="Georgia" w:hAnsi="Georgia" w:cs="Georgia" w:eastAsia="Georgia"/>
          <w:b w:val="0"/>
          <w:i w:val="0"/>
          <w:sz w:val="22"/>
        </w:rPr>
        <w:t>"What we're seeing now is that the population is displaced and everybody is living in tents and this is where the bombs are going off – so there is no protection," Rose continued, describing the traumatic injuries caused by the bombardment as "much more severe". "So we were seeing children with knees missing, with feet missing, with hands missing, with large chunks taken out of their faces; really, really significant injuries that many of them didn't survive." (Al-Jazeera)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ARMIES OF ALLAH</w:t>
      </w:r>
    </w:p>
    <w:p>
      <w:pPr>
        <w:spacing w:before="0" w:after="160" w:line="300" w:lineRule="exact"/>
        <w:jc w:val="center"/>
      </w:pPr>
      <w:r>
        <w:rPr>
          <w:rFonts w:ascii="Georgia" w:hAnsi="Georgia" w:cs="Georgia" w:eastAsia="Georgia"/>
          <w:b w:val="0"/>
          <w:i/>
          <w:sz w:val="16"/>
        </w:rPr>
        <w:t>Page 24 of the original. Heading read from the printed headline artwork.</w:t>
      </w:r>
    </w:p>
    <w:p>
      <w:pPr>
        <w:spacing w:before="0" w:after="120" w:line="300" w:lineRule="exact"/>
        <w:jc w:val="both"/>
      </w:pPr>
      <w:r>
        <w:rPr>
          <w:rFonts w:ascii="Georgia" w:hAnsi="Georgia" w:cs="Georgia" w:eastAsia="Georgia"/>
          <w:b w:val="0"/>
          <w:i w:val="0"/>
          <w:sz w:val="22"/>
        </w:rPr>
        <w:t>"No one knows the armies of Allah except He."</w:t>
      </w:r>
    </w:p>
    <w:p>
      <w:pPr>
        <w:spacing w:before="120" w:after="120" w:line="300" w:lineRule="exact"/>
        <w:ind w:left="720" w:right="720"/>
        <w:jc w:val="center"/>
      </w:pPr>
      <w:r>
        <w:rPr>
          <w:rFonts w:ascii="Georgia" w:hAnsi="Georgia" w:cs="Georgia" w:eastAsia="Georgia"/>
          <w:b w:val="0"/>
          <w:i/>
          <w:sz w:val="22"/>
        </w:rPr>
        <w:t>(Qur'aan) "The armies of the heavens and earth belong to Allah."</w:t>
      </w:r>
    </w:p>
    <w:p>
      <w:pPr>
        <w:spacing w:before="0" w:after="120" w:line="300" w:lineRule="exact"/>
        <w:jc w:val="both"/>
      </w:pPr>
      <w:r>
        <w:rPr>
          <w:rFonts w:ascii="Georgia" w:hAnsi="Georgia" w:cs="Georgia" w:eastAsia="Georgia"/>
          <w:b w:val="0"/>
          <w:i w:val="0"/>
          <w:sz w:val="22"/>
        </w:rPr>
        <w:t>(Qur'aan) Even a mosquito and even a deformed, one-legged mosquito, is a constituent in the Armies of Allah. Allah Ta'ala had dispatched a onelegged mosquito to destroy a king who was more arrogant, more stupid and more brutal than the Clown, Trump and the barbaric butcher, Netanyahu. Despite having witnessed all the miraculous events testifying to the Nubuwwat and Truth of Hadhrat Ibraaheem (Alayhis salaam), Namrood most intransigently rejected Imaan.</w:t>
      </w:r>
    </w:p>
    <w:p>
      <w:pPr>
        <w:spacing w:before="0" w:after="120" w:line="300" w:lineRule="exact"/>
        <w:jc w:val="both"/>
      </w:pPr>
      <w:r>
        <w:rPr>
          <w:rFonts w:ascii="Georgia" w:hAnsi="Georgia" w:cs="Georgia" w:eastAsia="Georgia"/>
          <w:b w:val="0"/>
          <w:i w:val="0"/>
          <w:sz w:val="22"/>
        </w:rPr>
        <w:t>His end was disgraceful and painful. Allah Ta'ala dispatched a one-eyed, one-legged mosquito which entered his body via his nostril and seated itself on Namrood's brain. It began gnawing his brain. Namrood would writhe with pain. He would gain momentary relief when someone would strike on his head with a shoe. Therefore, whoever visited him was requested to mete out this humiliating punishment to him.</w:t>
      </w:r>
    </w:p>
    <w:p>
      <w:pPr>
        <w:spacing w:before="0" w:after="120" w:line="300" w:lineRule="exact"/>
        <w:jc w:val="both"/>
      </w:pPr>
      <w:r>
        <w:rPr>
          <w:rFonts w:ascii="Georgia" w:hAnsi="Georgia" w:cs="Georgia" w:eastAsia="Georgia"/>
          <w:b w:val="0"/>
          <w:i w:val="0"/>
          <w:sz w:val="22"/>
        </w:rPr>
        <w:t>He was compelled to engage servants to be at his side all night to repeatedly strike him on the head for the slight relief from the excruciating pain caused by the gnawing on his brain by the mosquito. After forty days of suffering, the servant, tired of this all-night vigil, struck Namrood with a club on his head. This was the end of Namrood who perished so ignominiously.</w:t>
      </w:r>
    </w:p>
    <w:p>
      <w:pPr>
        <w:spacing w:before="0" w:after="120" w:line="300" w:lineRule="exact"/>
        <w:jc w:val="both"/>
      </w:pPr>
      <w:r>
        <w:rPr>
          <w:rFonts w:ascii="Georgia" w:hAnsi="Georgia" w:cs="Georgia" w:eastAsia="Georgia"/>
          <w:b w:val="0"/>
          <w:i w:val="0"/>
          <w:sz w:val="22"/>
        </w:rPr>
        <w:t>Muslims should not loose focus. The gaze should be focused on Allah Azza Wa Jal. Whatever is transpiring in Palestine is by the decree of Allah Azza Wa Jal. The Decree of Allah Ta'ala will run its prescribed course. Nothing can thwart the Decree of Allah Azza Wa Jal. The free run which the Yahood and Nasaara have today is respite for them and Athaab for the grossly treasonous, treacherous Ummah of today.</w:t>
      </w:r>
    </w:p>
    <w:p>
      <w:pPr>
        <w:spacing w:before="0" w:after="120" w:line="300" w:lineRule="exact"/>
        <w:jc w:val="both"/>
      </w:pPr>
      <w:r>
        <w:rPr>
          <w:rFonts w:ascii="Georgia" w:hAnsi="Georgia" w:cs="Georgia" w:eastAsia="Georgia"/>
          <w:b w:val="0"/>
          <w:i w:val="0"/>
          <w:sz w:val="22"/>
        </w:rPr>
        <w:t>"Verily, His command, when</w:t>
      </w:r>
    </w:p>
    <w:p>
      <w:pPr>
        <w:spacing w:before="120" w:after="120" w:line="300" w:lineRule="exact"/>
        <w:ind w:left="720" w:right="720"/>
        <w:jc w:val="center"/>
      </w:pPr>
      <w:r>
        <w:rPr>
          <w:rFonts w:ascii="Georgia" w:hAnsi="Georgia" w:cs="Georgia" w:eastAsia="Georgia"/>
          <w:b w:val="0"/>
          <w:i/>
          <w:sz w:val="22"/>
        </w:rPr>
        <w:t>He intends something is that He says for it: 'BE!' Then it comes (into existence).</w:t>
      </w:r>
    </w:p>
    <w:p>
      <w:pPr>
        <w:spacing w:before="120" w:after="120" w:line="300" w:lineRule="exact"/>
        <w:ind w:left="720" w:right="720"/>
        <w:jc w:val="center"/>
      </w:pPr>
      <w:r>
        <w:rPr>
          <w:rFonts w:ascii="Georgia" w:hAnsi="Georgia" w:cs="Georgia" w:eastAsia="Georgia"/>
          <w:b w:val="0"/>
          <w:i/>
          <w:sz w:val="22"/>
        </w:rPr>
        <w:t>Glorious is That Being in Whose Hand are the reins of everything, and unto Whom</w:t>
      </w:r>
    </w:p>
    <w:p>
      <w:pPr>
        <w:spacing w:before="0" w:after="120" w:line="300" w:lineRule="exact"/>
        <w:jc w:val="both"/>
      </w:pPr>
      <w:r>
        <w:rPr>
          <w:rFonts w:ascii="Georgia" w:hAnsi="Georgia" w:cs="Georgia" w:eastAsia="Georgia"/>
          <w:b w:val="0"/>
          <w:i w:val="0"/>
          <w:sz w:val="22"/>
        </w:rPr>
        <w:t>will you all be returned." (Yaaseen, 82 &amp; 83)</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"MORE ASTRAY THAN ANIMALS"</w:t>
      </w:r>
    </w:p>
    <w:p>
      <w:pPr>
        <w:spacing w:before="0" w:after="160" w:line="300" w:lineRule="exact"/>
        <w:jc w:val="center"/>
      </w:pPr>
      <w:r>
        <w:rPr>
          <w:rFonts w:ascii="Georgia" w:hAnsi="Georgia" w:cs="Georgia" w:eastAsia="Georgia"/>
          <w:b w:val="0"/>
          <w:i/>
          <w:sz w:val="16"/>
        </w:rPr>
        <w:t>Page 24 of the original</w:t>
      </w:r>
    </w:p>
    <w:p>
      <w:pPr>
        <w:spacing w:before="0" w:after="120" w:line="300" w:lineRule="exact"/>
        <w:jc w:val="both"/>
      </w:pPr>
      <w:r>
        <w:rPr>
          <w:rFonts w:ascii="Georgia" w:hAnsi="Georgia" w:cs="Georgia" w:eastAsia="Georgia"/>
          <w:b w:val="0"/>
          <w:i w:val="0"/>
          <w:sz w:val="22"/>
        </w:rPr>
        <w:t>"Do you think that most of them hear or understand? They are like animals. In fact, more astray than animals." (Al-Furqaan, Aayat 44) The vast majority of people are in deviation. Thus, they are worse than animals. The majority is not a criterion or standard of rectitude. The majority is always the followers of Iblees. Their brains are welded in satanic deviation.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