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80</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10 were joined in this issue.</w:t>
      </w:r>
    </w:p>
    <w:p>
      <w:pPr>
        <w:spacing w:before="0" w:after="80" w:line="300" w:lineRule="exact"/>
        <w:jc w:val="left"/>
      </w:pPr>
      <w:r>
        <w:rPr>
          <w:rFonts w:ascii="Georgia" w:hAnsi="Georgia" w:cs="Georgia" w:eastAsia="Georgia"/>
          <w:b w:val="0"/>
          <w:i w:val="0"/>
          <w:sz w:val="18"/>
        </w:rPr>
        <w:t>Headings: 9 read from the PDF's own text, 34 read from the printed headline artwork, 0 taken from the Majlis's running head, and 2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447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97.93% of the original's words are present and 95.57%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Al-Hag (page 1)</w:t>
      </w:r>
    </w:p>
    <w:p>
      <w:pPr>
        <w:spacing w:before="0" w:after="40" w:line="300" w:lineRule="exact"/>
        <w:jc w:val="left"/>
      </w:pPr>
      <w:r>
        <w:rPr>
          <w:rFonts w:ascii="Georgia" w:hAnsi="Georgia" w:cs="Georgia" w:eastAsia="Georgia"/>
          <w:b w:val="0"/>
          <w:i w:val="0"/>
          <w:sz w:val="20"/>
        </w:rPr>
        <w:t>2. SPIDERS &amp; SHADOWS (page 1, 6, 7, 8)</w:t>
      </w:r>
    </w:p>
    <w:p>
      <w:pPr>
        <w:spacing w:before="0" w:after="40" w:line="300" w:lineRule="exact"/>
        <w:jc w:val="left"/>
      </w:pPr>
      <w:r>
        <w:rPr>
          <w:rFonts w:ascii="Georgia" w:hAnsi="Georgia" w:cs="Georgia" w:eastAsia="Georgia"/>
          <w:b w:val="0"/>
          <w:i w:val="0"/>
          <w:sz w:val="20"/>
        </w:rPr>
        <w:t>3. "FIGHT THEM!" (page 1, 15)</w:t>
      </w:r>
    </w:p>
    <w:p>
      <w:pPr>
        <w:spacing w:before="0" w:after="40" w:line="300" w:lineRule="exact"/>
        <w:jc w:val="left"/>
      </w:pPr>
      <w:r>
        <w:rPr>
          <w:rFonts w:ascii="Georgia" w:hAnsi="Georgia" w:cs="Georgia" w:eastAsia="Georgia"/>
          <w:b w:val="0"/>
          <w:i w:val="0"/>
          <w:sz w:val="20"/>
        </w:rPr>
        <w:t>4. IT IS ALLAH'S DECREE (page 2)</w:t>
      </w:r>
    </w:p>
    <w:p>
      <w:pPr>
        <w:spacing w:before="0" w:after="40" w:line="300" w:lineRule="exact"/>
        <w:jc w:val="left"/>
      </w:pPr>
      <w:r>
        <w:rPr>
          <w:rFonts w:ascii="Georgia" w:hAnsi="Georgia" w:cs="Georgia" w:eastAsia="Georgia"/>
          <w:b w:val="0"/>
          <w:i w:val="0"/>
          <w:sz w:val="20"/>
        </w:rPr>
        <w:t>5. Hundreds of US flights cancelled as regulator orders cuts to air traffic (page 2)</w:t>
      </w:r>
    </w:p>
    <w:p>
      <w:pPr>
        <w:spacing w:before="0" w:after="40" w:line="300" w:lineRule="exact"/>
        <w:jc w:val="left"/>
      </w:pPr>
      <w:r>
        <w:rPr>
          <w:rFonts w:ascii="Georgia" w:hAnsi="Georgia" w:cs="Georgia" w:eastAsia="Georgia"/>
          <w:b w:val="0"/>
          <w:i w:val="0"/>
          <w:sz w:val="20"/>
        </w:rPr>
        <w:t>6. THE OBJECTIVE OF THE GAZZAH GENOCIDE (page 3)</w:t>
      </w:r>
    </w:p>
    <w:p>
      <w:pPr>
        <w:spacing w:before="0" w:after="40" w:line="300" w:lineRule="exact"/>
        <w:jc w:val="left"/>
      </w:pPr>
      <w:r>
        <w:rPr>
          <w:rFonts w:ascii="Georgia" w:hAnsi="Georgia" w:cs="Georgia" w:eastAsia="Georgia"/>
          <w:b w:val="0"/>
          <w:i w:val="0"/>
          <w:sz w:val="20"/>
        </w:rPr>
        <w:t>7. YA'JOOJ &amp; MA'JOOJ (page 4)</w:t>
      </w:r>
    </w:p>
    <w:p>
      <w:pPr>
        <w:spacing w:before="0" w:after="40" w:line="300" w:lineRule="exact"/>
        <w:jc w:val="left"/>
      </w:pPr>
      <w:r>
        <w:rPr>
          <w:rFonts w:ascii="Georgia" w:hAnsi="Georgia" w:cs="Georgia" w:eastAsia="Georgia"/>
          <w:b w:val="0"/>
          <w:i w:val="0"/>
          <w:sz w:val="20"/>
        </w:rPr>
        <w:t>8. "FIGHT THEIR COALITION" (page 4)</w:t>
      </w:r>
    </w:p>
    <w:p>
      <w:pPr>
        <w:spacing w:before="0" w:after="40" w:line="300" w:lineRule="exact"/>
        <w:jc w:val="left"/>
      </w:pPr>
      <w:r>
        <w:rPr>
          <w:rFonts w:ascii="Georgia" w:hAnsi="Georgia" w:cs="Georgia" w:eastAsia="Georgia"/>
          <w:b w:val="0"/>
          <w:i w:val="0"/>
          <w:sz w:val="20"/>
        </w:rPr>
        <w:t>9. TAQDEER &amp; TAWAKKUL (page 4)</w:t>
      </w:r>
    </w:p>
    <w:p>
      <w:pPr>
        <w:spacing w:before="0" w:after="40" w:line="300" w:lineRule="exact"/>
        <w:jc w:val="left"/>
      </w:pPr>
      <w:r>
        <w:rPr>
          <w:rFonts w:ascii="Georgia" w:hAnsi="Georgia" w:cs="Georgia" w:eastAsia="Georgia"/>
          <w:b w:val="0"/>
          <w:i w:val="0"/>
          <w:sz w:val="20"/>
        </w:rPr>
        <w:t>10. 13 elite Israeli troops wounded in confrontations in southern Syria (page 5)</w:t>
      </w:r>
    </w:p>
    <w:p>
      <w:pPr>
        <w:spacing w:before="0" w:after="40" w:line="300" w:lineRule="exact"/>
        <w:jc w:val="left"/>
      </w:pPr>
      <w:r>
        <w:rPr>
          <w:rFonts w:ascii="Georgia" w:hAnsi="Georgia" w:cs="Georgia" w:eastAsia="Georgia"/>
          <w:b w:val="0"/>
          <w:i w:val="0"/>
          <w:sz w:val="20"/>
        </w:rPr>
        <w:t>11. KUFFAAR ARE MURDERERS, NOT SOLDIERS (page 5)</w:t>
      </w:r>
    </w:p>
    <w:p>
      <w:pPr>
        <w:spacing w:before="0" w:after="40" w:line="300" w:lineRule="exact"/>
        <w:jc w:val="left"/>
      </w:pPr>
      <w:r>
        <w:rPr>
          <w:rFonts w:ascii="Georgia" w:hAnsi="Georgia" w:cs="Georgia" w:eastAsia="Georgia"/>
          <w:b w:val="0"/>
          <w:i w:val="0"/>
          <w:sz w:val="20"/>
        </w:rPr>
        <w:t>12. THE SHARIAH REGIME (page 9)</w:t>
      </w:r>
    </w:p>
    <w:p>
      <w:pPr>
        <w:spacing w:before="0" w:after="40" w:line="300" w:lineRule="exact"/>
        <w:jc w:val="left"/>
      </w:pPr>
      <w:r>
        <w:rPr>
          <w:rFonts w:ascii="Georgia" w:hAnsi="Georgia" w:cs="Georgia" w:eastAsia="Georgia"/>
          <w:b w:val="0"/>
          <w:i w:val="0"/>
          <w:sz w:val="20"/>
        </w:rPr>
        <w:t>13. IT IS HIS DECREE (page 9)</w:t>
      </w:r>
    </w:p>
    <w:p>
      <w:pPr>
        <w:spacing w:before="0" w:after="40" w:line="300" w:lineRule="exact"/>
        <w:jc w:val="left"/>
      </w:pPr>
      <w:r>
        <w:rPr>
          <w:rFonts w:ascii="Georgia" w:hAnsi="Georgia" w:cs="Georgia" w:eastAsia="Georgia"/>
          <w:b w:val="0"/>
          <w:i w:val="0"/>
          <w:sz w:val="20"/>
        </w:rPr>
        <w:t>14. ONLY HE EMPOWERS (page 9)</w:t>
      </w:r>
    </w:p>
    <w:p>
      <w:pPr>
        <w:spacing w:before="0" w:after="40" w:line="300" w:lineRule="exact"/>
        <w:jc w:val="left"/>
      </w:pPr>
      <w:r>
        <w:rPr>
          <w:rFonts w:ascii="Georgia" w:hAnsi="Georgia" w:cs="Georgia" w:eastAsia="Georgia"/>
          <w:b w:val="0"/>
          <w:i w:val="0"/>
          <w:sz w:val="20"/>
        </w:rPr>
        <w:t>15. ALLAH'S PUNISHMENT (page 10)</w:t>
      </w:r>
    </w:p>
    <w:p>
      <w:pPr>
        <w:spacing w:before="0" w:after="40" w:line="300" w:lineRule="exact"/>
        <w:jc w:val="left"/>
      </w:pPr>
      <w:r>
        <w:rPr>
          <w:rFonts w:ascii="Georgia" w:hAnsi="Georgia" w:cs="Georgia" w:eastAsia="Georgia"/>
          <w:b w:val="0"/>
          <w:i w:val="0"/>
          <w:sz w:val="20"/>
        </w:rPr>
        <w:t>16. ONLY HE CAN HELP (page 10)</w:t>
      </w:r>
    </w:p>
    <w:p>
      <w:pPr>
        <w:spacing w:before="0" w:after="40" w:line="300" w:lineRule="exact"/>
        <w:jc w:val="left"/>
      </w:pPr>
      <w:r>
        <w:rPr>
          <w:rFonts w:ascii="Georgia" w:hAnsi="Georgia" w:cs="Georgia" w:eastAsia="Georgia"/>
          <w:b w:val="0"/>
          <w:i w:val="0"/>
          <w:sz w:val="20"/>
        </w:rPr>
        <w:t>17. Saudi Arabia quietly expands access to its only alcohol store for non-Muslim residents (page 11)</w:t>
      </w:r>
    </w:p>
    <w:p>
      <w:pPr>
        <w:spacing w:before="0" w:after="40" w:line="300" w:lineRule="exact"/>
        <w:jc w:val="left"/>
      </w:pPr>
      <w:r>
        <w:rPr>
          <w:rFonts w:ascii="Georgia" w:hAnsi="Georgia" w:cs="Georgia" w:eastAsia="Georgia"/>
          <w:b w:val="0"/>
          <w:i w:val="0"/>
          <w:sz w:val="20"/>
        </w:rPr>
        <w:t>18. COMMENT (page 11)</w:t>
      </w:r>
    </w:p>
    <w:p>
      <w:pPr>
        <w:spacing w:before="0" w:after="40" w:line="300" w:lineRule="exact"/>
        <w:jc w:val="left"/>
      </w:pPr>
      <w:r>
        <w:rPr>
          <w:rFonts w:ascii="Georgia" w:hAnsi="Georgia" w:cs="Georgia" w:eastAsia="Georgia"/>
          <w:b w:val="0"/>
          <w:i w:val="0"/>
          <w:sz w:val="20"/>
        </w:rPr>
        <w:t>19. CEASEFIRE? (page 11)</w:t>
      </w:r>
    </w:p>
    <w:p>
      <w:pPr>
        <w:spacing w:before="0" w:after="40" w:line="300" w:lineRule="exact"/>
        <w:jc w:val="left"/>
      </w:pPr>
      <w:r>
        <w:rPr>
          <w:rFonts w:ascii="Georgia" w:hAnsi="Georgia" w:cs="Georgia" w:eastAsia="Georgia"/>
          <w:b w:val="0"/>
          <w:i w:val="0"/>
          <w:sz w:val="20"/>
        </w:rPr>
        <w:t>20. VAADHIS (page 12)</w:t>
      </w:r>
    </w:p>
    <w:p>
      <w:pPr>
        <w:spacing w:before="0" w:after="40" w:line="300" w:lineRule="exact"/>
        <w:jc w:val="left"/>
      </w:pPr>
      <w:r>
        <w:rPr>
          <w:rFonts w:ascii="Georgia" w:hAnsi="Georgia" w:cs="Georgia" w:eastAsia="Georgia"/>
          <w:b w:val="0"/>
          <w:i w:val="0"/>
          <w:sz w:val="20"/>
        </w:rPr>
        <w:t>21. PUNISHMENT FOR WORLDLY LOVE (page 12)</w:t>
      </w:r>
    </w:p>
    <w:p>
      <w:pPr>
        <w:spacing w:before="0" w:after="40" w:line="300" w:lineRule="exact"/>
        <w:jc w:val="left"/>
      </w:pPr>
      <w:r>
        <w:rPr>
          <w:rFonts w:ascii="Georgia" w:hAnsi="Georgia" w:cs="Georgia" w:eastAsia="Georgia"/>
          <w:b w:val="0"/>
          <w:i w:val="0"/>
          <w:sz w:val="20"/>
        </w:rPr>
        <w:t>22. to Allah Ta'ala. (page 12) [no printed headline]</w:t>
      </w:r>
    </w:p>
    <w:p>
      <w:pPr>
        <w:spacing w:before="0" w:after="40" w:line="300" w:lineRule="exact"/>
        <w:jc w:val="left"/>
      </w:pPr>
      <w:r>
        <w:rPr>
          <w:rFonts w:ascii="Georgia" w:hAnsi="Georgia" w:cs="Georgia" w:eastAsia="Georgia"/>
          <w:b w:val="0"/>
          <w:i w:val="0"/>
          <w:sz w:val="20"/>
        </w:rPr>
        <w:t>23. ZULM WILL BE PUNISHED (page 13, 14)</w:t>
      </w:r>
    </w:p>
    <w:p>
      <w:pPr>
        <w:spacing w:before="0" w:after="40" w:line="300" w:lineRule="exact"/>
        <w:jc w:val="left"/>
      </w:pPr>
      <w:r>
        <w:rPr>
          <w:rFonts w:ascii="Georgia" w:hAnsi="Georgia" w:cs="Georgia" w:eastAsia="Georgia"/>
          <w:b w:val="0"/>
          <w:i w:val="0"/>
          <w:sz w:val="20"/>
        </w:rPr>
        <w:t>24. The following episode narrat- (page 13)</w:t>
      </w:r>
    </w:p>
    <w:p>
      <w:pPr>
        <w:spacing w:before="0" w:after="40" w:line="300" w:lineRule="exact"/>
        <w:jc w:val="left"/>
      </w:pPr>
      <w:r>
        <w:rPr>
          <w:rFonts w:ascii="Georgia" w:hAnsi="Georgia" w:cs="Georgia" w:eastAsia="Georgia"/>
          <w:b w:val="0"/>
          <w:i w:val="0"/>
          <w:sz w:val="20"/>
        </w:rPr>
        <w:t>25. idol to be spared. (page 13) [no printed headline]</w:t>
      </w:r>
    </w:p>
    <w:p>
      <w:pPr>
        <w:spacing w:before="0" w:after="40" w:line="300" w:lineRule="exact"/>
        <w:jc w:val="left"/>
      </w:pPr>
      <w:r>
        <w:rPr>
          <w:rFonts w:ascii="Georgia" w:hAnsi="Georgia" w:cs="Georgia" w:eastAsia="Georgia"/>
          <w:b w:val="0"/>
          <w:i w:val="0"/>
          <w:sz w:val="20"/>
        </w:rPr>
        <w:t>26. LOVE FOR THE SUNNAH (page 14)</w:t>
      </w:r>
    </w:p>
    <w:p>
      <w:pPr>
        <w:spacing w:before="0" w:after="40" w:line="300" w:lineRule="exact"/>
        <w:jc w:val="left"/>
      </w:pPr>
      <w:r>
        <w:rPr>
          <w:rFonts w:ascii="Georgia" w:hAnsi="Georgia" w:cs="Georgia" w:eastAsia="Georgia"/>
          <w:b w:val="0"/>
          <w:i w:val="0"/>
          <w:sz w:val="20"/>
        </w:rPr>
        <w:t>27. THE ARMIES OF ALLAH (page 14)</w:t>
      </w:r>
    </w:p>
    <w:p>
      <w:pPr>
        <w:spacing w:before="0" w:after="40" w:line="300" w:lineRule="exact"/>
        <w:jc w:val="left"/>
      </w:pPr>
      <w:r>
        <w:rPr>
          <w:rFonts w:ascii="Georgia" w:hAnsi="Georgia" w:cs="Georgia" w:eastAsia="Georgia"/>
          <w:b w:val="0"/>
          <w:i w:val="0"/>
          <w:sz w:val="20"/>
        </w:rPr>
        <w:t>28. A SULTAN IS FORGIVEN (page 15)</w:t>
      </w:r>
    </w:p>
    <w:p>
      <w:pPr>
        <w:spacing w:before="0" w:after="40" w:line="300" w:lineRule="exact"/>
        <w:jc w:val="left"/>
      </w:pPr>
      <w:r>
        <w:rPr>
          <w:rFonts w:ascii="Georgia" w:hAnsi="Georgia" w:cs="Georgia" w:eastAsia="Georgia"/>
          <w:b w:val="0"/>
          <w:i w:val="0"/>
          <w:sz w:val="20"/>
        </w:rPr>
        <w:t>29. FREED MIRACULOUSLY (page 15, 16)</w:t>
      </w:r>
    </w:p>
    <w:p>
      <w:pPr>
        <w:spacing w:before="0" w:after="40" w:line="300" w:lineRule="exact"/>
        <w:jc w:val="left"/>
      </w:pPr>
      <w:r>
        <w:rPr>
          <w:rFonts w:ascii="Georgia" w:hAnsi="Georgia" w:cs="Georgia" w:eastAsia="Georgia"/>
          <w:b w:val="0"/>
          <w:i w:val="0"/>
          <w:sz w:val="20"/>
        </w:rPr>
        <w:t>30. DO NOT BOOTLICK THEM! (page 15)</w:t>
      </w:r>
    </w:p>
    <w:p>
      <w:pPr>
        <w:spacing w:before="0" w:after="40" w:line="300" w:lineRule="exact"/>
        <w:jc w:val="left"/>
      </w:pPr>
      <w:r>
        <w:rPr>
          <w:rFonts w:ascii="Georgia" w:hAnsi="Georgia" w:cs="Georgia" w:eastAsia="Georgia"/>
          <w:b w:val="0"/>
          <w:i w:val="0"/>
          <w:sz w:val="20"/>
        </w:rPr>
        <w:t>31. THE FIRE HAD NO EFFECT (page 16)</w:t>
      </w:r>
    </w:p>
    <w:p>
      <w:pPr>
        <w:spacing w:before="0" w:after="40" w:line="300" w:lineRule="exact"/>
        <w:jc w:val="left"/>
      </w:pPr>
      <w:r>
        <w:rPr>
          <w:rFonts w:ascii="Georgia" w:hAnsi="Georgia" w:cs="Georgia" w:eastAsia="Georgia"/>
          <w:b w:val="0"/>
          <w:i w:val="0"/>
          <w:sz w:val="20"/>
        </w:rPr>
        <w:t>32. "REMEMBER ALLAH" (page 16, 17)</w:t>
      </w:r>
    </w:p>
    <w:p>
      <w:pPr>
        <w:spacing w:before="0" w:after="40" w:line="300" w:lineRule="exact"/>
        <w:jc w:val="left"/>
      </w:pPr>
      <w:r>
        <w:rPr>
          <w:rFonts w:ascii="Georgia" w:hAnsi="Georgia" w:cs="Georgia" w:eastAsia="Georgia"/>
          <w:b w:val="0"/>
          <w:i w:val="0"/>
          <w:sz w:val="20"/>
        </w:rPr>
        <w:t>33. A DUA IS ANSWERED - A TYRANT IS PUNISHED (page 17)</w:t>
      </w:r>
    </w:p>
    <w:p>
      <w:pPr>
        <w:spacing w:before="0" w:after="40" w:line="300" w:lineRule="exact"/>
        <w:jc w:val="left"/>
      </w:pPr>
      <w:r>
        <w:rPr>
          <w:rFonts w:ascii="Georgia" w:hAnsi="Georgia" w:cs="Georgia" w:eastAsia="Georgia"/>
          <w:b w:val="0"/>
          <w:i w:val="0"/>
          <w:sz w:val="20"/>
        </w:rPr>
        <w:t>34. THE NUSRAT OF ALLAH (page 18)</w:t>
      </w:r>
    </w:p>
    <w:p>
      <w:pPr>
        <w:spacing w:before="0" w:after="40" w:line="300" w:lineRule="exact"/>
        <w:jc w:val="left"/>
      </w:pPr>
      <w:r>
        <w:rPr>
          <w:rFonts w:ascii="Georgia" w:hAnsi="Georgia" w:cs="Georgia" w:eastAsia="Georgia"/>
          <w:b w:val="0"/>
          <w:i w:val="0"/>
          <w:sz w:val="20"/>
        </w:rPr>
        <w:t>35. CHANGE OF CONDITION (page 18, 20)</w:t>
      </w:r>
    </w:p>
    <w:p>
      <w:pPr>
        <w:spacing w:before="0" w:after="40" w:line="300" w:lineRule="exact"/>
        <w:jc w:val="left"/>
      </w:pPr>
      <w:r>
        <w:rPr>
          <w:rFonts w:ascii="Georgia" w:hAnsi="Georgia" w:cs="Georgia" w:eastAsia="Georgia"/>
          <w:b w:val="0"/>
          <w:i w:val="0"/>
          <w:sz w:val="20"/>
        </w:rPr>
        <w:t>36. 'HALAAL' LIQUOR IN NAPAKISTAN (page 19, 20)</w:t>
      </w:r>
    </w:p>
    <w:p>
      <w:pPr>
        <w:spacing w:before="0" w:after="40" w:line="300" w:lineRule="exact"/>
        <w:jc w:val="left"/>
      </w:pPr>
      <w:r>
        <w:rPr>
          <w:rFonts w:ascii="Georgia" w:hAnsi="Georgia" w:cs="Georgia" w:eastAsia="Georgia"/>
          <w:b w:val="0"/>
          <w:i w:val="0"/>
          <w:sz w:val="20"/>
        </w:rPr>
        <w:t>37. LIQUOR (page 20)</w:t>
      </w:r>
    </w:p>
    <w:p>
      <w:pPr>
        <w:spacing w:before="0" w:after="40" w:line="300" w:lineRule="exact"/>
        <w:jc w:val="left"/>
      </w:pPr>
      <w:r>
        <w:rPr>
          <w:rFonts w:ascii="Georgia" w:hAnsi="Georgia" w:cs="Georgia" w:eastAsia="Georgia"/>
          <w:b w:val="0"/>
          <w:i w:val="0"/>
          <w:sz w:val="20"/>
        </w:rPr>
        <w:t>38. BOYCOTTS OF HYPOCRISY &amp; EMOTION (page 21)</w:t>
      </w:r>
    </w:p>
    <w:p>
      <w:pPr>
        <w:spacing w:before="0" w:after="40" w:line="300" w:lineRule="exact"/>
        <w:jc w:val="left"/>
      </w:pPr>
      <w:r>
        <w:rPr>
          <w:rFonts w:ascii="Georgia" w:hAnsi="Georgia" w:cs="Georgia" w:eastAsia="Georgia"/>
          <w:b w:val="0"/>
          <w:i w:val="0"/>
          <w:sz w:val="20"/>
        </w:rPr>
        <w:t>39. THE BODIES OF ULAMA OF THE HAQQ (page 22)</w:t>
      </w:r>
    </w:p>
    <w:p>
      <w:pPr>
        <w:spacing w:before="0" w:after="40" w:line="300" w:lineRule="exact"/>
        <w:jc w:val="left"/>
      </w:pPr>
      <w:r>
        <w:rPr>
          <w:rFonts w:ascii="Georgia" w:hAnsi="Georgia" w:cs="Georgia" w:eastAsia="Georgia"/>
          <w:b w:val="0"/>
          <w:i w:val="0"/>
          <w:sz w:val="20"/>
        </w:rPr>
        <w:t>40. NABI DAANYAAL (page 22)</w:t>
      </w:r>
    </w:p>
    <w:p>
      <w:pPr>
        <w:spacing w:before="0" w:after="40" w:line="300" w:lineRule="exact"/>
        <w:jc w:val="left"/>
      </w:pPr>
      <w:r>
        <w:rPr>
          <w:rFonts w:ascii="Georgia" w:hAnsi="Georgia" w:cs="Georgia" w:eastAsia="Georgia"/>
          <w:b w:val="0"/>
          <w:i w:val="0"/>
          <w:sz w:val="20"/>
        </w:rPr>
        <w:t>41. MERCY OF HADHRAT AMR (page 22)</w:t>
      </w:r>
    </w:p>
    <w:p>
      <w:pPr>
        <w:spacing w:before="0" w:after="40" w:line="300" w:lineRule="exact"/>
        <w:jc w:val="left"/>
      </w:pPr>
      <w:r>
        <w:rPr>
          <w:rFonts w:ascii="Georgia" w:hAnsi="Georgia" w:cs="Georgia" w:eastAsia="Georgia"/>
          <w:b w:val="0"/>
          <w:i w:val="0"/>
          <w:sz w:val="20"/>
        </w:rPr>
        <w:t>42. THE ROBBERS BECAME MUJAAHIDEEN (page 22, 24)</w:t>
      </w:r>
    </w:p>
    <w:p>
      <w:pPr>
        <w:spacing w:before="0" w:after="40" w:line="300" w:lineRule="exact"/>
        <w:jc w:val="left"/>
      </w:pPr>
      <w:r>
        <w:rPr>
          <w:rFonts w:ascii="Georgia" w:hAnsi="Georgia" w:cs="Georgia" w:eastAsia="Georgia"/>
          <w:b w:val="0"/>
          <w:i w:val="0"/>
          <w:sz w:val="20"/>
        </w:rPr>
        <w:t>43. ALLAH'S ULTIMATUM OF WAR (page 23)</w:t>
      </w:r>
    </w:p>
    <w:p>
      <w:pPr>
        <w:spacing w:before="0" w:after="40" w:line="300" w:lineRule="exact"/>
        <w:jc w:val="left"/>
      </w:pPr>
      <w:r>
        <w:rPr>
          <w:rFonts w:ascii="Georgia" w:hAnsi="Georgia" w:cs="Georgia" w:eastAsia="Georgia"/>
          <w:b w:val="0"/>
          <w:i w:val="0"/>
          <w:sz w:val="20"/>
        </w:rPr>
        <w:t>44. BEWARE OF THE PEOPLE OF BID'AH (page 23)</w:t>
      </w:r>
    </w:p>
    <w:p>
      <w:pPr>
        <w:spacing w:before="0" w:after="40" w:line="300" w:lineRule="exact"/>
        <w:jc w:val="left"/>
      </w:pPr>
      <w:r>
        <w:rPr>
          <w:rFonts w:ascii="Georgia" w:hAnsi="Georgia" w:cs="Georgia" w:eastAsia="Georgia"/>
          <w:b w:val="0"/>
          <w:i w:val="0"/>
          <w:sz w:val="20"/>
        </w:rPr>
        <w:t>45. 700 YEARS SEEKING FORGIVENESS (page 24)</w:t>
      </w:r>
    </w:p>
    <w:p>
      <w:r>
        <w:br w:type="page"/>
      </w:r>
    </w:p>
    <w:p>
      <w:pPr>
        <w:pStyle w:val="Heading1"/>
        <w:spacing w:before="360" w:after="200" w:line="300" w:lineRule="exact"/>
        <w:jc w:val="center"/>
      </w:pPr>
      <w:r>
        <w:rPr>
          <w:rFonts w:ascii="Georgia" w:hAnsi="Georgia" w:cs="Georgia" w:eastAsia="Georgia"/>
          <w:b/>
          <w:i w:val="0"/>
          <w:color w:val="1F3864"/>
          <w:sz w:val="32"/>
        </w:rPr>
        <w:t>Al-Hag</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BULLETIN No. 80</w:t>
      </w:r>
    </w:p>
    <w:p>
      <w:pPr>
        <w:spacing w:before="0" w:after="120" w:line="300" w:lineRule="exact"/>
        <w:jc w:val="both"/>
      </w:pPr>
      <w:r>
        <w:rPr>
          <w:rFonts w:ascii="Georgia" w:hAnsi="Georgia" w:cs="Georgia" w:eastAsia="Georgia"/>
          <w:b w:val="0"/>
          <w:i w:val="0"/>
          <w:sz w:val="22"/>
        </w:rPr>
        <w:t>Rajab 1447 / January 2026</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SPIDERS &amp; SHADOWS</w:t>
      </w:r>
    </w:p>
    <w:p>
      <w:pPr>
        <w:spacing w:before="0" w:after="160" w:line="300" w:lineRule="exact"/>
        <w:jc w:val="center"/>
      </w:pPr>
      <w:r>
        <w:rPr>
          <w:rFonts w:ascii="Georgia" w:hAnsi="Georgia" w:cs="Georgia" w:eastAsia="Georgia"/>
          <w:b w:val="0"/>
          <w:i/>
          <w:sz w:val="16"/>
        </w:rPr>
        <w:t>Page 1, 6, 7, 8 of the original. Heading read from the printed headline artwork.</w:t>
      </w:r>
    </w:p>
    <w:p>
      <w:pPr>
        <w:spacing w:before="0" w:after="120" w:line="300" w:lineRule="exact"/>
        <w:jc w:val="both"/>
      </w:pPr>
      <w:r>
        <w:rPr>
          <w:rFonts w:ascii="Georgia" w:hAnsi="Georgia" w:cs="Georgia" w:eastAsia="Georgia"/>
          <w:b w:val="0"/>
          <w:i w:val="0"/>
          <w:sz w:val="22"/>
        </w:rPr>
        <w:t>"The similitude of those who</w:t>
      </w:r>
    </w:p>
    <w:p>
      <w:pPr>
        <w:spacing w:before="120" w:after="120" w:line="300" w:lineRule="exact"/>
        <w:ind w:left="720" w:right="720"/>
        <w:jc w:val="center"/>
      </w:pPr>
      <w:r>
        <w:rPr>
          <w:rFonts w:ascii="Georgia" w:hAnsi="Georgia" w:cs="Georgia" w:eastAsia="Georgia"/>
          <w:b w:val="0"/>
          <w:i/>
          <w:sz w:val="22"/>
        </w:rPr>
        <w:t>take as protectors others besides Allah is like a spider</w:t>
      </w:r>
    </w:p>
    <w:p>
      <w:pPr>
        <w:spacing w:before="120" w:after="120" w:line="300" w:lineRule="exact"/>
        <w:ind w:left="720" w:right="720"/>
        <w:jc w:val="center"/>
      </w:pPr>
      <w:r>
        <w:rPr>
          <w:rFonts w:ascii="Georgia" w:hAnsi="Georgia" w:cs="Georgia" w:eastAsia="Georgia"/>
          <w:b w:val="0"/>
          <w:i/>
          <w:sz w:val="22"/>
        </w:rPr>
        <w:t>which spins a web. Verily, the frailest (weakest) of homes</w:t>
      </w:r>
    </w:p>
    <w:p>
      <w:pPr>
        <w:spacing w:before="0" w:after="120" w:line="300" w:lineRule="exact"/>
        <w:jc w:val="both"/>
      </w:pPr>
      <w:r>
        <w:rPr>
          <w:rFonts w:ascii="Georgia" w:hAnsi="Georgia" w:cs="Georgia" w:eastAsia="Georgia"/>
          <w:b w:val="0"/>
          <w:i w:val="0"/>
          <w:sz w:val="22"/>
        </w:rPr>
        <w:t>is the web of a spider." (Al-Ankaboot, Aayat 41) Trump, the USA, the international community phantom, Egypt, Qatar, Saudi Arabia and Turkey to whom Hamas is looking askance are all spiders spinning the flimsiest webs which Hamas re- gards to be the bulwarks for protecting it and the Palestinians against the brutal USIsraeli aggression and genocide in the making.</w:t>
      </w:r>
    </w:p>
    <w:p>
      <w:pPr>
        <w:spacing w:before="0" w:after="120" w:line="300" w:lineRule="exact"/>
        <w:jc w:val="both"/>
      </w:pPr>
      <w:r>
        <w:rPr>
          <w:rFonts w:ascii="Georgia" w:hAnsi="Georgia" w:cs="Georgia" w:eastAsia="Georgia"/>
          <w:b w:val="0"/>
          <w:i w:val="0"/>
          <w:sz w:val="22"/>
        </w:rPr>
        <w:t>Hamas, the Palestinians and the Ummah as a whole have not understood the massive upheavals and conflagration in Palestine. It appears that their Imaan has become excessively indurated with the kufr culture of the western kuffaar, hence they miserably fail to understand the warn- ings of the Qur'aan and Ahaadith. Although it is no secret that Trump is the designer and engineer of the genocide, Hamas still stupidly believes that this evil Shaitaan and the other boguses with their spider webs can or will save the Palestinians from the Yahudi brutality and aggression.</w:t>
      </w:r>
    </w:p>
    <w:p>
      <w:pPr>
        <w:spacing w:before="0" w:after="120" w:line="300" w:lineRule="exact"/>
        <w:jc w:val="both"/>
      </w:pPr>
      <w:r>
        <w:rPr>
          <w:rFonts w:ascii="Georgia" w:hAnsi="Georgia" w:cs="Georgia" w:eastAsia="Georgia"/>
          <w:b w:val="0"/>
          <w:i w:val="0"/>
          <w:sz w:val="22"/>
        </w:rPr>
        <w:t>In a speech commemorating the 38th anniversary of the founding of Hamas, al-Hayya emphasized the importance of continuing efforts to halt hostilities, particularly by completing the delivery of humanitarian aid and reopening the Rafah crossing. He also stressed the need to implement the ceasefire agreement, calling on the US administration, and specifically President Donald Trump, to pressure the occupation into compliance.</w:t>
      </w:r>
    </w:p>
    <w:p>
      <w:pPr>
        <w:spacing w:before="0" w:after="120" w:line="300" w:lineRule="exact"/>
        <w:jc w:val="both"/>
      </w:pPr>
      <w:r>
        <w:rPr>
          <w:rFonts w:ascii="Georgia" w:hAnsi="Georgia" w:cs="Georgia" w:eastAsia="Georgia"/>
          <w:b w:val="0"/>
          <w:i w:val="0"/>
          <w:sz w:val="22"/>
        </w:rPr>
        <w:t>How can Hamas expect the Engineer of the Genocide, Trump the brutal clown, to pressure Israel into compliance when he (Trump) is in reality the chief of the plot to exterminate the Palestinians and to capture Gazzah and its huge mines of wealth for himself? Hamas is displaying extreme naivety to say the least. From day one, Israel did not observe the terms of the ceasefire.</w:t>
      </w:r>
    </w:p>
    <w:p>
      <w:pPr>
        <w:spacing w:before="0" w:after="120" w:line="300" w:lineRule="exact"/>
        <w:jc w:val="both"/>
      </w:pPr>
      <w:r>
        <w:rPr>
          <w:rFonts w:ascii="Georgia" w:hAnsi="Georgia" w:cs="Georgia" w:eastAsia="Georgia"/>
          <w:b w:val="0"/>
          <w:i w:val="0"/>
          <w:sz w:val="22"/>
        </w:rPr>
        <w:t>The ceasefire violations have been incrementally increasing on a daily basis. This was expected. Despite the ongoing genocide the Chief of the Plot of Genocide stupidly claims that the ceasefire is holding. It is not that the 'ceasefire' is holding. The fact is that there never was a valid ceasefire from the very beginning in which Hamas stupidly believes By the 'ceasefire' holding, Trump means that Hamas has laid down its arms and is strictly complying regardless of the blatant violations of Israel.</w:t>
      </w:r>
    </w:p>
    <w:p>
      <w:pPr>
        <w:spacing w:before="0" w:after="120" w:line="300" w:lineRule="exact"/>
        <w:jc w:val="both"/>
      </w:pPr>
      <w:r>
        <w:rPr>
          <w:rFonts w:ascii="Georgia" w:hAnsi="Georgia" w:cs="Georgia" w:eastAsia="Georgia"/>
          <w:b w:val="0"/>
          <w:i w:val="0"/>
          <w:sz w:val="22"/>
        </w:rPr>
        <w:t>It is absolutely ridiculous for Hamas to believe that Trump can save the Palestinians. Allah Ta'ala warns us repeatedly in the Qur'aan Majeed that the Yahood and Nasaara cannot be trusted and that their only objective is the destruction of Islam and the Ummah.</w:t>
      </w:r>
    </w:p>
    <w:p>
      <w:pPr>
        <w:spacing w:before="120" w:after="120" w:line="300" w:lineRule="exact"/>
        <w:ind w:left="720" w:right="720"/>
        <w:jc w:val="center"/>
      </w:pPr>
      <w:r>
        <w:rPr>
          <w:rFonts w:ascii="Georgia" w:hAnsi="Georgia" w:cs="Georgia" w:eastAsia="Georgia"/>
          <w:b w:val="0"/>
          <w:i/>
          <w:sz w:val="22"/>
        </w:rPr>
        <w:t>"There is no calamity/ misfortune (befalling anyone) except with the permission of Allah. He who believes in Al-</w:t>
      </w:r>
    </w:p>
    <w:p>
      <w:pPr>
        <w:spacing w:before="120" w:after="120" w:line="300" w:lineRule="exact"/>
        <w:ind w:left="720" w:right="720"/>
        <w:jc w:val="center"/>
      </w:pPr>
      <w:r>
        <w:rPr>
          <w:rFonts w:ascii="Georgia" w:hAnsi="Georgia" w:cs="Georgia" w:eastAsia="Georgia"/>
          <w:b w:val="0"/>
          <w:i/>
          <w:sz w:val="22"/>
        </w:rPr>
        <w:t>lah, Allah guides his heart. And Allah is aware of every-</w:t>
      </w:r>
    </w:p>
    <w:p>
      <w:pPr>
        <w:spacing w:before="120" w:after="120" w:line="300" w:lineRule="exact"/>
        <w:ind w:left="720" w:right="720"/>
        <w:jc w:val="center"/>
      </w:pPr>
      <w:r>
        <w:rPr>
          <w:rFonts w:ascii="Georgia" w:hAnsi="Georgia" w:cs="Georgia" w:eastAsia="Georgia"/>
          <w:b w:val="0"/>
          <w:i/>
          <w:sz w:val="22"/>
        </w:rPr>
        <w:t>thing. Obey Allah and obey the Rasool. If you turn away (from the Deen), then on Our</w:t>
      </w:r>
    </w:p>
    <w:p>
      <w:pPr>
        <w:spacing w:before="0" w:after="120" w:line="300" w:lineRule="exact"/>
        <w:jc w:val="both"/>
      </w:pPr>
      <w:r>
        <w:rPr>
          <w:rFonts w:ascii="Georgia" w:hAnsi="Georgia" w:cs="Georgia" w:eastAsia="Georgia"/>
          <w:b w:val="0"/>
          <w:i w:val="0"/>
          <w:sz w:val="22"/>
        </w:rPr>
        <w:t>Messengers is only the Clear Delivery (of the Message of</w:t>
      </w:r>
    </w:p>
    <w:p>
      <w:pPr>
        <w:spacing w:before="120" w:after="120" w:line="300" w:lineRule="exact"/>
        <w:ind w:left="720" w:right="720"/>
        <w:jc w:val="center"/>
      </w:pPr>
      <w:r>
        <w:rPr>
          <w:rFonts w:ascii="Georgia" w:hAnsi="Georgia" w:cs="Georgia" w:eastAsia="Georgia"/>
          <w:b w:val="0"/>
          <w:i/>
          <w:sz w:val="22"/>
        </w:rPr>
        <w:t>Allah). Allah: there is no deity but He, and on Allah</w:t>
      </w:r>
    </w:p>
    <w:p>
      <w:pPr>
        <w:spacing w:before="0" w:after="120" w:line="300" w:lineRule="exact"/>
        <w:jc w:val="both"/>
      </w:pPr>
      <w:r>
        <w:rPr>
          <w:rFonts w:ascii="Georgia" w:hAnsi="Georgia" w:cs="Georgia" w:eastAsia="Georgia"/>
          <w:b w:val="0"/>
          <w:i w:val="0"/>
          <w:sz w:val="22"/>
        </w:rPr>
        <w:t>should the Mu'minoon have trust." (At-Taghaabun, 11, 12 &amp; 13) "Do not follow the kaafireen and the munaafiqeen. Ignore</w:t>
      </w:r>
    </w:p>
    <w:p>
      <w:pPr>
        <w:spacing w:before="120" w:after="120" w:line="300" w:lineRule="exact"/>
        <w:ind w:left="720" w:right="720"/>
        <w:jc w:val="center"/>
      </w:pPr>
      <w:r>
        <w:rPr>
          <w:rFonts w:ascii="Georgia" w:hAnsi="Georgia" w:cs="Georgia" w:eastAsia="Georgia"/>
          <w:b w:val="0"/>
          <w:i/>
          <w:sz w:val="22"/>
        </w:rPr>
        <w:t>their harassment and repose trust on Allah. Allah suffices</w:t>
      </w:r>
    </w:p>
    <w:p>
      <w:pPr>
        <w:spacing w:before="0" w:after="120" w:line="300" w:lineRule="exact"/>
        <w:jc w:val="both"/>
      </w:pPr>
      <w:r>
        <w:rPr>
          <w:rFonts w:ascii="Georgia" w:hAnsi="Georgia" w:cs="Georgia" w:eastAsia="Georgia"/>
          <w:b w:val="0"/>
          <w:i w:val="0"/>
          <w:sz w:val="22"/>
        </w:rPr>
        <w:t>as a Helper." (Al-Ahzaab, Aayat 48) It does not behove true Muslims to understand that their enemies can ever be their helpers and save them from the calamities befalling them. These calamities are the Athaab of Allah Ta'ala. All the spiders together are hopeless and helpless. They cannot aid the Ummah. The Palestinians have lost the Road leading to Allah Ta'ala.</w:t>
      </w:r>
    </w:p>
    <w:p>
      <w:pPr>
        <w:spacing w:before="0" w:after="120" w:line="300" w:lineRule="exact"/>
        <w:jc w:val="both"/>
      </w:pPr>
      <w:r>
        <w:rPr>
          <w:rFonts w:ascii="Georgia" w:hAnsi="Georgia" w:cs="Georgia" w:eastAsia="Georgia"/>
          <w:b w:val="0"/>
          <w:i w:val="0"/>
          <w:sz w:val="22"/>
        </w:rPr>
        <w:t>They are stranded and astray, hence they plod the path of deviation and deception appealing to the scoundrel barbarians who are massacring them. "Despite these challenges, the Resistance leader maintained, the longstanding Israeli narrative has collapsed, new convictions have emerged among rising Palestinian elites, and the Palestinian people and Resistance have achieved a series of strategic victories, such as breaking the myth of strategic deterrence, exposing Israeli claims, taking its leaders and soldiers to international courts, and revealing its grim image to the world." Hamas dwells in deception and confusion.</w:t>
      </w:r>
    </w:p>
    <w:p>
      <w:pPr>
        <w:spacing w:before="0" w:after="120" w:line="300" w:lineRule="exact"/>
        <w:jc w:val="both"/>
      </w:pPr>
      <w:r>
        <w:rPr>
          <w:rFonts w:ascii="Georgia" w:hAnsi="Georgia" w:cs="Georgia" w:eastAsia="Georgia"/>
          <w:b w:val="0"/>
          <w:i w:val="0"/>
          <w:sz w:val="22"/>
        </w:rPr>
        <w:t>The Israeli narrative has not collapsed. What has totally collapsed is the Palestinian people and their land. But the Palestinians who have drifted far, very far from Islam miserably fail to understand the cause of their misery, humiliation and defeat. On the contrary, Hamas is dwelling in a myth. All the colossal suffering of the Palestinians has not opened their eyes.</w:t>
      </w:r>
    </w:p>
    <w:p>
      <w:pPr>
        <w:spacing w:before="0" w:after="120" w:line="300" w:lineRule="exact"/>
        <w:jc w:val="both"/>
      </w:pPr>
      <w:r>
        <w:rPr>
          <w:rFonts w:ascii="Georgia" w:hAnsi="Georgia" w:cs="Georgia" w:eastAsia="Georgia"/>
          <w:b w:val="0"/>
          <w:i w:val="0"/>
          <w:sz w:val="22"/>
        </w:rPr>
        <w:t>Instead of turning unto Allah Ta'ala with repentance and renewing the Pledge of Obedience, they look at the enemies for succour, aid and salvation. Indeed they have become spiritually blind, deaf and dumb. The 'international court' is another enemy spider. Its verdicts are as flimsy as the spider's web mentioned in the Qur'aan Majeed. Its verdicts are not worth the price of toilet paper.</w:t>
      </w:r>
    </w:p>
    <w:p>
      <w:pPr>
        <w:spacing w:before="0" w:after="120" w:line="300" w:lineRule="exact"/>
        <w:jc w:val="both"/>
      </w:pPr>
      <w:r>
        <w:rPr>
          <w:rFonts w:ascii="Georgia" w:hAnsi="Georgia" w:cs="Georgia" w:eastAsia="Georgia"/>
          <w:b w:val="0"/>
          <w:i w:val="0"/>
          <w:sz w:val="22"/>
        </w:rPr>
        <w:t>But Hamas and others are stupidly proclaiming the international courts' stupid verdict to be a great victory when on the battlefield of Jihad they have suffered tremendous losses and defeats. The defeat is due to Allah Ta'ala withholding His Nusrat (Aid) from the treacherous Muslims.</w:t>
      </w:r>
    </w:p>
    <w:p>
      <w:pPr>
        <w:spacing w:before="120" w:after="120" w:line="300" w:lineRule="exact"/>
        <w:ind w:left="720" w:right="720"/>
        <w:jc w:val="center"/>
      </w:pPr>
      <w:r>
        <w:rPr>
          <w:rFonts w:ascii="Georgia" w:hAnsi="Georgia" w:cs="Georgia" w:eastAsia="Georgia"/>
          <w:b w:val="0"/>
          <w:i/>
          <w:sz w:val="22"/>
        </w:rPr>
        <w:t>"If Allah aids you, no one can then defeat you. And,</w:t>
      </w:r>
    </w:p>
    <w:p>
      <w:pPr>
        <w:spacing w:before="0" w:after="120" w:line="300" w:lineRule="exact"/>
        <w:jc w:val="both"/>
      </w:pPr>
      <w:r>
        <w:rPr>
          <w:rFonts w:ascii="Georgia" w:hAnsi="Georgia" w:cs="Georgia" w:eastAsia="Georgia"/>
          <w:b w:val="0"/>
          <w:i w:val="0"/>
          <w:sz w:val="22"/>
        </w:rPr>
        <w:t>if He abandons you, then</w:t>
      </w:r>
    </w:p>
    <w:p>
      <w:pPr>
        <w:spacing w:before="120" w:after="120" w:line="300" w:lineRule="exact"/>
        <w:ind w:left="720" w:right="720"/>
        <w:jc w:val="center"/>
      </w:pPr>
      <w:r>
        <w:rPr>
          <w:rFonts w:ascii="Georgia" w:hAnsi="Georgia" w:cs="Georgia" w:eastAsia="Georgia"/>
          <w:b w:val="0"/>
          <w:i/>
          <w:sz w:val="22"/>
        </w:rPr>
        <w:t>who is there to help you besides Him. On Allah should</w:t>
      </w:r>
    </w:p>
    <w:p>
      <w:pPr>
        <w:spacing w:before="0" w:after="120" w:line="300" w:lineRule="exact"/>
        <w:jc w:val="both"/>
      </w:pPr>
      <w:r>
        <w:rPr>
          <w:rFonts w:ascii="Georgia" w:hAnsi="Georgia" w:cs="Georgia" w:eastAsia="Georgia"/>
          <w:b w:val="0"/>
          <w:i w:val="0"/>
          <w:sz w:val="22"/>
        </w:rPr>
        <w:t>the Mu'minoon have trust." (Aal-e-Imraan, Aayat 160) How can Muslims have trust on Allah Ta'ala when they have abandoned Islam? Since they have abandoned Islam, Allah Ta'ala has abandoned them, and the consequence of Divine Abandonment is bootlicking the kuffaar enemies, and that is precisely what Hamas is doing in Qatar and Egypt, and with its stupid appeal to Trump who is the Architect and Executor of the genocide.</w:t>
      </w:r>
    </w:p>
    <w:p>
      <w:pPr>
        <w:spacing w:before="0" w:after="120" w:line="300" w:lineRule="exact"/>
        <w:jc w:val="both"/>
      </w:pPr>
      <w:r>
        <w:rPr>
          <w:rFonts w:ascii="Georgia" w:hAnsi="Georgia" w:cs="Georgia" w:eastAsia="Georgia"/>
          <w:b w:val="0"/>
          <w:i w:val="0"/>
          <w:sz w:val="22"/>
        </w:rPr>
        <w:t>"In his closing remarks, alHayya stressed the importance of strengthening national unity, restoring the Palestinian Liberation Organization's standing, and pursuing legal accountability against the occupation and politically isolating it. He called for action at the regional and international levels to expand support for the Palestinian cause." An empty pipedream.</w:t>
      </w:r>
    </w:p>
    <w:p>
      <w:pPr>
        <w:spacing w:before="0" w:after="120" w:line="300" w:lineRule="exact"/>
        <w:jc w:val="both"/>
      </w:pPr>
      <w:r>
        <w:rPr>
          <w:rFonts w:ascii="Georgia" w:hAnsi="Georgia" w:cs="Georgia" w:eastAsia="Georgia"/>
          <w:b w:val="0"/>
          <w:i w:val="0"/>
          <w:sz w:val="22"/>
        </w:rPr>
        <w:t>Stupid people speak of 'unity'. There can never be unity based on kufr and the law of Taaghoot. Palestinians fighting Palestinians from the very inception of the birth of Hamas, has only worsened incrementally. True unity is a bounty which only Allah Ta'ala can bestow, and He grants it to only His obedient servants. The 'legal accountability' and 'politically isolating' the enemy are bunkum and stupidities of which Hamas dreams.</w:t>
      </w:r>
    </w:p>
    <w:p>
      <w:pPr>
        <w:spacing w:before="0" w:after="120" w:line="300" w:lineRule="exact"/>
        <w:jc w:val="both"/>
      </w:pPr>
      <w:r>
        <w:rPr>
          <w:rFonts w:ascii="Georgia" w:hAnsi="Georgia" w:cs="Georgia" w:eastAsia="Georgia"/>
          <w:b w:val="0"/>
          <w:i w:val="0"/>
          <w:sz w:val="22"/>
        </w:rPr>
        <w:t>The enemies of Islam are all in cahoots with the Yahoodi barbarians. The goal of all kuffaar is the destruction of Islam. What has this international spider done for the benefit of the Palestini- ans since the inception of Israel? As long as the gaze is on the enemies for protection and friendship, the Wrath of Allah Ta'ala will remain on the Palestinians.</w:t>
      </w:r>
    </w:p>
    <w:p>
      <w:pPr>
        <w:spacing w:before="0" w:after="120" w:line="300" w:lineRule="exact"/>
        <w:jc w:val="both"/>
      </w:pPr>
      <w:r>
        <w:rPr>
          <w:rFonts w:ascii="Georgia" w:hAnsi="Georgia" w:cs="Georgia" w:eastAsia="Georgia"/>
          <w:b w:val="0"/>
          <w:i w:val="0"/>
          <w:sz w:val="22"/>
        </w:rPr>
        <w:t>"O People of Imaan! If you</w:t>
      </w:r>
    </w:p>
    <w:p>
      <w:pPr>
        <w:spacing w:before="120" w:after="120" w:line="300" w:lineRule="exact"/>
        <w:ind w:left="720" w:right="720"/>
        <w:jc w:val="center"/>
      </w:pPr>
      <w:r>
        <w:rPr>
          <w:rFonts w:ascii="Georgia" w:hAnsi="Georgia" w:cs="Georgia" w:eastAsia="Georgia"/>
          <w:b w:val="0"/>
          <w:i/>
          <w:sz w:val="22"/>
        </w:rPr>
        <w:t>follow the kuffaar, they will turn you on your heels</w:t>
      </w:r>
    </w:p>
    <w:p>
      <w:pPr>
        <w:spacing w:before="120" w:after="120" w:line="300" w:lineRule="exact"/>
        <w:ind w:left="720" w:right="720"/>
        <w:jc w:val="center"/>
      </w:pPr>
      <w:r>
        <w:rPr>
          <w:rFonts w:ascii="Georgia" w:hAnsi="Georgia" w:cs="Georgia" w:eastAsia="Georgia"/>
          <w:b w:val="0"/>
          <w:i/>
          <w:sz w:val="22"/>
        </w:rPr>
        <w:t>(to renege from Islam), then you will become the</w:t>
      </w:r>
    </w:p>
    <w:p>
      <w:pPr>
        <w:spacing w:before="120" w:after="120" w:line="300" w:lineRule="exact"/>
        <w:ind w:left="720" w:right="720"/>
        <w:jc w:val="center"/>
      </w:pPr>
      <w:r>
        <w:rPr>
          <w:rFonts w:ascii="Georgia" w:hAnsi="Georgia" w:cs="Georgia" w:eastAsia="Georgia"/>
          <w:b w:val="0"/>
          <w:i/>
          <w:sz w:val="22"/>
        </w:rPr>
        <w:t>great losers. In fact (only) Allah is your</w:t>
      </w:r>
    </w:p>
    <w:p>
      <w:pPr>
        <w:spacing w:before="120" w:after="120" w:line="300" w:lineRule="exact"/>
        <w:ind w:left="720" w:right="720"/>
        <w:jc w:val="center"/>
      </w:pPr>
      <w:r>
        <w:rPr>
          <w:rFonts w:ascii="Georgia" w:hAnsi="Georgia" w:cs="Georgia" w:eastAsia="Georgia"/>
          <w:b w:val="0"/>
          <w:i/>
          <w:sz w:val="22"/>
        </w:rPr>
        <w:t>Protector, and He is the best of helpers."</w:t>
      </w:r>
    </w:p>
    <w:p>
      <w:pPr>
        <w:spacing w:before="0" w:after="120" w:line="300" w:lineRule="exact"/>
        <w:jc w:val="both"/>
      </w:pPr>
      <w:r>
        <w:rPr>
          <w:rFonts w:ascii="Georgia" w:hAnsi="Georgia" w:cs="Georgia" w:eastAsia="Georgia"/>
          <w:b w:val="0"/>
          <w:i w:val="0"/>
          <w:sz w:val="22"/>
        </w:rPr>
        <w:t>(Aal-e-Imraan, 149, 150) But Alas! Muslims do not understand this Assurance of Allah Azza Wa Jal. In fact they no longer believe in the Qur'aan, hence they seek the friendship and protection of their enemies - those very enemies who are plotting their destruction.</w:t>
      </w:r>
    </w:p>
    <w:p>
      <w:pPr>
        <w:spacing w:before="120" w:after="120" w:line="300" w:lineRule="exact"/>
        <w:ind w:left="720" w:right="720"/>
        <w:jc w:val="center"/>
      </w:pPr>
      <w:r>
        <w:rPr>
          <w:rFonts w:ascii="Georgia" w:hAnsi="Georgia" w:cs="Georgia" w:eastAsia="Georgia"/>
          <w:b w:val="0"/>
          <w:i/>
          <w:sz w:val="22"/>
        </w:rPr>
        <w:t>"O People of Imaan! If you aid Allah (i.e. His Deen), He</w:t>
      </w:r>
    </w:p>
    <w:p>
      <w:pPr>
        <w:spacing w:before="120" w:after="120" w:line="300" w:lineRule="exact"/>
        <w:ind w:left="720" w:right="720"/>
        <w:jc w:val="center"/>
      </w:pPr>
      <w:r>
        <w:rPr>
          <w:rFonts w:ascii="Georgia" w:hAnsi="Georgia" w:cs="Georgia" w:eastAsia="Georgia"/>
          <w:b w:val="0"/>
          <w:i/>
          <w:sz w:val="22"/>
        </w:rPr>
        <w:t>will aid you and He will plant your feet firmly (against your ene-</w:t>
      </w:r>
    </w:p>
    <w:p>
      <w:pPr>
        <w:spacing w:before="0" w:after="120" w:line="300" w:lineRule="exact"/>
        <w:jc w:val="both"/>
      </w:pPr>
      <w:r>
        <w:rPr>
          <w:rFonts w:ascii="Georgia" w:hAnsi="Georgia" w:cs="Georgia" w:eastAsia="Georgia"/>
          <w:b w:val="0"/>
          <w:i w:val="0"/>
          <w:sz w:val="22"/>
        </w:rPr>
        <w:t>mies).' (Muhammad, Aayat 7) "Do not become cowardly</w:t>
      </w:r>
    </w:p>
    <w:p>
      <w:pPr>
        <w:spacing w:before="120" w:after="120" w:line="300" w:lineRule="exact"/>
        <w:ind w:left="720" w:right="720"/>
        <w:jc w:val="center"/>
      </w:pPr>
      <w:r>
        <w:rPr>
          <w:rFonts w:ascii="Georgia" w:hAnsi="Georgia" w:cs="Georgia" w:eastAsia="Georgia"/>
          <w:b w:val="0"/>
          <w:i/>
          <w:sz w:val="22"/>
        </w:rPr>
        <w:t>and do not call for peace (ceasefire). You will be victo-</w:t>
      </w:r>
    </w:p>
    <w:p>
      <w:pPr>
        <w:spacing w:before="0" w:after="120" w:line="300" w:lineRule="exact"/>
        <w:jc w:val="both"/>
      </w:pPr>
      <w:r>
        <w:rPr>
          <w:rFonts w:ascii="Georgia" w:hAnsi="Georgia" w:cs="Georgia" w:eastAsia="Georgia"/>
          <w:b w:val="0"/>
          <w:i w:val="0"/>
          <w:sz w:val="22"/>
        </w:rPr>
        <w:t>rious. Allah is with you, and He will not negate your deeds." (Muhammad, Aayat 35) Deficency of Imaan or lack of Imaan induces cowardice which constrains bootlicking the kuffaar, hence the 'ceasefire' never was a ceasefire. It was Trump's plot to secure the capitulation, surrender and defeat of Hamas. The current purring attitude of Hamas borders on bootlicking.</w:t>
      </w:r>
    </w:p>
    <w:p>
      <w:pPr>
        <w:spacing w:before="0" w:after="120" w:line="300" w:lineRule="exact"/>
        <w:jc w:val="both"/>
      </w:pPr>
      <w:r>
        <w:rPr>
          <w:rFonts w:ascii="Georgia" w:hAnsi="Georgia" w:cs="Georgia" w:eastAsia="Georgia"/>
          <w:b w:val="0"/>
          <w:i w:val="0"/>
          <w:sz w:val="22"/>
        </w:rPr>
        <w:t>The solution is to firstly understand the cause of the humiliation, then to administer the correct remedy which is prescribed in the Qur'aan and Sunnah. But this is possible only if there is genuine belief in the Qur'aan. Alas! The Qur'aan and the Sunnah have been shoved into antiquity by the Ummah all over the world, hence the only methodology Muslims understand in this era is Bootlicking the enemies.</w:t>
      </w:r>
    </w:p>
    <w:p>
      <w:pPr>
        <w:spacing w:before="0" w:after="120" w:line="300" w:lineRule="exact"/>
        <w:jc w:val="both"/>
      </w:pPr>
      <w:r>
        <w:rPr>
          <w:rFonts w:ascii="Georgia" w:hAnsi="Georgia" w:cs="Georgia" w:eastAsia="Georgia"/>
          <w:b w:val="0"/>
          <w:i w:val="0"/>
          <w:sz w:val="22"/>
        </w:rPr>
        <w:t>"He also expressed gratitude to all who have supported the Palestinian people and stood with their cause, especially mediators in Egypt, Qatar, and Türkiye, affirming that Hamas "will remain loyal to its goals of liberating Palestine."" Expressing gratitude to the spiders for mirages and stupid assurances, is pure bootlicking the enemies.</w:t>
      </w:r>
    </w:p>
    <w:p>
      <w:pPr>
        <w:spacing w:before="0" w:after="120" w:line="300" w:lineRule="exact"/>
        <w:jc w:val="both"/>
      </w:pPr>
      <w:r>
        <w:rPr>
          <w:rFonts w:ascii="Georgia" w:hAnsi="Georgia" w:cs="Georgia" w:eastAsia="Georgia"/>
          <w:b w:val="0"/>
          <w:i w:val="0"/>
          <w:sz w:val="22"/>
        </w:rPr>
        <w:t>None of these so-called Muslim states has done anything or is capable of doing anything to stop the genocide. All of these vile spider scoundrels remain idle spectators while tens of thousands of Muslims are massacred and wounded right in front of their eyes. This Rubbish is unable to even persuade Israel to open the way for the food trucks to relieve the starving Palestinians.</w:t>
      </w:r>
    </w:p>
    <w:p>
      <w:pPr>
        <w:spacing w:before="0" w:after="120" w:line="300" w:lineRule="exact"/>
        <w:jc w:val="both"/>
      </w:pPr>
      <w:r>
        <w:rPr>
          <w:rFonts w:ascii="Georgia" w:hAnsi="Georgia" w:cs="Georgia" w:eastAsia="Georgia"/>
          <w:b w:val="0"/>
          <w:i w:val="0"/>
          <w:sz w:val="22"/>
        </w:rPr>
        <w:t>They sit in their offices disgorging stupid, ineffective and deceptive resolutions and statements full of sound and fury, but signifying nil. And all of these rascal spiders dance to the tune of the Chief Plotter, the Clown Trump. "The movement emphasized that it has adhered to all the terms of the ceasefire agreement, while the occupation continues to violate it daily, highlighting 'Israel's' failure to respect ceasefire agreements.</w:t>
      </w:r>
    </w:p>
    <w:p>
      <w:pPr>
        <w:spacing w:before="0" w:after="120" w:line="300" w:lineRule="exact"/>
        <w:jc w:val="both"/>
      </w:pPr>
      <w:r>
        <w:rPr>
          <w:rFonts w:ascii="Georgia" w:hAnsi="Georgia" w:cs="Georgia" w:eastAsia="Georgia"/>
          <w:b w:val="0"/>
          <w:i w:val="0"/>
          <w:sz w:val="22"/>
        </w:rPr>
        <w:t>Hamas called on mediators and the US administration to pressure the occupation into implementing the agreement and to condemn its ongoing systematic breaches." This adherence by Hamas is the effect of bootlicking. It is indeed stupid for Hamas to even suggest that the "US administration should pressure the occupation forces to comply with the ceasefire terms".</w:t>
      </w:r>
    </w:p>
    <w:p>
      <w:pPr>
        <w:spacing w:before="0" w:after="120" w:line="300" w:lineRule="exact"/>
        <w:jc w:val="both"/>
      </w:pPr>
      <w:r>
        <w:rPr>
          <w:rFonts w:ascii="Georgia" w:hAnsi="Georgia" w:cs="Georgia" w:eastAsia="Georgia"/>
          <w:b w:val="0"/>
          <w:i w:val="0"/>
          <w:sz w:val="22"/>
        </w:rPr>
        <w:t>It is stupid because the Yahood are violating all the terms with reckless impunity at the command of the US. "Hamas called on the Arab and Islamic nations, including leaders, governments, peoples, and organizations, to take urgent action and exert all possible efforts to pressure the occupation to end its aggression, reopen crossings, deliver aid, and immediately implement relief, shelter, and reconstruction plans to provide natural living needs for more than two million Palestinians." It appears that al-Hayya, the Hamas leader who issued this statement has become senile.</w:t>
      </w:r>
    </w:p>
    <w:p>
      <w:pPr>
        <w:spacing w:before="0" w:after="120" w:line="300" w:lineRule="exact"/>
        <w:jc w:val="both"/>
      </w:pPr>
      <w:r>
        <w:rPr>
          <w:rFonts w:ascii="Georgia" w:hAnsi="Georgia" w:cs="Georgia" w:eastAsia="Georgia"/>
          <w:b w:val="0"/>
          <w:i w:val="0"/>
          <w:sz w:val="22"/>
        </w:rPr>
        <w:t>His call on the spider governments of the so-called 'Islamic' countries is ludicrous mullock. Some of these countries are complicit with Israel against Hamas. And, all of them are impotent and absolutely hopeless from the military perspective. Their armed forces are capable of only oppressing and persecuting their own civilian populations.</w:t>
      </w:r>
    </w:p>
    <w:p>
      <w:pPr>
        <w:spacing w:before="0" w:after="120" w:line="300" w:lineRule="exact"/>
        <w:jc w:val="both"/>
      </w:pPr>
      <w:r>
        <w:rPr>
          <w:rFonts w:ascii="Georgia" w:hAnsi="Georgia" w:cs="Georgia" w:eastAsia="Georgia"/>
          <w:b w:val="0"/>
          <w:i w:val="0"/>
          <w:sz w:val="22"/>
        </w:rPr>
        <w:t>All of these Rubbish Spiders have been silent, impotent spectators for more than two years since the very beginning of the brutal genocide. Instead of calling on Allah Azza Wa Jal, the senile leader of the 'Resistance' calls on spiders and shadows for help. But the Help of Allah Azza Wa Jal has a price, and that price is Taa-at and Ibaadat (Obedience and Worship).</w:t>
      </w:r>
    </w:p>
    <w:p>
      <w:pPr>
        <w:spacing w:before="0" w:after="120" w:line="300" w:lineRule="exact"/>
        <w:jc w:val="both"/>
      </w:pPr>
      <w:r>
        <w:rPr>
          <w:rFonts w:ascii="Georgia" w:hAnsi="Georgia" w:cs="Georgia" w:eastAsia="Georgia"/>
          <w:b w:val="0"/>
          <w:i w:val="0"/>
          <w:sz w:val="22"/>
        </w:rPr>
        <w:t>Rasulullah (Sallallahu alayhi wasallam) said: "Whatever is by Allah is pro- curable by means of Obedi- ence." But instead of Obedience to Allah Ta'ala, Muslims are bootlicking the kuffaar and obsequiously begging the enemy for aid. Indeed, treachery has convoluted and destroyed the thinking ability of Muslims, hence they resort to pure, disgraceful truckling and bootlicking without having the haziest idea that they are grovelling in humiliation at the feet of the Yahood and Nasaaraa enemies.</w:t>
      </w:r>
    </w:p>
    <w:p>
      <w:pPr>
        <w:spacing w:before="0" w:after="120" w:line="300" w:lineRule="exact"/>
        <w:jc w:val="both"/>
      </w:pPr>
      <w:r>
        <w:rPr>
          <w:rFonts w:ascii="Georgia" w:hAnsi="Georgia" w:cs="Georgia" w:eastAsia="Georgia"/>
          <w:b w:val="0"/>
          <w:i w:val="0"/>
          <w:sz w:val="22"/>
        </w:rPr>
        <w:t>"The movement stressed that the liberation of Palestinian detainees remains a top national priority and expressed concern over the international silence on their just cause, calling on the international community and human rights organizations to pressure the occupation to stop its crimes against them." Hamas has learnt nothing from the 'international silence".</w:t>
      </w:r>
    </w:p>
    <w:p>
      <w:pPr>
        <w:spacing w:before="0" w:after="120" w:line="300" w:lineRule="exact"/>
        <w:jc w:val="both"/>
      </w:pPr>
      <w:r>
        <w:rPr>
          <w:rFonts w:ascii="Georgia" w:hAnsi="Georgia" w:cs="Georgia" w:eastAsia="Georgia"/>
          <w:b w:val="0"/>
          <w:i w:val="0"/>
          <w:sz w:val="22"/>
        </w:rPr>
        <w:t>Hamas stupidly calls on the spider 'international community'. How silly! Hamas has not learnt any lesson from the deafening silence of the devil's 'international community' since the inception of the genocide more than two years ago. All of these miserable scoundrel spiders who constitute the 'international community' are the poodles and lackeys of Trump who boots them around.</w:t>
      </w:r>
    </w:p>
    <w:p>
      <w:pPr>
        <w:spacing w:before="0" w:after="120" w:line="300" w:lineRule="exact"/>
        <w:jc w:val="both"/>
      </w:pPr>
      <w:r>
        <w:rPr>
          <w:rFonts w:ascii="Georgia" w:hAnsi="Georgia" w:cs="Georgia" w:eastAsia="Georgia"/>
          <w:b w:val="0"/>
          <w:i w:val="0"/>
          <w:sz w:val="22"/>
        </w:rPr>
        <w:t>All dance to the tune of the US Clown who is the chief plotter of the genocide. "Have you not seen those who think that they have</w:t>
      </w:r>
    </w:p>
    <w:p>
      <w:pPr>
        <w:spacing w:before="120" w:after="120" w:line="300" w:lineRule="exact"/>
        <w:ind w:left="720" w:right="720"/>
        <w:jc w:val="center"/>
      </w:pPr>
      <w:r>
        <w:rPr>
          <w:rFonts w:ascii="Georgia" w:hAnsi="Georgia" w:cs="Georgia" w:eastAsia="Georgia"/>
          <w:b w:val="0"/>
          <w:i/>
          <w:sz w:val="22"/>
        </w:rPr>
        <w:t>Imaan (belief) in that which has been revealed to you</w:t>
      </w:r>
    </w:p>
    <w:p>
      <w:pPr>
        <w:spacing w:before="0" w:after="120" w:line="300" w:lineRule="exact"/>
        <w:jc w:val="both"/>
      </w:pPr>
      <w:r>
        <w:rPr>
          <w:rFonts w:ascii="Georgia" w:hAnsi="Georgia" w:cs="Georgia" w:eastAsia="Georgia"/>
          <w:b w:val="0"/>
          <w:i w:val="0"/>
          <w:sz w:val="22"/>
        </w:rPr>
        <w:t>and that which was revealed before you? They desire adjudication from Taaghoot (Shaitaan) whilst having been commanded to reject him." (An-Nisaa', Aayat 60)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"FIGHT THEM!"</w:t>
      </w:r>
    </w:p>
    <w:p>
      <w:pPr>
        <w:spacing w:before="0" w:after="160" w:line="300" w:lineRule="exact"/>
        <w:jc w:val="center"/>
      </w:pPr>
      <w:r>
        <w:rPr>
          <w:rFonts w:ascii="Georgia" w:hAnsi="Georgia" w:cs="Georgia" w:eastAsia="Georgia"/>
          <w:b w:val="0"/>
          <w:i/>
          <w:sz w:val="16"/>
        </w:rPr>
        <w:t>Page 1, 15 of the original. Heading read from the printed headline artwork.</w:t>
      </w:r>
    </w:p>
    <w:p>
      <w:pPr>
        <w:spacing w:before="0" w:after="120" w:line="300" w:lineRule="exact"/>
        <w:jc w:val="both"/>
      </w:pPr>
      <w:r>
        <w:rPr>
          <w:rFonts w:ascii="Georgia" w:hAnsi="Georgia" w:cs="Georgia" w:eastAsia="Georgia"/>
          <w:b w:val="0"/>
          <w:i w:val="0"/>
          <w:sz w:val="22"/>
        </w:rPr>
        <w:t>Says Allah Azza Wa Jal: "Fight them (the Mushrikeen, Yahood &amp; Nasaaraa).</w:t>
      </w:r>
    </w:p>
    <w:p>
      <w:pPr>
        <w:spacing w:before="120" w:after="120" w:line="300" w:lineRule="exact"/>
        <w:ind w:left="720" w:right="720"/>
        <w:jc w:val="center"/>
      </w:pPr>
      <w:r>
        <w:rPr>
          <w:rFonts w:ascii="Georgia" w:hAnsi="Georgia" w:cs="Georgia" w:eastAsia="Georgia"/>
          <w:b w:val="0"/>
          <w:i/>
          <w:sz w:val="22"/>
        </w:rPr>
        <w:t>Allah will punish them by your hands, and humiliate them, and He will aid you</w:t>
      </w:r>
    </w:p>
    <w:p>
      <w:pPr>
        <w:spacing w:before="0" w:after="120" w:line="300" w:lineRule="exact"/>
        <w:jc w:val="both"/>
      </w:pPr>
      <w:r>
        <w:rPr>
          <w:rFonts w:ascii="Georgia" w:hAnsi="Georgia" w:cs="Georgia" w:eastAsia="Georgia"/>
          <w:b w:val="0"/>
          <w:i w:val="0"/>
          <w:sz w:val="22"/>
        </w:rPr>
        <w:t>against them. He will</w:t>
      </w:r>
    </w:p>
    <w:p>
      <w:pPr>
        <w:spacing w:before="120" w:after="120" w:line="300" w:lineRule="exact"/>
        <w:ind w:left="720" w:right="720"/>
        <w:jc w:val="center"/>
      </w:pPr>
      <w:r>
        <w:rPr>
          <w:rFonts w:ascii="Georgia" w:hAnsi="Georgia" w:cs="Georgia" w:eastAsia="Georgia"/>
          <w:b w:val="0"/>
          <w:i/>
          <w:sz w:val="22"/>
        </w:rPr>
        <w:t>cure the hearts of the Mu'mineen (of fear)."</w:t>
      </w:r>
    </w:p>
    <w:p>
      <w:pPr>
        <w:spacing w:before="0" w:after="120" w:line="300" w:lineRule="exact"/>
        <w:jc w:val="both"/>
      </w:pPr>
      <w:r>
        <w:rPr>
          <w:rFonts w:ascii="Georgia" w:hAnsi="Georgia" w:cs="Georgia" w:eastAsia="Georgia"/>
          <w:b w:val="0"/>
          <w:i w:val="0"/>
          <w:sz w:val="22"/>
        </w:rPr>
        <w:t>(At-Taubah, Aayat 14) When Muslims are no longer Mu'mineen, they are deprived of the wonderful tidings declared for them by Allah Azza Wa Jal. When they lack the mettle that goes into the constitution of the Mu'mineen, they will corre- spondingly lack the spiritual stamina (Roohaaniyat) to answer the Call of Allah to fight the kuffaar and not to beg for stupid, hollow and deceptive 'ceasefires'.</w:t>
      </w:r>
    </w:p>
    <w:p>
      <w:pPr>
        <w:spacing w:before="0" w:after="120" w:line="300" w:lineRule="exact"/>
        <w:jc w:val="both"/>
      </w:pPr>
      <w:r>
        <w:rPr>
          <w:rFonts w:ascii="Georgia" w:hAnsi="Georgia" w:cs="Georgia" w:eastAsia="Georgia"/>
          <w:b w:val="0"/>
          <w:i w:val="0"/>
          <w:sz w:val="22"/>
        </w:rPr>
        <w:t>Muslims today are no longer Mu'mineen. They come within the scope of the Qur'aanic Aayat: "Say: 'You have no Imaan.</w:t>
      </w:r>
    </w:p>
    <w:p>
      <w:pPr>
        <w:spacing w:before="120" w:after="120" w:line="300" w:lineRule="exact"/>
        <w:ind w:left="720" w:right="720"/>
        <w:jc w:val="center"/>
      </w:pPr>
      <w:r>
        <w:rPr>
          <w:rFonts w:ascii="Georgia" w:hAnsi="Georgia" w:cs="Georgia" w:eastAsia="Georgia"/>
          <w:b w:val="0"/>
          <w:i/>
          <w:sz w:val="22"/>
        </w:rPr>
        <w:t>Rather say: 'We are 'muslims',because verily Imaan has not entered into</w:t>
      </w:r>
    </w:p>
    <w:p>
      <w:pPr>
        <w:spacing w:before="120" w:after="120" w:line="300" w:lineRule="exact"/>
        <w:ind w:left="720" w:right="720"/>
        <w:jc w:val="center"/>
      </w:pPr>
      <w:r>
        <w:rPr>
          <w:rFonts w:ascii="Georgia" w:hAnsi="Georgia" w:cs="Georgia" w:eastAsia="Georgia"/>
          <w:b w:val="0"/>
          <w:i/>
          <w:sz w:val="22"/>
        </w:rPr>
        <w:t>your hearts. If indeed you obey Allah and</w:t>
      </w:r>
    </w:p>
    <w:p>
      <w:pPr>
        <w:spacing w:before="120" w:after="120" w:line="300" w:lineRule="exact"/>
        <w:ind w:left="720" w:right="720"/>
        <w:jc w:val="center"/>
      </w:pPr>
      <w:r>
        <w:rPr>
          <w:rFonts w:ascii="Georgia" w:hAnsi="Georgia" w:cs="Georgia" w:eastAsia="Georgia"/>
          <w:b w:val="0"/>
          <w:i/>
          <w:sz w:val="22"/>
        </w:rPr>
        <w:t>His Rasool, He will not let your good deeds go to</w:t>
      </w:r>
    </w:p>
    <w:p>
      <w:pPr>
        <w:spacing w:before="120" w:after="120" w:line="300" w:lineRule="exact"/>
        <w:ind w:left="720" w:right="720"/>
        <w:jc w:val="center"/>
      </w:pPr>
      <w:r>
        <w:rPr>
          <w:rFonts w:ascii="Georgia" w:hAnsi="Georgia" w:cs="Georgia" w:eastAsia="Georgia"/>
          <w:b w:val="0"/>
          <w:i/>
          <w:sz w:val="22"/>
        </w:rPr>
        <w:t>waste in any way whatever. Verily, Allah is Most Forgiv-</w:t>
      </w:r>
    </w:p>
    <w:p>
      <w:pPr>
        <w:spacing w:before="0" w:after="120" w:line="300" w:lineRule="exact"/>
        <w:jc w:val="both"/>
      </w:pPr>
      <w:r>
        <w:rPr>
          <w:rFonts w:ascii="Georgia" w:hAnsi="Georgia" w:cs="Georgia" w:eastAsia="Georgia"/>
          <w:b w:val="0"/>
          <w:i w:val="0"/>
          <w:sz w:val="22"/>
        </w:rPr>
        <w:t>ing, Most Merciful." (Al-Hujuraat, Aayat 14) This was the state of the 'imaan' of the A'raab (ignorant village folk) during the initial stage of Islam, and this is the lamentable condition of the 'imaan' of the vast majority of the Ummah today. Thus, fear for the kuffaar and bootlicking the kuffaar are two salient features of the Muslims of this era.</w:t>
      </w:r>
    </w:p>
    <w:p>
      <w:pPr>
        <w:spacing w:before="0" w:after="120" w:line="300" w:lineRule="exact"/>
        <w:jc w:val="both"/>
      </w:pPr>
      <w:r>
        <w:rPr>
          <w:rFonts w:ascii="Georgia" w:hAnsi="Georgia" w:cs="Georgia" w:eastAsia="Georgia"/>
          <w:b w:val="0"/>
          <w:i w:val="0"/>
          <w:sz w:val="22"/>
        </w:rPr>
        <w:t>There is therefore no conundrum – no mystery – underlying the success of the kuffaar who are pummelling Muslims and perpetrating the genocide of the Ummah. Muslims are no longer Mu'mineen, hence the Promise of Allah to provide succour does not apply to us. The submission to the 'ceasefire' is in fact glaring bootlicking compelled by fear for the kuffaar which is due to the elimination of fear for Allah Ta'ala from our hearts.</w:t>
      </w:r>
    </w:p>
    <w:p>
      <w:pPr>
        <w:spacing w:before="0" w:after="120" w:line="300" w:lineRule="exact"/>
        <w:jc w:val="both"/>
      </w:pPr>
      <w:r>
        <w:rPr>
          <w:rFonts w:ascii="Georgia" w:hAnsi="Georgia" w:cs="Georgia" w:eastAsia="Georgia"/>
          <w:b w:val="0"/>
          <w:i w:val="0"/>
          <w:sz w:val="22"/>
        </w:rPr>
        <w:t>Thus, Rasulullah (Sallallahu alayhi wasallam) predicted that when the Ummah becomes 'Ghuthaa' (Rubbish) then: "Allah will remove from the</w:t>
      </w:r>
    </w:p>
    <w:p>
      <w:pPr>
        <w:spacing w:before="120" w:after="120" w:line="300" w:lineRule="exact"/>
        <w:ind w:left="720" w:right="720"/>
        <w:jc w:val="center"/>
      </w:pPr>
      <w:r>
        <w:rPr>
          <w:rFonts w:ascii="Georgia" w:hAnsi="Georgia" w:cs="Georgia" w:eastAsia="Georgia"/>
          <w:b w:val="0"/>
          <w:i/>
          <w:sz w:val="22"/>
        </w:rPr>
        <w:t>hearts of the kuffaar fear for Muslims, and Allah</w:t>
      </w:r>
    </w:p>
    <w:p>
      <w:pPr>
        <w:spacing w:before="0" w:after="120" w:line="300" w:lineRule="exact"/>
        <w:jc w:val="both"/>
      </w:pPr>
      <w:r>
        <w:rPr>
          <w:rFonts w:ascii="Georgia" w:hAnsi="Georgia" w:cs="Georgia" w:eastAsia="Georgia"/>
          <w:b w:val="0"/>
          <w:i w:val="0"/>
          <w:sz w:val="22"/>
        </w:rPr>
        <w:t>will cast Wahan in the hearts of Muslims." Wahan is fear and cowardice which are the effect of detestation for Maut and love for the dunya.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 IS ALLAH'S DECREE</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In the final analysis, the political and social upheavals in Palestine are the decrees of Allah Azza Wa Jal. The plots and conspiracies of Trump and Israel are operating according to Divine Plan. Allah Ta'ala says in the Qur'aan Majeed:</w:t>
      </w:r>
    </w:p>
    <w:p>
      <w:pPr>
        <w:spacing w:before="120" w:after="120" w:line="300" w:lineRule="exact"/>
        <w:ind w:left="720" w:right="720"/>
        <w:jc w:val="center"/>
      </w:pPr>
      <w:r>
        <w:rPr>
          <w:rFonts w:ascii="Georgia" w:hAnsi="Georgia" w:cs="Georgia" w:eastAsia="Georgia"/>
          <w:b w:val="0"/>
          <w:i/>
          <w:sz w:val="22"/>
        </w:rPr>
        <w:t>"They plot and Allah (also) plots. And, Allah is the best of</w:t>
      </w:r>
    </w:p>
    <w:p>
      <w:pPr>
        <w:spacing w:before="0" w:after="120" w:line="300" w:lineRule="exact"/>
        <w:jc w:val="both"/>
      </w:pPr>
      <w:r>
        <w:rPr>
          <w:rFonts w:ascii="Georgia" w:hAnsi="Georgia" w:cs="Georgia" w:eastAsia="Georgia"/>
          <w:b w:val="0"/>
          <w:i w:val="0"/>
          <w:sz w:val="22"/>
        </w:rPr>
        <w:t>plotters." "They plotted while their plot is by Allah. Verily their plot is of such (devilish magni- tude) that displaces even mountains." The pernicious schemes and plots of the Yahood and Nasaara have a divine trajectory. Their conspiracies will succeed only as directed by the decree of Allah Azza Wa Jal. It must come to an end. Only Allah Azza Wa Jal decides and decrees.</w:t>
      </w:r>
    </w:p>
    <w:p>
      <w:pPr>
        <w:spacing w:before="0" w:after="120" w:line="300" w:lineRule="exact"/>
        <w:jc w:val="both"/>
      </w:pPr>
      <w:r>
        <w:rPr>
          <w:rFonts w:ascii="Georgia" w:hAnsi="Georgia" w:cs="Georgia" w:eastAsia="Georgia"/>
          <w:b w:val="0"/>
          <w:i w:val="0"/>
          <w:sz w:val="22"/>
        </w:rPr>
        <w:t>The obligation of Muslims is to only resort to moral reformation, spiritual elevation, Ibaadat and Taa-at. The result is with Allah Ta'ala. "The successful ending is for the Muttaqeen." (Qur'aan) The basis of Muslim victory and success is Taqwa, and Taqwa is the effect of Ibaadat (worship) and Taa-at (Obedience), and this was the secret of the victories of the Sahaabah.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Hundreds of US flights cancelled as regulator orders cuts to air traffic</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The Federal Aviation Administration is cutting air traffic by 10 percent due to a shortage of air traffic controllers. By Erin Hale Published On 7 Nov 2025 Hundreds of flights across the US have been cancelled following an order from the Federal Aviation Administration (FAA) to temporarily cut air traffic by 10 percent at the country's 40 largest airports to maintain safety amid a shortage of air traffic controllers due to the government shutdown.</w:t>
      </w:r>
    </w:p>
    <w:p>
      <w:pPr>
        <w:spacing w:before="0" w:after="120" w:line="300" w:lineRule="exact"/>
        <w:jc w:val="both"/>
      </w:pPr>
      <w:r>
        <w:rPr>
          <w:rFonts w:ascii="Georgia" w:hAnsi="Georgia" w:cs="Georgia" w:eastAsia="Georgia"/>
          <w:b w:val="0"/>
          <w:i w:val="0"/>
          <w:sz w:val="22"/>
        </w:rPr>
        <w:t>More than 790 flights scheduled for Friday were cut from airline schedules, according to FlightAware, a website that tracks flight disruptions. That number, already four times higher than Thursday's daily total of cancellations, was likely to keep climbing, while almost 500 have been cancelled for Saturday so far, according to the website.</w:t>
      </w:r>
    </w:p>
    <w:p>
      <w:pPr>
        <w:spacing w:before="0" w:after="120" w:line="300" w:lineRule="exact"/>
        <w:jc w:val="both"/>
      </w:pPr>
      <w:r>
        <w:rPr>
          <w:rFonts w:ascii="Georgia" w:hAnsi="Georgia" w:cs="Georgia" w:eastAsia="Georgia"/>
          <w:b w:val="0"/>
          <w:i w:val="0"/>
          <w:sz w:val="22"/>
        </w:rPr>
        <w:t>The FAA issued its order on Thursday in response to the growing number of absences by air traffic controllers amid the record-breaking US government shutdown, as Republicans and Democrats remain locked in a standoff in Congress over legislation to fund government services. "Since the beginning of the shutdown, controllers have been working without pay," the FAA order said.</w:t>
      </w:r>
    </w:p>
    <w:p>
      <w:pPr>
        <w:spacing w:before="0" w:after="120" w:line="300" w:lineRule="exact"/>
        <w:jc w:val="both"/>
      </w:pPr>
      <w:r>
        <w:rPr>
          <w:rFonts w:ascii="Georgia" w:hAnsi="Georgia" w:cs="Georgia" w:eastAsia="Georgia"/>
          <w:b w:val="0"/>
          <w:i w:val="0"/>
          <w:sz w:val="22"/>
        </w:rPr>
        <w:t>"This has resulted in increased reports of strain on the system from both pilots and air traffic controllers. This past weekend, there were 2,740 delays at various airports," it said. US Transportation Secretary Sean Duffy said the decision to cancel flights was a proactive safety decision rather than a political measure as the shutdown enters its 38th day on Friday.</w:t>
      </w:r>
    </w:p>
    <w:p>
      <w:pPr>
        <w:spacing w:before="0" w:after="120" w:line="300" w:lineRule="exact"/>
        <w:jc w:val="both"/>
      </w:pPr>
      <w:r>
        <w:rPr>
          <w:rFonts w:ascii="Georgia" w:hAnsi="Georgia" w:cs="Georgia" w:eastAsia="Georgia"/>
          <w:b w:val="0"/>
          <w:i w:val="0"/>
          <w:sz w:val="22"/>
        </w:rPr>
        <w:t>"My department has many responsibilities, but our number one job is safety. This isn't about politics – it's about assessing the data and alleviating building risk in the system as controllers continue to work without pay," Duffy said. … FAA Administrator Bryan Bedford said his department would not hesitate to take "further action", suggesting further cuts to flights could be made down the road.</w:t>
      </w:r>
    </w:p>
    <w:p>
      <w:pPr>
        <w:spacing w:before="0" w:after="120" w:line="300" w:lineRule="exact"/>
        <w:jc w:val="both"/>
      </w:pPr>
      <w:r>
        <w:rPr>
          <w:rFonts w:ascii="Georgia" w:hAnsi="Georgia" w:cs="Georgia" w:eastAsia="Georgia"/>
          <w:b w:val="0"/>
          <w:i w:val="0"/>
          <w:sz w:val="22"/>
        </w:rPr>
        <w:t>The FAA decision puts renewed pressure on Senate Democrats, who are blocking a government spending bill over healthcare spending, as the US is preparing for its busiest travel days of the year at the end of November. The FAA employed just over 14,000 air traffic controllers in fiscal year 2024, according to its website. They are among the 730,000 "essential" federal employees who have been working without pay for the past five weeks, while another 670,000 have been furloughed, according to the Washington, DCbased Bipartisan Policy Center.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OBJECTIVE OF THE GAZZAH GENOCIDE</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America, added to its spiritual and moral bankruptcy, is currently bankrupt financially as well. The US is sustaining its deceptive empire with the wealth it pirates and siphons off from the 'third' world countries which in fact are the wealthiest lands although their moron people remain unaware. The US is also sustained by trillions of dollars acquired from the bootlicking Arab states.</w:t>
      </w:r>
    </w:p>
    <w:p>
      <w:pPr>
        <w:spacing w:before="0" w:after="120" w:line="300" w:lineRule="exact"/>
        <w:jc w:val="both"/>
      </w:pPr>
      <w:r>
        <w:rPr>
          <w:rFonts w:ascii="Georgia" w:hAnsi="Georgia" w:cs="Georgia" w:eastAsia="Georgia"/>
          <w:b w:val="0"/>
          <w:i w:val="0"/>
          <w:sz w:val="22"/>
        </w:rPr>
        <w:t>It is precisely for this reason that the Clown Trump heaps accolades upon accolades on the cardboard regimes of its puppet states. The Murtad Bootlicker of Saudi Arabia who was recently hosted and flattered by the Clown Trump at the White House, presented Trump with a gift of about half a trillion dollars. With his mouth watering for the boodle, Trump began flattering the Murtad MBS even more.</w:t>
      </w:r>
    </w:p>
    <w:p>
      <w:pPr>
        <w:spacing w:before="0" w:after="120" w:line="300" w:lineRule="exact"/>
        <w:jc w:val="both"/>
      </w:pPr>
      <w:r>
        <w:rPr>
          <w:rFonts w:ascii="Georgia" w:hAnsi="Georgia" w:cs="Georgia" w:eastAsia="Georgia"/>
          <w:b w:val="0"/>
          <w:i w:val="0"/>
          <w:sz w:val="22"/>
        </w:rPr>
        <w:t>This flattering bloated the evil nafs of the MBS Murtad so much that he promptly raised the gift to a trillion dollars. This is the villainy in which these Bootlickers indulge whilst there brethren at their doorstep are starving and being eliminated by the Yahood-Nasaaraa genocide in which all of these bootlicking Arab states are complicit.</w:t>
      </w:r>
    </w:p>
    <w:p>
      <w:pPr>
        <w:spacing w:before="0" w:after="120" w:line="300" w:lineRule="exact"/>
        <w:jc w:val="both"/>
      </w:pPr>
      <w:r>
        <w:rPr>
          <w:rFonts w:ascii="Georgia" w:hAnsi="Georgia" w:cs="Georgia" w:eastAsia="Georgia"/>
          <w:b w:val="0"/>
          <w:i w:val="0"/>
          <w:sz w:val="22"/>
        </w:rPr>
        <w:t>The Gaza genocide has been carefully and cunningly plotted by the US for only one reason - to drain Gaza of its potential wealth which the West has discovered lying treasured under the sands of Gazzah. The Yahood of the surrogate state, Israel, are being employed by the US to execute the conspiracy. The genocide being perpetrated by both the US and Israel is a symbiotic conspiracy between the two barbaric Murderers, each one having a different agenda, nevertheless, the brutality benefits both.</w:t>
      </w:r>
    </w:p>
    <w:p>
      <w:pPr>
        <w:spacing w:before="0" w:after="120" w:line="300" w:lineRule="exact"/>
        <w:jc w:val="both"/>
      </w:pPr>
      <w:r>
        <w:rPr>
          <w:rFonts w:ascii="Georgia" w:hAnsi="Georgia" w:cs="Georgia" w:eastAsia="Georgia"/>
          <w:b w:val="0"/>
          <w:i w:val="0"/>
          <w:sz w:val="22"/>
        </w:rPr>
        <w:t>While the two sub-human barbarians have different objectives, the target of both is Gazzah – to clear Gazzah of its people, hence the genocide. The objective of the Yahood is to establish their 'greater israel' plot. The objective of Trump is to claim Gazzah for himself. The treasures under the sands of Gazzah are the focus of the Clown Barbarian Trump.</w:t>
      </w:r>
    </w:p>
    <w:p>
      <w:pPr>
        <w:spacing w:before="0" w:after="120" w:line="300" w:lineRule="exact"/>
        <w:jc w:val="both"/>
      </w:pPr>
      <w:r>
        <w:rPr>
          <w:rFonts w:ascii="Georgia" w:hAnsi="Georgia" w:cs="Georgia" w:eastAsia="Georgia"/>
          <w:b w:val="0"/>
          <w:i w:val="0"/>
          <w:sz w:val="22"/>
        </w:rPr>
        <w:t>Once the genocide has been accomplished, the two barbarians will develop a system for the attainment of both goals. The repeated shifting of the population of Gazzah from pillar to post is necessary for accomplishing the genocide. While shunting the people from A to B, then to C, then back to B, etc., appears to be aimless, it is in fact part of the pernicious devilish plot to uproot and exterminate the entire population of Gazzah.</w:t>
      </w:r>
    </w:p>
    <w:p>
      <w:pPr>
        <w:spacing w:before="0" w:after="120" w:line="300" w:lineRule="exact"/>
        <w:jc w:val="both"/>
      </w:pPr>
      <w:r>
        <w:rPr>
          <w:rFonts w:ascii="Georgia" w:hAnsi="Georgia" w:cs="Georgia" w:eastAsia="Georgia"/>
          <w:b w:val="0"/>
          <w:i w:val="0"/>
          <w:sz w:val="22"/>
        </w:rPr>
        <w:t>The brutal occupation aggressors issue the instruction to vacate from an area and proceed to another area. Once the people have partly moved, the bombing commences and the entire area is brutally divested and reduced to rubble along with innumerable people murdered. Then the instruction is given to move from the imaginary 'safe' locality.</w:t>
      </w:r>
    </w:p>
    <w:p>
      <w:pPr>
        <w:spacing w:before="0" w:after="120" w:line="300" w:lineRule="exact"/>
        <w:jc w:val="both"/>
      </w:pPr>
      <w:r>
        <w:rPr>
          <w:rFonts w:ascii="Georgia" w:hAnsi="Georgia" w:cs="Georgia" w:eastAsia="Georgia"/>
          <w:b w:val="0"/>
          <w:i w:val="0"/>
          <w:sz w:val="22"/>
        </w:rPr>
        <w:t>The bombing is executed in the former 'safe' locality. This pattern of shunting the people and devastating the area is designed to 'cleanse' Palestine from its people. The misery of the brutality which the homeless people are undergoing will ultimately compel them to leave Gazzah, and later the whole of Palestine. Towards this end, Israel is currently aiding in the exodus of the people by arranging aircrafts to transport Palestinians to other countries, and the exodus is via Israeli airports.</w:t>
      </w:r>
    </w:p>
    <w:p>
      <w:pPr>
        <w:spacing w:before="0" w:after="120" w:line="300" w:lineRule="exact"/>
        <w:jc w:val="both"/>
      </w:pPr>
      <w:r>
        <w:rPr>
          <w:rFonts w:ascii="Georgia" w:hAnsi="Georgia" w:cs="Georgia" w:eastAsia="Georgia"/>
          <w:b w:val="0"/>
          <w:i w:val="0"/>
          <w:sz w:val="22"/>
        </w:rPr>
        <w:t>Trump had made it quite manifest in the early stage of the genocide that he wants Gazzah for himself. It is to become his 'private' property which he will develop into a modern holiday resort vying with the other US surrogate gulf states. Just recently the evil Clown stated that the US knows best how to effect the reconstruction of Gazzah.</w:t>
      </w:r>
    </w:p>
    <w:p>
      <w:pPr>
        <w:spacing w:before="0" w:after="120" w:line="300" w:lineRule="exact"/>
        <w:jc w:val="both"/>
      </w:pPr>
      <w:r>
        <w:rPr>
          <w:rFonts w:ascii="Georgia" w:hAnsi="Georgia" w:cs="Georgia" w:eastAsia="Georgia"/>
          <w:b w:val="0"/>
          <w:i w:val="0"/>
          <w:sz w:val="22"/>
        </w:rPr>
        <w:t>Thousands of US citizens, contractors and the like will pour into Gazzah to effect the reconstruction and to pirate the wealth. Meanwhile Trump will grant Israel the nominal establishment of 'greater israel' while the US will be the real force and master behind the scenes just as it is with these puppet gulf states, all being under US control, guidance and command.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YA'JOOJ &amp; MA'JOOJ</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Modernist zindeeqs (heretics who are kaafir without realizing their kufr) proffer some weird ideas regarding the two Ya'jooj &amp; Majooj tribes whom Zul Qarnain had imprisoned behind some mountains by sealing the gap with a solid steel wall according to the Qur'aan Majeed. While abstaining from blatantly rejecting the Qur'aanic verses confirming the episode of Zul Qarnain, Ya'jooj &amp; Majooj and the steel barrier constructed by Zul Qarnain, the zindeeqs proffer stupid theories which are untenable and in total conflict with the Qur'aan and the Saheeh Ahaadith.</w:t>
      </w:r>
    </w:p>
    <w:p>
      <w:pPr>
        <w:spacing w:before="0" w:after="120" w:line="300" w:lineRule="exact"/>
        <w:jc w:val="both"/>
      </w:pPr>
      <w:r>
        <w:rPr>
          <w:rFonts w:ascii="Georgia" w:hAnsi="Georgia" w:cs="Georgia" w:eastAsia="Georgia"/>
          <w:b w:val="0"/>
          <w:i w:val="0"/>
          <w:sz w:val="22"/>
        </w:rPr>
        <w:t>The heretics promote the idea of the steel barrier having disintegrated / demolished and the two tribes having been released centuries or millennia ago. These theories are blatant kufr. Rasulullah (Sallallahu alayhi wasallam) had explicitly mentioned the order/ sequence of the occurrences of the Major Signs of Qiyaamah (Alaamaatul Kubra).</w:t>
      </w:r>
    </w:p>
    <w:p>
      <w:pPr>
        <w:spacing w:before="0" w:after="120" w:line="300" w:lineRule="exact"/>
        <w:jc w:val="both"/>
      </w:pPr>
      <w:r>
        <w:rPr>
          <w:rFonts w:ascii="Georgia" w:hAnsi="Georgia" w:cs="Georgia" w:eastAsia="Georgia"/>
          <w:b w:val="0"/>
          <w:i w:val="0"/>
          <w:sz w:val="22"/>
        </w:rPr>
        <w:t>The sequence is: First Imaam Mahdi (Alayhis salaam) will appear, then Dajjaal will appear, then Nabi Isaa (Alayhis salaam) will descend from the heaven, then will emerge by breaking through the barrier. Ya'jooj &amp; Majooj will flourish during the era of Nabi Isaa (Alayhis salaam). The deviate zindeeqs have no valid, logical and Islamic explanation for this order of events explicitly stated by our Nabi (Sallallahu alayhi wasallam).</w:t>
      </w:r>
    </w:p>
    <w:p>
      <w:pPr>
        <w:spacing w:before="0" w:after="120" w:line="300" w:lineRule="exact"/>
        <w:jc w:val="both"/>
      </w:pPr>
      <w:r>
        <w:rPr>
          <w:rFonts w:ascii="Georgia" w:hAnsi="Georgia" w:cs="Georgia" w:eastAsia="Georgia"/>
          <w:b w:val="0"/>
          <w:i w:val="0"/>
          <w:sz w:val="22"/>
        </w:rPr>
        <w:t>A detailed explanation of this Sign of Qiyaamah has been published by The Majlis. The booklet, Ya'jooj is available on the website of The Majlis. https://themajlis.co.za/books/ yajooj-and-majooj-the-kufrdenial-of-modernist/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"FIGHT THEIR COALITION"</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"Fight the coalition (all of</w:t>
      </w:r>
    </w:p>
    <w:p>
      <w:pPr>
        <w:spacing w:before="120" w:after="120" w:line="300" w:lineRule="exact"/>
        <w:ind w:left="720" w:right="720"/>
        <w:jc w:val="center"/>
      </w:pPr>
      <w:r>
        <w:rPr>
          <w:rFonts w:ascii="Georgia" w:hAnsi="Georgia" w:cs="Georgia" w:eastAsia="Georgia"/>
          <w:b w:val="0"/>
          <w:i/>
          <w:sz w:val="22"/>
        </w:rPr>
        <w:t>them) of the mushrikeen just as they fight all of you,</w:t>
      </w:r>
    </w:p>
    <w:p>
      <w:pPr>
        <w:spacing w:before="0" w:after="120" w:line="300" w:lineRule="exact"/>
        <w:jc w:val="both"/>
      </w:pPr>
      <w:r>
        <w:rPr>
          <w:rFonts w:ascii="Georgia" w:hAnsi="Georgia" w:cs="Georgia" w:eastAsia="Georgia"/>
          <w:b w:val="0"/>
          <w:i w:val="0"/>
          <w:sz w:val="22"/>
        </w:rPr>
        <w:t>and know that Allah is with the Muttaqeen." (At-Taubah, Aayat 36) The ability to fight the coalition of the kuffaar powers is reliant on Taqwa. Allah Ta'ala states that He is with the Muttaqeen. Minus Taqwa, the Nusrat of Allah Ta'ala will not be forthcoming. Taqwa is the effect of obedience and ibaadat. The Shariah and the Sunnah are the essential requisites for Muslim success and victory.</w:t>
      </w:r>
    </w:p>
    <w:p>
      <w:pPr>
        <w:spacing w:before="0" w:after="120" w:line="300" w:lineRule="exact"/>
        <w:jc w:val="both"/>
      </w:pPr>
      <w:r>
        <w:rPr>
          <w:rFonts w:ascii="Georgia" w:hAnsi="Georgia" w:cs="Georgia" w:eastAsia="Georgia"/>
          <w:b w:val="0"/>
          <w:i w:val="0"/>
          <w:sz w:val="22"/>
        </w:rPr>
        <w:t>When Muslims lack Taqwa, their profession becomes bootlicking.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TAQDEER &amp; TAWAKKUL</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"Say: Never will befall us</w:t>
      </w:r>
    </w:p>
    <w:p>
      <w:pPr>
        <w:spacing w:before="120" w:after="120" w:line="300" w:lineRule="exact"/>
        <w:ind w:left="720" w:right="720"/>
        <w:jc w:val="center"/>
      </w:pPr>
      <w:r>
        <w:rPr>
          <w:rFonts w:ascii="Georgia" w:hAnsi="Georgia" w:cs="Georgia" w:eastAsia="Georgia"/>
          <w:b w:val="0"/>
          <w:i/>
          <w:sz w:val="22"/>
        </w:rPr>
        <w:t>anything except that which Allah has decreed for</w:t>
      </w:r>
    </w:p>
    <w:p>
      <w:pPr>
        <w:spacing w:before="120" w:after="120" w:line="300" w:lineRule="exact"/>
        <w:ind w:left="720" w:right="720"/>
        <w:jc w:val="center"/>
      </w:pPr>
      <w:r>
        <w:rPr>
          <w:rFonts w:ascii="Georgia" w:hAnsi="Georgia" w:cs="Georgia" w:eastAsia="Georgia"/>
          <w:b w:val="0"/>
          <w:i/>
          <w:sz w:val="22"/>
        </w:rPr>
        <w:t>us. He is our Protector, and on Allah should the Mu'minoon have tawakkul.</w:t>
      </w:r>
    </w:p>
    <w:p>
      <w:pPr>
        <w:spacing w:before="0" w:after="120" w:line="300" w:lineRule="exact"/>
        <w:jc w:val="both"/>
      </w:pPr>
      <w:r>
        <w:rPr>
          <w:rFonts w:ascii="Georgia" w:hAnsi="Georgia" w:cs="Georgia" w:eastAsia="Georgia"/>
          <w:b w:val="0"/>
          <w:i w:val="0"/>
          <w:sz w:val="22"/>
        </w:rPr>
        <w:t>(At-Taubah, Aayat 51) Whatever calamity has befallen the Muslims of Palestine, is the decree of Allah Ta'ala from which there is no escape. The only solution for the misery is: "Turn to your Rabb (with repentance) and submit to Him (with adoption of the Shariah) before there comes to you the Punishment, then you will not be aided. And, follow the most beauti- ful (Shariah) which has been</w:t>
      </w:r>
    </w:p>
    <w:p>
      <w:pPr>
        <w:spacing w:before="120" w:after="120" w:line="300" w:lineRule="exact"/>
        <w:ind w:left="720" w:right="720"/>
        <w:jc w:val="center"/>
      </w:pPr>
      <w:r>
        <w:rPr>
          <w:rFonts w:ascii="Georgia" w:hAnsi="Georgia" w:cs="Georgia" w:eastAsia="Georgia"/>
          <w:b w:val="0"/>
          <w:i/>
          <w:sz w:val="22"/>
        </w:rPr>
        <w:t>revealed to you from your Rabb before there comes to</w:t>
      </w:r>
    </w:p>
    <w:p>
      <w:pPr>
        <w:spacing w:before="0" w:after="120" w:line="300" w:lineRule="exact"/>
        <w:jc w:val="both"/>
      </w:pPr>
      <w:r>
        <w:rPr>
          <w:rFonts w:ascii="Georgia" w:hAnsi="Georgia" w:cs="Georgia" w:eastAsia="Georgia"/>
          <w:b w:val="0"/>
          <w:i w:val="0"/>
          <w:sz w:val="22"/>
        </w:rPr>
        <w:t>you the Punishment suddenly without you even realizing." (Az-Zumar, 54, 55) All the bootlicking and begging for ceasefire will be of no avail. The Athaab will run its prescribed course decreed by Allah Azza Wa Jal.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13 elite Israeli troops wounded in confrontations in southern Syria</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By Al Mayadeen English Source: Israeli media Today 09:01 28/11/2025 Thirteen Israeli troops were injured on Friday during an overnight incursion into the Syrian village of Beit Jinn, in the Damascus countryside. Among the thirteen injured were three critically wounded in confrontations that broke out with locals, Israeli media outlets reported.</w:t>
      </w:r>
    </w:p>
    <w:p>
      <w:pPr>
        <w:spacing w:before="0" w:after="120" w:line="300" w:lineRule="exact"/>
        <w:jc w:val="both"/>
      </w:pPr>
      <w:r>
        <w:rPr>
          <w:rFonts w:ascii="Georgia" w:hAnsi="Georgia" w:cs="Georgia" w:eastAsia="Georgia"/>
          <w:b w:val="0"/>
          <w:i w:val="0"/>
          <w:sz w:val="22"/>
        </w:rPr>
        <w:t>Reports indicate three Israeli soldiers were critically injured in the overnight raid, as Israeli occupation forces attempted to detain and abduct several individuals from Beit Jinn, whom they claim are affiliates of the Islamic Group. Details of the confrontations Elite troops from the 55th Paratroopers Brigade of the 98th Elite Division raided the town of Beit Jinn, which is located just a few hundred meters from the United Nations Disengagement Observer Force (UNDOF) Zone.</w:t>
      </w:r>
    </w:p>
    <w:p>
      <w:pPr>
        <w:spacing w:before="0" w:after="120" w:line="300" w:lineRule="exact"/>
        <w:jc w:val="both"/>
      </w:pPr>
      <w:r>
        <w:rPr>
          <w:rFonts w:ascii="Georgia" w:hAnsi="Georgia" w:cs="Georgia" w:eastAsia="Georgia"/>
          <w:b w:val="0"/>
          <w:i w:val="0"/>
          <w:sz w:val="22"/>
        </w:rPr>
        <w:t>During their attempt to detain some of the individuals, gunfire broke out from locals, forcing a withdrawal. An Israeli Humvee vehicle used in the incursion was sub- sequently left behind. Then, according to Israeli reports, the Israeli Air Force raided the area and bombed the abandoned vehicle. Among the three seriously injured troops were two officers of the 55th Brigade.</w:t>
      </w:r>
    </w:p>
    <w:p>
      <w:pPr>
        <w:spacing w:before="0" w:after="120" w:line="300" w:lineRule="exact"/>
        <w:jc w:val="both"/>
      </w:pPr>
      <w:r>
        <w:rPr>
          <w:rFonts w:ascii="Georgia" w:hAnsi="Georgia" w:cs="Georgia" w:eastAsia="Georgia"/>
          <w:b w:val="0"/>
          <w:i w:val="0"/>
          <w:sz w:val="22"/>
        </w:rPr>
        <w:t>Israeli occupation forces said they detained three individuals during the raid, but the ensuing confrontations and Israeli strikes left at least 13 people dead and 25 others injured in the Syrian village. According to the Syrian News Channel, several others remain trapped beneath the rubble left by the bombardment.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KUFFAAR ARE MURDERERS, NOT SOLDIERS</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"They (the kuffaar) with their coalition cannot fight you (Mu'mineen) except from fortified barracks or from behind walls. That is because they are a people who lack understanding." (Qur'aan) This Qur'aanic truth was demonstrated on innumerable occasions. The recent defeat of the US and its coalition by a 'rag-tag' Taliban group in Afghanistan testifies for the veracity of this Qur'aanic aayat.</w:t>
      </w:r>
    </w:p>
    <w:p>
      <w:pPr>
        <w:spacing w:before="0" w:after="120" w:line="300" w:lineRule="exact"/>
        <w:jc w:val="both"/>
      </w:pPr>
      <w:r>
        <w:rPr>
          <w:rFonts w:ascii="Georgia" w:hAnsi="Georgia" w:cs="Georgia" w:eastAsia="Georgia"/>
          <w:b w:val="0"/>
          <w:i w:val="0"/>
          <w:sz w:val="22"/>
        </w:rPr>
        <w:t>The wounding and fleeing of elite Israeli troops stated in the report on this page, is further evidence for the truth of the Qur'aan. A little reflection on the details of this episode will confirm the veracity of the Aayat. A large number of elite Israeli troops with the best weaponry invade the village. The village folk with their paucity of obsolete rifles confronted the Israeli murderers.</w:t>
      </w:r>
    </w:p>
    <w:p>
      <w:pPr>
        <w:spacing w:before="0" w:after="120" w:line="300" w:lineRule="exact"/>
        <w:jc w:val="both"/>
      </w:pPr>
      <w:r>
        <w:rPr>
          <w:rFonts w:ascii="Georgia" w:hAnsi="Georgia" w:cs="Georgia" w:eastAsia="Georgia"/>
          <w:b w:val="0"/>
          <w:i w:val="0"/>
          <w:sz w:val="22"/>
        </w:rPr>
        <w:t>In the ensuring battle, 13 elite troops were wounded, three critically. In addition, the entire Israeli force of the 98th Elite Division fled the scene. They even abandoned their Humee armoured vehicle. Furthermore, these cowards dared not return with even a larger force for fear of again being defeated. They were unable to retrieve the Humvee.</w:t>
      </w:r>
    </w:p>
    <w:p>
      <w:pPr>
        <w:spacing w:before="0" w:after="120" w:line="300" w:lineRule="exact"/>
        <w:jc w:val="both"/>
      </w:pPr>
      <w:r>
        <w:rPr>
          <w:rFonts w:ascii="Georgia" w:hAnsi="Georgia" w:cs="Georgia" w:eastAsia="Georgia"/>
          <w:b w:val="0"/>
          <w:i w:val="0"/>
          <w:sz w:val="22"/>
        </w:rPr>
        <w:t>What they did was to call in the airforce. Unable to take their Humvee, they bombed it from the air, and likewise did they devastate the village from the safety of their "fortified barracks" – planes in this case. Bombing, murdering and destroying from the safety of their planes is the only kind of war tactic they are capable of. On the ground, they can invade villages with tanks covered by bombing aircraft to massacre mainly women and children.</w:t>
      </w:r>
    </w:p>
    <w:p>
      <w:pPr>
        <w:spacing w:before="0" w:after="120" w:line="300" w:lineRule="exact"/>
        <w:jc w:val="both"/>
      </w:pPr>
      <w:r>
        <w:rPr>
          <w:rFonts w:ascii="Georgia" w:hAnsi="Georgia" w:cs="Georgia" w:eastAsia="Georgia"/>
          <w:b w:val="0"/>
          <w:i w:val="0"/>
          <w:sz w:val="22"/>
        </w:rPr>
        <w:t>They are not capable of fighting pitched battles with Muslims despite the current extreme Imaani deficiency of the Muslim fighters.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SHARIAH REGIME</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of establishing a Shariah State. However, after Allah Ta'ala granted them authority in Gazzah, they reneged from their solemn pledge and adopted the law of Taaghoot, the consequences of which are today being experienced bitterly. Some years ago, Hamas mowed down a Shaikh with his followers on the Day of Jumuah right inside the Musjid. The Shaikh was demanding the institution of Shariah Law.</w:t>
      </w:r>
    </w:p>
    <w:p>
      <w:pPr>
        <w:spacing w:before="0" w:after="120" w:line="300" w:lineRule="exact"/>
        <w:jc w:val="both"/>
      </w:pPr>
      <w:r>
        <w:rPr>
          <w:rFonts w:ascii="Georgia" w:hAnsi="Georgia" w:cs="Georgia" w:eastAsia="Georgia"/>
          <w:b w:val="0"/>
          <w:i w:val="0"/>
          <w:sz w:val="22"/>
        </w:rPr>
        <w:t>Hamas perceived the Shaikh's demand a threat to its authority, hence it conveniently became 'halaal' to shed the blood of numerous Muslim brothers who were clamouring for the Law of Allah Ta'ala. While Hamas could not find common ground with the Shaikh and those demanding the Law of Allah Ta'ala, Hamas is perfectly at home with the worst enemies of Allah Ta'ala, namely Palestinian atheists.</w:t>
      </w:r>
    </w:p>
    <w:p>
      <w:pPr>
        <w:spacing w:before="0" w:after="120" w:line="300" w:lineRule="exact"/>
        <w:jc w:val="both"/>
      </w:pPr>
      <w:r>
        <w:rPr>
          <w:rFonts w:ascii="Georgia" w:hAnsi="Georgia" w:cs="Georgia" w:eastAsia="Georgia"/>
          <w:b w:val="0"/>
          <w:i w:val="0"/>
          <w:sz w:val="22"/>
        </w:rPr>
        <w:t>One of the 'resistance' groups cooperating with Hamas is the Marxist atheists. These vile atheist followers of shaitaan are like a pile of faeces in a bucket of water. They are not just a couple of drops of urine in the water. But Hamas tolerates and accepts them. Throughout its rule of Gazzah, Hamas made no attempts to exterminate these atheists.</w:t>
      </w:r>
    </w:p>
    <w:p>
      <w:pPr>
        <w:spacing w:before="0" w:after="120" w:line="300" w:lineRule="exact"/>
        <w:jc w:val="both"/>
      </w:pPr>
      <w:r>
        <w:rPr>
          <w:rFonts w:ascii="Georgia" w:hAnsi="Georgia" w:cs="Georgia" w:eastAsia="Georgia"/>
          <w:b w:val="0"/>
          <w:i w:val="0"/>
          <w:sz w:val="22"/>
        </w:rPr>
        <w:t>Only those calling for the Law of Allah were exterminated brutally. Now they are tasting the consequences. Nowadays, innumerable 'Muslims' who profess to be Muslims are in reality kuffaar. That is why they find common ground with the kuffaar and derive pleasure licking their boots most disgracefully.</w:t>
      </w:r>
    </w:p>
    <w:p>
      <w:pPr>
        <w:spacing w:before="120" w:after="120" w:line="300" w:lineRule="exact"/>
        <w:ind w:left="720" w:right="720"/>
        <w:jc w:val="center"/>
      </w:pPr>
      <w:r>
        <w:rPr>
          <w:rFonts w:ascii="Georgia" w:hAnsi="Georgia" w:cs="Georgia" w:eastAsia="Georgia"/>
          <w:b w:val="0"/>
          <w:i/>
          <w:sz w:val="22"/>
        </w:rPr>
        <w:t>"They (the Muttaqeen) are those who, if We grant them</w:t>
      </w:r>
    </w:p>
    <w:p>
      <w:pPr>
        <w:spacing w:before="120" w:after="120" w:line="300" w:lineRule="exact"/>
        <w:ind w:left="720" w:right="720"/>
        <w:jc w:val="center"/>
      </w:pPr>
      <w:r>
        <w:rPr>
          <w:rFonts w:ascii="Georgia" w:hAnsi="Georgia" w:cs="Georgia" w:eastAsia="Georgia"/>
          <w:b w:val="0"/>
          <w:i/>
          <w:sz w:val="22"/>
        </w:rPr>
        <w:t>authority on earth, they establish Salaat, pay Zakaat, command virtue and</w:t>
      </w:r>
    </w:p>
    <w:p>
      <w:pPr>
        <w:spacing w:before="0" w:after="120" w:line="300" w:lineRule="exact"/>
        <w:jc w:val="both"/>
      </w:pPr>
      <w:r>
        <w:rPr>
          <w:rFonts w:ascii="Georgia" w:hAnsi="Georgia" w:cs="Georgia" w:eastAsia="Georgia"/>
          <w:b w:val="0"/>
          <w:i w:val="0"/>
          <w:sz w:val="22"/>
        </w:rPr>
        <w:t>prohibit evil. And the final result (of success) is with Allah." (Al-Hajj, 41) The very first obligation of the Islamic State is to establish Salaat, the Fundamental Pillar upholding the Edifice of Islam. A regime which does not rule according to the Shariah is kaafir. It is a regime which governs according to the law of Taaghoot.</w:t>
      </w:r>
    </w:p>
    <w:p>
      <w:pPr>
        <w:spacing w:before="120" w:after="120" w:line="300" w:lineRule="exact"/>
        <w:ind w:left="720" w:right="720"/>
        <w:jc w:val="center"/>
      </w:pPr>
      <w:r>
        <w:rPr>
          <w:rFonts w:ascii="Georgia" w:hAnsi="Georgia" w:cs="Georgia" w:eastAsia="Georgia"/>
          <w:b w:val="0"/>
          <w:i/>
          <w:sz w:val="22"/>
        </w:rPr>
        <w:t>"Whoever does not adjudicate according to that (Law)</w:t>
      </w:r>
    </w:p>
    <w:p>
      <w:pPr>
        <w:spacing w:before="0" w:after="120" w:line="300" w:lineRule="exact"/>
        <w:jc w:val="both"/>
      </w:pPr>
      <w:r>
        <w:rPr>
          <w:rFonts w:ascii="Georgia" w:hAnsi="Georgia" w:cs="Georgia" w:eastAsia="Georgia"/>
          <w:b w:val="0"/>
          <w:i w:val="0"/>
          <w:sz w:val="22"/>
        </w:rPr>
        <w:t>which Allah has revealed, verily they are indeed kaafiroon." (Al-Maaidah, Aayat 44) Hamas was founded and established on the fundamental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 IS HIS DECREE</w:t>
      </w:r>
    </w:p>
    <w:p>
      <w:pPr>
        <w:spacing w:before="0" w:after="160" w:line="300" w:lineRule="exact"/>
        <w:jc w:val="center"/>
      </w:pPr>
      <w:r>
        <w:rPr>
          <w:rFonts w:ascii="Georgia" w:hAnsi="Georgia" w:cs="Georgia" w:eastAsia="Georgia"/>
          <w:b w:val="0"/>
          <w:i/>
          <w:sz w:val="16"/>
        </w:rPr>
        <w:t>Page 9 of the original</w:t>
      </w:r>
    </w:p>
    <w:p>
      <w:pPr>
        <w:spacing w:before="120" w:after="120" w:line="300" w:lineRule="exact"/>
        <w:ind w:left="720" w:right="720"/>
        <w:jc w:val="center"/>
      </w:pPr>
      <w:r>
        <w:rPr>
          <w:rFonts w:ascii="Georgia" w:hAnsi="Georgia" w:cs="Georgia" w:eastAsia="Georgia"/>
          <w:b w:val="0"/>
          <w:i/>
          <w:sz w:val="22"/>
        </w:rPr>
        <w:t>"There is no calamity/ misfortune (befalling anyone) except with the permission of Allah. He who believes in Al-</w:t>
      </w:r>
    </w:p>
    <w:p>
      <w:pPr>
        <w:spacing w:before="120" w:after="120" w:line="300" w:lineRule="exact"/>
        <w:ind w:left="720" w:right="720"/>
        <w:jc w:val="center"/>
      </w:pPr>
      <w:r>
        <w:rPr>
          <w:rFonts w:ascii="Georgia" w:hAnsi="Georgia" w:cs="Georgia" w:eastAsia="Georgia"/>
          <w:b w:val="0"/>
          <w:i/>
          <w:sz w:val="22"/>
        </w:rPr>
        <w:t>lah, Allah guides his heart. And Allah is aware of every-</w:t>
      </w:r>
    </w:p>
    <w:p>
      <w:pPr>
        <w:spacing w:before="120" w:after="120" w:line="300" w:lineRule="exact"/>
        <w:ind w:left="720" w:right="720"/>
        <w:jc w:val="center"/>
      </w:pPr>
      <w:r>
        <w:rPr>
          <w:rFonts w:ascii="Georgia" w:hAnsi="Georgia" w:cs="Georgia" w:eastAsia="Georgia"/>
          <w:b w:val="0"/>
          <w:i/>
          <w:sz w:val="22"/>
        </w:rPr>
        <w:t>thing. Obey Allah and obey the Rasool. If you turn away</w:t>
      </w:r>
    </w:p>
    <w:p>
      <w:pPr>
        <w:spacing w:before="0" w:after="120" w:line="300" w:lineRule="exact"/>
        <w:jc w:val="both"/>
      </w:pPr>
      <w:r>
        <w:rPr>
          <w:rFonts w:ascii="Georgia" w:hAnsi="Georgia" w:cs="Georgia" w:eastAsia="Georgia"/>
          <w:b w:val="0"/>
          <w:i w:val="0"/>
          <w:sz w:val="22"/>
        </w:rPr>
        <w:t>(from the Deen), then on Our Messengers is only the Clear Delivery (of the Message of</w:t>
      </w:r>
    </w:p>
    <w:p>
      <w:pPr>
        <w:spacing w:before="120" w:after="120" w:line="300" w:lineRule="exact"/>
        <w:ind w:left="720" w:right="720"/>
        <w:jc w:val="center"/>
      </w:pPr>
      <w:r>
        <w:rPr>
          <w:rFonts w:ascii="Georgia" w:hAnsi="Georgia" w:cs="Georgia" w:eastAsia="Georgia"/>
          <w:b w:val="0"/>
          <w:i/>
          <w:sz w:val="22"/>
        </w:rPr>
        <w:t>Allah). Allah! There is no deity but He, and on Allah should the Mu'minoon have</w:t>
      </w:r>
    </w:p>
    <w:p>
      <w:pPr>
        <w:spacing w:before="0" w:after="120" w:line="300" w:lineRule="exact"/>
        <w:jc w:val="both"/>
      </w:pPr>
      <w:r>
        <w:rPr>
          <w:rFonts w:ascii="Georgia" w:hAnsi="Georgia" w:cs="Georgia" w:eastAsia="Georgia"/>
          <w:b w:val="0"/>
          <w:i w:val="0"/>
          <w:sz w:val="22"/>
        </w:rPr>
        <w:t>trust." (At-Taghaabun, 11, 12 &amp; 13)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ONLY HE EMPOWERS</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The Athaab of Allah Azza Wa Jal on the Palestinian Muslims will run its divinely prescribed course. No one can change the trajectory of the Prescription of Allah Ta'ala. "Never will you find for the Sunnah of Allah a change." (Qur'aan) "Everything is recorded in a Clear Kitaab." (Qur'aan) Say (O Muhammad!): 'O Allah! Maalikal Mulk (i.e. King and Owner of the entire earth, sovereignty and power)!</w:t>
      </w:r>
    </w:p>
    <w:p>
      <w:pPr>
        <w:spacing w:before="0" w:after="120" w:line="300" w:lineRule="exact"/>
        <w:jc w:val="both"/>
      </w:pPr>
      <w:r>
        <w:rPr>
          <w:rFonts w:ascii="Georgia" w:hAnsi="Georgia" w:cs="Georgia" w:eastAsia="Georgia"/>
          <w:b w:val="0"/>
          <w:i w:val="0"/>
          <w:sz w:val="22"/>
        </w:rPr>
        <w:t>You bestow Mulk (country/sovereignty/ domination) to whomever You will, and You snatch away Mulk from whomever You will. You grant honour to whomever You will, and You disgrace whomever You will. In Your Hand is all goodness. Verily, You are All-Powerful over all things." (Aal-e-Imraan, Aayat 26)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PUNISHMENT</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"ENJOY YOURSELVES IN your homes for three days. This is a</w:t>
      </w:r>
    </w:p>
    <w:p>
      <w:pPr>
        <w:spacing w:before="0" w:after="120" w:line="300" w:lineRule="exact"/>
        <w:jc w:val="both"/>
      </w:pPr>
      <w:r>
        <w:rPr>
          <w:rFonts w:ascii="Georgia" w:hAnsi="Georgia" w:cs="Georgia" w:eastAsia="Georgia"/>
          <w:b w:val="0"/>
          <w:i w:val="0"/>
          <w:sz w:val="22"/>
        </w:rPr>
        <w:t>promise that cannot be falsified." (Aayat 65, Surah Hood) Once Rasulullah (sallallahu alayhi wasallam) with a group of Sahaabah passed by a grave. He said: "Do you know whose grave this is?" The Sahaabah said: "Allah and His Nabi know best." Rasulullah (sallallahu alayhi wasallam) said: "This is the grave of Abu Righaal. He was from the nation of Thamud.</w:t>
      </w:r>
    </w:p>
    <w:p>
      <w:pPr>
        <w:spacing w:before="0" w:after="120" w:line="300" w:lineRule="exact"/>
        <w:jc w:val="both"/>
      </w:pPr>
      <w:r>
        <w:rPr>
          <w:rFonts w:ascii="Georgia" w:hAnsi="Georgia" w:cs="Georgia" w:eastAsia="Georgia"/>
          <w:b w:val="0"/>
          <w:i w:val="0"/>
          <w:sz w:val="22"/>
        </w:rPr>
        <w:t>At the time of the punishment which destroyed the entire nation, he was in the Haram of Makkah. He was therefore saved. However, when he left the precincts of the Haram, the same punishment seized him. He was buried with a gold walking stick." The Sahaabah later dug open the grave and retrieved the gold walking stick. When the nation of Nabi Saalih (alayhis salaam) rejected his Call of Tauheed and taunted him to bring the punishment he was warning them of, then Allah Ta'ala ordered him to tell his people that the punishment they were demanding would overtake them in three day's time.</w:t>
      </w:r>
    </w:p>
    <w:p>
      <w:pPr>
        <w:spacing w:before="0" w:after="120" w:line="300" w:lineRule="exact"/>
        <w:jc w:val="both"/>
      </w:pPr>
      <w:r>
        <w:rPr>
          <w:rFonts w:ascii="Georgia" w:hAnsi="Georgia" w:cs="Georgia" w:eastAsia="Georgia"/>
          <w:b w:val="0"/>
          <w:i w:val="0"/>
          <w:sz w:val="22"/>
        </w:rPr>
        <w:t>The evil people continued taunting and jeering Nabi Saalih (alayhis salaam), and they plotted to murder him. After a respite of three days, their faces turned yellow on the first day. On the second day, their faces became intensely red, and on the third day black. Then from above came the Mighty Scream – the screech of an Angel. From the earth came a massive earth- quake.</w:t>
      </w:r>
    </w:p>
    <w:p>
      <w:pPr>
        <w:spacing w:before="0" w:after="120" w:line="300" w:lineRule="exact"/>
        <w:jc w:val="both"/>
      </w:pPr>
      <w:r>
        <w:rPr>
          <w:rFonts w:ascii="Georgia" w:hAnsi="Georgia" w:cs="Georgia" w:eastAsia="Georgia"/>
          <w:b w:val="0"/>
          <w:i w:val="0"/>
          <w:sz w:val="22"/>
        </w:rPr>
        <w:t>The entire nation perished. Mentioning their terrible fate, the Qur'aan Majeed says: "The mighty quake appre-</w:t>
      </w:r>
    </w:p>
    <w:p>
      <w:pPr>
        <w:spacing w:before="120" w:after="120" w:line="300" w:lineRule="exact"/>
        <w:ind w:left="720" w:right="720"/>
        <w:jc w:val="center"/>
      </w:pPr>
      <w:r>
        <w:rPr>
          <w:rFonts w:ascii="Georgia" w:hAnsi="Georgia" w:cs="Georgia" w:eastAsia="Georgia"/>
          <w:b w:val="0"/>
          <w:i/>
          <w:sz w:val="22"/>
        </w:rPr>
        <w:t>hended them, and by the morning they lay prostrate on</w:t>
      </w:r>
    </w:p>
    <w:p>
      <w:pPr>
        <w:spacing w:before="120" w:after="120" w:line="300" w:lineRule="exact"/>
        <w:ind w:left="720" w:right="720"/>
        <w:jc w:val="center"/>
      </w:pPr>
      <w:r>
        <w:rPr>
          <w:rFonts w:ascii="Georgia" w:hAnsi="Georgia" w:cs="Georgia" w:eastAsia="Georgia"/>
          <w:b w:val="0"/>
          <w:i/>
          <w:sz w:val="22"/>
        </w:rPr>
        <w:t>their faces in their homes (which had been utterly de-</w:t>
      </w:r>
    </w:p>
    <w:p>
      <w:pPr>
        <w:spacing w:before="0" w:after="120" w:line="300" w:lineRule="exact"/>
        <w:jc w:val="both"/>
      </w:pPr>
      <w:r>
        <w:rPr>
          <w:rFonts w:ascii="Georgia" w:hAnsi="Georgia" w:cs="Georgia" w:eastAsia="Georgia"/>
          <w:b w:val="0"/>
          <w:i w:val="0"/>
          <w:sz w:val="22"/>
        </w:rPr>
        <w:t>stroyed)." In our age too there are communities lined up for similar punishment. When the appointed time arrives, the Mighty Scream will suddenly and swiftly eliminate them. In this regard the Qur'aan Majeed states: "And, when We intend to destroy a city, We command its opulent inhabitants; then they commit evil in it. Then the decree (punishment) becomes justified for them.</w:t>
      </w:r>
    </w:p>
    <w:p>
      <w:pPr>
        <w:spacing w:before="0" w:after="120" w:line="300" w:lineRule="exact"/>
        <w:jc w:val="both"/>
      </w:pPr>
      <w:r>
        <w:rPr>
          <w:rFonts w:ascii="Georgia" w:hAnsi="Georgia" w:cs="Georgia" w:eastAsia="Georgia"/>
          <w:b w:val="0"/>
          <w:i w:val="0"/>
          <w:sz w:val="22"/>
        </w:rPr>
        <w:t>Thus do We then utterly annihilate them." (Surah Al-Israa', Aayat 16) Allah Ta'ala grants them respite to enjoy themselves in their drunken stupor of opulence. They madly indulge in unbridled fisq and fujoor. Then suddenly the Athaab ar- rives and uproots and destroys them. When a person or a community is earmarked by Allah Ta'ala for punishment, no one can then escape.</w:t>
      </w:r>
    </w:p>
    <w:p>
      <w:pPr>
        <w:spacing w:before="0" w:after="120" w:line="300" w:lineRule="exact"/>
        <w:jc w:val="both"/>
      </w:pPr>
      <w:r>
        <w:rPr>
          <w:rFonts w:ascii="Georgia" w:hAnsi="Georgia" w:cs="Georgia" w:eastAsia="Georgia"/>
          <w:b w:val="0"/>
          <w:i w:val="0"/>
          <w:sz w:val="22"/>
        </w:rPr>
        <w:t>Fleeing from a place and seeking refuge will not save the one for whom the Athaab has been decreed. In a bygone era when Allah Ta'ala afflicted a town with the punishment of a pestilence/epidemic, the entire community of that town fled and sought refuge in a mountainous valley. When the entire community felt snug in their imagined haven of safety in the valley, Allah Ta'ala commanded: "Perish!" Recounting this episode, the Qur'aan Majeed says:</w:t>
      </w:r>
    </w:p>
    <w:p>
      <w:pPr>
        <w:spacing w:before="120" w:after="120" w:line="300" w:lineRule="exact"/>
        <w:ind w:left="720" w:right="720"/>
        <w:jc w:val="center"/>
      </w:pPr>
      <w:r>
        <w:rPr>
          <w:rFonts w:ascii="Georgia" w:hAnsi="Georgia" w:cs="Georgia" w:eastAsia="Georgia"/>
          <w:b w:val="0"/>
          <w:i/>
          <w:sz w:val="22"/>
        </w:rPr>
        <w:t>"What! Have you not seen those who had emerged (to</w:t>
      </w:r>
    </w:p>
    <w:p>
      <w:pPr>
        <w:spacing w:before="120" w:after="120" w:line="300" w:lineRule="exact"/>
        <w:ind w:left="720" w:right="720"/>
        <w:jc w:val="center"/>
      </w:pPr>
      <w:r>
        <w:rPr>
          <w:rFonts w:ascii="Georgia" w:hAnsi="Georgia" w:cs="Georgia" w:eastAsia="Georgia"/>
          <w:b w:val="0"/>
          <w:i/>
          <w:sz w:val="22"/>
        </w:rPr>
        <w:t>flee) from their homes and they were thousands in fear of maut? Then Allah said to them</w:t>
      </w:r>
    </w:p>
    <w:p>
      <w:pPr>
        <w:spacing w:before="0" w:after="120" w:line="300" w:lineRule="exact"/>
        <w:jc w:val="both"/>
      </w:pPr>
      <w:r>
        <w:rPr>
          <w:rFonts w:ascii="Georgia" w:hAnsi="Georgia" w:cs="Georgia" w:eastAsia="Georgia"/>
          <w:b w:val="0"/>
          <w:i w:val="0"/>
          <w:sz w:val="22"/>
        </w:rPr>
        <w:t>(in the valley): "PERISH!" (Al-Baqarah, Aayat 243) Every single one who had fled then died. No one can ever escape the Athaab of Allah Azza Wa Jal.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ONLY HE CAN HELP</w:t>
      </w:r>
    </w:p>
    <w:p>
      <w:pPr>
        <w:spacing w:before="0" w:after="160" w:line="300" w:lineRule="exact"/>
        <w:jc w:val="center"/>
      </w:pPr>
      <w:r>
        <w:rPr>
          <w:rFonts w:ascii="Georgia" w:hAnsi="Georgia" w:cs="Georgia" w:eastAsia="Georgia"/>
          <w:b w:val="0"/>
          <w:i/>
          <w:sz w:val="16"/>
        </w:rPr>
        <w:t>Page 10 of the original</w:t>
      </w:r>
    </w:p>
    <w:p>
      <w:pPr>
        <w:spacing w:before="120" w:after="120" w:line="300" w:lineRule="exact"/>
        <w:ind w:left="720" w:right="720"/>
        <w:jc w:val="center"/>
      </w:pPr>
      <w:r>
        <w:rPr>
          <w:rFonts w:ascii="Georgia" w:hAnsi="Georgia" w:cs="Georgia" w:eastAsia="Georgia"/>
          <w:b w:val="0"/>
          <w:i/>
          <w:sz w:val="22"/>
        </w:rPr>
        <w:t>"If Allah helps you, then none can defeat you. And, if He abandons you, then who</w:t>
      </w:r>
    </w:p>
    <w:p>
      <w:pPr>
        <w:spacing w:before="0" w:after="120" w:line="300" w:lineRule="exact"/>
        <w:jc w:val="both"/>
      </w:pPr>
      <w:r>
        <w:rPr>
          <w:rFonts w:ascii="Georgia" w:hAnsi="Georgia" w:cs="Georgia" w:eastAsia="Georgia"/>
          <w:b w:val="0"/>
          <w:i w:val="0"/>
          <w:sz w:val="22"/>
        </w:rPr>
        <w:t>is there besides Him to help you? Therefore, the Mu'minoon should have trust in only Allah." (Aal-e-Imraan, Aayat 160)</w:t>
      </w:r>
    </w:p>
    <w:p>
      <w:pPr>
        <w:spacing w:before="120" w:after="120" w:line="300" w:lineRule="exact"/>
        <w:ind w:left="720" w:right="720"/>
        <w:jc w:val="center"/>
      </w:pPr>
      <w:r>
        <w:rPr>
          <w:rFonts w:ascii="Georgia" w:hAnsi="Georgia" w:cs="Georgia" w:eastAsia="Georgia"/>
          <w:b w:val="0"/>
          <w:i/>
          <w:sz w:val="22"/>
        </w:rPr>
        <w:t>O People of Imaan! If you help Allah (His Deen), He</w:t>
      </w:r>
    </w:p>
    <w:p>
      <w:pPr>
        <w:spacing w:before="120" w:after="120" w:line="300" w:lineRule="exact"/>
        <w:ind w:left="720" w:right="720"/>
        <w:jc w:val="center"/>
      </w:pPr>
      <w:r>
        <w:rPr>
          <w:rFonts w:ascii="Georgia" w:hAnsi="Georgia" w:cs="Georgia" w:eastAsia="Georgia"/>
          <w:b w:val="0"/>
          <w:i/>
          <w:sz w:val="22"/>
        </w:rPr>
        <w:t>will help you and plant your feet firmly (against</w:t>
      </w:r>
    </w:p>
    <w:p>
      <w:pPr>
        <w:spacing w:before="0" w:after="120" w:line="300" w:lineRule="exact"/>
        <w:jc w:val="both"/>
      </w:pPr>
      <w:r>
        <w:rPr>
          <w:rFonts w:ascii="Georgia" w:hAnsi="Georgia" w:cs="Georgia" w:eastAsia="Georgia"/>
          <w:b w:val="0"/>
          <w:i w:val="0"/>
          <w:sz w:val="22"/>
        </w:rPr>
        <w:t>your enemy). (Muhammad, Aayat 7) "The armies of the heavens and earth belong to Allah." (Al-Fath, Aayat 4) Help will not be forthcoming from the shadows and spiders Hamas is bootlicking. The international community is a spider subservient to Trump. But the spiritually blind Muslims miserably fail to see and understand the reality which Allah Ta'ala repeatedly states in the Qur'aan Majeed.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Saudi Arabia quietly expands access to its only alcohol store for non-Muslim residents</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By BARAA ANWER Updated 8:13 AM GMT+2, December 21, 2025 Leer en español RIYADH, Saudi Arabia (AP) — Saudi Arabia has quietly expanded access to its only store that sells alcohol, allowing wealthy foreign residents to buy booze in the latest step in the once-ultraconservative kingdom's experiment in liberalization. There's been no official announcement of the decision, but word has gotten out, and long lines of cars and people can now be seen at the discreet, unmarked store in the Diplomatic Quarter of the Saudi capital, Riyadh..........</w:t>
      </w:r>
    </w:p>
    <w:p>
      <w:pPr>
        <w:spacing w:before="0" w:after="120" w:line="300" w:lineRule="exact"/>
        <w:jc w:val="both"/>
      </w:pPr>
      <w:r>
        <w:rPr>
          <w:rFonts w:ascii="Georgia" w:hAnsi="Georgia" w:cs="Georgia" w:eastAsia="Georgia"/>
          <w:b w:val="0"/>
          <w:i w:val="0"/>
          <w:sz w:val="22"/>
        </w:rPr>
        <w:t>Saudi Arabia, home to the holiest sites in Islam, has banned alcohol since the early 1950s. The store is widely seen as a way to cautiously test the controlled sale of alcohol. (Comment: This is false. Liquor was never allowed since the very inception of the Saudi monarchy installed by Britain. Even cigarettes were banned in the beginning.) Saudi Arabia's de facto ruler, Crown Prince Mohammed bin Salman, and his father, King Salman, have pursued a dramatic liberalization policy in the kingdom, aiming to attract tourism, boost international business and reduce economic dependence on crude oil.</w:t>
      </w:r>
    </w:p>
    <w:p>
      <w:pPr>
        <w:spacing w:before="0" w:after="120" w:line="300" w:lineRule="exact"/>
        <w:jc w:val="both"/>
      </w:pPr>
      <w:r>
        <w:rPr>
          <w:rFonts w:ascii="Georgia" w:hAnsi="Georgia" w:cs="Georgia" w:eastAsia="Georgia"/>
          <w:b w:val="0"/>
          <w:i w:val="0"/>
          <w:sz w:val="22"/>
        </w:rPr>
        <w:t>(Comment: Yes, they have converted Arabia into Darul Kufr and even Darul Harb. The Shariah has been expunged. It is now the law of Taaghoot prevailing in Arabia.) The kingdom, which adheres to Islamic Sharia law, has opened movie theaters, allowed women to drive and hosted major music festivals. But political speech and dissent remain strictly criminalized, potentially at the penalty of death.</w:t>
      </w:r>
    </w:p>
    <w:p>
      <w:pPr>
        <w:spacing w:before="0" w:after="120" w:line="300" w:lineRule="exact"/>
        <w:jc w:val="both"/>
      </w:pPr>
      <w:r>
        <w:rPr>
          <w:rFonts w:ascii="Georgia" w:hAnsi="Georgia" w:cs="Georgia" w:eastAsia="Georgia"/>
          <w:b w:val="0"/>
          <w:i w:val="0"/>
          <w:sz w:val="22"/>
        </w:rPr>
        <w:t>(Comment: It is absolutely stupid and ludicrous to say that the kingdom adheres to Shariah Law. It has officially cancelled Shariah Law and has substituted it with western Taaghooti laws.) Alcohol remains banned for the general public. (Comment: This is a deceptive temporary ban to befuddle morons.)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There is no surprise in liquor becoming 'halaal' in Arabia which the kufr regime of the land has converted into Darul Kufr. The Shariah has been expunged in entirety and immorality, prostitution, liquor, music, dancing, homosexuality and every evil under the sky have been legalized in the Holiest Land of Islam. This state of affairs has been predicted by Rasulullah (Sallallahu alayhi wasallam).</w:t>
      </w:r>
    </w:p>
    <w:p>
      <w:pPr>
        <w:spacing w:before="0" w:after="120" w:line="300" w:lineRule="exact"/>
        <w:jc w:val="both"/>
      </w:pPr>
      <w:r>
        <w:rPr>
          <w:rFonts w:ascii="Georgia" w:hAnsi="Georgia" w:cs="Georgia" w:eastAsia="Georgia"/>
          <w:b w:val="0"/>
          <w:i w:val="0"/>
          <w:sz w:val="22"/>
        </w:rPr>
        <w:t>The current cult of immorality-fisq and fujoor and kufr - sweeping Arabia is set to degenerate further, Qiyaamah cannot be in the too distant future.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CEASEFIRE?</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"Do not become cowardly</w:t>
      </w:r>
    </w:p>
    <w:p>
      <w:pPr>
        <w:pStyle w:val="Heading3"/>
        <w:spacing w:before="200" w:after="120" w:line="300" w:lineRule="exact"/>
        <w:jc w:val="left"/>
      </w:pPr>
      <w:r>
        <w:rPr>
          <w:rFonts w:ascii="Georgia" w:hAnsi="Georgia" w:cs="Georgia" w:eastAsia="Georgia"/>
          <w:b/>
          <w:i w:val="0"/>
          <w:color w:val="2E74B5"/>
          <w:sz w:val="24"/>
        </w:rPr>
        <w:t>"OUR OBLIGATION"</w:t>
      </w:r>
    </w:p>
    <w:p>
      <w:pPr>
        <w:spacing w:before="0" w:after="120" w:line="300" w:lineRule="exact"/>
        <w:jc w:val="both"/>
      </w:pPr>
      <w:r>
        <w:rPr>
          <w:rFonts w:ascii="Georgia" w:hAnsi="Georgia" w:cs="Georgia" w:eastAsia="Georgia"/>
          <w:b w:val="0"/>
          <w:i w:val="0"/>
          <w:sz w:val="22"/>
        </w:rPr>
        <w:t>"It is Our obligation to aid the Mu'mineen." (Qur'aan) This Obligation on Allah Azza Wa Jal applies to the Mu'mineen, not to the munaafiq bootlickers who profess to be Muslims.</w:t>
      </w:r>
    </w:p>
    <w:p>
      <w:pPr>
        <w:spacing w:before="120" w:after="120" w:line="300" w:lineRule="exact"/>
        <w:ind w:left="720" w:right="720"/>
        <w:jc w:val="center"/>
      </w:pPr>
      <w:r>
        <w:rPr>
          <w:rFonts w:ascii="Georgia" w:hAnsi="Georgia" w:cs="Georgia" w:eastAsia="Georgia"/>
          <w:b w:val="0"/>
          <w:i/>
          <w:sz w:val="22"/>
        </w:rPr>
        <w:t>and do not call for a truce (ceasefire). You will be victo-</w:t>
      </w:r>
    </w:p>
    <w:p>
      <w:pPr>
        <w:spacing w:before="0" w:after="120" w:line="300" w:lineRule="exact"/>
        <w:jc w:val="both"/>
      </w:pPr>
      <w:r>
        <w:rPr>
          <w:rFonts w:ascii="Georgia" w:hAnsi="Georgia" w:cs="Georgia" w:eastAsia="Georgia"/>
          <w:b w:val="0"/>
          <w:i w:val="0"/>
          <w:sz w:val="22"/>
        </w:rPr>
        <w:t>rious. Allah is with you, and He will not negate your deeds." (Muhammad, Aayat 35)</w:t>
      </w:r>
    </w:p>
    <w:p>
      <w:pPr>
        <w:spacing w:before="120" w:after="120" w:line="300" w:lineRule="exact"/>
        <w:ind w:left="720" w:right="720"/>
        <w:jc w:val="center"/>
      </w:pPr>
      <w:r>
        <w:rPr>
          <w:rFonts w:ascii="Georgia" w:hAnsi="Georgia" w:cs="Georgia" w:eastAsia="Georgia"/>
          <w:b w:val="0"/>
          <w:i/>
          <w:sz w:val="22"/>
        </w:rPr>
        <w:t>"Many were the Ambiya with whom were numerous devoted followers who en-</w:t>
      </w:r>
    </w:p>
    <w:p>
      <w:pPr>
        <w:spacing w:before="120" w:after="120" w:line="300" w:lineRule="exact"/>
        <w:ind w:left="720" w:right="720"/>
        <w:jc w:val="center"/>
      </w:pPr>
      <w:r>
        <w:rPr>
          <w:rFonts w:ascii="Georgia" w:hAnsi="Georgia" w:cs="Georgia" w:eastAsia="Georgia"/>
          <w:b w:val="0"/>
          <w:i/>
          <w:sz w:val="22"/>
        </w:rPr>
        <w:t>gaged in Qitaal (Jihaad). They did not weaken their resolve over the adversities</w:t>
      </w:r>
    </w:p>
    <w:p>
      <w:pPr>
        <w:spacing w:before="0" w:after="120" w:line="300" w:lineRule="exact"/>
        <w:jc w:val="both"/>
      </w:pPr>
      <w:r>
        <w:rPr>
          <w:rFonts w:ascii="Georgia" w:hAnsi="Georgia" w:cs="Georgia" w:eastAsia="Georgia"/>
          <w:b w:val="0"/>
          <w:i w:val="0"/>
          <w:sz w:val="22"/>
        </w:rPr>
        <w:t>which afflicted them in the</w:t>
      </w:r>
    </w:p>
    <w:p>
      <w:pPr>
        <w:spacing w:before="120" w:after="120" w:line="300" w:lineRule="exact"/>
        <w:ind w:left="720" w:right="720"/>
        <w:jc w:val="center"/>
      </w:pPr>
      <w:r>
        <w:rPr>
          <w:rFonts w:ascii="Georgia" w:hAnsi="Georgia" w:cs="Georgia" w:eastAsia="Georgia"/>
          <w:b w:val="0"/>
          <w:i/>
          <w:sz w:val="22"/>
        </w:rPr>
        <w:t>Path of Allah nor did they become weak nor did they become hopeless. Allah loves</w:t>
      </w:r>
    </w:p>
    <w:p>
      <w:pPr>
        <w:spacing w:before="0" w:after="120" w:line="300" w:lineRule="exact"/>
        <w:jc w:val="both"/>
      </w:pPr>
      <w:r>
        <w:rPr>
          <w:rFonts w:ascii="Georgia" w:hAnsi="Georgia" w:cs="Georgia" w:eastAsia="Georgia"/>
          <w:b w:val="0"/>
          <w:i w:val="0"/>
          <w:sz w:val="22"/>
        </w:rPr>
        <w:t>the Saabireen." (Aal-e-Imraan, Aayat 146) True Mujaahideen who are the devotees of Allah do not know the meaning of ceasefire'. For them ceasefire means bootlicking.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VAADHIS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The famous Qaadhi Kamaaluddeen Shahruzi once went to the camp of Sultan Mas'ood Saljuti. The Sultan was on this occasion conducting a Jihad campaign. The Qaadhi arrived at the camp at the time of Maghrib. He saw in a nearby tent a man engaged in Maghrib Salaat. The Qaadhi entered and joined the musalli. After Salaat, the Qaadhi asked: "Who are you?" The musalli said: "I am the Qaadhi of a certain city." Qaadhi Shahruzi commented: "There are three types of Qaadhis.</w:t>
      </w:r>
    </w:p>
    <w:p>
      <w:pPr>
        <w:spacing w:before="0" w:after="120" w:line="300" w:lineRule="exact"/>
        <w:jc w:val="both"/>
      </w:pPr>
      <w:r>
        <w:rPr>
          <w:rFonts w:ascii="Georgia" w:hAnsi="Georgia" w:cs="Georgia" w:eastAsia="Georgia"/>
          <w:b w:val="0"/>
          <w:i w:val="0"/>
          <w:sz w:val="22"/>
        </w:rPr>
        <w:t>Two types will enter Jahannum and one type will enter Jannat. The two types of Jahannami Qaadhis are like you and I who humiliatingly run after Sultans, and the Jannati Qaadhi is he whose face Sultans have not seen nor has he seen the face of Sultans." Qaadhi Shahruzi was drawing attention to the evil attitude of Qaadhis in general. They would frequent and flatter the rulers to gain favours, and in this evil process justice was abused.</w:t>
      </w:r>
    </w:p>
    <w:p>
      <w:pPr>
        <w:spacing w:before="0" w:after="120" w:line="300" w:lineRule="exact"/>
        <w:jc w:val="both"/>
      </w:pPr>
      <w:r>
        <w:rPr>
          <w:rFonts w:ascii="Georgia" w:hAnsi="Georgia" w:cs="Georgia" w:eastAsia="Georgia"/>
          <w:b w:val="0"/>
          <w:i w:val="0"/>
          <w:sz w:val="22"/>
        </w:rPr>
        <w:t>Rasulullah (sallallahu alayhi wasallam) said in this regard: "Verily, the most despised Qurraa' (Qaaris and Ulama) by Allah are those who visit the rulers." Qaadhi Shahruzi's comment was made in the light of this and similar other Ahaadith. In fact, it is the advice of the Ulama-e-Haqq that an Aalim should not respond to the invitation of the ruler even if he invites with sincerity, affection and humility.</w:t>
      </w:r>
    </w:p>
    <w:p>
      <w:pPr>
        <w:spacing w:before="0" w:after="120" w:line="300" w:lineRule="exact"/>
        <w:jc w:val="both"/>
      </w:pPr>
      <w:r>
        <w:rPr>
          <w:rFonts w:ascii="Georgia" w:hAnsi="Georgia" w:cs="Georgia" w:eastAsia="Georgia"/>
          <w:b w:val="0"/>
          <w:i w:val="0"/>
          <w:sz w:val="22"/>
        </w:rPr>
        <w:t>The company of rulers is spiritually calamitous. Ulama who enjoy the company of kings and rulers are most assuredly influenced by the worldly ethos of the rulers. The Aalim frequenting rulers is impalpably influenced. His stance of Haqq becomes compromised. A thread of liberalism – compromise with baatil – becomes conspicuously discernible in his views and fatwas.</w:t>
      </w:r>
    </w:p>
    <w:p>
      <w:pPr>
        <w:spacing w:before="0" w:after="120" w:line="300" w:lineRule="exact"/>
        <w:jc w:val="both"/>
      </w:pPr>
      <w:r>
        <w:rPr>
          <w:rFonts w:ascii="Georgia" w:hAnsi="Georgia" w:cs="Georgia" w:eastAsia="Georgia"/>
          <w:b w:val="0"/>
          <w:i w:val="0"/>
          <w:sz w:val="22"/>
        </w:rPr>
        <w:t>Ultimately, without realizing, he joins the fraternity of the Ulamae-Soo' who trade the Deen for a miserable price. In the morning when Qaadhi Shahruzi was ushered into the royal presence of Sultan Mas'ood Saljuti, he (the Qaadhi) was surprised to realize that the musalli with whom he had performed Maghrib Salaat and to whom he had made the comment was in fact Sultan Mas'ood.</w:t>
      </w:r>
    </w:p>
    <w:p>
      <w:pPr>
        <w:spacing w:before="0" w:after="120" w:line="300" w:lineRule="exact"/>
        <w:jc w:val="both"/>
      </w:pPr>
      <w:r>
        <w:rPr>
          <w:rFonts w:ascii="Georgia" w:hAnsi="Georgia" w:cs="Georgia" w:eastAsia="Georgia"/>
          <w:b w:val="0"/>
          <w:i w:val="0"/>
          <w:sz w:val="22"/>
        </w:rPr>
        <w:t>Smilingly the Sultan commented: "Please narrate the condition of the three types of Qaadhis." Qaadhi Shahruzi said: "Yes, what I had said is the truth." The Sultan responded: "Undoubtedly, you have spoken the truth. Undoubtedly, you are that pious, fortunate Qaadhi who had not seen my face nor had I seen your face." This was their very first meeting.</w:t>
      </w:r>
    </w:p>
    <w:p>
      <w:pPr>
        <w:spacing w:before="0" w:after="120" w:line="300" w:lineRule="exact"/>
        <w:jc w:val="both"/>
      </w:pPr>
      <w:r>
        <w:rPr>
          <w:rFonts w:ascii="Georgia" w:hAnsi="Georgia" w:cs="Georgia" w:eastAsia="Georgia"/>
          <w:b w:val="0"/>
          <w:i w:val="0"/>
          <w:sz w:val="22"/>
        </w:rPr>
        <w:t>The statement of the Sultan was therefore factual.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PUNISHMENT FOR WORLDLY LOVE</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PUNISHMENT FOR WORLDLY LOVE</w:t>
      </w:r>
    </w:p>
    <w:p>
      <w:pPr>
        <w:pStyle w:val="Heading3"/>
        <w:spacing w:before="200" w:after="120" w:line="300" w:lineRule="exact"/>
        <w:jc w:val="left"/>
      </w:pPr>
      <w:r>
        <w:rPr>
          <w:rFonts w:ascii="Georgia" w:hAnsi="Georgia" w:cs="Georgia" w:eastAsia="Georgia"/>
          <w:b/>
          <w:i w:val="0"/>
          <w:color w:val="2E74B5"/>
          <w:sz w:val="24"/>
        </w:rPr>
        <w:t>ONCE HADHRAT ISAA</w:t>
      </w:r>
    </w:p>
    <w:p>
      <w:pPr>
        <w:spacing w:before="0" w:after="120" w:line="300" w:lineRule="exact"/>
        <w:jc w:val="both"/>
      </w:pPr>
      <w:r>
        <w:rPr>
          <w:rFonts w:ascii="Georgia" w:hAnsi="Georgia" w:cs="Georgia" w:eastAsia="Georgia"/>
          <w:b w:val="0"/>
          <w:i w:val="0"/>
          <w:sz w:val="22"/>
        </w:rPr>
        <w:t>(alayhis salaam) together with his Hawariyyeen (Companions) passed by a village. Everything was in ruins and desolate. Human skeletons were lying all over the show. Hadhrat Isaa (alayhis salaam) said to the Hawariyyeen that these people were destroyed by the Wrath of Allah Ta'ala. The Companions wished to know more of the condition of the destroyed people.</w:t>
      </w:r>
    </w:p>
    <w:p>
      <w:pPr>
        <w:spacing w:before="0" w:after="120" w:line="300" w:lineRule="exact"/>
        <w:jc w:val="both"/>
      </w:pPr>
      <w:r>
        <w:rPr>
          <w:rFonts w:ascii="Georgia" w:hAnsi="Georgia" w:cs="Georgia" w:eastAsia="Georgia"/>
          <w:b w:val="0"/>
          <w:i w:val="0"/>
          <w:sz w:val="22"/>
        </w:rPr>
        <w:t>Hadhrat Isaa (alayhis salaam) made dua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to Allah Ta'ala.</w:t>
      </w:r>
    </w:p>
    <w:p>
      <w:pPr>
        <w:spacing w:before="0" w:after="160" w:line="300" w:lineRule="exact"/>
        <w:jc w:val="center"/>
      </w:pPr>
      <w:r>
        <w:rPr>
          <w:rFonts w:ascii="Georgia" w:hAnsi="Georgia" w:cs="Georgia" w:eastAsia="Georgia"/>
          <w:b w:val="0"/>
          <w:i/>
          <w:sz w:val="16"/>
        </w:rPr>
        <w:t>Page 12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to Allah Ta'ala. He was instructed to call the skeletons during the night time. During the night, Hadhrat Isaa (alayhis salaam) mounted a small hill and called out: "O people of the village!" Someone from the village responded: "What is your command, O Roohullaah!" Nabi Isaa: What is the state of your people? Skeleton: One night we were sleeping well.</w:t>
      </w:r>
    </w:p>
    <w:p>
      <w:pPr>
        <w:spacing w:before="0" w:after="120" w:line="300" w:lineRule="exact"/>
        <w:jc w:val="both"/>
      </w:pPr>
      <w:r>
        <w:rPr>
          <w:rFonts w:ascii="Georgia" w:hAnsi="Georgia" w:cs="Georgia" w:eastAsia="Georgia"/>
          <w:b w:val="0"/>
          <w:i w:val="0"/>
          <w:sz w:val="22"/>
        </w:rPr>
        <w:t>Suddenly in the morning we were dumped into Jahannum. Nabi Isaa: What is the reason? Skeleton: We were engrossed in the love of the world and followed the transgressors. Nabi Isaa: To what extent did you love the world? Skeleton: As much as a baby loves its mother. When the mother appears, the baby becomes happy and when the mother disappears the baby grieves and cries.</w:t>
      </w:r>
    </w:p>
    <w:p>
      <w:pPr>
        <w:spacing w:before="0" w:after="120" w:line="300" w:lineRule="exact"/>
        <w:jc w:val="both"/>
      </w:pPr>
      <w:r>
        <w:rPr>
          <w:rFonts w:ascii="Georgia" w:hAnsi="Georgia" w:cs="Georgia" w:eastAsia="Georgia"/>
          <w:b w:val="0"/>
          <w:i w:val="0"/>
          <w:sz w:val="22"/>
        </w:rPr>
        <w:t>Nabi Isaa: Why do your companions not speak? Skeleton: There are reins of fire in their mouths and the Angels are pulling at these reins. These Angels are of foul temper. Nabi Isaa: How do you then speak? Skeleton: I was not one of them. But, since I associated with them the punishment overtook me too. Now I have been hung up on the brink of Jahannum.</w:t>
      </w:r>
    </w:p>
    <w:p>
      <w:pPr>
        <w:spacing w:before="0" w:after="120" w:line="300" w:lineRule="exact"/>
        <w:jc w:val="both"/>
      </w:pPr>
      <w:r>
        <w:rPr>
          <w:rFonts w:ascii="Georgia" w:hAnsi="Georgia" w:cs="Georgia" w:eastAsia="Georgia"/>
          <w:b w:val="0"/>
          <w:i w:val="0"/>
          <w:sz w:val="22"/>
        </w:rPr>
        <w:t>I do not know if I will be saved or flung into the Fire." (Nazhatul Basaateen)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ZULM WILL BE PUNISHED</w:t>
      </w:r>
    </w:p>
    <w:p>
      <w:pPr>
        <w:spacing w:before="0" w:after="160" w:line="300" w:lineRule="exact"/>
        <w:jc w:val="center"/>
      </w:pPr>
      <w:r>
        <w:rPr>
          <w:rFonts w:ascii="Georgia" w:hAnsi="Georgia" w:cs="Georgia" w:eastAsia="Georgia"/>
          <w:b w:val="0"/>
          <w:i/>
          <w:sz w:val="16"/>
        </w:rPr>
        <w:t>Page 13, 14 of the original. Heading read from the printed headline artwork.</w:t>
      </w:r>
    </w:p>
    <w:p>
      <w:pPr>
        <w:spacing w:before="0" w:after="120" w:line="300" w:lineRule="exact"/>
        <w:jc w:val="both"/>
      </w:pPr>
      <w:r>
        <w:rPr>
          <w:rFonts w:ascii="Georgia" w:hAnsi="Georgia" w:cs="Georgia" w:eastAsia="Georgia"/>
          <w:b w:val="0"/>
          <w:i w:val="0"/>
          <w:sz w:val="22"/>
        </w:rPr>
        <w:t>HAJJAAJ Bin Yusuf, the governor of Iraq, was notorious for his cruelty. He had unjustly and brutally put to death 120,000 persons. He had also killed numerous Sahaabah of our Nabi (sallallahu alayhi wasallam). Among the senior Sahaabah whom he had martyred were Hadhrat Abdullah Ibn Umar (radhiyallahu anhu) and Hadhrat Abdullah Bin Zubair (radhiyallahu anhu).</w:t>
      </w:r>
    </w:p>
    <w:p>
      <w:pPr>
        <w:spacing w:before="0" w:after="120" w:line="300" w:lineRule="exact"/>
        <w:jc w:val="both"/>
      </w:pPr>
      <w:r>
        <w:rPr>
          <w:rFonts w:ascii="Georgia" w:hAnsi="Georgia" w:cs="Georgia" w:eastAsia="Georgia"/>
          <w:b w:val="0"/>
          <w:i w:val="0"/>
          <w:sz w:val="22"/>
        </w:rPr>
        <w:t>He would frequently remark: "Nothing is more pleasurable for me than bloodshed." When Hajjaaj was born, he had refused to be suckled by his mother. Shaitaan appeared in the form of the physician Haarith Bin Kald. He advised that a black goat be slaughtered and some of its blood be rubbed into the baby's mouth and on its face. After this prescription was observed, Hajjaaj began drinking his mother's milk.</w:t>
      </w:r>
    </w:p>
    <w:p>
      <w:pPr>
        <w:spacing w:before="0" w:after="120" w:line="300" w:lineRule="exact"/>
        <w:jc w:val="both"/>
      </w:pPr>
      <w:r>
        <w:rPr>
          <w:rFonts w:ascii="Georgia" w:hAnsi="Georgia" w:cs="Georgia" w:eastAsia="Georgia"/>
          <w:b w:val="0"/>
          <w:i w:val="0"/>
          <w:sz w:val="22"/>
        </w:rPr>
        <w:t>The last pious personality whom Hajjaaj had brutally murdered was the famous Taabi-ee, Hadhrat Saeed Bin Jubair (rahmatullah alayh). After this murder, Hajjaaj was afflicted with an apparition in the form of Hadhrat Saeed Bin Jubair (rahmatullah alayh). He was literally haunt- ed night and day by this apparition which appeared in front of him, and accusingly asking: 'Why did you kill me?' He would dream of Hadhrat Saeed, and when his eyes opened, Hajjaaj would see the apparition in front of him.</w:t>
      </w:r>
    </w:p>
    <w:p>
      <w:pPr>
        <w:spacing w:before="0" w:after="120" w:line="300" w:lineRule="exact"/>
        <w:jc w:val="both"/>
      </w:pPr>
      <w:r>
        <w:rPr>
          <w:rFonts w:ascii="Georgia" w:hAnsi="Georgia" w:cs="Georgia" w:eastAsia="Georgia"/>
          <w:b w:val="0"/>
          <w:i w:val="0"/>
          <w:sz w:val="22"/>
        </w:rPr>
        <w:t>He was being driven to insanity with fear. An internal wound developed in his stomach. The pain was unbearable, and it increased by the minute. Simultaneously he was overwhelmed with such intense cold that despite a fire being positioned close to him, the severity of the cold would not ease. His body would become burnt, but the cold was incremental.</w:t>
      </w:r>
    </w:p>
    <w:p>
      <w:pPr>
        <w:spacing w:before="0" w:after="120" w:line="300" w:lineRule="exact"/>
        <w:jc w:val="both"/>
      </w:pPr>
      <w:r>
        <w:rPr>
          <w:rFonts w:ascii="Georgia" w:hAnsi="Georgia" w:cs="Georgia" w:eastAsia="Georgia"/>
          <w:b w:val="0"/>
          <w:i w:val="0"/>
          <w:sz w:val="22"/>
        </w:rPr>
        <w:t>He bellowed like an ox with pain. To diagnose the internal wound, the physician lowered a string with some food substance down Hajjaj's throat. When the string was retrieved, it came up full of worms. Worms were devouring his inside. Suffering unbearable pain, Hajjaaj sent for Hadhrat Hasan Basri (rahmatullah alayh). When he arrived, Hajjaaj pleaded to him to make dua for him.</w:t>
      </w:r>
    </w:p>
    <w:p>
      <w:pPr>
        <w:spacing w:before="0" w:after="120" w:line="300" w:lineRule="exact"/>
        <w:jc w:val="both"/>
      </w:pPr>
      <w:r>
        <w:rPr>
          <w:rFonts w:ascii="Georgia" w:hAnsi="Georgia" w:cs="Georgia" w:eastAsia="Georgia"/>
          <w:b w:val="0"/>
          <w:i w:val="0"/>
          <w:sz w:val="22"/>
        </w:rPr>
        <w:t>Hadhrat Hasan said: 'O Hajjaaj! Listen! I always admonished you to desist from your cruelty. You are now tasting the consequences of what you had done to Saeed.' Finally Hajjaaj died with great suffering. When someone saw Hajjaaj in a dream, he (Hajjaaj) said: "I am repeatedly being slaughtered as a punishment for having killed Saeed Bin Jubair.</w:t>
      </w:r>
    </w:p>
    <w:p>
      <w:pPr>
        <w:spacing w:before="0" w:after="120" w:line="300" w:lineRule="exact"/>
        <w:jc w:val="both"/>
      </w:pPr>
      <w:r>
        <w:rPr>
          <w:rFonts w:ascii="Georgia" w:hAnsi="Georgia" w:cs="Georgia" w:eastAsia="Georgia"/>
          <w:b w:val="0"/>
          <w:i w:val="0"/>
          <w:sz w:val="22"/>
        </w:rPr>
        <w:t>After being slaughtered, I am resurrected and again slaughtered. This process is being continued." Rasulullah (sallallahu alayhi wasallam) said: Beware of the curse of the mazloom (the oppressed one)…. Allah lifts his supplication above the clouds, and the doors of the heavens are opened up for it. Allah Azza Wa Jal says: 'By My Might and Power!</w:t>
      </w:r>
    </w:p>
    <w:p>
      <w:pPr>
        <w:spacing w:before="0" w:after="120" w:line="300" w:lineRule="exact"/>
        <w:jc w:val="both"/>
      </w:pPr>
      <w:r>
        <w:rPr>
          <w:rFonts w:ascii="Georgia" w:hAnsi="Georgia" w:cs="Georgia" w:eastAsia="Georgia"/>
          <w:b w:val="0"/>
          <w:i w:val="0"/>
          <w:sz w:val="22"/>
        </w:rPr>
        <w:t>I shall aid you, even if it is after some time." Never does a zaalim escape the consequences of his zulm. Besides the punishment in the Hereafter awaiting him, punishment in this world too is mandatory for him.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following episode narrat-</w:t>
      </w:r>
    </w:p>
    <w:p>
      <w:pPr>
        <w:spacing w:before="0" w:after="160" w:line="300" w:lineRule="exact"/>
        <w:jc w:val="center"/>
      </w:pPr>
      <w:r>
        <w:rPr>
          <w:rFonts w:ascii="Georgia" w:hAnsi="Georgia" w:cs="Georgia" w:eastAsia="Georgia"/>
          <w:b w:val="0"/>
          <w:i/>
          <w:sz w:val="16"/>
        </w:rPr>
        <w:t>Page 13 of the original. Heading read from the printed headline artwork.</w:t>
      </w:r>
    </w:p>
    <w:p>
      <w:pPr>
        <w:spacing w:before="0" w:after="120" w:line="300" w:lineRule="exact"/>
        <w:jc w:val="both"/>
      </w:pPr>
      <w:r>
        <w:rPr>
          <w:rFonts w:ascii="Georgia" w:hAnsi="Georgia" w:cs="Georgia" w:eastAsia="Georgia"/>
          <w:b w:val="0"/>
          <w:i w:val="0"/>
          <w:sz w:val="22"/>
        </w:rPr>
        <w:t>COMPROMISING WITH BAATIL? A DISEASE which has beset the Ulama of the age is compromise with baatil. A variety of baatil excuses is proffered for justifying this compromise. The following episode narrated by Hadhrat Maulana Ashraf Ali Thanvi (rahmatullah alayh) should be sufficient lesson for the compromisers. When Sultan Mahmud Ghaznawi conquered India, he set about to demolish the Hindu mandir (temple) in Somnath.</w:t>
      </w:r>
    </w:p>
    <w:p>
      <w:pPr>
        <w:spacing w:before="0" w:after="120" w:line="300" w:lineRule="exact"/>
        <w:jc w:val="both"/>
      </w:pPr>
      <w:r>
        <w:rPr>
          <w:rFonts w:ascii="Georgia" w:hAnsi="Georgia" w:cs="Georgia" w:eastAsia="Georgia"/>
          <w:b w:val="0"/>
          <w:i w:val="0"/>
          <w:sz w:val="22"/>
        </w:rPr>
        <w:t>All the idols in the mandir were smashed. When the biggest idol was about to be smashed, the idol-worshippers passionately pleaded for their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idol to be spared.</w:t>
      </w:r>
    </w:p>
    <w:p>
      <w:pPr>
        <w:spacing w:before="0" w:after="160" w:line="300" w:lineRule="exact"/>
        <w:jc w:val="center"/>
      </w:pPr>
      <w:r>
        <w:rPr>
          <w:rFonts w:ascii="Georgia" w:hAnsi="Georgia" w:cs="Georgia" w:eastAsia="Georgia"/>
          <w:b w:val="0"/>
          <w:i/>
          <w:sz w:val="16"/>
        </w:rPr>
        <w:t>Page 13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idol to be spared. They promised to give in exchange the weight of the idol in gold if it was not smashed. Sultan Mahmud consulted with his advisors. All of them were of the opinion that since the country was conquered and the idols smashed, it would not really matter if the one idol is spared. The huge amount of gold could be put to constructive use.</w:t>
      </w:r>
    </w:p>
    <w:p>
      <w:pPr>
        <w:spacing w:before="0" w:after="120" w:line="300" w:lineRule="exact"/>
        <w:jc w:val="both"/>
      </w:pPr>
      <w:r>
        <w:rPr>
          <w:rFonts w:ascii="Georgia" w:hAnsi="Georgia" w:cs="Georgia" w:eastAsia="Georgia"/>
          <w:b w:val="0"/>
          <w:i w:val="0"/>
          <w:sz w:val="22"/>
        </w:rPr>
        <w:t>Sayyid Salaar Mas'ood Ghaazi who was also present said: 'This is tantamount to selling idols. Hitherto Muslim kings were idolbreakers, now they will be labelled idol-sellers.' Although this comment appealed to the Sultan, he still entertained a degree of doubt. That afternoon during his nap, he dreamt that he was on the Plains of Qiyaamah.</w:t>
      </w:r>
    </w:p>
    <w:p>
      <w:pPr>
        <w:spacing w:before="0" w:after="120" w:line="300" w:lineRule="exact"/>
        <w:jc w:val="both"/>
      </w:pPr>
      <w:r>
        <w:rPr>
          <w:rFonts w:ascii="Georgia" w:hAnsi="Georgia" w:cs="Georgia" w:eastAsia="Georgia"/>
          <w:b w:val="0"/>
          <w:i w:val="0"/>
          <w:sz w:val="22"/>
        </w:rPr>
        <w:t>An Angel leading him (the Sultan) to Jahannum was saying: 'He is an idol-seller'. Another Angel responded: 'No, he is an idol-breaker. Take him to Jannat.' Suddenly the Sultan's eyes opened. Immediately he issued the command for the big idol to be smashed. When the idol was smashed, its inside was found to be filled with precious stones the value of which exceeded the value of the gold which the idolaters had offered.</w:t>
      </w:r>
    </w:p>
    <w:p>
      <w:pPr>
        <w:spacing w:before="0" w:after="120" w:line="300" w:lineRule="exact"/>
        <w:jc w:val="both"/>
      </w:pPr>
      <w:r>
        <w:rPr>
          <w:rFonts w:ascii="Georgia" w:hAnsi="Georgia" w:cs="Georgia" w:eastAsia="Georgia"/>
          <w:b w:val="0"/>
          <w:i w:val="0"/>
          <w:sz w:val="22"/>
        </w:rPr>
        <w:t>Sultan Mahmud profusely expressed his gratitude (shukr) to Allah Ta'ala Who had guided him to smash the idol and at the same time bestowed such a huge treasure to him. Compromise with baatil is not permissible. The duty of the Ulama is to proclaim the Haqq and not to adulterate it with baatil. The argument of 'hikmat' to justify compromise with baatil is a despicable carnard.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LOVE FOR THE SUNNAH</w:t>
      </w:r>
    </w:p>
    <w:p>
      <w:pPr>
        <w:spacing w:before="0" w:after="160" w:line="300" w:lineRule="exact"/>
        <w:jc w:val="center"/>
      </w:pPr>
      <w:r>
        <w:rPr>
          <w:rFonts w:ascii="Georgia" w:hAnsi="Georgia" w:cs="Georgia" w:eastAsia="Georgia"/>
          <w:b w:val="0"/>
          <w:i/>
          <w:sz w:val="16"/>
        </w:rPr>
        <w:t>Page 14 of the original. Heading read from the printed headline artwork.</w:t>
      </w:r>
    </w:p>
    <w:p>
      <w:pPr>
        <w:spacing w:before="0" w:after="120" w:line="300" w:lineRule="exact"/>
        <w:jc w:val="both"/>
      </w:pPr>
      <w:r>
        <w:rPr>
          <w:rFonts w:ascii="Georgia" w:hAnsi="Georgia" w:cs="Georgia" w:eastAsia="Georgia"/>
          <w:b w:val="0"/>
          <w:i w:val="0"/>
          <w:sz w:val="22"/>
        </w:rPr>
        <w:t>Once while in Persia, Hadhrat Huzaifah Bin Yamaan (radhiyallahu anhu) along with some other Muslims, was invited by the rulers for a meal. Whilst eating, a morsel of food fell from his hand on to the ground. He picked up the morsel, dusted it and began eating it. A companion whispered to him that the rulers regard such a practice to be uncultured.</w:t>
      </w:r>
    </w:p>
    <w:p>
      <w:pPr>
        <w:spacing w:before="0" w:after="120" w:line="300" w:lineRule="exact"/>
        <w:jc w:val="both"/>
      </w:pPr>
      <w:r>
        <w:rPr>
          <w:rFonts w:ascii="Georgia" w:hAnsi="Georgia" w:cs="Georgia" w:eastAsia="Georgia"/>
          <w:b w:val="0"/>
          <w:i w:val="0"/>
          <w:sz w:val="22"/>
        </w:rPr>
        <w:t>Hadhrat Huzaifah (radhiyallahu anhu) commented aloud: "Should I abandon the Sunnah of my Beloved (i.e.Rasulullah – sallallahu alayhi wasallam) for the sake of these morons?" He had observed Rasulullah (sallallahu alayhi wasallam) picking up a fallen morsel and eating it. Confound the 'culture' and cult of the morons! The one in whose heart is embedded the love of Allah Ta'ala and Rasulullah (sallallahu alayhi wasallam) do not understand the policy of dubious diplomacy and 'culture'.</w:t>
      </w:r>
    </w:p>
    <w:p>
      <w:pPr>
        <w:spacing w:before="0" w:after="120" w:line="300" w:lineRule="exact"/>
        <w:jc w:val="both"/>
      </w:pPr>
      <w:r>
        <w:rPr>
          <w:rFonts w:ascii="Georgia" w:hAnsi="Georgia" w:cs="Georgia" w:eastAsia="Georgia"/>
          <w:b w:val="0"/>
          <w:i w:val="0"/>
          <w:sz w:val="22"/>
        </w:rPr>
        <w:t>In terms of the understanding of the molvis and sheikhs of our era, Hadhrat Huzaifah (radhiyallahu anhu) 'should' have acquitted himself with diplomacy and not revile the non-Muslim rulers by labelling them 'morons' (humakaa'). Whilst the flotsam of today who abandon the Sunnah and the Shariah, are lost in their policies of compromise, dubious diplomacy, interfaith and 'hikmat', the men in whose hearts has settled the flame of Divine Love speak and react in terms of: Love for the sake of Allah, and animosity for the sake of Allah."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ARMIES OF ALLAH</w:t>
      </w:r>
    </w:p>
    <w:p>
      <w:pPr>
        <w:spacing w:before="0" w:after="160" w:line="300" w:lineRule="exact"/>
        <w:jc w:val="center"/>
      </w:pPr>
      <w:r>
        <w:rPr>
          <w:rFonts w:ascii="Georgia" w:hAnsi="Georgia" w:cs="Georgia" w:eastAsia="Georgia"/>
          <w:b w:val="0"/>
          <w:i/>
          <w:sz w:val="16"/>
        </w:rPr>
        <w:t>Page 14 of the original</w:t>
      </w:r>
    </w:p>
    <w:p>
      <w:pPr>
        <w:spacing w:before="120" w:after="120" w:line="300" w:lineRule="exact"/>
        <w:ind w:left="720" w:right="720"/>
        <w:jc w:val="center"/>
      </w:pPr>
      <w:r>
        <w:rPr>
          <w:rFonts w:ascii="Georgia" w:hAnsi="Georgia" w:cs="Georgia" w:eastAsia="Georgia"/>
          <w:b w:val="0"/>
          <w:i/>
          <w:sz w:val="22"/>
        </w:rPr>
        <w:t>"Many were the small groups who defeated large armies with</w:t>
      </w:r>
    </w:p>
    <w:p>
      <w:pPr>
        <w:spacing w:before="0" w:after="120" w:line="300" w:lineRule="exact"/>
        <w:jc w:val="both"/>
      </w:pPr>
      <w:r>
        <w:rPr>
          <w:rFonts w:ascii="Georgia" w:hAnsi="Georgia" w:cs="Georgia" w:eastAsia="Georgia"/>
          <w:b w:val="0"/>
          <w:i w:val="0"/>
          <w:sz w:val="22"/>
        </w:rPr>
        <w:t>the permission of Allah, and Allah is with the Saabireen." (Al-Baqarah, Aayat 249) The true Army of Islam does not rely on weapons and numbers. While the kuffaar army marches on its stomach, the Army of Allah marches on its Imaan.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SULTAN IS FORGIVEN</w:t>
      </w:r>
    </w:p>
    <w:p>
      <w:pPr>
        <w:spacing w:before="0" w:after="160" w:line="300" w:lineRule="exact"/>
        <w:jc w:val="center"/>
      </w:pPr>
      <w:r>
        <w:rPr>
          <w:rFonts w:ascii="Georgia" w:hAnsi="Georgia" w:cs="Georgia" w:eastAsia="Georgia"/>
          <w:b w:val="0"/>
          <w:i/>
          <w:sz w:val="16"/>
        </w:rPr>
        <w:t>Page 15 of the original. Heading read from the printed headline artwork.</w:t>
      </w:r>
    </w:p>
    <w:p>
      <w:pPr>
        <w:spacing w:before="0" w:after="120" w:line="300" w:lineRule="exact"/>
        <w:jc w:val="both"/>
      </w:pPr>
      <w:r>
        <w:rPr>
          <w:rFonts w:ascii="Georgia" w:hAnsi="Georgia" w:cs="Georgia" w:eastAsia="Georgia"/>
          <w:b w:val="0"/>
          <w:i w:val="0"/>
          <w:sz w:val="22"/>
        </w:rPr>
        <w:t>After his demise, someone saw Sultan Mahmood Ghaznawi in a dream. (He was the Sultan of Afghanistan). The person saw the Sultan strutting happily in Jannat. He asked the Sultan: "How come you are so quick in Jannat? The condition of kings is usually deplorable and lamentable in the Hereafter?" Mahmood Ghaznawi responded: "Allah Ta'ala forgave me on account of a very small act.</w:t>
      </w:r>
    </w:p>
    <w:p>
      <w:pPr>
        <w:spacing w:before="0" w:after="120" w:line="300" w:lineRule="exact"/>
        <w:jc w:val="both"/>
      </w:pPr>
      <w:r>
        <w:rPr>
          <w:rFonts w:ascii="Georgia" w:hAnsi="Georgia" w:cs="Georgia" w:eastAsia="Georgia"/>
          <w:b w:val="0"/>
          <w:i w:val="0"/>
          <w:sz w:val="22"/>
        </w:rPr>
        <w:t>Once I visited the khaanqah of Hadhrat Shaikh Abul Hasan Khirqaani (rahmatullah alayh). Some persons were sweeping the khaanqah. Dust was flying about. I took some of the dust and rubbed it on my face. I did so because I believed that it was the dust from the garments and bedding of the devotees of Allah Ta'ala. Allah said to me: "You had honoured even the dust of the Durwaishes who were in My path.</w:t>
      </w:r>
    </w:p>
    <w:p>
      <w:pPr>
        <w:spacing w:before="0" w:after="120" w:line="300" w:lineRule="exact"/>
        <w:jc w:val="both"/>
      </w:pPr>
      <w:r>
        <w:rPr>
          <w:rFonts w:ascii="Georgia" w:hAnsi="Georgia" w:cs="Georgia" w:eastAsia="Georgia"/>
          <w:b w:val="0"/>
          <w:i w:val="0"/>
          <w:sz w:val="22"/>
        </w:rPr>
        <w:t>By the barkat of that dust I have freed your face from the Fire of Jahannum."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FREED MIRACULOUSLY</w:t>
      </w:r>
    </w:p>
    <w:p>
      <w:pPr>
        <w:spacing w:before="0" w:after="160" w:line="300" w:lineRule="exact"/>
        <w:jc w:val="center"/>
      </w:pPr>
      <w:r>
        <w:rPr>
          <w:rFonts w:ascii="Georgia" w:hAnsi="Georgia" w:cs="Georgia" w:eastAsia="Georgia"/>
          <w:b w:val="0"/>
          <w:i/>
          <w:sz w:val="16"/>
        </w:rPr>
        <w:t>Page 15, 16 of the original. Heading read from the printed headline artwork.</w:t>
      </w:r>
    </w:p>
    <w:p>
      <w:pPr>
        <w:spacing w:before="0" w:after="120" w:line="300" w:lineRule="exact"/>
        <w:jc w:val="both"/>
      </w:pPr>
      <w:r>
        <w:rPr>
          <w:rFonts w:ascii="Georgia" w:hAnsi="Georgia" w:cs="Georgia" w:eastAsia="Georgia"/>
          <w:b w:val="0"/>
          <w:i w:val="0"/>
          <w:sz w:val="22"/>
        </w:rPr>
        <w:t>The Christians had captured a number of Muslims whom they had enslaved. Among the captives was a young boy. The grief-stricken mother went to a Buzrug and begged him to make dua for the release and safe return of her son. The Buzrug told her to return home, and he would supplicate. At the same time, he focused on the ground and moved his lips with a dua.</w:t>
      </w:r>
    </w:p>
    <w:p>
      <w:pPr>
        <w:spacing w:before="0" w:after="120" w:line="300" w:lineRule="exact"/>
        <w:jc w:val="both"/>
      </w:pPr>
      <w:r>
        <w:rPr>
          <w:rFonts w:ascii="Georgia" w:hAnsi="Georgia" w:cs="Georgia" w:eastAsia="Georgia"/>
          <w:b w:val="0"/>
          <w:i w:val="0"/>
          <w:sz w:val="22"/>
        </w:rPr>
        <w:t>After some days, the lady returned to the Buzrug with her son, expressing her heartfelt gratitude. The son explaining the wonderful episode of his release narrated: 'I was togeth- er with many other prisoners in the captivity of the Christian king. Every day the guard would lead us into the fields to labour. We all were constantly held in chains.</w:t>
      </w:r>
    </w:p>
    <w:p>
      <w:pPr>
        <w:spacing w:before="0" w:after="120" w:line="300" w:lineRule="exact"/>
        <w:jc w:val="both"/>
      </w:pPr>
      <w:r>
        <w:rPr>
          <w:rFonts w:ascii="Georgia" w:hAnsi="Georgia" w:cs="Georgia" w:eastAsia="Georgia"/>
          <w:b w:val="0"/>
          <w:i w:val="0"/>
          <w:sz w:val="22"/>
        </w:rPr>
        <w:t>One day whilst returning, the leg-irons miraculously broke and fell from my legs." (The lad mentioned the day and the time this had happened. It was the exact day and time the Buzrug had made dua.) Continuing his story, the lad said: "Seeing me without the legirons, the guard shouted and threatened me. He accused me of having broken the legirons.</w:t>
      </w:r>
    </w:p>
    <w:p>
      <w:pPr>
        <w:spacing w:before="0" w:after="120" w:line="300" w:lineRule="exact"/>
        <w:jc w:val="both"/>
      </w:pPr>
      <w:r>
        <w:rPr>
          <w:rFonts w:ascii="Georgia" w:hAnsi="Georgia" w:cs="Georgia" w:eastAsia="Georgia"/>
          <w:b w:val="0"/>
          <w:i w:val="0"/>
          <w:sz w:val="22"/>
        </w:rPr>
        <w:t>I explained that the legirons came loose miraculously. The incredulous guard summoned the blacksmith and I was fitted with much stronger and heavier leg-irons. I took just a few steps, and again the leg-irons broke and fell from my feet. The guard was shocked and bewildered. He called a monk and narrated what had happened. The raahib (monk) asked me: 'Do you have a mother?' I said: 'Yes.' He said: 'The prayer of his mother has been accepted.</w:t>
      </w:r>
    </w:p>
    <w:p>
      <w:pPr>
        <w:spacing w:before="0" w:after="120" w:line="300" w:lineRule="exact"/>
        <w:jc w:val="both"/>
      </w:pPr>
      <w:r>
        <w:rPr>
          <w:rFonts w:ascii="Georgia" w:hAnsi="Georgia" w:cs="Georgia" w:eastAsia="Georgia"/>
          <w:b w:val="0"/>
          <w:i w:val="0"/>
          <w:sz w:val="22"/>
        </w:rPr>
        <w:t>Allah has freed you. We are unable to hold you prisoner.' One of the Christians then accompanied me to the border of the Muslim land."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 NOT BOOTLICK THEM!</w:t>
      </w:r>
    </w:p>
    <w:p>
      <w:pPr>
        <w:spacing w:before="0" w:after="160" w:line="300" w:lineRule="exact"/>
        <w:jc w:val="center"/>
      </w:pPr>
      <w:r>
        <w:rPr>
          <w:rFonts w:ascii="Georgia" w:hAnsi="Georgia" w:cs="Georgia" w:eastAsia="Georgia"/>
          <w:b w:val="0"/>
          <w:i/>
          <w:sz w:val="16"/>
        </w:rPr>
        <w:t>Page 15 of the original</w:t>
      </w:r>
    </w:p>
    <w:p>
      <w:pPr>
        <w:pStyle w:val="Heading3"/>
        <w:spacing w:before="200" w:after="120" w:line="300" w:lineRule="exact"/>
        <w:jc w:val="left"/>
      </w:pPr>
      <w:r>
        <w:rPr>
          <w:rFonts w:ascii="Georgia" w:hAnsi="Georgia" w:cs="Georgia" w:eastAsia="Georgia"/>
          <w:b/>
          <w:i w:val="0"/>
          <w:color w:val="2E74B5"/>
          <w:sz w:val="24"/>
        </w:rPr>
        <w:t>DO NOT BOOTLICK THEM!</w:t>
      </w:r>
    </w:p>
    <w:p>
      <w:pPr>
        <w:spacing w:before="0" w:after="120" w:line="300" w:lineRule="exact"/>
        <w:jc w:val="both"/>
      </w:pPr>
      <w:r>
        <w:rPr>
          <w:rFonts w:ascii="Georgia" w:hAnsi="Georgia" w:cs="Georgia" w:eastAsia="Georgia"/>
          <w:b w:val="0"/>
          <w:i w:val="0"/>
          <w:sz w:val="22"/>
        </w:rPr>
        <w:t>"O People of Imaan! If you follow the kuffaar, they will turn you on your heels (into kufr), then you will be the losers. In fact, Allah is your Protector, and He is the best of helpers." (Aal-e-Imraan, Aayats 149, 150)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FIRE HAD NO EFFECT</w:t>
      </w:r>
    </w:p>
    <w:p>
      <w:pPr>
        <w:spacing w:before="0" w:after="160" w:line="300" w:lineRule="exact"/>
        <w:jc w:val="center"/>
      </w:pPr>
      <w:r>
        <w:rPr>
          <w:rFonts w:ascii="Georgia" w:hAnsi="Georgia" w:cs="Georgia" w:eastAsia="Georgia"/>
          <w:b w:val="0"/>
          <w:i/>
          <w:sz w:val="16"/>
        </w:rPr>
        <w:t>Page 16 of the original. Heading read from the printed headline artwork.</w:t>
      </w:r>
    </w:p>
    <w:p>
      <w:pPr>
        <w:spacing w:before="0" w:after="120" w:line="300" w:lineRule="exact"/>
        <w:jc w:val="both"/>
      </w:pPr>
      <w:r>
        <w:rPr>
          <w:rFonts w:ascii="Georgia" w:hAnsi="Georgia" w:cs="Georgia" w:eastAsia="Georgia"/>
          <w:b w:val="0"/>
          <w:i w:val="0"/>
          <w:sz w:val="22"/>
        </w:rPr>
        <w:t>Hadhrat Abu Musa Khaulaani (rahmatullah alayh) was among the senior Taabi-een. During the khilaafate of Hadhrat Abu Bakr Siddique (radhiyallahu anhu), the impostor Musailamah Kath-thaab had claimed to be a nabi. He had captured Hadhrat Khaulaani and had threatened to cast him into a blazing fire if he refused to accept his (Musailamah's) nubuwwat.</w:t>
      </w:r>
    </w:p>
    <w:p>
      <w:pPr>
        <w:spacing w:before="0" w:after="120" w:line="300" w:lineRule="exact"/>
        <w:jc w:val="both"/>
      </w:pPr>
      <w:r>
        <w:rPr>
          <w:rFonts w:ascii="Georgia" w:hAnsi="Georgia" w:cs="Georgia" w:eastAsia="Georgia"/>
          <w:b w:val="0"/>
          <w:i w:val="0"/>
          <w:sz w:val="22"/>
        </w:rPr>
        <w:t>Hadhrat Khaulaani refused and said: 'Do as you please.' A huge blazing fire was lit and Hadhrat Khaulaani was cast into it. He exclaimed: 'Allaahu Akbar! Bismillaah!' The fire had absolutely no effect on him. Musailamah had no alternative but to set him free. News of this episode reached Hadhrat Abu Bakr (radhiyallahu anhu) and Ha- dhrat Umar (radhiyallahu anhu) in Madinah.</w:t>
      </w:r>
    </w:p>
    <w:p>
      <w:pPr>
        <w:spacing w:before="0" w:after="120" w:line="300" w:lineRule="exact"/>
        <w:jc w:val="both"/>
      </w:pPr>
      <w:r>
        <w:rPr>
          <w:rFonts w:ascii="Georgia" w:hAnsi="Georgia" w:cs="Georgia" w:eastAsia="Georgia"/>
          <w:b w:val="0"/>
          <w:i w:val="0"/>
          <w:sz w:val="22"/>
        </w:rPr>
        <w:t>After some time, Hadhrat Khaulaani decided to make ziyaarat of Rasulullah's Grave. He set off from Yamaamah for Madinah. When he reached Musjid Nabawi, he entered and performed two raka'ts Salaat. Just as he completed his Salaat, Hadhrat Umar (radhiyallahu anhu) seeing the stranger, approached him and asked: "Who are you?" Khaulaani: "I am Abu Muslim Khaulaani." Hadhrat Umar: "From where are you?" Khaulaani: "From Yamaamah".</w:t>
      </w:r>
    </w:p>
    <w:p>
      <w:pPr>
        <w:spacing w:before="0" w:after="120" w:line="300" w:lineRule="exact"/>
        <w:jc w:val="both"/>
      </w:pPr>
      <w:r>
        <w:rPr>
          <w:rFonts w:ascii="Georgia" w:hAnsi="Georgia" w:cs="Georgia" w:eastAsia="Georgia"/>
          <w:b w:val="0"/>
          <w:i w:val="0"/>
          <w:sz w:val="22"/>
        </w:rPr>
        <w:t>Hadhrat Umar: "We have heard that in Yamaamah there is a man whom Musailamah Kath-thaab had cast into a fire, but the fire had no effect on him." Khaulaani: "Yes. I am that person." Hadhrat Umar's face became radiant with delight. He said: "Come! I shall take you to the Khalifah of Rasulullah (sallallahu alayhi wasallam), Abu Bakr Siddique (radhiyallahu anhu)." When they were in the presence of Hadhrat Abu Bakr (radhiyallahu anhu), Hadhrat Umar (radhiyallahu anhu) said: "O Ameerul Mu'mineen!</w:t>
      </w:r>
    </w:p>
    <w:p>
      <w:pPr>
        <w:spacing w:before="0" w:after="120" w:line="300" w:lineRule="exact"/>
        <w:jc w:val="both"/>
      </w:pPr>
      <w:r>
        <w:rPr>
          <w:rFonts w:ascii="Georgia" w:hAnsi="Georgia" w:cs="Georgia" w:eastAsia="Georgia"/>
          <w:b w:val="0"/>
          <w:i w:val="0"/>
          <w:sz w:val="22"/>
        </w:rPr>
        <w:t>Allah Ta'ala has raised today in this Ummah someone who has refreshened the memory of Nabi Ibraahim's Imaan. Subhaanallaah! By virtue of Imaan, Allah Ta'ala has protected him from burning in the fire."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"REMEMBER ALLAH"</w:t>
      </w:r>
    </w:p>
    <w:p>
      <w:pPr>
        <w:spacing w:before="0" w:after="160" w:line="300" w:lineRule="exact"/>
        <w:jc w:val="center"/>
      </w:pPr>
      <w:r>
        <w:rPr>
          <w:rFonts w:ascii="Georgia" w:hAnsi="Georgia" w:cs="Georgia" w:eastAsia="Georgia"/>
          <w:b w:val="0"/>
          <w:i/>
          <w:sz w:val="16"/>
        </w:rPr>
        <w:t>Page 16, 17 of the original. Heading read from the printed headline artwork.</w:t>
      </w:r>
    </w:p>
    <w:p>
      <w:pPr>
        <w:spacing w:before="0" w:after="120" w:line="300" w:lineRule="exact"/>
        <w:jc w:val="both"/>
      </w:pPr>
      <w:r>
        <w:rPr>
          <w:rFonts w:ascii="Georgia" w:hAnsi="Georgia" w:cs="Georgia" w:eastAsia="Georgia"/>
          <w:b w:val="0"/>
          <w:i w:val="0"/>
          <w:sz w:val="22"/>
        </w:rPr>
        <w:t>during</w:t>
      </w:r>
    </w:p>
    <w:p>
      <w:pPr>
        <w:spacing w:before="120" w:after="120" w:line="300" w:lineRule="exact"/>
        <w:ind w:left="720" w:right="720"/>
        <w:jc w:val="center"/>
      </w:pPr>
      <w:r>
        <w:rPr>
          <w:rFonts w:ascii="Georgia" w:hAnsi="Georgia" w:cs="Georgia" w:eastAsia="Georgia"/>
          <w:b w:val="0"/>
          <w:i/>
          <w:sz w:val="22"/>
        </w:rPr>
        <w:t>good times (prosperity), He will then remember you</w:t>
      </w:r>
    </w:p>
    <w:p>
      <w:pPr>
        <w:spacing w:before="0" w:after="120" w:line="300" w:lineRule="exact"/>
        <w:jc w:val="both"/>
      </w:pPr>
      <w:r>
        <w:rPr>
          <w:rFonts w:ascii="Georgia" w:hAnsi="Georgia" w:cs="Georgia" w:eastAsia="Georgia"/>
          <w:b w:val="0"/>
          <w:i w:val="0"/>
          <w:sz w:val="22"/>
        </w:rPr>
        <w:t>during difficult times (adversity)." (RasulullahSallallahu alayhi wasallam) Remembering Allah Ta'ala is not restricted to verbal Thikr. True Thikrullaah is Taa-at (Obedience) and Ibaadat (Worship). Rasulullah (Sallallahu alayhi wasallam) said: "Every obedient one is a Thaakir (one who engages in Thikr)." Muslims generally have no valid concept of Thikrullah.</w:t>
      </w:r>
    </w:p>
    <w:p>
      <w:pPr>
        <w:spacing w:before="0" w:after="120" w:line="300" w:lineRule="exact"/>
        <w:jc w:val="both"/>
      </w:pPr>
      <w:r>
        <w:rPr>
          <w:rFonts w:ascii="Georgia" w:hAnsi="Georgia" w:cs="Georgia" w:eastAsia="Georgia"/>
          <w:b w:val="0"/>
          <w:i w:val="0"/>
          <w:sz w:val="22"/>
        </w:rPr>
        <w:t>While they perform Salaat, recite the Qur'aan and practice different forms of Athkaar, they have expunged the Shariah from their daily life. Although they recite the Qur'aan, they derive no lesson from the numerous warnings and advices of the Qur'aan and Hadith. The degree of ignorance of Muslims is shockingly lamentable. Despite the deluge of hardships and even genocide, they just fail to understand the cause of their misery, hence they have no valid solution for the calamities settling on them.</w:t>
      </w:r>
    </w:p>
    <w:p>
      <w:pPr>
        <w:spacing w:before="0" w:after="120" w:line="300" w:lineRule="exact"/>
        <w:jc w:val="both"/>
      </w:pPr>
      <w:r>
        <w:rPr>
          <w:rFonts w:ascii="Georgia" w:hAnsi="Georgia" w:cs="Georgia" w:eastAsia="Georgia"/>
          <w:b w:val="0"/>
          <w:i w:val="0"/>
          <w:sz w:val="22"/>
        </w:rPr>
        <w:t>Due to spiritual blindness, they continue recklessly and aimlessly in their orgies of disobedience, fisq and fujoor, hence Divine Aid is not forthcoming. The first lesson for Muslims is to understand the cause underlying their misery, defeat and humilia- tion. The second lesson is to understand the remedy explained and prescribed in the Qur'aan and Sunnah.</w:t>
      </w:r>
    </w:p>
    <w:p>
      <w:pPr>
        <w:spacing w:before="0" w:after="120" w:line="300" w:lineRule="exact"/>
        <w:jc w:val="both"/>
      </w:pPr>
      <w:r>
        <w:rPr>
          <w:rFonts w:ascii="Georgia" w:hAnsi="Georgia" w:cs="Georgia" w:eastAsia="Georgia"/>
          <w:b w:val="0"/>
          <w:i w:val="0"/>
          <w:sz w:val="22"/>
        </w:rPr>
        <w:t>As long as the disease of spiritual blindness exists, the misery and calamities will endure. "The physical eyes are not</w:t>
      </w:r>
    </w:p>
    <w:p>
      <w:pPr>
        <w:spacing w:before="120" w:after="120" w:line="300" w:lineRule="exact"/>
        <w:ind w:left="720" w:right="720"/>
        <w:jc w:val="center"/>
      </w:pPr>
      <w:r>
        <w:rPr>
          <w:rFonts w:ascii="Georgia" w:hAnsi="Georgia" w:cs="Georgia" w:eastAsia="Georgia"/>
          <w:b w:val="0"/>
          <w:i/>
          <w:sz w:val="22"/>
        </w:rPr>
        <w:t>blind. But the hearts within the breasts are blind."</w:t>
      </w:r>
    </w:p>
    <w:p>
      <w:pPr>
        <w:spacing w:before="0" w:after="120" w:line="300" w:lineRule="exact"/>
        <w:jc w:val="both"/>
      </w:pPr>
      <w:r>
        <w:rPr>
          <w:rFonts w:ascii="Georgia" w:hAnsi="Georgia" w:cs="Georgia" w:eastAsia="Georgia"/>
          <w:b w:val="0"/>
          <w:i w:val="0"/>
          <w:sz w:val="22"/>
        </w:rPr>
        <w:t>(Qur'aan)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DUA IS ANSWERED - A TYRANT IS PUNISHED</w:t>
      </w:r>
    </w:p>
    <w:p>
      <w:pPr>
        <w:spacing w:before="0" w:after="160" w:line="300" w:lineRule="exact"/>
        <w:jc w:val="center"/>
      </w:pPr>
      <w:r>
        <w:rPr>
          <w:rFonts w:ascii="Georgia" w:hAnsi="Georgia" w:cs="Georgia" w:eastAsia="Georgia"/>
          <w:b w:val="0"/>
          <w:i/>
          <w:sz w:val="16"/>
        </w:rPr>
        <w:t>Page 17 of the original. Heading read from the printed headline artwork.</w:t>
      </w:r>
    </w:p>
    <w:p>
      <w:pPr>
        <w:spacing w:before="0" w:after="120" w:line="300" w:lineRule="exact"/>
        <w:jc w:val="both"/>
      </w:pPr>
      <w:r>
        <w:rPr>
          <w:rFonts w:ascii="Georgia" w:hAnsi="Georgia" w:cs="Georgia" w:eastAsia="Georgia"/>
          <w:b w:val="0"/>
          <w:i w:val="0"/>
          <w:sz w:val="22"/>
        </w:rPr>
        <w:t>The king of Tabrestaan was a merciless tyrant. Ravaging the honour of young girls in the city was his practice. Everyone feared his cruelty. One day an old lady came crying by Shaikh Abu Saeed (rahmatullah alayh). She exclaimed: 'O Shaikh! Help me!' I have a beautiful young daughter. The king sent a message that he was coming to my home. He will come and ruin the honour and chastity of my daughter.</w:t>
      </w:r>
    </w:p>
    <w:p>
      <w:pPr>
        <w:spacing w:before="0" w:after="120" w:line="300" w:lineRule="exact"/>
        <w:jc w:val="both"/>
      </w:pPr>
      <w:r>
        <w:rPr>
          <w:rFonts w:ascii="Georgia" w:hAnsi="Georgia" w:cs="Georgia" w:eastAsia="Georgia"/>
          <w:b w:val="0"/>
          <w:i w:val="0"/>
          <w:sz w:val="22"/>
        </w:rPr>
        <w:t>I have therefore come running to you. Do supplicate to Allah Ta'ala to save us from the evil of the tyrant. Your dua will be readily accepted." After lowering his head for a moment, the Shaikh said: 'O Old Lady! Among the living, there is no one who is presently Mustajaabud Da'waat (i.e. whose Dua is readily accepted by Allah Ta'ala). Go to the Qabrustaan (graveyard) of the Muslims.</w:t>
      </w:r>
    </w:p>
    <w:p>
      <w:pPr>
        <w:spacing w:before="0" w:after="120" w:line="300" w:lineRule="exact"/>
        <w:jc w:val="both"/>
      </w:pPr>
      <w:r>
        <w:rPr>
          <w:rFonts w:ascii="Georgia" w:hAnsi="Georgia" w:cs="Georgia" w:eastAsia="Georgia"/>
          <w:b w:val="0"/>
          <w:i w:val="0"/>
          <w:sz w:val="22"/>
        </w:rPr>
        <w:t>You will find there a man who will attend to your plea.' On entering the Qabrustaan, the old women saw a very handsome young man wearing beautiful garments. After Salaam, the old lady narrated her plight. The young man said: 'Go again to Shaikh Abu Saeed and tell him to make dua for you. His dua will be accepted.' The old woman cried: 'The living send me to the dead, and the dead send me to the living.</w:t>
      </w:r>
    </w:p>
    <w:p>
      <w:pPr>
        <w:spacing w:before="0" w:after="120" w:line="300" w:lineRule="exact"/>
        <w:jc w:val="both"/>
      </w:pPr>
      <w:r>
        <w:rPr>
          <w:rFonts w:ascii="Georgia" w:hAnsi="Georgia" w:cs="Georgia" w:eastAsia="Georgia"/>
          <w:b w:val="0"/>
          <w:i w:val="0"/>
          <w:sz w:val="22"/>
        </w:rPr>
        <w:t>No one wants to help me. Where do I now go?" The young man said: "Go to him. With his dua your problem will be solved." The old woman returned to Shaikh Abu Saeed and explained what had transpired. The Shaikh lowered his head and broke into profuse perspiration. He let out a sharp screech and fell down. Simultaneously, there was consternation among the inhabitants of the city.</w:t>
      </w:r>
    </w:p>
    <w:p>
      <w:pPr>
        <w:spacing w:before="0" w:after="120" w:line="300" w:lineRule="exact"/>
        <w:jc w:val="both"/>
      </w:pPr>
      <w:r>
        <w:rPr>
          <w:rFonts w:ascii="Georgia" w:hAnsi="Georgia" w:cs="Georgia" w:eastAsia="Georgia"/>
          <w:b w:val="0"/>
          <w:i w:val="0"/>
          <w:sz w:val="22"/>
        </w:rPr>
        <w:t>They fearfully cried that the king has set off to the house of the old lady to ravage the honour of her daughter. Suddenly, the king's horse stumbled, and the king fell violently breaking his neck. Thus perished the king ignominiously. With the dua of the Shaikh, Allah Ta'ala freed the inhabitants from the evil of the tyrant. When Shaikh Abu Saeed regained consciousness, he was asked for the reason of sending the old lady to the Qabrustaan.</w:t>
      </w:r>
    </w:p>
    <w:p>
      <w:pPr>
        <w:spacing w:before="0" w:after="120" w:line="300" w:lineRule="exact"/>
        <w:jc w:val="both"/>
      </w:pPr>
      <w:r>
        <w:rPr>
          <w:rFonts w:ascii="Georgia" w:hAnsi="Georgia" w:cs="Georgia" w:eastAsia="Georgia"/>
          <w:b w:val="0"/>
          <w:i w:val="0"/>
          <w:sz w:val="22"/>
        </w:rPr>
        <w:t>Why did he not make dua the first time she had approached him? Shaikh Abu Saeed responded: "I disliked that the king be killed with my dua. I therefore sent her to my brother, Khidhr (the young man). He sent her back to me implying that it was valid to curse such a filthy tyrant."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NUSRAT OF ALLAH</w:t>
      </w:r>
    </w:p>
    <w:p>
      <w:pPr>
        <w:spacing w:before="0" w:after="160" w:line="300" w:lineRule="exact"/>
        <w:jc w:val="center"/>
      </w:pPr>
      <w:r>
        <w:rPr>
          <w:rFonts w:ascii="Georgia" w:hAnsi="Georgia" w:cs="Georgia" w:eastAsia="Georgia"/>
          <w:b w:val="0"/>
          <w:i/>
          <w:sz w:val="16"/>
        </w:rPr>
        <w:t>Page 18 of the original. Heading read from the printed headline artwork.</w:t>
      </w:r>
    </w:p>
    <w:p>
      <w:pPr>
        <w:spacing w:before="0" w:after="120" w:line="300" w:lineRule="exact"/>
        <w:jc w:val="both"/>
      </w:pPr>
      <w:r>
        <w:rPr>
          <w:rFonts w:ascii="Georgia" w:hAnsi="Georgia" w:cs="Georgia" w:eastAsia="Georgia"/>
          <w:b w:val="0"/>
          <w:i w:val="0"/>
          <w:sz w:val="22"/>
        </w:rPr>
        <w:t>In all their battles, the Sahaabah despite the paucity of their numbers and military equipment, were always victorious. The two superpowers of the era – the Roman and Persian empires – were crushed and defeated by the Sahaabah. That was because the Nusrat (Aid) of Allah Azza Wa Jal was with them. "Allah suffices for the Mu'mineen in war." (Qur'aan) "If you aid (the Deen of)</w:t>
      </w:r>
    </w:p>
    <w:p>
      <w:pPr>
        <w:spacing w:before="120" w:after="120" w:line="300" w:lineRule="exact"/>
        <w:ind w:left="720" w:right="720"/>
        <w:jc w:val="center"/>
      </w:pPr>
      <w:r>
        <w:rPr>
          <w:rFonts w:ascii="Georgia" w:hAnsi="Georgia" w:cs="Georgia" w:eastAsia="Georgia"/>
          <w:b w:val="0"/>
          <w:i/>
          <w:sz w:val="22"/>
        </w:rPr>
        <w:t>Allah, He will aid you and plant your feet firmly</w:t>
      </w:r>
    </w:p>
    <w:p>
      <w:pPr>
        <w:spacing w:before="0" w:after="120" w:line="300" w:lineRule="exact"/>
        <w:jc w:val="both"/>
      </w:pPr>
      <w:r>
        <w:rPr>
          <w:rFonts w:ascii="Georgia" w:hAnsi="Georgia" w:cs="Georgia" w:eastAsia="Georgia"/>
          <w:b w:val="0"/>
          <w:i w:val="0"/>
          <w:sz w:val="22"/>
        </w:rPr>
        <w:t>(against the enemy)." (Qur'aan) "If Allah aids you, no one can</w:t>
      </w:r>
    </w:p>
    <w:p>
      <w:pPr>
        <w:spacing w:before="120" w:after="120" w:line="300" w:lineRule="exact"/>
        <w:ind w:left="720" w:right="720"/>
        <w:jc w:val="center"/>
      </w:pPr>
      <w:r>
        <w:rPr>
          <w:rFonts w:ascii="Georgia" w:hAnsi="Georgia" w:cs="Georgia" w:eastAsia="Georgia"/>
          <w:b w:val="0"/>
          <w:i/>
          <w:sz w:val="22"/>
        </w:rPr>
        <w:t>then defeat you. And, If He abandons you, then</w:t>
      </w:r>
    </w:p>
    <w:p>
      <w:pPr>
        <w:spacing w:before="120" w:after="120" w:line="300" w:lineRule="exact"/>
        <w:ind w:left="720" w:right="720"/>
        <w:jc w:val="center"/>
      </w:pPr>
      <w:r>
        <w:rPr>
          <w:rFonts w:ascii="Georgia" w:hAnsi="Georgia" w:cs="Georgia" w:eastAsia="Georgia"/>
          <w:b w:val="0"/>
          <w:i/>
          <w:sz w:val="22"/>
        </w:rPr>
        <w:t>who is there to help you besides Him. On Allah should</w:t>
      </w:r>
    </w:p>
    <w:p>
      <w:pPr>
        <w:spacing w:before="0" w:after="120" w:line="300" w:lineRule="exact"/>
        <w:jc w:val="both"/>
      </w:pPr>
      <w:r>
        <w:rPr>
          <w:rFonts w:ascii="Georgia" w:hAnsi="Georgia" w:cs="Georgia" w:eastAsia="Georgia"/>
          <w:b w:val="0"/>
          <w:i w:val="0"/>
          <w:sz w:val="22"/>
        </w:rPr>
        <w:t>the Mu'minoon have trust." (Qur'aan) If Allah Azza Wa Jal provides His Nusrat, the nuclear arse- are being employed by Allah Azza Wa Jal to inflict the decreed Punishment for this vile, treacherous Ummah. Nothing can thwart the Decree of Allah Ta'ala. The Punishment will run its divinely prescribed course. nals, the airforces and missiles of the kuffaar super powers will be ineffective.</w:t>
      </w:r>
    </w:p>
    <w:p>
      <w:pPr>
        <w:spacing w:before="0" w:after="120" w:line="300" w:lineRule="exact"/>
        <w:jc w:val="both"/>
      </w:pPr>
      <w:r>
        <w:rPr>
          <w:rFonts w:ascii="Georgia" w:hAnsi="Georgia" w:cs="Georgia" w:eastAsia="Georgia"/>
          <w:b w:val="0"/>
          <w:i w:val="0"/>
          <w:sz w:val="22"/>
        </w:rPr>
        <w:t>However, the problem is Muslim treachery which is blocking the Help of Allah reaching the Ummah. Every sincere intelligent Muslim can readily understand that Allah Ta'ala is withholding His Nusrat from Muslims and that He is punishing Muslims, hence the genocide is being perpetrated with gross impunity while the entire world looks on as an idle, impotent spectator.</w:t>
      </w:r>
    </w:p>
    <w:p>
      <w:pPr>
        <w:spacing w:before="0" w:after="120" w:line="300" w:lineRule="exact"/>
        <w:jc w:val="both"/>
      </w:pPr>
      <w:r>
        <w:rPr>
          <w:rFonts w:ascii="Georgia" w:hAnsi="Georgia" w:cs="Georgia" w:eastAsia="Georgia"/>
          <w:b w:val="0"/>
          <w:i w:val="0"/>
          <w:sz w:val="22"/>
        </w:rPr>
        <w:t>If Allah Ta'ala aids Muslims, the airforces of Israel and the US and their vast military capabilities will be rendered ineffective. Allah Azza Wa Jal sees, hears and is fully aware of the brutal genocide in the making in Palestine. He is Qaadir. He has the Power to intervene and neutralize the kuffaar aggressors. But He is allowing it because it is His Athaab.</w:t>
      </w:r>
    </w:p>
    <w:p>
      <w:pPr>
        <w:spacing w:before="0" w:after="120" w:line="300" w:lineRule="exact"/>
        <w:jc w:val="both"/>
      </w:pPr>
      <w:r>
        <w:rPr>
          <w:rFonts w:ascii="Georgia" w:hAnsi="Georgia" w:cs="Georgia" w:eastAsia="Georgia"/>
          <w:b w:val="0"/>
          <w:i w:val="0"/>
          <w:sz w:val="22"/>
        </w:rPr>
        <w:t>The Yahood and Nasaaraa "Everything is recorded in a Clear Kitaab." (Qur'aan)</w:t>
      </w:r>
    </w:p>
    <w:p>
      <w:pPr>
        <w:spacing w:before="120" w:after="120" w:line="300" w:lineRule="exact"/>
        <w:ind w:left="720" w:right="720"/>
        <w:jc w:val="center"/>
      </w:pPr>
      <w:r>
        <w:rPr>
          <w:rFonts w:ascii="Georgia" w:hAnsi="Georgia" w:cs="Georgia" w:eastAsia="Georgia"/>
          <w:b w:val="0"/>
          <w:i/>
          <w:sz w:val="22"/>
        </w:rPr>
        <w:t>"There is no calamity/ misfortune (befalling anyone) except with the permission of Allah. He who believes in Al-</w:t>
      </w:r>
    </w:p>
    <w:p>
      <w:pPr>
        <w:spacing w:before="120" w:after="120" w:line="300" w:lineRule="exact"/>
        <w:ind w:left="720" w:right="720"/>
        <w:jc w:val="center"/>
      </w:pPr>
      <w:r>
        <w:rPr>
          <w:rFonts w:ascii="Georgia" w:hAnsi="Georgia" w:cs="Georgia" w:eastAsia="Georgia"/>
          <w:b w:val="0"/>
          <w:i/>
          <w:sz w:val="22"/>
        </w:rPr>
        <w:t>lah, Allah guides his heart. And Allah is aware of every-</w:t>
      </w:r>
    </w:p>
    <w:p>
      <w:pPr>
        <w:spacing w:before="120" w:after="120" w:line="300" w:lineRule="exact"/>
        <w:ind w:left="720" w:right="720"/>
        <w:jc w:val="center"/>
      </w:pPr>
      <w:r>
        <w:rPr>
          <w:rFonts w:ascii="Georgia" w:hAnsi="Georgia" w:cs="Georgia" w:eastAsia="Georgia"/>
          <w:b w:val="0"/>
          <w:i/>
          <w:sz w:val="22"/>
        </w:rPr>
        <w:t>thing. Obey Allah and obey the Rasool. If you turn away (from the Deen), then on Our</w:t>
      </w:r>
    </w:p>
    <w:p>
      <w:pPr>
        <w:spacing w:before="0" w:after="120" w:line="300" w:lineRule="exact"/>
        <w:jc w:val="both"/>
      </w:pPr>
      <w:r>
        <w:rPr>
          <w:rFonts w:ascii="Georgia" w:hAnsi="Georgia" w:cs="Georgia" w:eastAsia="Georgia"/>
          <w:b w:val="0"/>
          <w:i w:val="0"/>
          <w:sz w:val="22"/>
        </w:rPr>
        <w:t>Messengers is only the Clear Delivery (of the Message of</w:t>
      </w:r>
    </w:p>
    <w:p>
      <w:pPr>
        <w:spacing w:before="120" w:after="120" w:line="300" w:lineRule="exact"/>
        <w:ind w:left="720" w:right="720"/>
        <w:jc w:val="center"/>
      </w:pPr>
      <w:r>
        <w:rPr>
          <w:rFonts w:ascii="Georgia" w:hAnsi="Georgia" w:cs="Georgia" w:eastAsia="Georgia"/>
          <w:b w:val="0"/>
          <w:i/>
          <w:sz w:val="22"/>
        </w:rPr>
        <w:t>Allah). Allah: There is no deity but He, and on Allah should the Mu'minoon have</w:t>
      </w:r>
    </w:p>
    <w:p>
      <w:pPr>
        <w:spacing w:before="0" w:after="120" w:line="300" w:lineRule="exact"/>
        <w:jc w:val="both"/>
      </w:pPr>
      <w:r>
        <w:rPr>
          <w:rFonts w:ascii="Georgia" w:hAnsi="Georgia" w:cs="Georgia" w:eastAsia="Georgia"/>
          <w:b w:val="0"/>
          <w:i w:val="0"/>
          <w:sz w:val="22"/>
        </w:rPr>
        <w:t>trust." (At-Taghaabun, 11, 12 &amp; 13)</w:t>
      </w:r>
    </w:p>
    <w:p>
      <w:pPr>
        <w:spacing w:before="120" w:after="120" w:line="300" w:lineRule="exact"/>
        <w:ind w:left="720" w:right="720"/>
        <w:jc w:val="center"/>
      </w:pPr>
      <w:r>
        <w:rPr>
          <w:rFonts w:ascii="Georgia" w:hAnsi="Georgia" w:cs="Georgia" w:eastAsia="Georgia"/>
          <w:b w:val="0"/>
          <w:i/>
          <w:sz w:val="22"/>
        </w:rPr>
        <w:t>"The armies of the heavens and earth belong to Allah."</w:t>
      </w:r>
    </w:p>
    <w:p>
      <w:pPr>
        <w:spacing w:before="0" w:after="120" w:line="300" w:lineRule="exact"/>
        <w:jc w:val="both"/>
      </w:pPr>
      <w:r>
        <w:rPr>
          <w:rFonts w:ascii="Georgia" w:hAnsi="Georgia" w:cs="Georgia" w:eastAsia="Georgia"/>
          <w:b w:val="0"/>
          <w:i w:val="0"/>
          <w:sz w:val="22"/>
        </w:rPr>
        <w:t>(Al-Fath, Aayat 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CHANGE OF CONDITION</w:t>
      </w:r>
    </w:p>
    <w:p>
      <w:pPr>
        <w:spacing w:before="0" w:after="160" w:line="300" w:lineRule="exact"/>
        <w:jc w:val="center"/>
      </w:pPr>
      <w:r>
        <w:rPr>
          <w:rFonts w:ascii="Georgia" w:hAnsi="Georgia" w:cs="Georgia" w:eastAsia="Georgia"/>
          <w:b w:val="0"/>
          <w:i/>
          <w:sz w:val="16"/>
        </w:rPr>
        <w:t>Page 18, 20 of the original. Heading read from the printed headline artwork.</w:t>
      </w:r>
    </w:p>
    <w:p>
      <w:pPr>
        <w:spacing w:before="0" w:after="120" w:line="300" w:lineRule="exact"/>
        <w:jc w:val="both"/>
      </w:pPr>
      <w:r>
        <w:rPr>
          <w:rFonts w:ascii="Georgia" w:hAnsi="Georgia" w:cs="Georgia" w:eastAsia="Georgia"/>
          <w:b w:val="0"/>
          <w:i w:val="0"/>
          <w:sz w:val="22"/>
        </w:rPr>
        <w:t>"Thus did Allah seize them</w:t>
      </w:r>
    </w:p>
    <w:p>
      <w:pPr>
        <w:spacing w:before="120" w:after="120" w:line="300" w:lineRule="exact"/>
        <w:ind w:left="720" w:right="720"/>
        <w:jc w:val="center"/>
      </w:pPr>
      <w:r>
        <w:rPr>
          <w:rFonts w:ascii="Georgia" w:hAnsi="Georgia" w:cs="Georgia" w:eastAsia="Georgia"/>
          <w:b w:val="0"/>
          <w:i/>
          <w:sz w:val="22"/>
        </w:rPr>
        <w:t>on account of their sins. Verily, Allah is Powerful and</w:t>
      </w:r>
    </w:p>
    <w:p>
      <w:pPr>
        <w:spacing w:before="120" w:after="120" w:line="300" w:lineRule="exact"/>
        <w:ind w:left="720" w:right="720"/>
        <w:jc w:val="center"/>
      </w:pPr>
      <w:r>
        <w:rPr>
          <w:rFonts w:ascii="Georgia" w:hAnsi="Georgia" w:cs="Georgia" w:eastAsia="Georgia"/>
          <w:b w:val="0"/>
          <w:i/>
          <w:sz w:val="22"/>
        </w:rPr>
        <w:t>severe in punishment. This is so because verily, Al-</w:t>
      </w:r>
    </w:p>
    <w:p>
      <w:pPr>
        <w:spacing w:before="120" w:after="120" w:line="300" w:lineRule="exact"/>
        <w:ind w:left="720" w:right="720"/>
        <w:jc w:val="center"/>
      </w:pPr>
      <w:r>
        <w:rPr>
          <w:rFonts w:ascii="Georgia" w:hAnsi="Georgia" w:cs="Georgia" w:eastAsia="Georgia"/>
          <w:b w:val="0"/>
          <w:i/>
          <w:sz w:val="22"/>
        </w:rPr>
        <w:t>lah does not change (snatch away) a bounty which He has</w:t>
      </w:r>
    </w:p>
    <w:p>
      <w:pPr>
        <w:spacing w:before="120" w:after="120" w:line="300" w:lineRule="exact"/>
        <w:ind w:left="720" w:right="720"/>
        <w:jc w:val="center"/>
      </w:pPr>
      <w:r>
        <w:rPr>
          <w:rFonts w:ascii="Georgia" w:hAnsi="Georgia" w:cs="Georgia" w:eastAsia="Georgia"/>
          <w:b w:val="0"/>
          <w:i/>
          <w:sz w:val="22"/>
        </w:rPr>
        <w:t>bestowed to a nation except when they change that which</w:t>
      </w:r>
    </w:p>
    <w:p>
      <w:pPr>
        <w:spacing w:before="120" w:after="120" w:line="300" w:lineRule="exact"/>
        <w:ind w:left="720" w:right="720"/>
        <w:jc w:val="center"/>
      </w:pPr>
      <w:r>
        <w:rPr>
          <w:rFonts w:ascii="Georgia" w:hAnsi="Georgia" w:cs="Georgia" w:eastAsia="Georgia"/>
          <w:b w:val="0"/>
          <w:i/>
          <w:sz w:val="22"/>
        </w:rPr>
        <w:t>is with them. Verily, Allah Hears and He Knows"</w:t>
      </w:r>
    </w:p>
    <w:p>
      <w:pPr>
        <w:spacing w:before="0" w:after="120" w:line="300" w:lineRule="exact"/>
        <w:jc w:val="both"/>
      </w:pPr>
      <w:r>
        <w:rPr>
          <w:rFonts w:ascii="Georgia" w:hAnsi="Georgia" w:cs="Georgia" w:eastAsia="Georgia"/>
          <w:b w:val="0"/>
          <w:i w:val="0"/>
          <w:sz w:val="22"/>
        </w:rPr>
        <w:t>(Al-Anfaal, Aayats 52 &amp; 53) The bounty of political dom- ination which the Ummah had enjoyed for centuries, and which they had inherited from the Sahaabah, was snatched away by Allah Ta'ala because of the gross rebellion of the Muslims. The Ummah had putrefied and had sunk into the worst kinds of fisq, fujoor and kufr, hence Allah Ta'ala snatched away the political power of Muslims and subjugated the Ummah to kuffaar domination and suppression.</w:t>
      </w:r>
    </w:p>
    <w:p>
      <w:pPr>
        <w:spacing w:before="0" w:after="120" w:line="300" w:lineRule="exact"/>
        <w:jc w:val="both"/>
      </w:pPr>
      <w:r>
        <w:rPr>
          <w:rFonts w:ascii="Georgia" w:hAnsi="Georgia" w:cs="Georgia" w:eastAsia="Georgia"/>
          <w:b w:val="0"/>
          <w:i w:val="0"/>
          <w:sz w:val="22"/>
        </w:rPr>
        <w:t>It is of the Sunnah of Allah Ta'ala, which is explicitly stated repeatedly in the Qur'aan, to eliminate nations who have no intention to reform and submit to His Law. The history of mankind bears testimony to this Divine Sunnah. At one stage, this Ummah was the 'noblest of mankind' as confirmed by the Qur'aan: "You are the best of nations created for mankind (because) you command virtue and you</w:t>
      </w:r>
    </w:p>
    <w:p>
      <w:pPr>
        <w:pStyle w:val="Heading3"/>
        <w:spacing w:before="200" w:after="120" w:line="300" w:lineRule="exact"/>
        <w:jc w:val="left"/>
      </w:pPr>
      <w:r>
        <w:rPr>
          <w:rFonts w:ascii="Georgia" w:hAnsi="Georgia" w:cs="Georgia" w:eastAsia="Georgia"/>
          <w:b/>
          <w:i w:val="0"/>
          <w:color w:val="2E74B5"/>
          <w:sz w:val="24"/>
        </w:rPr>
        <w:t>LIQUOR</w:t>
      </w:r>
    </w:p>
    <w:p>
      <w:pPr>
        <w:spacing w:before="0" w:after="120" w:line="300" w:lineRule="exact"/>
        <w:jc w:val="both"/>
      </w:pPr>
      <w:r>
        <w:rPr>
          <w:rFonts w:ascii="Georgia" w:hAnsi="Georgia" w:cs="Georgia" w:eastAsia="Georgia"/>
          <w:b w:val="0"/>
          <w:i w:val="0"/>
          <w:sz w:val="22"/>
        </w:rPr>
        <w:t>"They ask you (O Muham- forbid evil." (Aal-e-Imraan, Aayat 110) As Muslims drifted from the era of Nubuwwat, the disease of hubbud dunya afflicted them. In the wake of this disease, Allah T'ala removed fear for Muslims from the hearts of the kuffaar. He then made them our rulers because we made them our leaders. Islam was practically abandoned by the Ummah, hence Allah Ta'ala has abandoned us.</w:t>
      </w:r>
    </w:p>
    <w:p>
      <w:pPr>
        <w:spacing w:before="0" w:after="120" w:line="300" w:lineRule="exact"/>
        <w:jc w:val="both"/>
      </w:pPr>
      <w:r>
        <w:rPr>
          <w:rFonts w:ascii="Georgia" w:hAnsi="Georgia" w:cs="Georgia" w:eastAsia="Georgia"/>
          <w:b w:val="0"/>
          <w:i w:val="0"/>
          <w:sz w:val="22"/>
        </w:rPr>
        <w:t>The result is too conspicuous today in the genocide the Ummah is suffering. Describing the condition of the Ummah in the era in</w:t>
      </w:r>
    </w:p>
    <w:p>
      <w:pPr>
        <w:spacing w:before="120" w:after="120" w:line="300" w:lineRule="exact"/>
        <w:ind w:left="720" w:right="720"/>
        <w:jc w:val="center"/>
      </w:pPr>
      <w:r>
        <w:rPr>
          <w:rFonts w:ascii="Georgia" w:hAnsi="Georgia" w:cs="Georgia" w:eastAsia="Georgia"/>
          <w:b w:val="0"/>
          <w:i/>
          <w:sz w:val="22"/>
        </w:rPr>
        <w:t>proximity to Qiyaamah, Rasulullah (Sallallahu alayhi wasallam) said: ".........You will be numerous, but you will be ghutha (rubbish) such as the flotsam of flood waters. Allah will eliminate from the hearts of your enemy fear for you, and He will cast into your hearts</w:t>
      </w:r>
    </w:p>
    <w:p>
      <w:pPr>
        <w:spacing w:before="0" w:after="120" w:line="300" w:lineRule="exact"/>
        <w:jc w:val="both"/>
      </w:pPr>
      <w:r>
        <w:rPr>
          <w:rFonts w:ascii="Georgia" w:hAnsi="Georgia" w:cs="Georgia" w:eastAsia="Georgia"/>
          <w:b w:val="0"/>
          <w:i w:val="0"/>
          <w:sz w:val="22"/>
        </w:rPr>
        <w:t>wahan." Explaining wahan, Rasulullah (Sallallahu alayhi wasallam) said that it is: "Love of the world and dislike for Maut." This is the state of the Ummah today.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'HALAAL' LIQUOR IN NAPAKISTAN</w:t>
      </w:r>
    </w:p>
    <w:p>
      <w:pPr>
        <w:spacing w:before="0" w:after="160" w:line="300" w:lineRule="exact"/>
        <w:jc w:val="center"/>
      </w:pPr>
      <w:r>
        <w:rPr>
          <w:rFonts w:ascii="Georgia" w:hAnsi="Georgia" w:cs="Georgia" w:eastAsia="Georgia"/>
          <w:b w:val="0"/>
          <w:i/>
          <w:sz w:val="16"/>
        </w:rPr>
        <w:t>Page 19, 20 of the original. Heading read from the printed headline artwork.</w:t>
      </w:r>
    </w:p>
    <w:p>
      <w:pPr>
        <w:spacing w:before="0" w:after="120" w:line="300" w:lineRule="exact"/>
        <w:jc w:val="both"/>
      </w:pPr>
      <w:r>
        <w:rPr>
          <w:rFonts w:ascii="Georgia" w:hAnsi="Georgia" w:cs="Georgia" w:eastAsia="Georgia"/>
          <w:b w:val="0"/>
          <w:i w:val="0"/>
          <w:sz w:val="22"/>
        </w:rPr>
        <w:t>'Happy milestone': Pakistan's historic brewery cheers export licence AFP|25/21/2025 This photograph taken on December 17, 2025 shows workers checking liquor bottles on a production line at Murree Brewery in Rawalpindi. A heady aroma of malt and brewing yeast drifts through Pakistan's oldest and by far largest brewery, which is gearing up for expansion after getting approval to sell abroad after a nearly 50-year ban.</w:t>
      </w:r>
    </w:p>
    <w:p>
      <w:pPr>
        <w:spacing w:before="0" w:after="120" w:line="300" w:lineRule="exact"/>
        <w:jc w:val="both"/>
      </w:pPr>
      <w:r>
        <w:rPr>
          <w:rFonts w:ascii="Georgia" w:hAnsi="Georgia" w:cs="Georgia" w:eastAsia="Georgia"/>
          <w:b w:val="0"/>
          <w:i w:val="0"/>
          <w:sz w:val="22"/>
        </w:rPr>
        <w:t>Bottles and cans clatter along the production lines at Murree Brewery, a singular scene in the Muslim-majority country where alcohol is largely banned. But Murree, founded in 1860 to quench the thirst of British soldiers and the colonial community during the Raj, has survived Islamist opposition and strict regulations to become one of Pakistan's most wellknown companies.</w:t>
      </w:r>
    </w:p>
    <w:p>
      <w:pPr>
        <w:spacing w:before="0" w:after="120" w:line="300" w:lineRule="exact"/>
        <w:jc w:val="both"/>
      </w:pPr>
      <w:r>
        <w:rPr>
          <w:rFonts w:ascii="Georgia" w:hAnsi="Georgia" w:cs="Georgia" w:eastAsia="Georgia"/>
          <w:b w:val="0"/>
          <w:i w:val="0"/>
          <w:sz w:val="22"/>
        </w:rPr>
        <w:t>"It's a journey of a rollercoaster and resilience," Isphanyar Bhandara, the third generation of his family to run the business, told AFP in an interview. "Getting permission to export is another happy milestone," he added. "My grandfather, and late father, tried to get the export licence, but couldn't get it. Just because, you know, we are an Islamic country." However, Bhandara said he got "a rude surprise" in 2017 when the Chinese-run Hui Coastal Brewery and Distillery got permission to brew beer in Pakistan, mainly for the thousands of Chinese working on major infrastructure projects in the country.</w:t>
      </w:r>
    </w:p>
    <w:p>
      <w:pPr>
        <w:spacing w:before="0" w:after="120" w:line="300" w:lineRule="exact"/>
        <w:jc w:val="both"/>
      </w:pPr>
      <w:r>
        <w:rPr>
          <w:rFonts w:ascii="Georgia" w:hAnsi="Georgia" w:cs="Georgia" w:eastAsia="Georgia"/>
          <w:b w:val="0"/>
          <w:i w:val="0"/>
          <w:sz w:val="22"/>
        </w:rPr>
        <w:t>"What happened to all the Islamic lectures?" said Bhandara, who hails from Pakistan's small but influential Parsi (Zoroastrian) community and is also a lawmaker in the National Assembly. Soon he embarked on the years-long lobbying effort to lift the export ban. Peculiar profits Originally housed in the mountains outside Islamabad, Murree's red-brick facility now sits opposite the army chief's residence in the capital's twin city Rawalpindi, one of the most heavily guarded places in the country.</w:t>
      </w:r>
    </w:p>
    <w:p>
      <w:pPr>
        <w:spacing w:before="0" w:after="120" w:line="300" w:lineRule="exact"/>
        <w:jc w:val="both"/>
      </w:pPr>
      <w:r>
        <w:rPr>
          <w:rFonts w:ascii="Georgia" w:hAnsi="Georgia" w:cs="Georgia" w:eastAsia="Georgia"/>
          <w:b w:val="0"/>
          <w:i w:val="0"/>
          <w:sz w:val="22"/>
        </w:rPr>
        <w:t>Revenue surpassed $100 million in the fiscal year to June, with alcohol sales generating just over half of the total, and non-alcoholic drinks and bottle making accounting for the rest. The performance is all the more remarkable given that alcohol sales to Muslims are forbidden, meaning only religious minorities -- numbering around nine million -- and foreigners can buy beer or liquor in a few authorised shops or upscale hotels.</w:t>
      </w:r>
    </w:p>
    <w:p>
      <w:pPr>
        <w:spacing w:before="0" w:after="120" w:line="300" w:lineRule="exact"/>
        <w:jc w:val="both"/>
      </w:pPr>
      <w:r>
        <w:rPr>
          <w:rFonts w:ascii="Georgia" w:hAnsi="Georgia" w:cs="Georgia" w:eastAsia="Georgia"/>
          <w:b w:val="0"/>
          <w:i w:val="0"/>
          <w:sz w:val="22"/>
        </w:rPr>
        <w:t>But that has not stopped mil- lions of Pakistanis from getting their occasional tipple, in a country with a long history of appreciating a fine drink. Its revered founder Mohammad Ali Jinnah was known to enjoy spirits, and the military dictator Pervez Musharraf made no secret of his love of whisky. Even prime minister Zulfikar Ali Bhutto, who announced the alcohol ban in 1977 in a bid to garner support from right-wing Islamist parties, once told a rally: "Yes, I drink alcohol, but at least I don't drink the blood of the poor." These days it's common for bottles to appear at dinners or parties -- there is usually a Christian or Hindu to be found who will buy them for you.</w:t>
      </w:r>
    </w:p>
    <w:p>
      <w:pPr>
        <w:spacing w:before="0" w:after="120" w:line="300" w:lineRule="exact"/>
        <w:jc w:val="both"/>
      </w:pPr>
      <w:r>
        <w:rPr>
          <w:rFonts w:ascii="Georgia" w:hAnsi="Georgia" w:cs="Georgia" w:eastAsia="Georgia"/>
          <w:b w:val="0"/>
          <w:i w:val="0"/>
          <w:sz w:val="22"/>
        </w:rPr>
        <w:t>"Pakistan's affair with alcohol is like that of a secret paramour -- acknowledged but not talked about extensively," said Fasi Zaka, a prominent columnist and political commentator. "It's the tolerable vice -- condemned but familiar." However, many Muslim drinkers obtain alcohol from bootleggers or locally produced moonshine, and every year several people die after consuming methanolcontaminated liquor.</w:t>
      </w:r>
    </w:p>
    <w:p>
      <w:pPr>
        <w:spacing w:before="0" w:after="120" w:line="300" w:lineRule="exact"/>
        <w:jc w:val="both"/>
      </w:pPr>
      <w:r>
        <w:rPr>
          <w:rFonts w:ascii="Georgia" w:hAnsi="Georgia" w:cs="Georgia" w:eastAsia="Georgia"/>
          <w:b w:val="0"/>
          <w:i w:val="0"/>
          <w:sz w:val="22"/>
        </w:rPr>
        <w:t>"I have to bribe the police and take extra risks, so the price is doubled", a Christian bootlegger in Islamabad told AFP on condition of anonymity. "The extra charge is to keep everyone happy, whether it's a Muslim customer or a police officer keeping an eye on me," he said with a laugh. Expanding horizons Before the export ban, Murree had sold its products in neighbouring India and Afghanistan, but also in Gulf countries and as far as the United States.</w:t>
      </w:r>
    </w:p>
    <w:p>
      <w:pPr>
        <w:spacing w:before="0" w:after="120" w:line="300" w:lineRule="exact"/>
        <w:jc w:val="both"/>
      </w:pPr>
      <w:r>
        <w:rPr>
          <w:rFonts w:ascii="Georgia" w:hAnsi="Georgia" w:cs="Georgia" w:eastAsia="Georgia"/>
          <w:b w:val="0"/>
          <w:i w:val="0"/>
          <w:sz w:val="22"/>
        </w:rPr>
        <w:t>"It sounds very strange or very bizarre today, but we were exporting to Kabul," where the Taliban now govern with their strict interpretation of Islam, Bhandara said. Murree has already made limited shipments to Japan, Britain and Portugal as it explores distribution channels and strategies. "Right now, the target is not revenue or to make money... the target is to explore new markets", Bhandara said.</w:t>
      </w:r>
    </w:p>
    <w:p>
      <w:pPr>
        <w:spacing w:before="0" w:after="120" w:line="300" w:lineRule="exact"/>
        <w:jc w:val="both"/>
      </w:pPr>
      <w:r>
        <w:rPr>
          <w:rFonts w:ascii="Georgia" w:hAnsi="Georgia" w:cs="Georgia" w:eastAsia="Georgia"/>
          <w:b w:val="0"/>
          <w:i w:val="0"/>
          <w:sz w:val="22"/>
        </w:rPr>
        <w:t>The company, which has around 2,200 employees, is looking in particular at Europe, but is also weighing a move into Asian and African markets. Selling abroad could also give Murree a chance to promote its history and brand in ways unimaginable at home. "We are not allowed to advertise, so we keep our heads down -- we try to make a good beer with our heads down," Bhandara said.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LIQUOR</w:t>
      </w:r>
    </w:p>
    <w:p>
      <w:pPr>
        <w:spacing w:before="0" w:after="160" w:line="300" w:lineRule="exact"/>
        <w:jc w:val="center"/>
      </w:pPr>
      <w:r>
        <w:rPr>
          <w:rFonts w:ascii="Georgia" w:hAnsi="Georgia" w:cs="Georgia" w:eastAsia="Georgia"/>
          <w:b w:val="0"/>
          <w:i/>
          <w:sz w:val="16"/>
        </w:rPr>
        <w:t>Page 20 of the original</w:t>
      </w:r>
    </w:p>
    <w:p>
      <w:pPr>
        <w:spacing w:before="120" w:after="120" w:line="300" w:lineRule="exact"/>
        <w:ind w:left="720" w:right="720"/>
        <w:jc w:val="center"/>
      </w:pPr>
      <w:r>
        <w:rPr>
          <w:rFonts w:ascii="Georgia" w:hAnsi="Georgia" w:cs="Georgia" w:eastAsia="Georgia"/>
          <w:b w:val="0"/>
          <w:i/>
          <w:sz w:val="22"/>
        </w:rPr>
        <w:t>mad!) about liquor and gambling. Say: 'In both (these evils) is great sin and some benefit for people.</w:t>
      </w:r>
    </w:p>
    <w:p>
      <w:pPr>
        <w:spacing w:before="120" w:after="120" w:line="300" w:lineRule="exact"/>
        <w:ind w:left="720" w:right="720"/>
        <w:jc w:val="center"/>
      </w:pPr>
      <w:r>
        <w:rPr>
          <w:rFonts w:ascii="Georgia" w:hAnsi="Georgia" w:cs="Georgia" w:eastAsia="Georgia"/>
          <w:b w:val="0"/>
          <w:i/>
          <w:sz w:val="22"/>
        </w:rPr>
        <w:t>But its sin is far greater than their benefit."</w:t>
      </w:r>
    </w:p>
    <w:p>
      <w:pPr>
        <w:spacing w:before="0" w:after="120" w:line="300" w:lineRule="exact"/>
        <w:jc w:val="both"/>
      </w:pPr>
      <w:r>
        <w:rPr>
          <w:rFonts w:ascii="Georgia" w:hAnsi="Georgia" w:cs="Georgia" w:eastAsia="Georgia"/>
          <w:b w:val="0"/>
          <w:i w:val="0"/>
          <w:sz w:val="22"/>
        </w:rPr>
        <w:t>(Al-Baqarah, Aayat 219) "O People of Imaan! Liquor, gambling idols, and divining arrows are filth from the acts of Shaitaan. Therefore abstain from it so that you may prosper. Verily, shaitaan only desires</w:t>
      </w:r>
    </w:p>
    <w:p>
      <w:pPr>
        <w:spacing w:before="120" w:after="120" w:line="300" w:lineRule="exact"/>
        <w:ind w:left="720" w:right="720"/>
        <w:jc w:val="center"/>
      </w:pPr>
      <w:r>
        <w:rPr>
          <w:rFonts w:ascii="Georgia" w:hAnsi="Georgia" w:cs="Georgia" w:eastAsia="Georgia"/>
          <w:b w:val="0"/>
          <w:i/>
          <w:sz w:val="22"/>
        </w:rPr>
        <w:t>to cast enmity and hatred among you with</w:t>
      </w:r>
    </w:p>
    <w:p>
      <w:pPr>
        <w:spacing w:before="0" w:after="120" w:line="300" w:lineRule="exact"/>
        <w:jc w:val="both"/>
      </w:pPr>
      <w:r>
        <w:rPr>
          <w:rFonts w:ascii="Georgia" w:hAnsi="Georgia" w:cs="Georgia" w:eastAsia="Georgia"/>
          <w:b w:val="0"/>
          <w:i w:val="0"/>
          <w:sz w:val="22"/>
        </w:rPr>
        <w:t>and gambling, and to prevent</w:t>
      </w:r>
    </w:p>
    <w:p>
      <w:pPr>
        <w:spacing w:before="120" w:after="120" w:line="300" w:lineRule="exact"/>
        <w:ind w:left="720" w:right="720"/>
        <w:jc w:val="center"/>
      </w:pPr>
      <w:r>
        <w:rPr>
          <w:rFonts w:ascii="Georgia" w:hAnsi="Georgia" w:cs="Georgia" w:eastAsia="Georgia"/>
          <w:b w:val="0"/>
          <w:i/>
          <w:sz w:val="22"/>
        </w:rPr>
        <w:t>you from the Thikr of Allah and from Sa-</w:t>
      </w:r>
    </w:p>
    <w:p>
      <w:pPr>
        <w:spacing w:before="120" w:after="120" w:line="300" w:lineRule="exact"/>
        <w:ind w:left="720" w:right="720"/>
        <w:jc w:val="center"/>
      </w:pPr>
      <w:r>
        <w:rPr>
          <w:rFonts w:ascii="Georgia" w:hAnsi="Georgia" w:cs="Georgia" w:eastAsia="Georgia"/>
          <w:b w:val="0"/>
          <w:i/>
          <w:sz w:val="22"/>
        </w:rPr>
        <w:t>laat. Will you not abstain?" (Al-Maaidah, Aayat 90 &amp; 91)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BOYCOTTS OF HYPOCRISY &amp; EMOTION</w:t>
      </w:r>
    </w:p>
    <w:p>
      <w:pPr>
        <w:spacing w:before="0" w:after="160" w:line="300" w:lineRule="exact"/>
        <w:jc w:val="center"/>
      </w:pPr>
      <w:r>
        <w:rPr>
          <w:rFonts w:ascii="Georgia" w:hAnsi="Georgia" w:cs="Georgia" w:eastAsia="Georgia"/>
          <w:b w:val="0"/>
          <w:i/>
          <w:sz w:val="16"/>
        </w:rPr>
        <w:t>Page 21 of the original. Heading read from the printed headline artwork.</w:t>
      </w:r>
    </w:p>
    <w:p>
      <w:pPr>
        <w:spacing w:before="0" w:after="120" w:line="300" w:lineRule="exact"/>
        <w:jc w:val="both"/>
      </w:pPr>
      <w:r>
        <w:rPr>
          <w:rFonts w:ascii="Georgia" w:hAnsi="Georgia" w:cs="Georgia" w:eastAsia="Georgia"/>
          <w:b w:val="0"/>
          <w:i w:val="0"/>
          <w:sz w:val="22"/>
        </w:rPr>
        <w:t>Boycotting for a valid, good, Islamic purpose is a permissible move. However, these present boycotts in the name of Palestine are hypocritical boycotts; the boycotts of Munafiqeen. Why? In 1946 there was no Israel. The Yahood (had) fled from Germany. Then Britain and America plotted to carve out a state for the Yahood. There were no Yahood at the time in Palestine.</w:t>
      </w:r>
    </w:p>
    <w:p>
      <w:pPr>
        <w:spacing w:before="0" w:after="120" w:line="300" w:lineRule="exact"/>
        <w:jc w:val="both"/>
      </w:pPr>
      <w:r>
        <w:rPr>
          <w:rFonts w:ascii="Georgia" w:hAnsi="Georgia" w:cs="Georgia" w:eastAsia="Georgia"/>
          <w:b w:val="0"/>
          <w:i w:val="0"/>
          <w:sz w:val="22"/>
        </w:rPr>
        <w:t>So how did they carve this state out? There was no state, no Israel, no armies. America and UK fully armed the Jews and formed terrorist organisations; massacring and evicting tens of thousands of Palestinians and took their land; which is why thousands of Palestinians are still languishing in camps. So, who armed the Yahood? America and Britain!</w:t>
      </w:r>
    </w:p>
    <w:p>
      <w:pPr>
        <w:spacing w:before="0" w:after="120" w:line="300" w:lineRule="exact"/>
        <w:jc w:val="both"/>
      </w:pPr>
      <w:r>
        <w:rPr>
          <w:rFonts w:ascii="Georgia" w:hAnsi="Georgia" w:cs="Georgia" w:eastAsia="Georgia"/>
          <w:b w:val="0"/>
          <w:i w:val="0"/>
          <w:sz w:val="22"/>
        </w:rPr>
        <w:t>They gave the Yahood all the arms and training to kill Muslims and they created Israel. From that day until today America and Britain are the backbone and creators of Israel. Israel is their small base. They fully support Israel. Every resolution in the United Nations against Israel was vetoed by America and Britain. They have supported and armed Israel throughout its existence.</w:t>
      </w:r>
    </w:p>
    <w:p>
      <w:pPr>
        <w:spacing w:before="0" w:after="120" w:line="300" w:lineRule="exact"/>
        <w:jc w:val="both"/>
      </w:pPr>
      <w:r>
        <w:rPr>
          <w:rFonts w:ascii="Georgia" w:hAnsi="Georgia" w:cs="Georgia" w:eastAsia="Georgia"/>
          <w:b w:val="0"/>
          <w:i w:val="0"/>
          <w:sz w:val="22"/>
        </w:rPr>
        <w:t>Even in this present crisis, hundreds of millions of dollars of ammunition were sent (to Israel) by America. Now why do these Munafiqeen who call for boycotting small Israeli items not call for boycotting America or Britain? Boycott all of their products. Boycott all of their banks! Boycott their vehicles (and Soccer Clubs) and go back to donkeys and carts!</w:t>
      </w:r>
    </w:p>
    <w:p>
      <w:pPr>
        <w:spacing w:before="0" w:after="120" w:line="300" w:lineRule="exact"/>
        <w:jc w:val="both"/>
      </w:pPr>
      <w:r>
        <w:rPr>
          <w:rFonts w:ascii="Georgia" w:hAnsi="Georgia" w:cs="Georgia" w:eastAsia="Georgia"/>
          <w:b w:val="0"/>
          <w:i w:val="0"/>
          <w:sz w:val="22"/>
        </w:rPr>
        <w:t>You will be unable to do anything. The Yahood (America and Britain) have permeated every business and every industry in this country. Therefore, first and foremost boycott America and Britain. Thereafter also boycott China. China has massacred millions of Muslims and in Ramadhaan it forces Muslims to stop fasting. So why do you not boycott China?</w:t>
      </w:r>
    </w:p>
    <w:p>
      <w:pPr>
        <w:spacing w:before="0" w:after="120" w:line="300" w:lineRule="exact"/>
        <w:jc w:val="both"/>
      </w:pPr>
      <w:r>
        <w:rPr>
          <w:rFonts w:ascii="Georgia" w:hAnsi="Georgia" w:cs="Georgia" w:eastAsia="Georgia"/>
          <w:b w:val="0"/>
          <w:i w:val="0"/>
          <w:sz w:val="22"/>
        </w:rPr>
        <w:t>It is because they (Munafiqeen) know they will go out of business if they boycott Chinese products. Why also not boycott India? At the same time (as massacres started in Palestine) the issue of Kashmir had arisen with thousands of Muslims brutally killed and raped and the killings continue until today. Why do (these Munafiqeen) not boycott Indian products?</w:t>
      </w:r>
    </w:p>
    <w:p>
      <w:pPr>
        <w:spacing w:before="0" w:after="120" w:line="300" w:lineRule="exact"/>
        <w:jc w:val="both"/>
      </w:pPr>
      <w:r>
        <w:rPr>
          <w:rFonts w:ascii="Georgia" w:hAnsi="Georgia" w:cs="Georgia" w:eastAsia="Georgia"/>
          <w:b w:val="0"/>
          <w:i w:val="0"/>
          <w:sz w:val="22"/>
        </w:rPr>
        <w:t>So firstly, boycott America, Britain, China and India. Then we will say that there is some honesty in that person. But those who are boycotting businesses such as Pick 'N' Pay are Munafiqeen. They have ulterior motives. Some of them are cashing in for publicity; others for monetary benefit. There is no Islamic substance in such boycotts. At the end of last year, FNB Bank closed the account of a relief organisation linked to Palestine.</w:t>
      </w:r>
    </w:p>
    <w:p>
      <w:pPr>
        <w:spacing w:before="0" w:after="120" w:line="300" w:lineRule="exact"/>
        <w:jc w:val="both"/>
      </w:pPr>
      <w:r>
        <w:rPr>
          <w:rFonts w:ascii="Georgia" w:hAnsi="Georgia" w:cs="Georgia" w:eastAsia="Georgia"/>
          <w:b w:val="0"/>
          <w:i w:val="0"/>
          <w:sz w:val="22"/>
        </w:rPr>
        <w:t>We (at Mujlisul Ulama) called for a boycott of the bank. We had an account with them which we closed. A few others did so too. However, the majority of Muslims refused to do so; even the relief organisation (which had its account closed) was pleading with FNB to have it reopened. So, nobody boycotts anything when it affects them. At such a time they maintain silence.</w:t>
      </w:r>
    </w:p>
    <w:p>
      <w:pPr>
        <w:spacing w:before="0" w:after="120" w:line="300" w:lineRule="exact"/>
        <w:jc w:val="both"/>
      </w:pPr>
      <w:r>
        <w:rPr>
          <w:rFonts w:ascii="Georgia" w:hAnsi="Georgia" w:cs="Georgia" w:eastAsia="Georgia"/>
          <w:b w:val="0"/>
          <w:i w:val="0"/>
          <w:sz w:val="22"/>
        </w:rPr>
        <w:t>When the Sunday Times published insulting cartoons of Nabi (Sallallahu Alayhi Wasallam), we called for a boycott but only a handful of people did so. That was perfectly tolerable for these Munafiqeen. Those who call for boycotts of Israeli products are Munafiqeen. It is not permissible to support Munafiqeen. There is no Islamic substance in this boycott.</w:t>
      </w:r>
    </w:p>
    <w:p>
      <w:pPr>
        <w:spacing w:before="0" w:after="120" w:line="300" w:lineRule="exact"/>
        <w:jc w:val="both"/>
      </w:pPr>
      <w:r>
        <w:rPr>
          <w:rFonts w:ascii="Georgia" w:hAnsi="Georgia" w:cs="Georgia" w:eastAsia="Georgia"/>
          <w:b w:val="0"/>
          <w:i w:val="0"/>
          <w:sz w:val="22"/>
        </w:rPr>
        <w:t>When will there be substance? When they begin boycotting America, Britain, China and India. Then we will say there is some truth in this boycott.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BODIES OF ULAMA OF THE HAQQ</w:t>
      </w:r>
    </w:p>
    <w:p>
      <w:pPr>
        <w:spacing w:before="0" w:after="160" w:line="300" w:lineRule="exact"/>
        <w:jc w:val="center"/>
      </w:pPr>
      <w:r>
        <w:rPr>
          <w:rFonts w:ascii="Georgia" w:hAnsi="Georgia" w:cs="Georgia" w:eastAsia="Georgia"/>
          <w:b w:val="0"/>
          <w:i/>
          <w:sz w:val="16"/>
        </w:rPr>
        <w:t>Page 22 of the original. Heading read from the printed headline artwork.</w:t>
      </w:r>
    </w:p>
    <w:p>
      <w:pPr>
        <w:spacing w:before="0" w:after="120" w:line="300" w:lineRule="exact"/>
        <w:jc w:val="both"/>
      </w:pPr>
      <w:r>
        <w:rPr>
          <w:rFonts w:ascii="Georgia" w:hAnsi="Georgia" w:cs="Georgia" w:eastAsia="Georgia"/>
          <w:b w:val="0"/>
          <w:i w:val="0"/>
          <w:sz w:val="22"/>
        </w:rPr>
        <w:t>When Qaadhi Muhammad Fanaazi (rahmatullah alayh) learnt of the narration in which it is mentioned that the earth does not devour the bodies of Ulama Ba Amal (Ulama who practice according to their Knowledge), he developed a strong urge to as- certain this fact. He dug open the grave of his Ustaadh, Hadhrat Alaauddeen Aswad (rahmatullah alayh) who had died many years ago.</w:t>
      </w:r>
    </w:p>
    <w:p>
      <w:pPr>
        <w:spacing w:before="0" w:after="120" w:line="300" w:lineRule="exact"/>
        <w:jc w:val="both"/>
      </w:pPr>
      <w:r>
        <w:rPr>
          <w:rFonts w:ascii="Georgia" w:hAnsi="Georgia" w:cs="Georgia" w:eastAsia="Georgia"/>
          <w:b w:val="0"/>
          <w:i w:val="0"/>
          <w:sz w:val="22"/>
        </w:rPr>
        <w:t>He was astonished to find the body of his Ustaadh fresh and intact. Suddenly he heard a Voice proclaiming: "You have now ascertained the fact. May Allah snatch away your vision." Thus he became blind. He remained blind for a considerable time. After making much dua, Allah Ta'ala restored his sight. In gratitude he undertook a journey for Hajj.</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NABI DAANYAAL</w:t>
      </w:r>
    </w:p>
    <w:p>
      <w:pPr>
        <w:spacing w:before="0" w:after="160" w:line="300" w:lineRule="exact"/>
        <w:jc w:val="center"/>
      </w:pPr>
      <w:r>
        <w:rPr>
          <w:rFonts w:ascii="Georgia" w:hAnsi="Georgia" w:cs="Georgia" w:eastAsia="Georgia"/>
          <w:b w:val="0"/>
          <w:i/>
          <w:sz w:val="16"/>
        </w:rPr>
        <w:t>Page 22 of the original. Heading read from the printed headline artwork.</w:t>
      </w:r>
    </w:p>
    <w:p>
      <w:pPr>
        <w:spacing w:before="0" w:after="120" w:line="300" w:lineRule="exact"/>
        <w:jc w:val="both"/>
      </w:pPr>
      <w:r>
        <w:rPr>
          <w:rFonts w:ascii="Georgia" w:hAnsi="Georgia" w:cs="Georgia" w:eastAsia="Georgia"/>
          <w:b w:val="0"/>
          <w:i w:val="0"/>
          <w:sz w:val="22"/>
        </w:rPr>
        <w:t>(Alayhis salaam) During the Khilaafate of Hadhrat Umar (radhiyallahu anhu), when the Muslim army conquered Tastar, they found in a vault of the ruler, Harmuzaan, a human body on a table. By his headside was a kitaab. The Commander of the army sent the kitaab to Hadhrat Umar (radhiyallahu anhu). He called Hadhrat Ka'b Ahbaar to translate the kitaab in which many future events were predicted.</w:t>
      </w:r>
    </w:p>
    <w:p>
      <w:pPr>
        <w:spacing w:before="0" w:after="120" w:line="300" w:lineRule="exact"/>
        <w:jc w:val="both"/>
      </w:pPr>
      <w:r>
        <w:rPr>
          <w:rFonts w:ascii="Georgia" w:hAnsi="Georgia" w:cs="Georgia" w:eastAsia="Georgia"/>
          <w:b w:val="0"/>
          <w:i w:val="0"/>
          <w:sz w:val="22"/>
        </w:rPr>
        <w:t>The body was of Nabi Daanyaal (alayhis salaam). Even after many centuries had lapsed, the body was fresh and intact. Hadhrat Umar (radhiyallahu anhu) issued instructions to bury the body of Nabi Daanyaal (alayhis salaam). He also ordered that the Qabr be concealed. During the daytime, the Sahaabah had dug thirteen graves, and during the night they buried Nabi Daanyaal (alayhis salaam) in one of the graves.</w:t>
      </w:r>
    </w:p>
    <w:p>
      <w:pPr>
        <w:spacing w:before="0" w:after="120" w:line="300" w:lineRule="exact"/>
        <w:jc w:val="both"/>
      </w:pPr>
      <w:r>
        <w:rPr>
          <w:rFonts w:ascii="Georgia" w:hAnsi="Georgia" w:cs="Georgia" w:eastAsia="Georgia"/>
          <w:b w:val="0"/>
          <w:i w:val="0"/>
          <w:sz w:val="22"/>
        </w:rPr>
        <w:t>All the graves were filled and flattened so that no one would know where Nabi Daanyaal (alayhis salaam) was buried. The reason for this measure was the custom of the people to make dua for rain by the body of Nabi Daanyaal (alayhis salaam).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MERCY OF HADHRAT AMR</w:t>
      </w:r>
    </w:p>
    <w:p>
      <w:pPr>
        <w:spacing w:before="0" w:after="160" w:line="300" w:lineRule="exact"/>
        <w:jc w:val="center"/>
      </w:pPr>
      <w:r>
        <w:rPr>
          <w:rFonts w:ascii="Georgia" w:hAnsi="Georgia" w:cs="Georgia" w:eastAsia="Georgia"/>
          <w:b w:val="0"/>
          <w:i/>
          <w:sz w:val="16"/>
        </w:rPr>
        <w:t>Page 22 of the original. Heading read from the printed headline artwork.</w:t>
      </w:r>
    </w:p>
    <w:p>
      <w:pPr>
        <w:spacing w:before="0" w:after="120" w:line="300" w:lineRule="exact"/>
        <w:jc w:val="both"/>
      </w:pPr>
      <w:r>
        <w:rPr>
          <w:rFonts w:ascii="Georgia" w:hAnsi="Georgia" w:cs="Georgia" w:eastAsia="Georgia"/>
          <w:b w:val="0"/>
          <w:i w:val="0"/>
          <w:sz w:val="22"/>
        </w:rPr>
        <w:t>Hadhrat Amr Bin Aas (radhiyallahu anhu), the Conqueror of Egypt, had pitched a large tent in close proximity to enemy fortications which he had besieged. The prolonged siege endured for six months. When it was time to depart, he decided to dismantle his huge tent. But before the work of dismantling the tent commenced, he observed that a bird had constructed its nest inside the tent, and was sitting on eggs.</w:t>
      </w:r>
    </w:p>
    <w:p>
      <w:pPr>
        <w:spacing w:before="0" w:after="120" w:line="300" w:lineRule="exact"/>
        <w:jc w:val="both"/>
      </w:pPr>
      <w:r>
        <w:rPr>
          <w:rFonts w:ascii="Georgia" w:hAnsi="Georgia" w:cs="Georgia" w:eastAsia="Georgia"/>
          <w:b w:val="0"/>
          <w:i w:val="0"/>
          <w:sz w:val="22"/>
        </w:rPr>
        <w:t>He commented: "This bird has taken refuge in our tent." He issued instructions to leave the tent intact until the eggs were hatched and the chicks strong enough to fly away. This was the effect of the mercy which is integral to a perfect Imaan.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ROBBERS BECAME MUJAAHIDEEN</w:t>
      </w:r>
    </w:p>
    <w:p>
      <w:pPr>
        <w:spacing w:before="0" w:after="160" w:line="300" w:lineRule="exact"/>
        <w:jc w:val="center"/>
      </w:pPr>
      <w:r>
        <w:rPr>
          <w:rFonts w:ascii="Georgia" w:hAnsi="Georgia" w:cs="Georgia" w:eastAsia="Georgia"/>
          <w:b w:val="0"/>
          <w:i/>
          <w:sz w:val="16"/>
        </w:rPr>
        <w:t>Page 22, 24 of the original. Heading read from the printed headline artwork.</w:t>
      </w:r>
    </w:p>
    <w:p>
      <w:pPr>
        <w:spacing w:before="0" w:after="120" w:line="300" w:lineRule="exact"/>
        <w:jc w:val="both"/>
      </w:pPr>
      <w:r>
        <w:rPr>
          <w:rFonts w:ascii="Georgia" w:hAnsi="Georgia" w:cs="Georgia" w:eastAsia="Georgia"/>
          <w:b w:val="0"/>
          <w:i w:val="0"/>
          <w:sz w:val="22"/>
        </w:rPr>
        <w:t>A band of robbers set out early during the night to waylay and rob a caravan. During the early hours of the morning after they had accomplished their banditry, the band came to a ribaat (an inn for travellers). They knocked at the door and said that they were a group of Mujahideen who desired to spend the night in the inn. The owner of the ribaat happily opened the door, let them in and treated them with much hospitality.</w:t>
      </w:r>
    </w:p>
    <w:p>
      <w:pPr>
        <w:spacing w:before="0" w:after="120" w:line="300" w:lineRule="exact"/>
        <w:jc w:val="both"/>
      </w:pPr>
      <w:r>
        <w:rPr>
          <w:rFonts w:ascii="Georgia" w:hAnsi="Georgia" w:cs="Georgia" w:eastAsia="Georgia"/>
          <w:b w:val="0"/>
          <w:i w:val="0"/>
          <w:sz w:val="22"/>
        </w:rPr>
        <w:t>He made them feel at home, seeing to their needs. The owner, regarding them to be a group of holy Mujahideen, supplicated to Allah Ta'ala to accept his duas by the 'virtue' of the 'holy' group. The owner had a son who was lame. He could not stand. The owner took the left over water of the bandits, gave it to his wife and instructed her to rub it on the limbs of their son.</w:t>
      </w:r>
    </w:p>
    <w:p>
      <w:pPr>
        <w:spacing w:before="0" w:after="120" w:line="300" w:lineRule="exact"/>
        <w:jc w:val="both"/>
      </w:pPr>
      <w:r>
        <w:rPr>
          <w:rFonts w:ascii="Georgia" w:hAnsi="Georgia" w:cs="Georgia" w:eastAsia="Georgia"/>
          <w:b w:val="0"/>
          <w:i w:val="0"/>
          <w:sz w:val="22"/>
        </w:rPr>
        <w:t>He sincerely believed that they were holy Mujahideen in the Path of Allah Ta'ala, hence he believed that his son would be cured by the 'barkat' of the water from which the 'Mujahideen' had drunk. In the morning the band of robbers left to perpetrate their nefarious acts of robbery. Towards the evening they returned to the ribaat. They were surprised to see the lame boy walking.</w:t>
      </w:r>
    </w:p>
    <w:p>
      <w:pPr>
        <w:spacing w:before="0" w:after="120" w:line="300" w:lineRule="exact"/>
        <w:jc w:val="both"/>
      </w:pPr>
      <w:r>
        <w:rPr>
          <w:rFonts w:ascii="Georgia" w:hAnsi="Georgia" w:cs="Georgia" w:eastAsia="Georgia"/>
          <w:b w:val="0"/>
          <w:i w:val="0"/>
          <w:sz w:val="22"/>
        </w:rPr>
        <w:t>He had been cured. They asked the owner whether he was the same lame boy they had seen last night. The owner said: "Yes. I took your left-over water and rubbed him with it. By virtue of your barkat, Allah Ta'ala cured him." When the robbers heard this, they all cried, and said: "O man! We are not Mujaahideen. On the contrary, we are a band of robbers.</w:t>
      </w:r>
    </w:p>
    <w:p>
      <w:pPr>
        <w:spacing w:before="0" w:after="120" w:line="300" w:lineRule="exact"/>
        <w:jc w:val="both"/>
      </w:pPr>
      <w:r>
        <w:rPr>
          <w:rFonts w:ascii="Georgia" w:hAnsi="Georgia" w:cs="Georgia" w:eastAsia="Georgia"/>
          <w:b w:val="0"/>
          <w:i w:val="0"/>
          <w:sz w:val="22"/>
        </w:rPr>
        <w:t>Allah Ta'ala cured your son by virtue of your pure niyyat (intention). We are now repenting and ask Allah Ta'ala to forgive us." The whole group repented sincerely and joined the Mujahideen, and remained fighting in the Path of Allah until they all were martyred.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ULTIMATUM OF WAR</w:t>
      </w:r>
    </w:p>
    <w:p>
      <w:pPr>
        <w:spacing w:before="0" w:after="160" w:line="300" w:lineRule="exact"/>
        <w:jc w:val="center"/>
      </w:pPr>
      <w:r>
        <w:rPr>
          <w:rFonts w:ascii="Georgia" w:hAnsi="Georgia" w:cs="Georgia" w:eastAsia="Georgia"/>
          <w:b w:val="0"/>
          <w:i/>
          <w:sz w:val="16"/>
        </w:rPr>
        <w:t>Page 23 of the original. Heading read from the printed headline artwork.</w:t>
      </w:r>
    </w:p>
    <w:p>
      <w:pPr>
        <w:spacing w:before="0" w:after="120" w:line="300" w:lineRule="exact"/>
        <w:jc w:val="both"/>
      </w:pPr>
      <w:r>
        <w:rPr>
          <w:rFonts w:ascii="Georgia" w:hAnsi="Georgia" w:cs="Georgia" w:eastAsia="Georgia"/>
          <w:b w:val="0"/>
          <w:i w:val="0"/>
          <w:sz w:val="22"/>
        </w:rPr>
        <w:t>In a Hadith Qudsi, Allah Azza Wa Jal says: "He who becomes the enemy of My Wali I give him notice of war." The Abbaasi Khalifah Mansur harboured great enmity for Hadhrat Sufyaan Thauri (rahmatullah alayh) who was very strident in his duty of Amr Bil Ma'roof Nahy Anil Munkar. In proclaiming the Haqq, he did not spare the Khalifah. When the Khalifah had set off to Makkah for Hajj, he was informed that Hadhrat Sufyaan Thauri (rahmatullah alayh) was in Makkah.</w:t>
      </w:r>
    </w:p>
    <w:p>
      <w:pPr>
        <w:spacing w:before="0" w:after="120" w:line="300" w:lineRule="exact"/>
        <w:jc w:val="both"/>
      </w:pPr>
      <w:r>
        <w:rPr>
          <w:rFonts w:ascii="Georgia" w:hAnsi="Georgia" w:cs="Georgia" w:eastAsia="Georgia"/>
          <w:b w:val="0"/>
          <w:i w:val="0"/>
          <w:sz w:val="22"/>
        </w:rPr>
        <w:t>Khalifah Mansur ordered him to be arrested and hanged. The gibbet was set up for the execution of Hadhrat Sufyaan Thauri. At that time, Hadhrat Sufyaan was in Musjidul Haraam in the company of Hadhrat Fudhail Bin Iyaadh (rahmatullah alayh) and Hadhrat Sufyaan Bin Uyainah (rahmatullah alayh). Well-wishers urged him to go into concealment. Hadhrat Sufyaan Thauri (rahmatullah alayh) went to the Multazam.</w:t>
      </w:r>
    </w:p>
    <w:p>
      <w:pPr>
        <w:spacing w:before="0" w:after="120" w:line="300" w:lineRule="exact"/>
        <w:jc w:val="both"/>
      </w:pPr>
      <w:r>
        <w:rPr>
          <w:rFonts w:ascii="Georgia" w:hAnsi="Georgia" w:cs="Georgia" w:eastAsia="Georgia"/>
          <w:b w:val="0"/>
          <w:i w:val="0"/>
          <w:sz w:val="22"/>
        </w:rPr>
        <w:t>Standing at the Ka'bah, he exclaimed: "I take an oath by the Rabb of the Ka'bah? Mansur will not be able to enter Makkah Mukarramah." Mansur was in close proximity. He had already reached Jabal Hajoon on the outskirts. As the Khalifah began to move ahead, his horse slipped. Mansur fell and died on the spot. Hadhrat Sufyaan Thauri (rahmatullah alayh) emerged from Musjidul Haraam.</w:t>
      </w:r>
    </w:p>
    <w:p>
      <w:pPr>
        <w:spacing w:before="0" w:after="120" w:line="300" w:lineRule="exact"/>
        <w:jc w:val="both"/>
      </w:pPr>
      <w:r>
        <w:rPr>
          <w:rFonts w:ascii="Georgia" w:hAnsi="Georgia" w:cs="Georgia" w:eastAsia="Georgia"/>
          <w:b w:val="0"/>
          <w:i w:val="0"/>
          <w:sz w:val="22"/>
        </w:rPr>
        <w:t>He performed Mansur's Janaazah Salaat. In a Hadith Qudsi, Allah Ta'ala says: "He who becomes the enemy of My Wali, I give him notice of war."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BEWARE OF THE PEOPLE OF BID'AH</w:t>
      </w:r>
    </w:p>
    <w:p>
      <w:pPr>
        <w:spacing w:before="0" w:after="160" w:line="300" w:lineRule="exact"/>
        <w:jc w:val="center"/>
      </w:pPr>
      <w:r>
        <w:rPr>
          <w:rFonts w:ascii="Georgia" w:hAnsi="Georgia" w:cs="Georgia" w:eastAsia="Georgia"/>
          <w:b w:val="0"/>
          <w:i/>
          <w:sz w:val="16"/>
        </w:rPr>
        <w:t>Page 23 of the original. Heading read from the printed headline artwork.</w:t>
      </w:r>
    </w:p>
    <w:p>
      <w:pPr>
        <w:spacing w:before="0" w:after="120" w:line="300" w:lineRule="exact"/>
        <w:jc w:val="both"/>
      </w:pPr>
      <w:r>
        <w:rPr>
          <w:rFonts w:ascii="Georgia" w:hAnsi="Georgia" w:cs="Georgia" w:eastAsia="Georgia"/>
          <w:b w:val="0"/>
          <w:i w:val="0"/>
          <w:sz w:val="22"/>
        </w:rPr>
        <w:t>Allah Ta'ala abhors a person who associates with people of bid'ah, dhalaal and ahwaa. Rasulullah (sallallahu alayhi wasallam) said: "Verily, Allah deprives every bid'ati from making Taubah." Association with people of baatil, corrodes one's Imaan and invites the la'nat (curse) of Allah Ta'ala. * Abu Qilaabah said: "Do not sit with the people of ahwaa (lust, worldly-craving, those who pursue name and fame) nor dispute with them for I fear that they will plunge you into their deviation or confuse you about what you know." * Amr Bin Qais Al-Malaaee said: "Do not associate with a man of deviation, for he will make your heart crooked." * Ibraaheem Nakh'i said: "Do not sit with the people of ahwaa, for verily, association with them eliminates the Noor of Imaan from the heart, it despoils the beauty of the face and it generates malice in the hearts of the Mu'mineen. * Ismaaeel Bin Ubaidullah said: "Do not sit with a man of bid'ah, for he will cause your heart to be diseased." * Fudhail Bin Iyaadh said: "He who honours a man of bid'ah, verily he has aided in destroying the Deen.</w:t>
      </w:r>
    </w:p>
    <w:p>
      <w:pPr>
        <w:spacing w:before="0" w:after="120" w:line="300" w:lineRule="exact"/>
        <w:jc w:val="both"/>
      </w:pPr>
      <w:r>
        <w:rPr>
          <w:rFonts w:ascii="Georgia" w:hAnsi="Georgia" w:cs="Georgia" w:eastAsia="Georgia"/>
          <w:b w:val="0"/>
          <w:i w:val="0"/>
          <w:sz w:val="22"/>
        </w:rPr>
        <w:t>He who smiles with a bid'ati, verily he has considered Allah's revelation to Muhammad (sallallahu alayhi wasallam) to be insignificant. He who marries his daughter to a bid'ati, has severed his ties with her. He who follows the janaazah of a bid'ati, remains under the Wrath of Allah until his return." "The sign of nifaaq (hypocrisy) of a man is that he sits with a man of bid'ah.</w:t>
      </w:r>
    </w:p>
    <w:p>
      <w:pPr>
        <w:spacing w:before="0" w:after="120" w:line="300" w:lineRule="exact"/>
        <w:jc w:val="both"/>
      </w:pPr>
      <w:r>
        <w:rPr>
          <w:rFonts w:ascii="Georgia" w:hAnsi="Georgia" w:cs="Georgia" w:eastAsia="Georgia"/>
          <w:b w:val="0"/>
          <w:i w:val="0"/>
          <w:sz w:val="22"/>
        </w:rPr>
        <w:t>He who associates with a man of bid'ah, is not granted hikmah (wisdom). Don't sit with a man of bid'ah, for I fear la'nat (Allah's Curse) settling on you. Allah obliterates the deeds of a person who loves a bid'ati, and Allah eliminates the Noor of Islam from his heart. It is better to eat with a Yahood and a Nasraani than to eat with a man of bid'ah.</w:t>
      </w:r>
    </w:p>
    <w:p>
      <w:pPr>
        <w:spacing w:before="0" w:after="120" w:line="300" w:lineRule="exact"/>
        <w:jc w:val="both"/>
      </w:pPr>
      <w:r>
        <w:rPr>
          <w:rFonts w:ascii="Georgia" w:hAnsi="Georgia" w:cs="Georgia" w:eastAsia="Georgia"/>
          <w:b w:val="0"/>
          <w:i w:val="0"/>
          <w:sz w:val="22"/>
        </w:rPr>
        <w:t>It is not possible for a man of the Sunnah to incline to a bid'ati except if there is nifaaq in him."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700 YEARS SEEKING FORGIVENESS</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0" w:after="120" w:line="300" w:lineRule="exact"/>
        <w:jc w:val="both"/>
      </w:pPr>
      <w:r>
        <w:rPr>
          <w:rFonts w:ascii="Georgia" w:hAnsi="Georgia" w:cs="Georgia" w:eastAsia="Georgia"/>
          <w:b w:val="0"/>
          <w:i w:val="0"/>
          <w:sz w:val="22"/>
        </w:rPr>
        <w:t>One day while Hadhrat Nabi Daawood (alayhis salaam) was reciting the Zaboor, it crossed his mind that no one on earth engages more in ibaadat than himself. Allah Ta'ala revealed to him: "O Dawood! Climb that mountain (which was indicated to him). You will see there a peasant who has been engrossed in ibaadat for seven hundred years seeking forgiveness for an act which was not sinful.</w:t>
      </w:r>
    </w:p>
    <w:p>
      <w:pPr>
        <w:spacing w:before="0" w:after="120" w:line="300" w:lineRule="exact"/>
        <w:jc w:val="both"/>
      </w:pPr>
      <w:r>
        <w:rPr>
          <w:rFonts w:ascii="Georgia" w:hAnsi="Georgia" w:cs="Georgia" w:eastAsia="Georgia"/>
          <w:b w:val="0"/>
          <w:i w:val="0"/>
          <w:sz w:val="22"/>
        </w:rPr>
        <w:t>Once while walking on the roof of his home, he thought that some sand from the roof had fallen on his mother who was underneath. He is a greater worshipper than you. Now go and give him the glad tidings of forgiveness from Me." Nabi Dawood (alayhis salaam) climbed the mountain. He found a man as thin as a rake engrossed in Salaat. Nabi Dawood (alayhis salaam) made Salaam.</w:t>
      </w:r>
    </w:p>
    <w:p>
      <w:pPr>
        <w:spacing w:before="0" w:after="120" w:line="300" w:lineRule="exact"/>
        <w:jc w:val="both"/>
      </w:pPr>
      <w:r>
        <w:rPr>
          <w:rFonts w:ascii="Georgia" w:hAnsi="Georgia" w:cs="Georgia" w:eastAsia="Georgia"/>
          <w:b w:val="0"/>
          <w:i w:val="0"/>
          <w:sz w:val="22"/>
        </w:rPr>
        <w:t>The man responded with Salaam, and asked: "Who are you?" Nabi Dawood (alayhis salaam) said: "I am Dawood." The man said: "I had walked on the roof and some sand fell on my mother who was under the roof. I therefore, sought refuge on this mountain seeking forgiveness for my sin. I have been here for seven hundred years. I do not know if my mother is angry with me or pleased.</w:t>
      </w:r>
    </w:p>
    <w:p>
      <w:pPr>
        <w:spacing w:before="0" w:after="120" w:line="300" w:lineRule="exact"/>
        <w:jc w:val="both"/>
      </w:pPr>
      <w:r>
        <w:rPr>
          <w:rFonts w:ascii="Georgia" w:hAnsi="Georgia" w:cs="Georgia" w:eastAsia="Georgia"/>
          <w:b w:val="0"/>
          <w:i w:val="0"/>
          <w:sz w:val="22"/>
        </w:rPr>
        <w:t>I therefore constantly seek forgiveness for perhaps she is displeased with me. I worship here hoping that my Rabb will be pleased with me and also my mother becomes pleased with me. I have devoted myself to achieve this goal for seven hundred years. I have neither time to eat or drink for the fear of Allah's punishment overtaking me. Now leave me and go away." Nabi Dawood (alayhis salaam) said: "Verily, Allah has sent me to inform you that He has forgiven you, and that your mother was not under the roof on that occasion nor did any sand fall on her.</w:t>
      </w:r>
    </w:p>
    <w:p>
      <w:pPr>
        <w:spacing w:before="0" w:after="120" w:line="300" w:lineRule="exact"/>
        <w:jc w:val="both"/>
      </w:pPr>
      <w:r>
        <w:rPr>
          <w:rFonts w:ascii="Georgia" w:hAnsi="Georgia" w:cs="Georgia" w:eastAsia="Georgia"/>
          <w:b w:val="0"/>
          <w:i w:val="0"/>
          <w:sz w:val="22"/>
        </w:rPr>
        <w:t>She departed from this world pleased with you." When he heard this, he exclaimed: "By Allah! Now I do not have any desire to live." He went into Sajdah, and supplicated: "O my Rabb! Take me unto You." As he supplicated, his soul departed that very moment from his earthly body.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